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8B6C95" w14:textId="4E2D3DC8" w:rsidR="00DC71D7" w:rsidRPr="00DE7FA3" w:rsidRDefault="00DB7DE2" w:rsidP="00E77AA4">
      <w:pPr>
        <w:tabs>
          <w:tab w:val="center" w:pos="4800"/>
          <w:tab w:val="right" w:pos="9500"/>
        </w:tabs>
        <w:jc w:val="center"/>
        <w:rPr>
          <w:rFonts w:ascii="Times New Roman" w:hAnsi="Times New Roman" w:cs="Times New Roman"/>
          <w:bCs/>
          <w:noProof/>
          <w:color w:val="000000" w:themeColor="text1"/>
          <w:sz w:val="28"/>
          <w:szCs w:val="28"/>
          <w:lang w:val="kk-KZ"/>
        </w:rPr>
      </w:pPr>
      <w:r w:rsidRPr="00DE7FA3">
        <w:rPr>
          <w:rFonts w:ascii="Times New Roman" w:hAnsi="Times New Roman" w:cs="Times New Roman"/>
          <w:bCs/>
          <w:noProof/>
          <w:color w:val="000000" w:themeColor="text1"/>
          <w:sz w:val="28"/>
          <w:szCs w:val="28"/>
        </w:rPr>
        <w:t xml:space="preserve"> </w:t>
      </w:r>
      <w:r w:rsidR="00DC71D7" w:rsidRPr="00DE7FA3">
        <w:rPr>
          <w:rFonts w:ascii="Times New Roman" w:hAnsi="Times New Roman" w:cs="Times New Roman"/>
          <w:bCs/>
          <w:noProof/>
          <w:color w:val="000000" w:themeColor="text1"/>
          <w:sz w:val="28"/>
          <w:szCs w:val="28"/>
        </w:rPr>
        <w:t>Абай атындағы Қазақ ұлттық педагогикалық университеті</w:t>
      </w:r>
    </w:p>
    <w:p w14:paraId="5C31E384" w14:textId="77777777" w:rsidR="00D60907" w:rsidRDefault="00D60907" w:rsidP="00D60907">
      <w:pPr>
        <w:tabs>
          <w:tab w:val="center" w:pos="4800"/>
          <w:tab w:val="right" w:pos="9500"/>
        </w:tabs>
        <w:jc w:val="both"/>
        <w:rPr>
          <w:rFonts w:ascii="Times New Roman" w:hAnsi="Times New Roman" w:cs="Times New Roman"/>
          <w:b/>
          <w:bCs/>
          <w:noProof/>
          <w:color w:val="000000" w:themeColor="text1"/>
          <w:sz w:val="28"/>
          <w:szCs w:val="28"/>
          <w:lang w:val="kk-KZ"/>
        </w:rPr>
      </w:pPr>
    </w:p>
    <w:p w14:paraId="59D15A62" w14:textId="77777777" w:rsidR="00DC71D7" w:rsidRPr="00B75A9A" w:rsidRDefault="00607FCD" w:rsidP="00D60907">
      <w:pPr>
        <w:tabs>
          <w:tab w:val="center" w:pos="4800"/>
          <w:tab w:val="right" w:pos="9500"/>
        </w:tabs>
        <w:jc w:val="both"/>
        <w:rPr>
          <w:rFonts w:ascii="Times New Roman" w:hAnsi="Times New Roman" w:cs="Times New Roman"/>
          <w:noProof/>
          <w:color w:val="000000" w:themeColor="text1"/>
          <w:sz w:val="28"/>
          <w:szCs w:val="28"/>
          <w:lang w:val="kk-KZ"/>
        </w:rPr>
      </w:pPr>
      <w:r w:rsidRPr="00B75A9A">
        <w:rPr>
          <w:rFonts w:ascii="Times New Roman" w:hAnsi="Times New Roman" w:cs="Times New Roman"/>
          <w:noProof/>
          <w:color w:val="000000" w:themeColor="text1"/>
          <w:sz w:val="28"/>
          <w:szCs w:val="28"/>
          <w:lang w:val="kk-KZ"/>
        </w:rPr>
        <w:t xml:space="preserve">ӘӨЖ: 517.956.233(043)        </w:t>
      </w:r>
      <w:r w:rsidR="00DC71D7" w:rsidRPr="00B75A9A">
        <w:rPr>
          <w:rFonts w:ascii="Times New Roman" w:hAnsi="Times New Roman" w:cs="Times New Roman"/>
          <w:noProof/>
          <w:color w:val="000000" w:themeColor="text1"/>
          <w:sz w:val="28"/>
          <w:szCs w:val="28"/>
        </w:rPr>
        <w:tab/>
      </w:r>
      <w:r w:rsidR="00DC71D7" w:rsidRPr="00B75A9A">
        <w:rPr>
          <w:rFonts w:ascii="Times New Roman" w:hAnsi="Times New Roman" w:cs="Times New Roman"/>
          <w:noProof/>
          <w:color w:val="000000" w:themeColor="text1"/>
          <w:sz w:val="28"/>
          <w:szCs w:val="28"/>
        </w:rPr>
        <w:tab/>
      </w:r>
      <w:r w:rsidR="00DC71D7" w:rsidRPr="00B75A9A">
        <w:rPr>
          <w:rFonts w:ascii="Times New Roman" w:hAnsi="Times New Roman" w:cs="Times New Roman"/>
          <w:sz w:val="28"/>
          <w:szCs w:val="28"/>
        </w:rPr>
        <w:t>Қолжазба құқығында</w:t>
      </w:r>
      <w:r w:rsidR="00DC71D7" w:rsidRPr="00B75A9A">
        <w:rPr>
          <w:rFonts w:ascii="Times New Roman" w:hAnsi="Times New Roman" w:cs="Times New Roman"/>
          <w:noProof/>
          <w:color w:val="000000" w:themeColor="text1"/>
          <w:sz w:val="28"/>
          <w:szCs w:val="28"/>
        </w:rPr>
        <w:t xml:space="preserve"> </w:t>
      </w:r>
    </w:p>
    <w:p w14:paraId="4F853BAA" w14:textId="77777777" w:rsidR="00DC71D7" w:rsidRPr="00B75A9A" w:rsidRDefault="00DC71D7" w:rsidP="00DC71D7">
      <w:pPr>
        <w:tabs>
          <w:tab w:val="center" w:pos="4800"/>
          <w:tab w:val="right" w:pos="9500"/>
        </w:tabs>
        <w:rPr>
          <w:rFonts w:ascii="Times New Roman" w:hAnsi="Times New Roman" w:cs="Times New Roman"/>
          <w:b/>
          <w:bCs/>
          <w:noProof/>
          <w:color w:val="000000" w:themeColor="text1"/>
          <w:sz w:val="28"/>
          <w:szCs w:val="28"/>
        </w:rPr>
      </w:pPr>
    </w:p>
    <w:p w14:paraId="454ECF56" w14:textId="77777777" w:rsidR="00DC71D7" w:rsidRPr="00B75A9A" w:rsidRDefault="00DC71D7" w:rsidP="00DC71D7">
      <w:pPr>
        <w:tabs>
          <w:tab w:val="center" w:pos="4800"/>
          <w:tab w:val="right" w:pos="9500"/>
        </w:tabs>
        <w:ind w:firstLine="709"/>
        <w:jc w:val="center"/>
        <w:rPr>
          <w:rFonts w:ascii="Times New Roman" w:hAnsi="Times New Roman" w:cs="Times New Roman"/>
          <w:b/>
          <w:bCs/>
          <w:noProof/>
          <w:color w:val="000000" w:themeColor="text1"/>
          <w:sz w:val="28"/>
          <w:szCs w:val="28"/>
        </w:rPr>
      </w:pPr>
      <w:r w:rsidRPr="00B75A9A">
        <w:rPr>
          <w:rFonts w:ascii="Times New Roman" w:hAnsi="Times New Roman" w:cs="Times New Roman"/>
          <w:b/>
          <w:bCs/>
          <w:noProof/>
          <w:color w:val="000000" w:themeColor="text1"/>
          <w:sz w:val="28"/>
          <w:szCs w:val="28"/>
        </w:rPr>
        <w:t>КУНТУАРОВА АРАЙ ДОВЛЕТБАЕВНА</w:t>
      </w:r>
    </w:p>
    <w:p w14:paraId="7B74E344" w14:textId="77777777" w:rsidR="00DC71D7" w:rsidRDefault="00DC71D7" w:rsidP="00DC71D7">
      <w:pPr>
        <w:tabs>
          <w:tab w:val="center" w:pos="4800"/>
          <w:tab w:val="right" w:pos="9500"/>
        </w:tabs>
        <w:ind w:firstLine="709"/>
        <w:jc w:val="center"/>
        <w:rPr>
          <w:rFonts w:ascii="Times New Roman" w:hAnsi="Times New Roman" w:cs="Times New Roman"/>
          <w:b/>
          <w:bCs/>
          <w:noProof/>
          <w:color w:val="000000" w:themeColor="text1"/>
          <w:sz w:val="28"/>
          <w:szCs w:val="28"/>
        </w:rPr>
      </w:pPr>
    </w:p>
    <w:p w14:paraId="5543B150" w14:textId="77777777" w:rsidR="00BB521E" w:rsidRPr="00B75A9A" w:rsidRDefault="00BB521E" w:rsidP="00DC71D7">
      <w:pPr>
        <w:tabs>
          <w:tab w:val="center" w:pos="4800"/>
          <w:tab w:val="right" w:pos="9500"/>
        </w:tabs>
        <w:ind w:firstLine="709"/>
        <w:jc w:val="center"/>
        <w:rPr>
          <w:rFonts w:ascii="Times New Roman" w:hAnsi="Times New Roman" w:cs="Times New Roman"/>
          <w:b/>
          <w:bCs/>
          <w:noProof/>
          <w:color w:val="000000" w:themeColor="text1"/>
          <w:sz w:val="28"/>
          <w:szCs w:val="28"/>
        </w:rPr>
      </w:pPr>
    </w:p>
    <w:p w14:paraId="4E3F9D6A" w14:textId="77777777" w:rsidR="00DC71D7" w:rsidRDefault="00DC71D7" w:rsidP="00DC71D7">
      <w:pPr>
        <w:tabs>
          <w:tab w:val="center" w:pos="4800"/>
          <w:tab w:val="right" w:pos="9500"/>
        </w:tabs>
        <w:ind w:firstLine="709"/>
        <w:jc w:val="center"/>
        <w:rPr>
          <w:rFonts w:ascii="Times New Roman" w:hAnsi="Times New Roman" w:cs="Times New Roman"/>
          <w:b/>
          <w:color w:val="000000" w:themeColor="text1"/>
          <w:sz w:val="28"/>
          <w:szCs w:val="28"/>
          <w:lang w:val="kk-KZ"/>
        </w:rPr>
      </w:pPr>
      <w:r w:rsidRPr="00B75A9A">
        <w:rPr>
          <w:rFonts w:ascii="Times New Roman" w:hAnsi="Times New Roman" w:cs="Times New Roman"/>
          <w:b/>
          <w:color w:val="000000" w:themeColor="text1"/>
          <w:sz w:val="28"/>
          <w:szCs w:val="28"/>
          <w:lang w:val="kk-KZ"/>
        </w:rPr>
        <w:t>Нормаль туындылы жоғарғы ретті эллиптикалық теңдеулер үшін жазықтықтағы шеттік есептер</w:t>
      </w:r>
    </w:p>
    <w:p w14:paraId="20F632E4" w14:textId="77777777" w:rsidR="00BB521E" w:rsidRPr="00B75A9A" w:rsidRDefault="00BB521E" w:rsidP="000C5C23">
      <w:pPr>
        <w:tabs>
          <w:tab w:val="center" w:pos="4800"/>
          <w:tab w:val="right" w:pos="9500"/>
        </w:tabs>
        <w:rPr>
          <w:rFonts w:ascii="Times New Roman" w:hAnsi="Times New Roman" w:cs="Times New Roman"/>
          <w:b/>
          <w:color w:val="000000" w:themeColor="text1"/>
          <w:sz w:val="28"/>
          <w:szCs w:val="28"/>
          <w:lang w:val="kk-KZ"/>
        </w:rPr>
      </w:pPr>
    </w:p>
    <w:p w14:paraId="53409202" w14:textId="59E1D9A8" w:rsidR="00D60907" w:rsidRPr="000C5C23" w:rsidRDefault="00DC71D7" w:rsidP="000C5C23">
      <w:pPr>
        <w:tabs>
          <w:tab w:val="center" w:pos="4800"/>
          <w:tab w:val="right" w:pos="9500"/>
        </w:tabs>
        <w:ind w:firstLine="709"/>
        <w:jc w:val="center"/>
        <w:rPr>
          <w:rFonts w:ascii="Times New Roman" w:hAnsi="Times New Roman" w:cs="Times New Roman"/>
          <w:bCs/>
          <w:noProof/>
          <w:color w:val="000000" w:themeColor="text1"/>
          <w:sz w:val="28"/>
          <w:szCs w:val="28"/>
          <w:lang w:val="kk-KZ"/>
        </w:rPr>
      </w:pPr>
      <w:r w:rsidRPr="00B75A9A">
        <w:rPr>
          <w:rFonts w:ascii="Times New Roman" w:hAnsi="Times New Roman" w:cs="Times New Roman"/>
          <w:bCs/>
          <w:noProof/>
          <w:color w:val="000000" w:themeColor="text1"/>
          <w:sz w:val="28"/>
          <w:szCs w:val="28"/>
        </w:rPr>
        <w:t>6D060100 – Математика</w:t>
      </w:r>
    </w:p>
    <w:p w14:paraId="6F2E3EF3" w14:textId="77777777" w:rsidR="00D60907" w:rsidRPr="00D60907" w:rsidRDefault="00D60907" w:rsidP="00DC71D7">
      <w:pPr>
        <w:tabs>
          <w:tab w:val="center" w:pos="4800"/>
          <w:tab w:val="right" w:pos="9500"/>
        </w:tabs>
        <w:ind w:firstLine="709"/>
        <w:jc w:val="center"/>
        <w:rPr>
          <w:rFonts w:ascii="Times New Roman" w:hAnsi="Times New Roman" w:cs="Times New Roman"/>
          <w:bCs/>
          <w:noProof/>
          <w:color w:val="000000" w:themeColor="text1"/>
          <w:sz w:val="28"/>
          <w:szCs w:val="28"/>
          <w:lang w:val="kk-KZ"/>
        </w:rPr>
      </w:pPr>
    </w:p>
    <w:p w14:paraId="7D5B50C8" w14:textId="77777777" w:rsidR="00DC71D7" w:rsidRPr="00B75A9A" w:rsidRDefault="00DC71D7" w:rsidP="00CE08C6">
      <w:pPr>
        <w:tabs>
          <w:tab w:val="center" w:pos="4800"/>
          <w:tab w:val="right" w:pos="9500"/>
        </w:tabs>
        <w:spacing w:after="0" w:line="240" w:lineRule="auto"/>
        <w:ind w:firstLine="709"/>
        <w:jc w:val="center"/>
        <w:rPr>
          <w:rFonts w:ascii="Times New Roman" w:hAnsi="Times New Roman" w:cs="Times New Roman"/>
          <w:bCs/>
          <w:noProof/>
          <w:color w:val="000000" w:themeColor="text1"/>
          <w:sz w:val="28"/>
          <w:szCs w:val="28"/>
        </w:rPr>
      </w:pPr>
      <w:r w:rsidRPr="00B75A9A">
        <w:rPr>
          <w:rFonts w:ascii="Times New Roman" w:hAnsi="Times New Roman" w:cs="Times New Roman"/>
          <w:bCs/>
          <w:noProof/>
          <w:color w:val="000000" w:themeColor="text1"/>
          <w:sz w:val="28"/>
          <w:szCs w:val="28"/>
        </w:rPr>
        <w:t>Философия докторы (PhD)</w:t>
      </w:r>
    </w:p>
    <w:p w14:paraId="33370364" w14:textId="77777777" w:rsidR="00DC71D7" w:rsidRDefault="00DC71D7" w:rsidP="00CE08C6">
      <w:pPr>
        <w:tabs>
          <w:tab w:val="center" w:pos="4800"/>
          <w:tab w:val="right" w:pos="9500"/>
        </w:tabs>
        <w:spacing w:after="0" w:line="240" w:lineRule="auto"/>
        <w:ind w:firstLine="709"/>
        <w:jc w:val="center"/>
        <w:rPr>
          <w:rFonts w:ascii="Times New Roman" w:hAnsi="Times New Roman" w:cs="Times New Roman"/>
          <w:bCs/>
          <w:noProof/>
          <w:color w:val="000000" w:themeColor="text1"/>
          <w:sz w:val="28"/>
          <w:szCs w:val="28"/>
          <w:lang w:val="kk-KZ"/>
        </w:rPr>
      </w:pPr>
      <w:r w:rsidRPr="00B75A9A">
        <w:rPr>
          <w:rFonts w:ascii="Times New Roman" w:hAnsi="Times New Roman" w:cs="Times New Roman"/>
          <w:bCs/>
          <w:noProof/>
          <w:color w:val="000000" w:themeColor="text1"/>
          <w:sz w:val="28"/>
          <w:szCs w:val="28"/>
        </w:rPr>
        <w:t>дәрежесін алу үшін дайындалған диссертация</w:t>
      </w:r>
    </w:p>
    <w:p w14:paraId="74BBE164" w14:textId="77777777" w:rsidR="00CE08C6" w:rsidRDefault="00CE08C6" w:rsidP="00CE08C6">
      <w:pPr>
        <w:tabs>
          <w:tab w:val="center" w:pos="4800"/>
          <w:tab w:val="right" w:pos="9500"/>
        </w:tabs>
        <w:spacing w:after="0" w:line="240" w:lineRule="auto"/>
        <w:ind w:firstLine="709"/>
        <w:jc w:val="center"/>
        <w:rPr>
          <w:rFonts w:ascii="Times New Roman" w:hAnsi="Times New Roman" w:cs="Times New Roman"/>
          <w:bCs/>
          <w:noProof/>
          <w:color w:val="000000" w:themeColor="text1"/>
          <w:sz w:val="28"/>
          <w:szCs w:val="28"/>
          <w:lang w:val="kk-KZ"/>
        </w:rPr>
      </w:pPr>
    </w:p>
    <w:p w14:paraId="66C29F27" w14:textId="77777777" w:rsidR="00CE08C6" w:rsidRDefault="00CE08C6" w:rsidP="00CE08C6">
      <w:pPr>
        <w:tabs>
          <w:tab w:val="center" w:pos="4800"/>
          <w:tab w:val="right" w:pos="9500"/>
        </w:tabs>
        <w:spacing w:after="0" w:line="240" w:lineRule="auto"/>
        <w:ind w:firstLine="709"/>
        <w:jc w:val="center"/>
        <w:rPr>
          <w:rFonts w:ascii="Times New Roman" w:hAnsi="Times New Roman" w:cs="Times New Roman"/>
          <w:bCs/>
          <w:noProof/>
          <w:color w:val="000000" w:themeColor="text1"/>
          <w:sz w:val="28"/>
          <w:szCs w:val="28"/>
          <w:lang w:val="kk-KZ"/>
        </w:rPr>
      </w:pPr>
    </w:p>
    <w:p w14:paraId="536095AD" w14:textId="77777777" w:rsidR="00CE08C6" w:rsidRPr="00CE08C6" w:rsidRDefault="00CE08C6" w:rsidP="00CE08C6">
      <w:pPr>
        <w:tabs>
          <w:tab w:val="center" w:pos="4800"/>
          <w:tab w:val="right" w:pos="9500"/>
        </w:tabs>
        <w:spacing w:after="0" w:line="240" w:lineRule="auto"/>
        <w:ind w:firstLine="709"/>
        <w:jc w:val="center"/>
        <w:rPr>
          <w:rFonts w:ascii="Times New Roman" w:hAnsi="Times New Roman" w:cs="Times New Roman"/>
          <w:noProof/>
          <w:color w:val="000000" w:themeColor="text1"/>
          <w:sz w:val="28"/>
          <w:szCs w:val="28"/>
          <w:lang w:val="kk-KZ"/>
        </w:rPr>
      </w:pPr>
    </w:p>
    <w:p w14:paraId="337823CD" w14:textId="77777777" w:rsidR="00394E58" w:rsidRDefault="00A542DF" w:rsidP="00DC71D7">
      <w:pPr>
        <w:tabs>
          <w:tab w:val="center" w:pos="4800"/>
          <w:tab w:val="right" w:pos="9500"/>
        </w:tabs>
        <w:spacing w:after="0" w:line="240" w:lineRule="auto"/>
        <w:ind w:left="4820"/>
        <w:rPr>
          <w:rFonts w:ascii="Times New Roman" w:hAnsi="Times New Roman" w:cs="Times New Roman"/>
          <w:sz w:val="28"/>
          <w:szCs w:val="28"/>
          <w:lang w:val="kk-KZ"/>
        </w:rPr>
      </w:pPr>
      <w:r w:rsidRPr="00B75A9A">
        <w:rPr>
          <w:rFonts w:ascii="Times New Roman" w:hAnsi="Times New Roman" w:cs="Times New Roman"/>
          <w:sz w:val="28"/>
          <w:szCs w:val="28"/>
        </w:rPr>
        <w:t>Отандық кеңесшілер</w:t>
      </w:r>
      <w:r w:rsidRPr="00B75A9A">
        <w:rPr>
          <w:rFonts w:ascii="Times New Roman" w:hAnsi="Times New Roman" w:cs="Times New Roman"/>
          <w:sz w:val="28"/>
          <w:szCs w:val="28"/>
          <w:lang w:val="kk-KZ"/>
        </w:rPr>
        <w:t>і</w:t>
      </w:r>
      <w:r w:rsidR="00BA2BA8">
        <w:rPr>
          <w:rFonts w:ascii="Times New Roman" w:hAnsi="Times New Roman" w:cs="Times New Roman"/>
          <w:sz w:val="28"/>
          <w:szCs w:val="28"/>
          <w:lang w:val="kk-KZ"/>
        </w:rPr>
        <w:t>:</w:t>
      </w:r>
    </w:p>
    <w:p w14:paraId="6089DB2F" w14:textId="2D0D23BD" w:rsidR="00DC71D7" w:rsidRPr="00B75A9A" w:rsidRDefault="00A542DF" w:rsidP="00DC71D7">
      <w:pPr>
        <w:tabs>
          <w:tab w:val="center" w:pos="4800"/>
          <w:tab w:val="right" w:pos="9500"/>
        </w:tabs>
        <w:spacing w:after="0" w:line="240" w:lineRule="auto"/>
        <w:ind w:left="4820"/>
        <w:rPr>
          <w:rFonts w:ascii="Times New Roman" w:hAnsi="Times New Roman" w:cs="Times New Roman"/>
          <w:sz w:val="28"/>
          <w:szCs w:val="28"/>
          <w:lang w:val="kk-KZ"/>
        </w:rPr>
      </w:pPr>
      <w:r w:rsidRPr="00B75A9A">
        <w:rPr>
          <w:rFonts w:ascii="Times New Roman" w:hAnsi="Times New Roman" w:cs="Times New Roman"/>
          <w:sz w:val="28"/>
          <w:szCs w:val="28"/>
        </w:rPr>
        <w:t>ф.-м.ғ.</w:t>
      </w:r>
      <w:r w:rsidRPr="00B75A9A">
        <w:rPr>
          <w:rFonts w:ascii="Times New Roman" w:hAnsi="Times New Roman" w:cs="Times New Roman"/>
          <w:sz w:val="28"/>
          <w:szCs w:val="28"/>
          <w:lang w:val="kk-KZ"/>
        </w:rPr>
        <w:t>д</w:t>
      </w:r>
      <w:r w:rsidRPr="00B75A9A">
        <w:rPr>
          <w:rFonts w:ascii="Times New Roman" w:hAnsi="Times New Roman" w:cs="Times New Roman"/>
          <w:sz w:val="28"/>
          <w:szCs w:val="28"/>
        </w:rPr>
        <w:t>.</w:t>
      </w:r>
      <w:r w:rsidR="00DC71D7" w:rsidRPr="00B75A9A">
        <w:rPr>
          <w:rFonts w:ascii="Times New Roman" w:hAnsi="Times New Roman" w:cs="Times New Roman"/>
          <w:sz w:val="28"/>
          <w:szCs w:val="28"/>
        </w:rPr>
        <w:t xml:space="preserve">, проф. </w:t>
      </w:r>
      <w:r w:rsidRPr="00B75A9A">
        <w:rPr>
          <w:rFonts w:ascii="Times New Roman" w:hAnsi="Times New Roman" w:cs="Times New Roman"/>
          <w:sz w:val="28"/>
          <w:szCs w:val="28"/>
          <w:lang w:val="kk-KZ"/>
        </w:rPr>
        <w:t>Кошанов Б</w:t>
      </w:r>
      <w:r w:rsidR="00394E58">
        <w:rPr>
          <w:rFonts w:ascii="Times New Roman" w:hAnsi="Times New Roman" w:cs="Times New Roman"/>
          <w:sz w:val="28"/>
          <w:szCs w:val="28"/>
          <w:lang w:val="kk-KZ"/>
        </w:rPr>
        <w:t>.</w:t>
      </w:r>
      <w:r w:rsidRPr="00B75A9A">
        <w:rPr>
          <w:rFonts w:ascii="Times New Roman" w:hAnsi="Times New Roman" w:cs="Times New Roman"/>
          <w:sz w:val="28"/>
          <w:szCs w:val="28"/>
          <w:lang w:val="kk-KZ"/>
        </w:rPr>
        <w:t xml:space="preserve"> Д</w:t>
      </w:r>
      <w:r w:rsidR="00394E58">
        <w:rPr>
          <w:rFonts w:ascii="Times New Roman" w:hAnsi="Times New Roman" w:cs="Times New Roman"/>
          <w:sz w:val="28"/>
          <w:szCs w:val="28"/>
          <w:lang w:val="kk-KZ"/>
        </w:rPr>
        <w:t>.</w:t>
      </w:r>
      <w:r w:rsidR="00DC71D7" w:rsidRPr="00B75A9A">
        <w:rPr>
          <w:rFonts w:ascii="Times New Roman" w:hAnsi="Times New Roman" w:cs="Times New Roman"/>
          <w:sz w:val="28"/>
          <w:szCs w:val="28"/>
          <w:lang w:val="kk-KZ"/>
        </w:rPr>
        <w:t>,</w:t>
      </w:r>
    </w:p>
    <w:p w14:paraId="23AA7B55" w14:textId="44A4D15C" w:rsidR="00DC71D7" w:rsidRPr="00394E58" w:rsidRDefault="00394E58" w:rsidP="00394E58">
      <w:pPr>
        <w:tabs>
          <w:tab w:val="center" w:pos="4800"/>
          <w:tab w:val="right" w:pos="9500"/>
        </w:tabs>
        <w:spacing w:after="0" w:line="240" w:lineRule="auto"/>
        <w:ind w:left="4820"/>
        <w:rPr>
          <w:rFonts w:ascii="Times New Roman" w:hAnsi="Times New Roman" w:cs="Times New Roman"/>
          <w:sz w:val="28"/>
          <w:szCs w:val="28"/>
          <w:lang w:val="kk-KZ"/>
        </w:rPr>
      </w:pPr>
      <w:r>
        <w:rPr>
          <w:rFonts w:ascii="Times New Roman" w:hAnsi="Times New Roman" w:cs="Times New Roman"/>
          <w:sz w:val="28"/>
          <w:szCs w:val="28"/>
          <w:lang w:val="kk-KZ"/>
        </w:rPr>
        <w:t>ф.-м.ғ.к., қауым</w:t>
      </w:r>
      <w:r w:rsidR="002A03EA">
        <w:rPr>
          <w:rFonts w:ascii="Times New Roman" w:hAnsi="Times New Roman" w:cs="Times New Roman"/>
          <w:sz w:val="28"/>
          <w:szCs w:val="28"/>
        </w:rPr>
        <w:t>д</w:t>
      </w:r>
      <w:bookmarkStart w:id="0" w:name="_GoBack"/>
      <w:bookmarkEnd w:id="0"/>
      <w:r>
        <w:rPr>
          <w:rFonts w:ascii="Times New Roman" w:hAnsi="Times New Roman" w:cs="Times New Roman"/>
          <w:sz w:val="28"/>
          <w:szCs w:val="28"/>
          <w:lang w:val="kk-KZ"/>
        </w:rPr>
        <w:t>.</w:t>
      </w:r>
      <w:r w:rsidR="00D60907">
        <w:rPr>
          <w:rFonts w:ascii="Times New Roman" w:hAnsi="Times New Roman" w:cs="Times New Roman"/>
          <w:sz w:val="28"/>
          <w:szCs w:val="28"/>
          <w:lang w:val="kk-KZ"/>
        </w:rPr>
        <w:t xml:space="preserve"> проф.</w:t>
      </w:r>
      <w:r w:rsidR="00C11A4A" w:rsidRPr="00B75A9A">
        <w:rPr>
          <w:rFonts w:ascii="Times New Roman" w:hAnsi="Times New Roman" w:cs="Times New Roman"/>
          <w:sz w:val="28"/>
          <w:szCs w:val="28"/>
          <w:lang w:val="kk-KZ"/>
        </w:rPr>
        <w:t xml:space="preserve"> Айтжанов С</w:t>
      </w:r>
      <w:r>
        <w:rPr>
          <w:rFonts w:ascii="Times New Roman" w:hAnsi="Times New Roman" w:cs="Times New Roman"/>
          <w:sz w:val="28"/>
          <w:szCs w:val="28"/>
          <w:lang w:val="kk-KZ"/>
        </w:rPr>
        <w:t>.</w:t>
      </w:r>
      <w:r w:rsidR="00DC71D7" w:rsidRPr="00B75A9A">
        <w:rPr>
          <w:rFonts w:ascii="Times New Roman" w:hAnsi="Times New Roman" w:cs="Times New Roman"/>
          <w:sz w:val="28"/>
          <w:szCs w:val="28"/>
          <w:lang w:val="kk-KZ"/>
        </w:rPr>
        <w:t xml:space="preserve"> </w:t>
      </w:r>
      <w:r w:rsidR="00C11A4A" w:rsidRPr="00B75A9A">
        <w:rPr>
          <w:rFonts w:ascii="Times New Roman" w:hAnsi="Times New Roman" w:cs="Times New Roman"/>
          <w:sz w:val="28"/>
          <w:szCs w:val="28"/>
          <w:lang w:val="kk-KZ"/>
        </w:rPr>
        <w:t>Е</w:t>
      </w:r>
      <w:r>
        <w:rPr>
          <w:rFonts w:ascii="Times New Roman" w:hAnsi="Times New Roman" w:cs="Times New Roman"/>
          <w:sz w:val="28"/>
          <w:szCs w:val="28"/>
          <w:lang w:val="kk-KZ"/>
        </w:rPr>
        <w:t>.</w:t>
      </w:r>
    </w:p>
    <w:p w14:paraId="5E4A3CE0" w14:textId="77777777" w:rsidR="00DC71D7" w:rsidRPr="00B75A9A" w:rsidRDefault="00DC71D7" w:rsidP="00DC71D7">
      <w:pPr>
        <w:tabs>
          <w:tab w:val="center" w:pos="4800"/>
          <w:tab w:val="right" w:pos="9500"/>
        </w:tabs>
        <w:spacing w:after="0" w:line="240" w:lineRule="auto"/>
        <w:ind w:left="4820"/>
        <w:rPr>
          <w:rFonts w:ascii="Times New Roman" w:hAnsi="Times New Roman" w:cs="Times New Roman"/>
          <w:noProof/>
          <w:color w:val="000000" w:themeColor="text1"/>
          <w:sz w:val="28"/>
          <w:szCs w:val="28"/>
          <w:lang w:val="kk-KZ"/>
        </w:rPr>
      </w:pPr>
    </w:p>
    <w:p w14:paraId="6EADBA7A" w14:textId="45097411" w:rsidR="000C5C23" w:rsidRDefault="00CE08C6" w:rsidP="00A542DF">
      <w:pPr>
        <w:tabs>
          <w:tab w:val="center" w:pos="4800"/>
          <w:tab w:val="right" w:pos="9500"/>
        </w:tabs>
        <w:spacing w:after="0" w:line="240" w:lineRule="auto"/>
        <w:ind w:left="4820"/>
        <w:rPr>
          <w:rFonts w:ascii="Times New Roman" w:hAnsi="Times New Roman" w:cs="Times New Roman"/>
          <w:sz w:val="28"/>
          <w:szCs w:val="28"/>
          <w:lang w:val="kk-KZ"/>
        </w:rPr>
      </w:pPr>
      <w:r>
        <w:rPr>
          <w:rFonts w:ascii="Times New Roman" w:hAnsi="Times New Roman" w:cs="Times New Roman"/>
          <w:sz w:val="28"/>
          <w:szCs w:val="28"/>
          <w:lang w:val="kk-KZ"/>
        </w:rPr>
        <w:t>Шетелдік кеңесші</w:t>
      </w:r>
      <w:r w:rsidR="00BA2BA8">
        <w:rPr>
          <w:rFonts w:ascii="Times New Roman" w:hAnsi="Times New Roman" w:cs="Times New Roman"/>
          <w:sz w:val="28"/>
          <w:szCs w:val="28"/>
          <w:lang w:val="kk-KZ"/>
        </w:rPr>
        <w:t>:</w:t>
      </w:r>
    </w:p>
    <w:p w14:paraId="5E88B78F" w14:textId="16B699C1" w:rsidR="000C5C23" w:rsidRDefault="00A542DF" w:rsidP="000C5C23">
      <w:pPr>
        <w:tabs>
          <w:tab w:val="center" w:pos="4800"/>
          <w:tab w:val="right" w:pos="9500"/>
        </w:tabs>
        <w:spacing w:after="0" w:line="240" w:lineRule="auto"/>
        <w:ind w:left="4820"/>
        <w:rPr>
          <w:rFonts w:ascii="Times New Roman" w:hAnsi="Times New Roman" w:cs="Times New Roman"/>
          <w:sz w:val="28"/>
          <w:szCs w:val="28"/>
          <w:lang w:val="kk-KZ"/>
        </w:rPr>
      </w:pPr>
      <w:r w:rsidRPr="00B75A9A">
        <w:rPr>
          <w:rFonts w:ascii="Times New Roman" w:hAnsi="Times New Roman" w:cs="Times New Roman"/>
          <w:sz w:val="28"/>
          <w:szCs w:val="28"/>
          <w:lang w:val="kk-KZ"/>
        </w:rPr>
        <w:t>ф.-м.ғ.д., проф.</w:t>
      </w:r>
      <w:r w:rsidR="00DC71D7" w:rsidRPr="00B75A9A">
        <w:rPr>
          <w:rFonts w:ascii="Times New Roman" w:hAnsi="Times New Roman" w:cs="Times New Roman"/>
          <w:sz w:val="28"/>
          <w:szCs w:val="28"/>
          <w:lang w:val="kk-KZ"/>
        </w:rPr>
        <w:t xml:space="preserve"> Солдатов А</w:t>
      </w:r>
      <w:r w:rsidR="00394E58">
        <w:rPr>
          <w:rFonts w:ascii="Times New Roman" w:hAnsi="Times New Roman" w:cs="Times New Roman"/>
          <w:sz w:val="28"/>
          <w:szCs w:val="28"/>
          <w:lang w:val="kk-KZ"/>
        </w:rPr>
        <w:t>.</w:t>
      </w:r>
      <w:r w:rsidR="00DC71D7" w:rsidRPr="00B75A9A">
        <w:rPr>
          <w:rFonts w:ascii="Times New Roman" w:hAnsi="Times New Roman" w:cs="Times New Roman"/>
          <w:sz w:val="28"/>
          <w:szCs w:val="28"/>
          <w:lang w:val="kk-KZ"/>
        </w:rPr>
        <w:t>П</w:t>
      </w:r>
      <w:r w:rsidR="000C5C23">
        <w:rPr>
          <w:rFonts w:ascii="Times New Roman" w:hAnsi="Times New Roman" w:cs="Times New Roman"/>
          <w:sz w:val="28"/>
          <w:szCs w:val="28"/>
          <w:lang w:val="kk-KZ"/>
        </w:rPr>
        <w:t>.</w:t>
      </w:r>
    </w:p>
    <w:p w14:paraId="45936044" w14:textId="763531F7" w:rsidR="00DC71D7" w:rsidRPr="00394E58" w:rsidRDefault="00A542DF" w:rsidP="000C5C23">
      <w:pPr>
        <w:tabs>
          <w:tab w:val="center" w:pos="4800"/>
          <w:tab w:val="right" w:pos="9500"/>
        </w:tabs>
        <w:spacing w:after="0" w:line="240" w:lineRule="auto"/>
        <w:ind w:left="4820"/>
        <w:rPr>
          <w:rFonts w:ascii="Times New Roman" w:hAnsi="Times New Roman" w:cs="Times New Roman"/>
          <w:sz w:val="28"/>
          <w:szCs w:val="28"/>
          <w:lang w:val="kk-KZ"/>
        </w:rPr>
      </w:pPr>
      <w:r w:rsidRPr="00B75A9A">
        <w:rPr>
          <w:rFonts w:ascii="Times New Roman" w:hAnsi="Times New Roman" w:cs="Times New Roman"/>
          <w:sz w:val="28"/>
          <w:szCs w:val="28"/>
          <w:lang w:val="kk-KZ"/>
        </w:rPr>
        <w:t>(</w:t>
      </w:r>
      <w:r w:rsidR="00D60907">
        <w:rPr>
          <w:rFonts w:ascii="Times New Roman" w:hAnsi="Times New Roman" w:cs="Times New Roman"/>
          <w:noProof/>
          <w:color w:val="000000" w:themeColor="text1"/>
          <w:sz w:val="28"/>
          <w:szCs w:val="28"/>
          <w:lang w:val="kk-KZ"/>
        </w:rPr>
        <w:t>Мәскеу</w:t>
      </w:r>
      <w:r w:rsidR="00DC71D7" w:rsidRPr="00B75A9A">
        <w:rPr>
          <w:rFonts w:ascii="Times New Roman" w:hAnsi="Times New Roman" w:cs="Times New Roman"/>
          <w:noProof/>
          <w:color w:val="000000" w:themeColor="text1"/>
          <w:sz w:val="28"/>
          <w:szCs w:val="28"/>
          <w:lang w:val="kk-KZ"/>
        </w:rPr>
        <w:t xml:space="preserve">, </w:t>
      </w:r>
      <w:r w:rsidRPr="00B75A9A">
        <w:rPr>
          <w:rFonts w:ascii="Times New Roman" w:hAnsi="Times New Roman" w:cs="Times New Roman"/>
          <w:noProof/>
          <w:color w:val="000000" w:themeColor="text1"/>
          <w:sz w:val="28"/>
          <w:szCs w:val="28"/>
          <w:lang w:val="kk-KZ"/>
        </w:rPr>
        <w:t>Ресей)</w:t>
      </w:r>
    </w:p>
    <w:p w14:paraId="41E0FC86" w14:textId="77777777" w:rsidR="000E0D8C" w:rsidRPr="00B75A9A" w:rsidRDefault="000E0D8C" w:rsidP="00DC71D7">
      <w:pPr>
        <w:tabs>
          <w:tab w:val="center" w:pos="4800"/>
          <w:tab w:val="right" w:pos="9500"/>
        </w:tabs>
        <w:spacing w:after="0" w:line="240" w:lineRule="auto"/>
        <w:ind w:left="4820"/>
        <w:rPr>
          <w:rFonts w:ascii="Times New Roman" w:hAnsi="Times New Roman" w:cs="Times New Roman"/>
          <w:noProof/>
          <w:color w:val="000000" w:themeColor="text1"/>
          <w:sz w:val="28"/>
          <w:szCs w:val="28"/>
          <w:lang w:val="kk-KZ"/>
        </w:rPr>
      </w:pPr>
    </w:p>
    <w:p w14:paraId="42EA990E" w14:textId="1697A924" w:rsidR="00DC71D7" w:rsidRDefault="00DC71D7" w:rsidP="00D60907">
      <w:pPr>
        <w:tabs>
          <w:tab w:val="center" w:pos="4800"/>
          <w:tab w:val="right" w:pos="9500"/>
        </w:tabs>
        <w:jc w:val="both"/>
        <w:rPr>
          <w:rFonts w:ascii="Times New Roman" w:hAnsi="Times New Roman" w:cs="Times New Roman"/>
          <w:noProof/>
          <w:color w:val="000000" w:themeColor="text1"/>
          <w:sz w:val="28"/>
          <w:szCs w:val="28"/>
          <w:lang w:val="kk-KZ"/>
        </w:rPr>
      </w:pPr>
    </w:p>
    <w:p w14:paraId="4867E576" w14:textId="77777777" w:rsidR="000C5C23" w:rsidRDefault="000C5C23" w:rsidP="00D60907">
      <w:pPr>
        <w:tabs>
          <w:tab w:val="center" w:pos="4800"/>
          <w:tab w:val="right" w:pos="9500"/>
        </w:tabs>
        <w:jc w:val="both"/>
        <w:rPr>
          <w:rFonts w:ascii="Times New Roman" w:hAnsi="Times New Roman" w:cs="Times New Roman"/>
          <w:noProof/>
          <w:color w:val="000000" w:themeColor="text1"/>
          <w:sz w:val="28"/>
          <w:szCs w:val="28"/>
          <w:lang w:val="kk-KZ"/>
        </w:rPr>
      </w:pPr>
    </w:p>
    <w:p w14:paraId="36EFD8E9" w14:textId="77777777" w:rsidR="000C5C23" w:rsidRPr="00B75A9A" w:rsidRDefault="000C5C23" w:rsidP="00D60907">
      <w:pPr>
        <w:tabs>
          <w:tab w:val="center" w:pos="4800"/>
          <w:tab w:val="right" w:pos="9500"/>
        </w:tabs>
        <w:jc w:val="both"/>
        <w:rPr>
          <w:rFonts w:ascii="Times New Roman" w:hAnsi="Times New Roman" w:cs="Times New Roman"/>
          <w:noProof/>
          <w:color w:val="000000" w:themeColor="text1"/>
          <w:sz w:val="28"/>
          <w:szCs w:val="28"/>
          <w:lang w:val="kk-KZ"/>
        </w:rPr>
      </w:pPr>
    </w:p>
    <w:p w14:paraId="3CFE7F9C" w14:textId="77777777" w:rsidR="00DC71D7" w:rsidRPr="00B75A9A" w:rsidRDefault="00DC71D7" w:rsidP="00CE08C6">
      <w:pPr>
        <w:spacing w:after="0" w:line="240" w:lineRule="auto"/>
        <w:jc w:val="center"/>
        <w:rPr>
          <w:rFonts w:ascii="Times New Roman" w:hAnsi="Times New Roman" w:cs="Times New Roman"/>
          <w:sz w:val="28"/>
          <w:szCs w:val="28"/>
          <w:lang w:val="kk-KZ"/>
        </w:rPr>
      </w:pPr>
      <w:r w:rsidRPr="00B75A9A">
        <w:rPr>
          <w:rFonts w:ascii="Times New Roman" w:hAnsi="Times New Roman" w:cs="Times New Roman"/>
          <w:sz w:val="28"/>
          <w:szCs w:val="28"/>
          <w:lang w:val="kk-KZ"/>
        </w:rPr>
        <w:t>Қазақстан Республикасы</w:t>
      </w:r>
    </w:p>
    <w:p w14:paraId="3B1BB324" w14:textId="77777777" w:rsidR="00CE08C6" w:rsidRDefault="001A13AF" w:rsidP="00CE08C6">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Алматы, 2026</w:t>
      </w:r>
    </w:p>
    <w:p w14:paraId="0CEE50F0" w14:textId="77777777" w:rsidR="00CE08C6" w:rsidRDefault="00CE08C6" w:rsidP="00CE08C6">
      <w:pPr>
        <w:spacing w:after="0" w:line="240" w:lineRule="auto"/>
        <w:jc w:val="center"/>
        <w:rPr>
          <w:rFonts w:ascii="Times New Roman" w:hAnsi="Times New Roman" w:cs="Times New Roman"/>
          <w:sz w:val="28"/>
          <w:szCs w:val="28"/>
          <w:lang w:val="kk-KZ"/>
        </w:rPr>
      </w:pPr>
    </w:p>
    <w:p w14:paraId="2DA3BABD" w14:textId="77777777" w:rsidR="00CE08C6" w:rsidRDefault="00CE08C6" w:rsidP="00CE08C6">
      <w:pPr>
        <w:spacing w:after="0" w:line="240" w:lineRule="auto"/>
        <w:jc w:val="center"/>
        <w:rPr>
          <w:rFonts w:ascii="Times New Roman" w:hAnsi="Times New Roman" w:cs="Times New Roman"/>
          <w:sz w:val="28"/>
          <w:szCs w:val="28"/>
          <w:lang w:val="kk-KZ"/>
        </w:rPr>
      </w:pPr>
    </w:p>
    <w:p w14:paraId="17B17A86" w14:textId="30B438A8" w:rsidR="001A13AF" w:rsidRPr="00B75A9A" w:rsidRDefault="001A13AF" w:rsidP="00CE08C6">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br w:type="page"/>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5"/>
        <w:gridCol w:w="719"/>
      </w:tblGrid>
      <w:tr w:rsidR="00DC71D7" w:rsidRPr="000C5C23" w14:paraId="6C90D4CC" w14:textId="77777777" w:rsidTr="0063485E">
        <w:tc>
          <w:tcPr>
            <w:tcW w:w="9854" w:type="dxa"/>
            <w:gridSpan w:val="2"/>
          </w:tcPr>
          <w:p w14:paraId="2134403B" w14:textId="6E7EFC02" w:rsidR="00DC71D7" w:rsidRPr="00394E58" w:rsidRDefault="00D60907" w:rsidP="00D83CC5">
            <w:pPr>
              <w:pStyle w:val="MDPI36textafterlist"/>
              <w:rPr>
                <w:rFonts w:ascii="Times New Roman" w:hAnsi="Times New Roman"/>
                <w:b/>
                <w:sz w:val="28"/>
                <w:szCs w:val="28"/>
                <w:lang w:val="kk-KZ"/>
              </w:rPr>
            </w:pPr>
            <w:r>
              <w:rPr>
                <w:rFonts w:ascii="Times New Roman" w:hAnsi="Times New Roman"/>
                <w:sz w:val="28"/>
                <w:szCs w:val="28"/>
                <w:lang w:val="kk-KZ"/>
              </w:rPr>
              <w:lastRenderedPageBreak/>
              <w:t xml:space="preserve">           </w:t>
            </w:r>
            <w:r w:rsidR="00DC71D7" w:rsidRPr="00394E58">
              <w:rPr>
                <w:rFonts w:ascii="Times New Roman" w:hAnsi="Times New Roman"/>
                <w:b/>
                <w:sz w:val="28"/>
                <w:szCs w:val="28"/>
                <w:lang w:val="kk-KZ"/>
              </w:rPr>
              <w:t>МАЗМҰНЫ</w:t>
            </w:r>
          </w:p>
        </w:tc>
      </w:tr>
      <w:tr w:rsidR="00D60907" w:rsidRPr="000C5C23" w14:paraId="08AF0AAA" w14:textId="77777777" w:rsidTr="0063485E">
        <w:tc>
          <w:tcPr>
            <w:tcW w:w="9854" w:type="dxa"/>
            <w:gridSpan w:val="2"/>
          </w:tcPr>
          <w:p w14:paraId="696CA97D" w14:textId="77777777" w:rsidR="00D60907" w:rsidRDefault="00D60907" w:rsidP="00D83CC5">
            <w:pPr>
              <w:pStyle w:val="MDPI36textafterlist"/>
              <w:rPr>
                <w:rFonts w:ascii="Times New Roman" w:hAnsi="Times New Roman"/>
                <w:sz w:val="28"/>
                <w:szCs w:val="28"/>
                <w:lang w:val="kk-KZ"/>
              </w:rPr>
            </w:pPr>
          </w:p>
        </w:tc>
      </w:tr>
      <w:tr w:rsidR="006B7B77" w:rsidRPr="000C5C23" w14:paraId="75499668" w14:textId="77777777" w:rsidTr="0063485E">
        <w:tc>
          <w:tcPr>
            <w:tcW w:w="9135" w:type="dxa"/>
          </w:tcPr>
          <w:p w14:paraId="0B408D40" w14:textId="78AEB468" w:rsidR="00DC71D7" w:rsidRPr="0063485E" w:rsidRDefault="00835D75" w:rsidP="00D53165">
            <w:pPr>
              <w:rPr>
                <w:rFonts w:ascii="Times New Roman" w:hAnsi="Times New Roman" w:cs="Times New Roman"/>
                <w:b/>
                <w:sz w:val="28"/>
                <w:szCs w:val="28"/>
                <w:lang w:val="kk-KZ"/>
              </w:rPr>
            </w:pPr>
            <w:r w:rsidRPr="0063485E">
              <w:rPr>
                <w:rFonts w:ascii="Times New Roman" w:hAnsi="Times New Roman" w:cs="Times New Roman"/>
                <w:b/>
                <w:sz w:val="28"/>
                <w:szCs w:val="28"/>
                <w:lang w:val="kk-KZ"/>
              </w:rPr>
              <w:t>НОРМАТИВТІК СІЛТЕМЕЛЕР</w:t>
            </w:r>
          </w:p>
        </w:tc>
        <w:tc>
          <w:tcPr>
            <w:tcW w:w="719" w:type="dxa"/>
          </w:tcPr>
          <w:p w14:paraId="70F154A8" w14:textId="77777777" w:rsidR="00DC71D7" w:rsidRPr="0063485E" w:rsidRDefault="00C11A4A" w:rsidP="00D53165">
            <w:pPr>
              <w:rPr>
                <w:rFonts w:ascii="Times New Roman" w:hAnsi="Times New Roman" w:cs="Times New Roman"/>
                <w:sz w:val="28"/>
                <w:szCs w:val="28"/>
                <w:lang w:val="kk-KZ"/>
              </w:rPr>
            </w:pPr>
            <w:r w:rsidRPr="0063485E">
              <w:rPr>
                <w:rFonts w:ascii="Times New Roman" w:hAnsi="Times New Roman" w:cs="Times New Roman"/>
                <w:sz w:val="28"/>
                <w:szCs w:val="28"/>
                <w:lang w:val="kk-KZ"/>
              </w:rPr>
              <w:t>3</w:t>
            </w:r>
          </w:p>
        </w:tc>
      </w:tr>
      <w:tr w:rsidR="006B7B77" w:rsidRPr="000C5C23" w14:paraId="2C24F975" w14:textId="77777777" w:rsidTr="0063485E">
        <w:tc>
          <w:tcPr>
            <w:tcW w:w="9135" w:type="dxa"/>
          </w:tcPr>
          <w:p w14:paraId="7A062927" w14:textId="7EED1DD1" w:rsidR="00835D75" w:rsidRPr="0063485E" w:rsidRDefault="00835D75" w:rsidP="00D53165">
            <w:pPr>
              <w:rPr>
                <w:rFonts w:ascii="Times New Roman" w:hAnsi="Times New Roman" w:cs="Times New Roman"/>
                <w:b/>
                <w:sz w:val="28"/>
                <w:szCs w:val="28"/>
                <w:lang w:val="kk-KZ"/>
              </w:rPr>
            </w:pPr>
            <w:r w:rsidRPr="0063485E">
              <w:rPr>
                <w:rFonts w:ascii="Times New Roman" w:hAnsi="Times New Roman" w:cs="Times New Roman"/>
                <w:b/>
                <w:sz w:val="28"/>
                <w:szCs w:val="28"/>
                <w:lang w:val="kk-KZ"/>
              </w:rPr>
              <w:t>БЕЛГІЛЕУЛЕР МЕН ҚЫСҚАРТУЛАР</w:t>
            </w:r>
          </w:p>
        </w:tc>
        <w:tc>
          <w:tcPr>
            <w:tcW w:w="719" w:type="dxa"/>
          </w:tcPr>
          <w:p w14:paraId="5965A983" w14:textId="695F38E7" w:rsidR="00835D75" w:rsidRPr="0063485E" w:rsidRDefault="00835D75" w:rsidP="00D53165">
            <w:pPr>
              <w:rPr>
                <w:rFonts w:ascii="Times New Roman" w:hAnsi="Times New Roman" w:cs="Times New Roman"/>
                <w:sz w:val="28"/>
                <w:szCs w:val="28"/>
                <w:lang w:val="kk-KZ"/>
              </w:rPr>
            </w:pPr>
            <w:r w:rsidRPr="0063485E">
              <w:rPr>
                <w:rFonts w:ascii="Times New Roman" w:hAnsi="Times New Roman" w:cs="Times New Roman"/>
                <w:sz w:val="28"/>
                <w:szCs w:val="28"/>
                <w:lang w:val="kk-KZ"/>
              </w:rPr>
              <w:t>4</w:t>
            </w:r>
          </w:p>
        </w:tc>
      </w:tr>
      <w:tr w:rsidR="006B7B77" w:rsidRPr="0063485E" w14:paraId="3E7FCDAB" w14:textId="77777777" w:rsidTr="0063485E">
        <w:tc>
          <w:tcPr>
            <w:tcW w:w="9135" w:type="dxa"/>
          </w:tcPr>
          <w:p w14:paraId="72763178" w14:textId="6DE0F621" w:rsidR="006B7B77" w:rsidRPr="0063485E" w:rsidRDefault="006B7B77" w:rsidP="00D53165">
            <w:pPr>
              <w:rPr>
                <w:rFonts w:ascii="Times New Roman" w:hAnsi="Times New Roman" w:cs="Times New Roman"/>
                <w:b/>
                <w:sz w:val="28"/>
                <w:szCs w:val="28"/>
                <w:lang w:val="kk-KZ"/>
              </w:rPr>
            </w:pPr>
            <w:r w:rsidRPr="00394E58">
              <w:rPr>
                <w:rFonts w:ascii="Times New Roman" w:hAnsi="Times New Roman" w:cs="Times New Roman"/>
                <w:b/>
                <w:sz w:val="28"/>
                <w:szCs w:val="28"/>
                <w:lang w:val="kk-KZ"/>
              </w:rPr>
              <w:t>КІРІСПЕ</w:t>
            </w:r>
          </w:p>
        </w:tc>
        <w:tc>
          <w:tcPr>
            <w:tcW w:w="719" w:type="dxa"/>
          </w:tcPr>
          <w:p w14:paraId="3B54C7BF" w14:textId="2702D3B8" w:rsidR="006B7B77" w:rsidRPr="0063485E" w:rsidRDefault="00D83CC5" w:rsidP="00D53165">
            <w:pPr>
              <w:rPr>
                <w:rFonts w:ascii="Times New Roman" w:hAnsi="Times New Roman" w:cs="Times New Roman"/>
                <w:sz w:val="28"/>
                <w:szCs w:val="28"/>
                <w:lang w:val="kk-KZ"/>
              </w:rPr>
            </w:pPr>
            <w:r w:rsidRPr="0063485E">
              <w:rPr>
                <w:rFonts w:ascii="Times New Roman" w:hAnsi="Times New Roman" w:cs="Times New Roman"/>
                <w:sz w:val="28"/>
                <w:szCs w:val="28"/>
                <w:lang w:val="kk-KZ"/>
              </w:rPr>
              <w:t>5</w:t>
            </w:r>
          </w:p>
        </w:tc>
      </w:tr>
      <w:tr w:rsidR="006B7B77" w:rsidRPr="0063485E" w14:paraId="19F2B0AE" w14:textId="77777777" w:rsidTr="0063485E">
        <w:tc>
          <w:tcPr>
            <w:tcW w:w="9135" w:type="dxa"/>
          </w:tcPr>
          <w:p w14:paraId="231C0AD8" w14:textId="3651DF50" w:rsidR="006B7B77" w:rsidRPr="0063485E" w:rsidRDefault="006B7B77" w:rsidP="00D53165">
            <w:pPr>
              <w:rPr>
                <w:rFonts w:ascii="Times New Roman" w:hAnsi="Times New Roman" w:cs="Times New Roman"/>
                <w:b/>
                <w:sz w:val="28"/>
                <w:szCs w:val="28"/>
                <w:lang w:val="kk-KZ"/>
              </w:rPr>
            </w:pPr>
            <w:r w:rsidRPr="0063485E">
              <w:rPr>
                <w:rFonts w:ascii="Times New Roman" w:hAnsi="Times New Roman" w:cs="Times New Roman"/>
                <w:b/>
                <w:sz w:val="28"/>
                <w:szCs w:val="28"/>
                <w:lang w:val="kk-KZ"/>
              </w:rPr>
              <w:t>1 ЖАЗЫҚТЫҚТАҒЫ НОРМАЛЬ ТУЫНДЫЛЫ ЖОҒАРҒЫ РЕТТІ ЭЛЛИПСТІК ТЕҢДЕУЛЕР ҮШІН ШЕТТІ</w:t>
            </w:r>
            <w:r w:rsidR="00150A69">
              <w:rPr>
                <w:rFonts w:ascii="Times New Roman" w:hAnsi="Times New Roman" w:cs="Times New Roman"/>
                <w:b/>
                <w:sz w:val="28"/>
                <w:szCs w:val="28"/>
                <w:lang w:val="kk-KZ"/>
              </w:rPr>
              <w:t>К ЕСЕПТЕРДІ БІРБАЙЛАНЫСТЫ (КӨП</w:t>
            </w:r>
            <w:r w:rsidRPr="0063485E">
              <w:rPr>
                <w:rFonts w:ascii="Times New Roman" w:hAnsi="Times New Roman" w:cs="Times New Roman"/>
                <w:b/>
                <w:sz w:val="28"/>
                <w:szCs w:val="28"/>
                <w:lang w:val="kk-KZ"/>
              </w:rPr>
              <w:t>БАЙЛАНЫСТЫ) ОБЛЫСТАРДА ҚОЙЫЛУЫ ЖӘНЕ ОЛАРДЫҢ ФРЕДГОЛЬМДІ ШЕШІМДІЛІГІ</w:t>
            </w:r>
          </w:p>
        </w:tc>
        <w:tc>
          <w:tcPr>
            <w:tcW w:w="719" w:type="dxa"/>
          </w:tcPr>
          <w:p w14:paraId="72DFD9B2" w14:textId="77777777" w:rsidR="006B7B77" w:rsidRPr="0063485E" w:rsidRDefault="006B7B77" w:rsidP="00D53165">
            <w:pPr>
              <w:rPr>
                <w:rFonts w:ascii="Times New Roman" w:hAnsi="Times New Roman" w:cs="Times New Roman"/>
                <w:sz w:val="28"/>
                <w:szCs w:val="28"/>
                <w:lang w:val="kk-KZ"/>
              </w:rPr>
            </w:pPr>
          </w:p>
          <w:p w14:paraId="10AF88D7" w14:textId="77777777" w:rsidR="006B7B77" w:rsidRPr="0063485E" w:rsidRDefault="006B7B77" w:rsidP="00D53165">
            <w:pPr>
              <w:rPr>
                <w:rFonts w:ascii="Times New Roman" w:hAnsi="Times New Roman" w:cs="Times New Roman"/>
                <w:sz w:val="28"/>
                <w:szCs w:val="28"/>
                <w:lang w:val="kk-KZ"/>
              </w:rPr>
            </w:pPr>
          </w:p>
          <w:p w14:paraId="3921474B" w14:textId="77777777" w:rsidR="006B7B77" w:rsidRPr="0063485E" w:rsidRDefault="006B7B77" w:rsidP="00D53165">
            <w:pPr>
              <w:rPr>
                <w:rFonts w:ascii="Times New Roman" w:hAnsi="Times New Roman" w:cs="Times New Roman"/>
                <w:sz w:val="28"/>
                <w:szCs w:val="28"/>
                <w:lang w:val="kk-KZ"/>
              </w:rPr>
            </w:pPr>
          </w:p>
          <w:p w14:paraId="6919B2F1" w14:textId="1C10D49D" w:rsidR="006B7B77" w:rsidRPr="0063485E" w:rsidRDefault="006C622D" w:rsidP="00D53165">
            <w:pPr>
              <w:rPr>
                <w:rFonts w:ascii="Times New Roman" w:hAnsi="Times New Roman" w:cs="Times New Roman"/>
                <w:sz w:val="28"/>
                <w:szCs w:val="28"/>
                <w:lang w:val="kk-KZ"/>
              </w:rPr>
            </w:pPr>
            <w:r>
              <w:rPr>
                <w:rFonts w:ascii="Times New Roman" w:hAnsi="Times New Roman" w:cs="Times New Roman"/>
                <w:sz w:val="28"/>
                <w:szCs w:val="28"/>
                <w:lang w:val="kk-KZ"/>
              </w:rPr>
              <w:t>25</w:t>
            </w:r>
          </w:p>
        </w:tc>
      </w:tr>
      <w:tr w:rsidR="006B7B77" w:rsidRPr="0063485E" w14:paraId="3C3C6BEB" w14:textId="77777777" w:rsidTr="0063485E">
        <w:tc>
          <w:tcPr>
            <w:tcW w:w="9135" w:type="dxa"/>
          </w:tcPr>
          <w:p w14:paraId="0E70B09F" w14:textId="400BE442" w:rsidR="006B7B77" w:rsidRPr="0063485E" w:rsidRDefault="006B7B77" w:rsidP="00D53165">
            <w:pPr>
              <w:rPr>
                <w:rFonts w:ascii="Times New Roman" w:hAnsi="Times New Roman" w:cs="Times New Roman"/>
                <w:b/>
                <w:sz w:val="28"/>
                <w:szCs w:val="28"/>
                <w:lang w:val="ru-RU"/>
              </w:rPr>
            </w:pPr>
            <w:r w:rsidRPr="0063485E">
              <w:rPr>
                <w:rFonts w:ascii="Times New Roman" w:hAnsi="Times New Roman" w:cs="Times New Roman"/>
                <w:sz w:val="28"/>
                <w:szCs w:val="28"/>
                <w:lang w:val="kk-KZ"/>
              </w:rPr>
              <w:t>1.1 Жазықтықтағы нормаль туындылы жоғарғы ретті эллипстік теңдеулер үшін шеттік есептердің көпбайланысты облыстарда қойылуы. Есептің эквивалентті редукциясы</w:t>
            </w:r>
          </w:p>
        </w:tc>
        <w:tc>
          <w:tcPr>
            <w:tcW w:w="719" w:type="dxa"/>
          </w:tcPr>
          <w:p w14:paraId="7D5AE549" w14:textId="77777777" w:rsidR="006B7B77" w:rsidRPr="0063485E" w:rsidRDefault="006B7B77" w:rsidP="00D53165">
            <w:pPr>
              <w:rPr>
                <w:rFonts w:ascii="Times New Roman" w:hAnsi="Times New Roman" w:cs="Times New Roman"/>
                <w:sz w:val="28"/>
                <w:szCs w:val="28"/>
                <w:lang w:val="kk-KZ"/>
              </w:rPr>
            </w:pPr>
          </w:p>
          <w:p w14:paraId="231B2878" w14:textId="77777777" w:rsidR="006B7B77" w:rsidRPr="0063485E" w:rsidRDefault="006B7B77" w:rsidP="00D53165">
            <w:pPr>
              <w:rPr>
                <w:rFonts w:ascii="Times New Roman" w:hAnsi="Times New Roman" w:cs="Times New Roman"/>
                <w:sz w:val="28"/>
                <w:szCs w:val="28"/>
                <w:lang w:val="kk-KZ"/>
              </w:rPr>
            </w:pPr>
          </w:p>
          <w:p w14:paraId="14347A16" w14:textId="7CA8FA61" w:rsidR="006B7B77" w:rsidRPr="0063485E" w:rsidRDefault="006C622D" w:rsidP="00D53165">
            <w:pPr>
              <w:rPr>
                <w:rFonts w:ascii="Times New Roman" w:hAnsi="Times New Roman" w:cs="Times New Roman"/>
                <w:sz w:val="28"/>
                <w:szCs w:val="28"/>
                <w:lang w:val="kk-KZ"/>
              </w:rPr>
            </w:pPr>
            <w:r>
              <w:rPr>
                <w:rFonts w:ascii="Times New Roman" w:hAnsi="Times New Roman" w:cs="Times New Roman"/>
                <w:sz w:val="28"/>
                <w:szCs w:val="28"/>
                <w:lang w:val="kk-KZ"/>
              </w:rPr>
              <w:t>25</w:t>
            </w:r>
          </w:p>
        </w:tc>
      </w:tr>
      <w:tr w:rsidR="006B7B77" w:rsidRPr="0063485E" w14:paraId="417BD3A3" w14:textId="77777777" w:rsidTr="0063485E">
        <w:tc>
          <w:tcPr>
            <w:tcW w:w="9135" w:type="dxa"/>
          </w:tcPr>
          <w:p w14:paraId="7504EC9C" w14:textId="46A3085A" w:rsidR="006B7B77" w:rsidRPr="0063485E" w:rsidRDefault="006B7B77" w:rsidP="00D53165">
            <w:pPr>
              <w:jc w:val="both"/>
              <w:rPr>
                <w:rFonts w:ascii="Times New Roman" w:hAnsi="Times New Roman" w:cs="Times New Roman"/>
                <w:b/>
                <w:sz w:val="28"/>
                <w:szCs w:val="28"/>
                <w:lang w:val="kk-KZ"/>
              </w:rPr>
            </w:pPr>
            <w:r w:rsidRPr="0063485E">
              <w:rPr>
                <w:rFonts w:ascii="Times New Roman" w:hAnsi="Times New Roman" w:cs="Times New Roman"/>
                <w:sz w:val="28"/>
                <w:szCs w:val="28"/>
                <w:lang w:val="kk-KZ"/>
              </w:rPr>
              <w:t>1.2 Есептің фредгольмді шешімділігі</w:t>
            </w:r>
          </w:p>
        </w:tc>
        <w:tc>
          <w:tcPr>
            <w:tcW w:w="719" w:type="dxa"/>
          </w:tcPr>
          <w:p w14:paraId="76269700" w14:textId="0A3658B5" w:rsidR="006B7B77" w:rsidRPr="0063485E" w:rsidRDefault="006C622D" w:rsidP="00D53165">
            <w:pPr>
              <w:rPr>
                <w:rFonts w:ascii="Times New Roman" w:hAnsi="Times New Roman" w:cs="Times New Roman"/>
                <w:sz w:val="28"/>
                <w:szCs w:val="28"/>
                <w:lang w:val="kk-KZ"/>
              </w:rPr>
            </w:pPr>
            <w:r>
              <w:rPr>
                <w:rFonts w:ascii="Times New Roman" w:hAnsi="Times New Roman" w:cs="Times New Roman"/>
                <w:sz w:val="28"/>
                <w:szCs w:val="28"/>
                <w:lang w:val="kk-KZ"/>
              </w:rPr>
              <w:t>35</w:t>
            </w:r>
          </w:p>
        </w:tc>
      </w:tr>
      <w:tr w:rsidR="006B7B77" w:rsidRPr="0063485E" w14:paraId="20415D56" w14:textId="77777777" w:rsidTr="0063485E">
        <w:tc>
          <w:tcPr>
            <w:tcW w:w="9135" w:type="dxa"/>
          </w:tcPr>
          <w:p w14:paraId="4672D8C6" w14:textId="79F5E404" w:rsidR="006B7B77" w:rsidRPr="0063485E" w:rsidRDefault="006B7B77" w:rsidP="00D53165">
            <w:pPr>
              <w:jc w:val="both"/>
              <w:rPr>
                <w:rFonts w:ascii="Times New Roman" w:hAnsi="Times New Roman" w:cs="Times New Roman"/>
                <w:sz w:val="28"/>
                <w:szCs w:val="28"/>
                <w:lang w:val="kk-KZ"/>
              </w:rPr>
            </w:pPr>
            <w:r w:rsidRPr="0063485E">
              <w:rPr>
                <w:rFonts w:ascii="Times New Roman" w:hAnsi="Times New Roman" w:cs="Times New Roman"/>
                <w:sz w:val="28"/>
                <w:szCs w:val="28"/>
                <w:lang w:val="kk-KZ"/>
              </w:rPr>
              <w:t>1.3 Есептің индексінің формуласын есептеу</w:t>
            </w:r>
          </w:p>
        </w:tc>
        <w:tc>
          <w:tcPr>
            <w:tcW w:w="719" w:type="dxa"/>
          </w:tcPr>
          <w:p w14:paraId="3547D84A" w14:textId="5D697857" w:rsidR="006B7B77" w:rsidRPr="0063485E" w:rsidRDefault="006C622D" w:rsidP="00D53165">
            <w:pPr>
              <w:rPr>
                <w:rFonts w:ascii="Times New Roman" w:hAnsi="Times New Roman" w:cs="Times New Roman"/>
                <w:sz w:val="28"/>
                <w:szCs w:val="28"/>
                <w:lang w:val="kk-KZ"/>
              </w:rPr>
            </w:pPr>
            <w:r>
              <w:rPr>
                <w:rFonts w:ascii="Times New Roman" w:hAnsi="Times New Roman" w:cs="Times New Roman"/>
                <w:sz w:val="28"/>
                <w:szCs w:val="28"/>
                <w:lang w:val="kk-KZ"/>
              </w:rPr>
              <w:t>40</w:t>
            </w:r>
          </w:p>
        </w:tc>
      </w:tr>
      <w:tr w:rsidR="006B7B77" w:rsidRPr="0063485E" w14:paraId="18703065" w14:textId="77777777" w:rsidTr="0063485E">
        <w:tc>
          <w:tcPr>
            <w:tcW w:w="9135" w:type="dxa"/>
          </w:tcPr>
          <w:p w14:paraId="06A6668A" w14:textId="11067566" w:rsidR="006B7B77" w:rsidRPr="0063485E" w:rsidRDefault="00D83CC5" w:rsidP="00D53165">
            <w:pPr>
              <w:jc w:val="both"/>
              <w:rPr>
                <w:rFonts w:ascii="Times New Roman" w:hAnsi="Times New Roman" w:cs="Times New Roman"/>
                <w:sz w:val="28"/>
                <w:szCs w:val="28"/>
                <w:lang w:val="kk-KZ"/>
              </w:rPr>
            </w:pPr>
            <w:r w:rsidRPr="0063485E">
              <w:rPr>
                <w:rFonts w:ascii="Times New Roman" w:hAnsi="Times New Roman" w:cs="Times New Roman"/>
                <w:sz w:val="28"/>
                <w:szCs w:val="28"/>
                <w:lang w:val="kk-KZ"/>
              </w:rPr>
              <w:t xml:space="preserve">1.4 </w:t>
            </w:r>
            <w:r w:rsidR="006B7B77" w:rsidRPr="0063485E">
              <w:rPr>
                <w:rFonts w:ascii="Times New Roman" w:hAnsi="Times New Roman" w:cs="Times New Roman"/>
                <w:bCs/>
                <w:sz w:val="28"/>
                <w:szCs w:val="28"/>
                <w:lang w:val="kk-KZ"/>
              </w:rPr>
              <w:t>Шекарада нормаль туындылары бар төртінші және алтыншы ретті эллипстік теңдеулер үшін шеттік есептердің фредгольмді шешімділігі</w:t>
            </w:r>
          </w:p>
        </w:tc>
        <w:tc>
          <w:tcPr>
            <w:tcW w:w="719" w:type="dxa"/>
          </w:tcPr>
          <w:p w14:paraId="215E9A1F" w14:textId="77777777" w:rsidR="006B7B77" w:rsidRPr="0063485E" w:rsidRDefault="006B7B77" w:rsidP="00D53165">
            <w:pPr>
              <w:rPr>
                <w:rFonts w:ascii="Times New Roman" w:hAnsi="Times New Roman" w:cs="Times New Roman"/>
                <w:sz w:val="28"/>
                <w:szCs w:val="28"/>
                <w:lang w:val="kk-KZ"/>
              </w:rPr>
            </w:pPr>
          </w:p>
          <w:p w14:paraId="38B87BBF" w14:textId="5608A6C9" w:rsidR="006B7B77" w:rsidRPr="0063485E" w:rsidRDefault="006C622D" w:rsidP="00D53165">
            <w:pPr>
              <w:rPr>
                <w:rFonts w:ascii="Times New Roman" w:hAnsi="Times New Roman" w:cs="Times New Roman"/>
                <w:sz w:val="28"/>
                <w:szCs w:val="28"/>
                <w:lang w:val="kk-KZ"/>
              </w:rPr>
            </w:pPr>
            <w:r>
              <w:rPr>
                <w:rFonts w:ascii="Times New Roman" w:hAnsi="Times New Roman" w:cs="Times New Roman"/>
                <w:sz w:val="28"/>
                <w:szCs w:val="28"/>
                <w:lang w:val="kk-KZ"/>
              </w:rPr>
              <w:t>47</w:t>
            </w:r>
          </w:p>
        </w:tc>
      </w:tr>
      <w:tr w:rsidR="006B7B77" w:rsidRPr="0063485E" w14:paraId="37177AD6" w14:textId="77777777" w:rsidTr="0063485E">
        <w:tc>
          <w:tcPr>
            <w:tcW w:w="9135" w:type="dxa"/>
          </w:tcPr>
          <w:p w14:paraId="22FD5CA6" w14:textId="62F40260" w:rsidR="006B7B77" w:rsidRPr="0063485E" w:rsidRDefault="00BB521E" w:rsidP="00D53165">
            <w:pPr>
              <w:jc w:val="both"/>
              <w:rPr>
                <w:rFonts w:ascii="Times New Roman" w:hAnsi="Times New Roman" w:cs="Times New Roman"/>
                <w:b/>
                <w:color w:val="000000"/>
                <w:sz w:val="28"/>
                <w:szCs w:val="28"/>
                <w:lang w:val="kk-KZ"/>
              </w:rPr>
            </w:pPr>
            <w:r>
              <w:rPr>
                <w:rFonts w:ascii="Times New Roman" w:hAnsi="Times New Roman" w:cs="Times New Roman"/>
                <w:b/>
                <w:sz w:val="28"/>
                <w:szCs w:val="28"/>
                <w:lang w:val="kk-KZ"/>
              </w:rPr>
              <w:t>2</w:t>
            </w:r>
            <w:r w:rsidR="006B7B77" w:rsidRPr="0063485E">
              <w:rPr>
                <w:rFonts w:ascii="Times New Roman" w:hAnsi="Times New Roman" w:cs="Times New Roman"/>
                <w:b/>
                <w:sz w:val="28"/>
                <w:szCs w:val="28"/>
                <w:lang w:val="kk-KZ"/>
              </w:rPr>
              <w:t xml:space="preserve"> </w:t>
            </w:r>
            <w:r w:rsidR="006B7B77" w:rsidRPr="0063485E">
              <w:rPr>
                <w:rFonts w:ascii="Times New Roman" w:hAnsi="Times New Roman" w:cs="Times New Roman"/>
                <w:b/>
                <w:color w:val="000000"/>
                <w:sz w:val="28"/>
                <w:szCs w:val="28"/>
                <w:lang w:val="kk-KZ"/>
              </w:rPr>
              <w:t xml:space="preserve">ЭЛЛИПСТІК ТЕҢДЕУ ҮШІН </w:t>
            </w:r>
            <w:r w:rsidR="006B7B77" w:rsidRPr="0063485E">
              <w:rPr>
                <w:rFonts w:ascii="Times New Roman" w:hAnsi="Times New Roman" w:cs="Times New Roman"/>
                <w:b/>
                <w:sz w:val="28"/>
                <w:szCs w:val="28"/>
                <w:lang w:val="kk-KZ"/>
              </w:rPr>
              <w:t xml:space="preserve">ЖАЛПЫЛАНҒАН НЕЙМАН ЖӘНЕ </w:t>
            </w:r>
            <w:r w:rsidR="006B7B77" w:rsidRPr="0063485E">
              <w:rPr>
                <w:rFonts w:ascii="Times New Roman" w:hAnsi="Times New Roman" w:cs="Times New Roman"/>
                <w:b/>
                <w:color w:val="000000"/>
                <w:sz w:val="28"/>
                <w:szCs w:val="28"/>
                <w:lang w:val="kk-KZ"/>
              </w:rPr>
              <w:t>ЛОКАЛДІ ЕМЕС ШЕТТІК ШАРТТЫ ЕСЕПТЕРІНІҢ</w:t>
            </w:r>
            <w:r w:rsidR="006B7B77" w:rsidRPr="0063485E">
              <w:rPr>
                <w:rFonts w:ascii="Times New Roman" w:hAnsi="Times New Roman" w:cs="Times New Roman"/>
                <w:b/>
                <w:sz w:val="28"/>
                <w:szCs w:val="28"/>
                <w:lang w:val="kk-KZ"/>
              </w:rPr>
              <w:t xml:space="preserve"> </w:t>
            </w:r>
            <w:r w:rsidR="006B7B77" w:rsidRPr="0063485E">
              <w:rPr>
                <w:rFonts w:ascii="Times New Roman" w:hAnsi="Times New Roman" w:cs="Times New Roman"/>
                <w:b/>
                <w:color w:val="000000"/>
                <w:sz w:val="28"/>
                <w:szCs w:val="28"/>
                <w:lang w:val="kk-KZ"/>
              </w:rPr>
              <w:t xml:space="preserve">ШЕШІМДІЛІГІ </w:t>
            </w:r>
          </w:p>
        </w:tc>
        <w:tc>
          <w:tcPr>
            <w:tcW w:w="719" w:type="dxa"/>
          </w:tcPr>
          <w:p w14:paraId="77D38B42" w14:textId="77777777" w:rsidR="006B7B77" w:rsidRPr="0063485E" w:rsidRDefault="006B7B77" w:rsidP="00D53165">
            <w:pPr>
              <w:rPr>
                <w:rFonts w:ascii="Times New Roman" w:hAnsi="Times New Roman" w:cs="Times New Roman"/>
                <w:sz w:val="28"/>
                <w:szCs w:val="28"/>
                <w:lang w:val="kk-KZ"/>
              </w:rPr>
            </w:pPr>
            <w:r w:rsidRPr="0063485E">
              <w:rPr>
                <w:rFonts w:ascii="Times New Roman" w:hAnsi="Times New Roman" w:cs="Times New Roman"/>
                <w:sz w:val="28"/>
                <w:szCs w:val="28"/>
                <w:lang w:val="kk-KZ"/>
              </w:rPr>
              <w:t xml:space="preserve"> </w:t>
            </w:r>
          </w:p>
          <w:p w14:paraId="09925911" w14:textId="77777777" w:rsidR="006B7B77" w:rsidRPr="0063485E" w:rsidRDefault="006B7B77" w:rsidP="00D53165">
            <w:pPr>
              <w:rPr>
                <w:rFonts w:ascii="Times New Roman" w:hAnsi="Times New Roman" w:cs="Times New Roman"/>
                <w:sz w:val="28"/>
                <w:szCs w:val="28"/>
                <w:lang w:val="kk-KZ"/>
              </w:rPr>
            </w:pPr>
          </w:p>
          <w:p w14:paraId="6CD80A7E" w14:textId="7EA63784" w:rsidR="006B7B77" w:rsidRPr="0063485E" w:rsidRDefault="006C622D" w:rsidP="00D53165">
            <w:pPr>
              <w:rPr>
                <w:rFonts w:ascii="Times New Roman" w:hAnsi="Times New Roman" w:cs="Times New Roman"/>
                <w:sz w:val="28"/>
                <w:szCs w:val="28"/>
                <w:lang w:val="kk-KZ"/>
              </w:rPr>
            </w:pPr>
            <w:r>
              <w:rPr>
                <w:rFonts w:ascii="Times New Roman" w:hAnsi="Times New Roman" w:cs="Times New Roman"/>
                <w:sz w:val="28"/>
                <w:szCs w:val="28"/>
                <w:lang w:val="kk-KZ"/>
              </w:rPr>
              <w:t>61</w:t>
            </w:r>
          </w:p>
        </w:tc>
      </w:tr>
      <w:tr w:rsidR="006B7B77" w:rsidRPr="0063485E" w14:paraId="578650FC" w14:textId="77777777" w:rsidTr="0063485E">
        <w:tc>
          <w:tcPr>
            <w:tcW w:w="9135" w:type="dxa"/>
          </w:tcPr>
          <w:p w14:paraId="1AD02F59" w14:textId="0D30D021" w:rsidR="006B7B77" w:rsidRPr="0063485E" w:rsidRDefault="006B7B77" w:rsidP="00D53165">
            <w:pPr>
              <w:jc w:val="both"/>
              <w:rPr>
                <w:rFonts w:ascii="Times New Roman" w:hAnsi="Times New Roman" w:cs="Times New Roman"/>
                <w:sz w:val="28"/>
                <w:szCs w:val="28"/>
                <w:lang w:val="kk-KZ"/>
              </w:rPr>
            </w:pPr>
            <w:r w:rsidRPr="0063485E">
              <w:rPr>
                <w:rFonts w:ascii="Times New Roman" w:hAnsi="Times New Roman" w:cs="Times New Roman"/>
                <w:bCs/>
                <w:sz w:val="28"/>
                <w:szCs w:val="28"/>
                <w:lang w:val="kk-KZ"/>
              </w:rPr>
              <w:t xml:space="preserve">2.1 Жалпыланған Нейман есебінің фредгольмді шешімділігі мен қосалқы шартпен (Шапиро-Лопатинский шартымен) эквиваленттілігі </w:t>
            </w:r>
            <w:r w:rsidRPr="0063485E">
              <w:rPr>
                <w:rFonts w:ascii="Times New Roman" w:hAnsi="Times New Roman" w:cs="Times New Roman"/>
                <w:sz w:val="28"/>
                <w:szCs w:val="28"/>
                <w:lang w:val="kk-KZ"/>
              </w:rPr>
              <w:t xml:space="preserve"> </w:t>
            </w:r>
          </w:p>
        </w:tc>
        <w:tc>
          <w:tcPr>
            <w:tcW w:w="719" w:type="dxa"/>
          </w:tcPr>
          <w:p w14:paraId="240E4639" w14:textId="77777777" w:rsidR="006B7B77" w:rsidRPr="0063485E" w:rsidRDefault="006B7B77" w:rsidP="00D53165">
            <w:pPr>
              <w:rPr>
                <w:rFonts w:ascii="Times New Roman" w:hAnsi="Times New Roman" w:cs="Times New Roman"/>
                <w:sz w:val="28"/>
                <w:szCs w:val="28"/>
                <w:lang w:val="kk-KZ"/>
              </w:rPr>
            </w:pPr>
          </w:p>
          <w:p w14:paraId="23B450A3" w14:textId="2DB575C1" w:rsidR="006B7B77" w:rsidRPr="0063485E" w:rsidRDefault="006C622D" w:rsidP="00D53165">
            <w:pPr>
              <w:rPr>
                <w:rFonts w:ascii="Times New Roman" w:hAnsi="Times New Roman" w:cs="Times New Roman"/>
                <w:sz w:val="28"/>
                <w:szCs w:val="28"/>
                <w:lang w:val="kk-KZ"/>
              </w:rPr>
            </w:pPr>
            <w:r>
              <w:rPr>
                <w:rFonts w:ascii="Times New Roman" w:hAnsi="Times New Roman" w:cs="Times New Roman"/>
                <w:sz w:val="28"/>
                <w:szCs w:val="28"/>
                <w:lang w:val="kk-KZ"/>
              </w:rPr>
              <w:t>61</w:t>
            </w:r>
          </w:p>
        </w:tc>
      </w:tr>
      <w:tr w:rsidR="006B7B77" w:rsidRPr="0063485E" w14:paraId="5DD1A98B" w14:textId="77777777" w:rsidTr="0063485E">
        <w:tc>
          <w:tcPr>
            <w:tcW w:w="9135" w:type="dxa"/>
          </w:tcPr>
          <w:p w14:paraId="56DDB03B" w14:textId="2ACAC5A6" w:rsidR="006B7B77" w:rsidRPr="0063485E" w:rsidRDefault="006B7B77" w:rsidP="009849C3">
            <w:pPr>
              <w:jc w:val="both"/>
              <w:rPr>
                <w:rFonts w:ascii="Times New Roman" w:hAnsi="Times New Roman" w:cs="Times New Roman"/>
                <w:b/>
                <w:sz w:val="28"/>
                <w:szCs w:val="28"/>
                <w:lang w:val="kk-KZ"/>
              </w:rPr>
            </w:pPr>
            <w:r w:rsidRPr="0063485E">
              <w:rPr>
                <w:rFonts w:ascii="Times New Roman" w:hAnsi="Times New Roman" w:cs="Times New Roman"/>
                <w:bCs/>
                <w:sz w:val="28"/>
                <w:szCs w:val="28"/>
                <w:lang w:val="kk-KZ"/>
              </w:rPr>
              <w:t>2.2 Локальді емес шеттік шартты есептердің шешімділігі</w:t>
            </w:r>
          </w:p>
        </w:tc>
        <w:tc>
          <w:tcPr>
            <w:tcW w:w="719" w:type="dxa"/>
          </w:tcPr>
          <w:p w14:paraId="41E3DE3D" w14:textId="41E39DF9" w:rsidR="006B7B77" w:rsidRPr="0063485E" w:rsidRDefault="006C622D" w:rsidP="00D53165">
            <w:pPr>
              <w:rPr>
                <w:rFonts w:ascii="Times New Roman" w:hAnsi="Times New Roman" w:cs="Times New Roman"/>
                <w:sz w:val="28"/>
                <w:szCs w:val="28"/>
                <w:lang w:val="kk-KZ"/>
              </w:rPr>
            </w:pPr>
            <w:r>
              <w:rPr>
                <w:rFonts w:ascii="Times New Roman" w:hAnsi="Times New Roman" w:cs="Times New Roman"/>
                <w:sz w:val="28"/>
                <w:szCs w:val="28"/>
                <w:lang w:val="kk-KZ"/>
              </w:rPr>
              <w:t>74</w:t>
            </w:r>
          </w:p>
        </w:tc>
      </w:tr>
      <w:tr w:rsidR="006B7B77" w:rsidRPr="0063485E" w14:paraId="7BF57401" w14:textId="77777777" w:rsidTr="0063485E">
        <w:tc>
          <w:tcPr>
            <w:tcW w:w="9135" w:type="dxa"/>
          </w:tcPr>
          <w:p w14:paraId="4F621C1A" w14:textId="602C77A2" w:rsidR="006B7B77" w:rsidRPr="0063485E" w:rsidRDefault="006B7B77" w:rsidP="00A135AE">
            <w:pPr>
              <w:jc w:val="both"/>
              <w:rPr>
                <w:rFonts w:ascii="Times New Roman" w:hAnsi="Times New Roman" w:cs="Times New Roman"/>
                <w:sz w:val="28"/>
                <w:szCs w:val="28"/>
                <w:lang w:val="kk-KZ"/>
              </w:rPr>
            </w:pPr>
            <w:r w:rsidRPr="0063485E">
              <w:rPr>
                <w:rFonts w:ascii="Times New Roman" w:hAnsi="Times New Roman" w:cs="Times New Roman"/>
                <w:b/>
                <w:sz w:val="28"/>
                <w:szCs w:val="28"/>
                <w:lang w:val="ru-RU"/>
              </w:rPr>
              <w:t>ҚОРЫТЫНДЫ</w:t>
            </w:r>
          </w:p>
        </w:tc>
        <w:tc>
          <w:tcPr>
            <w:tcW w:w="719" w:type="dxa"/>
          </w:tcPr>
          <w:p w14:paraId="13749E9C" w14:textId="2610FEB7" w:rsidR="006B7B77" w:rsidRPr="0063485E" w:rsidRDefault="006C622D" w:rsidP="00D53165">
            <w:pPr>
              <w:rPr>
                <w:rFonts w:ascii="Times New Roman" w:hAnsi="Times New Roman" w:cs="Times New Roman"/>
                <w:sz w:val="28"/>
                <w:szCs w:val="28"/>
                <w:lang w:val="kk-KZ"/>
              </w:rPr>
            </w:pPr>
            <w:r>
              <w:rPr>
                <w:rFonts w:ascii="Times New Roman" w:hAnsi="Times New Roman" w:cs="Times New Roman"/>
                <w:sz w:val="28"/>
                <w:szCs w:val="28"/>
                <w:lang w:val="kk-KZ"/>
              </w:rPr>
              <w:t>103</w:t>
            </w:r>
          </w:p>
        </w:tc>
      </w:tr>
      <w:tr w:rsidR="006B7B77" w:rsidRPr="00B75A9A" w14:paraId="2EBA7A05" w14:textId="77777777" w:rsidTr="0063485E">
        <w:tc>
          <w:tcPr>
            <w:tcW w:w="9135" w:type="dxa"/>
          </w:tcPr>
          <w:p w14:paraId="12703716" w14:textId="19F0DFFA" w:rsidR="006B7B77" w:rsidRPr="0063485E" w:rsidRDefault="006B7B77" w:rsidP="00D53165">
            <w:pPr>
              <w:rPr>
                <w:rFonts w:ascii="Times New Roman" w:hAnsi="Times New Roman" w:cs="Times New Roman"/>
                <w:b/>
                <w:color w:val="000000"/>
                <w:sz w:val="28"/>
                <w:szCs w:val="28"/>
                <w:lang w:val="kk-KZ"/>
              </w:rPr>
            </w:pPr>
            <w:r w:rsidRPr="0063485E">
              <w:rPr>
                <w:rFonts w:ascii="Times New Roman" w:hAnsi="Times New Roman" w:cs="Times New Roman"/>
                <w:b/>
                <w:sz w:val="28"/>
                <w:szCs w:val="28"/>
                <w:lang w:val="ru-RU"/>
              </w:rPr>
              <w:t>ПАЙДАЛАНЫЛҒАН ӘДЕБИЕТТЕР ТІЗІМІ</w:t>
            </w:r>
          </w:p>
        </w:tc>
        <w:tc>
          <w:tcPr>
            <w:tcW w:w="719" w:type="dxa"/>
          </w:tcPr>
          <w:p w14:paraId="75FE100B" w14:textId="76983A0D" w:rsidR="006B7B77" w:rsidRPr="0063485E" w:rsidRDefault="006C622D" w:rsidP="00D53165">
            <w:pPr>
              <w:rPr>
                <w:rFonts w:ascii="Times New Roman" w:hAnsi="Times New Roman" w:cs="Times New Roman"/>
                <w:sz w:val="28"/>
                <w:szCs w:val="28"/>
                <w:lang w:val="kk-KZ"/>
              </w:rPr>
            </w:pPr>
            <w:r>
              <w:rPr>
                <w:rFonts w:ascii="Times New Roman" w:hAnsi="Times New Roman" w:cs="Times New Roman"/>
                <w:sz w:val="28"/>
                <w:szCs w:val="28"/>
                <w:lang w:val="kk-KZ"/>
              </w:rPr>
              <w:t>105</w:t>
            </w:r>
          </w:p>
        </w:tc>
      </w:tr>
    </w:tbl>
    <w:p w14:paraId="55CEBF84" w14:textId="7419649B" w:rsidR="000E0D8C" w:rsidRPr="001A13AF" w:rsidRDefault="001A13AF" w:rsidP="00DC71D7">
      <w:pPr>
        <w:rPr>
          <w:lang w:val="kk-KZ"/>
        </w:rPr>
      </w:pPr>
      <w:r>
        <w:br w:type="page"/>
      </w:r>
    </w:p>
    <w:p w14:paraId="39B58F4D" w14:textId="77777777" w:rsidR="00835D75" w:rsidRPr="00B75A9A" w:rsidRDefault="00835D75" w:rsidP="000A4984">
      <w:pPr>
        <w:spacing w:after="0" w:line="240" w:lineRule="auto"/>
        <w:jc w:val="center"/>
        <w:rPr>
          <w:rFonts w:ascii="Times New Roman" w:hAnsi="Times New Roman" w:cs="Times New Roman"/>
          <w:b/>
          <w:sz w:val="28"/>
          <w:szCs w:val="28"/>
          <w:lang w:val="kk-KZ"/>
        </w:rPr>
      </w:pPr>
      <w:r w:rsidRPr="00B75A9A">
        <w:rPr>
          <w:rFonts w:ascii="Times New Roman" w:hAnsi="Times New Roman" w:cs="Times New Roman"/>
          <w:b/>
          <w:sz w:val="28"/>
          <w:szCs w:val="28"/>
          <w:lang w:val="kk-KZ"/>
        </w:rPr>
        <w:lastRenderedPageBreak/>
        <w:t>НОРМАТИВТІК СІЛТЕМЕЛЕР</w:t>
      </w:r>
    </w:p>
    <w:p w14:paraId="5DB194D0" w14:textId="77777777" w:rsidR="00287BE9" w:rsidRPr="00B75A9A" w:rsidRDefault="00287BE9" w:rsidP="000A4984">
      <w:pPr>
        <w:spacing w:after="0" w:line="240" w:lineRule="auto"/>
        <w:jc w:val="center"/>
        <w:rPr>
          <w:rFonts w:ascii="Times New Roman" w:hAnsi="Times New Roman" w:cs="Times New Roman"/>
          <w:b/>
          <w:sz w:val="28"/>
          <w:szCs w:val="28"/>
          <w:lang w:val="kk-KZ"/>
        </w:rPr>
      </w:pPr>
    </w:p>
    <w:p w14:paraId="645CE67A" w14:textId="579C51F2" w:rsidR="00835D75" w:rsidRPr="00B75A9A" w:rsidRDefault="00835D75" w:rsidP="00FA15C8">
      <w:pPr>
        <w:spacing w:after="0" w:line="240" w:lineRule="auto"/>
        <w:jc w:val="both"/>
        <w:rPr>
          <w:rFonts w:ascii="Times New Roman" w:hAnsi="Times New Roman" w:cs="Times New Roman"/>
          <w:sz w:val="28"/>
          <w:szCs w:val="28"/>
          <w:lang w:val="kk-KZ"/>
        </w:rPr>
      </w:pPr>
      <w:r w:rsidRPr="00B75A9A">
        <w:rPr>
          <w:rFonts w:ascii="Times New Roman" w:hAnsi="Times New Roman" w:cs="Times New Roman"/>
          <w:sz w:val="28"/>
          <w:szCs w:val="28"/>
          <w:lang w:val="kk-KZ"/>
        </w:rPr>
        <w:t xml:space="preserve"> </w:t>
      </w:r>
      <w:r w:rsidR="00E77C49" w:rsidRPr="00B75A9A">
        <w:rPr>
          <w:rFonts w:ascii="Times New Roman" w:hAnsi="Times New Roman" w:cs="Times New Roman"/>
          <w:sz w:val="28"/>
          <w:szCs w:val="28"/>
          <w:lang w:val="kk-KZ"/>
        </w:rPr>
        <w:tab/>
      </w:r>
      <w:r w:rsidRPr="00B75A9A">
        <w:rPr>
          <w:rFonts w:ascii="Times New Roman" w:hAnsi="Times New Roman" w:cs="Times New Roman"/>
          <w:sz w:val="28"/>
          <w:szCs w:val="28"/>
          <w:lang w:val="kk-KZ"/>
        </w:rPr>
        <w:t xml:space="preserve">Бұл диссертациялық жұмыста төмендегі нормативтік құқықтық және әдістемелік құжаттарға сілтеме жасалды: </w:t>
      </w:r>
    </w:p>
    <w:p w14:paraId="111E9E38" w14:textId="59347B3A" w:rsidR="00835D75" w:rsidRPr="00B75A9A" w:rsidRDefault="00835D75" w:rsidP="00FA15C8">
      <w:pPr>
        <w:spacing w:after="0" w:line="240" w:lineRule="auto"/>
        <w:ind w:firstLine="708"/>
        <w:jc w:val="both"/>
        <w:rPr>
          <w:rFonts w:ascii="Times New Roman" w:hAnsi="Times New Roman" w:cs="Times New Roman"/>
          <w:sz w:val="28"/>
          <w:szCs w:val="28"/>
          <w:lang w:val="kk-KZ"/>
        </w:rPr>
      </w:pPr>
      <w:r w:rsidRPr="00B75A9A">
        <w:rPr>
          <w:rFonts w:ascii="Times New Roman" w:hAnsi="Times New Roman" w:cs="Times New Roman"/>
          <w:sz w:val="28"/>
          <w:szCs w:val="28"/>
          <w:lang w:val="kk-KZ"/>
        </w:rPr>
        <w:t xml:space="preserve">Қазақстан Республикасының "Білім туралы" Заңы 2025 жылғы 16 маусымда №319-III </w:t>
      </w:r>
      <w:hyperlink r:id="rId9" w:history="1">
        <w:r w:rsidRPr="00B75A9A">
          <w:rPr>
            <w:rStyle w:val="a6"/>
            <w:rFonts w:ascii="Times New Roman" w:hAnsi="Times New Roman" w:cs="Times New Roman"/>
            <w:sz w:val="28"/>
            <w:szCs w:val="28"/>
            <w:lang w:val="kk-KZ"/>
          </w:rPr>
          <w:t>https://online.zakon.kz/Document/?doc_id=30118747</w:t>
        </w:r>
      </w:hyperlink>
      <w:r w:rsidRPr="00B75A9A">
        <w:rPr>
          <w:rFonts w:ascii="Times New Roman" w:hAnsi="Times New Roman" w:cs="Times New Roman"/>
          <w:sz w:val="28"/>
          <w:szCs w:val="28"/>
          <w:lang w:val="kk-KZ"/>
        </w:rPr>
        <w:t xml:space="preserve"> </w:t>
      </w:r>
    </w:p>
    <w:p w14:paraId="0C4BAAAC" w14:textId="77777777" w:rsidR="00E77C49" w:rsidRPr="00B75A9A" w:rsidRDefault="00835D75" w:rsidP="00FA15C8">
      <w:pPr>
        <w:spacing w:after="0" w:line="240" w:lineRule="auto"/>
        <w:ind w:firstLine="708"/>
        <w:jc w:val="both"/>
        <w:rPr>
          <w:rFonts w:ascii="Times New Roman" w:hAnsi="Times New Roman" w:cs="Times New Roman"/>
          <w:sz w:val="28"/>
          <w:szCs w:val="28"/>
          <w:lang w:val="kk-KZ"/>
        </w:rPr>
      </w:pPr>
      <w:r w:rsidRPr="00B75A9A">
        <w:rPr>
          <w:rFonts w:ascii="Times New Roman" w:hAnsi="Times New Roman" w:cs="Times New Roman"/>
          <w:sz w:val="28"/>
          <w:szCs w:val="28"/>
          <w:lang w:val="kk-KZ"/>
        </w:rPr>
        <w:t>Қазақстан Республикасының "Ғылым және технологиялық саясат туралы" Заңы 2024 жылғы 30 желтоқсан №407-IV (01.07.2025 ж. жағдайы бойынша өзгерістер мен толықтырулар мен)</w:t>
      </w:r>
      <w:r w:rsidR="00E77C49" w:rsidRPr="00B75A9A">
        <w:rPr>
          <w:rFonts w:ascii="Times New Roman" w:hAnsi="Times New Roman" w:cs="Times New Roman"/>
          <w:sz w:val="28"/>
          <w:szCs w:val="28"/>
          <w:lang w:val="kk-KZ"/>
        </w:rPr>
        <w:t xml:space="preserve"> </w:t>
      </w:r>
      <w:hyperlink r:id="rId10" w:history="1">
        <w:r w:rsidR="00E77C49" w:rsidRPr="00B75A9A">
          <w:rPr>
            <w:rStyle w:val="a6"/>
            <w:rFonts w:ascii="Times New Roman" w:hAnsi="Times New Roman" w:cs="Times New Roman"/>
            <w:sz w:val="28"/>
            <w:szCs w:val="28"/>
            <w:lang w:val="kk-KZ"/>
          </w:rPr>
          <w:t>https://online.zakon.kz/Document/?doc_id=30938581</w:t>
        </w:r>
      </w:hyperlink>
      <w:r w:rsidR="00E77C49" w:rsidRPr="00B75A9A">
        <w:rPr>
          <w:rFonts w:ascii="Times New Roman" w:hAnsi="Times New Roman" w:cs="Times New Roman"/>
          <w:sz w:val="28"/>
          <w:szCs w:val="28"/>
          <w:lang w:val="kk-KZ"/>
        </w:rPr>
        <w:t xml:space="preserve"> </w:t>
      </w:r>
    </w:p>
    <w:p w14:paraId="08F7D370" w14:textId="6DA85717" w:rsidR="00E77C49" w:rsidRPr="00B75A9A" w:rsidRDefault="008C1327" w:rsidP="00FA15C8">
      <w:pPr>
        <w:spacing w:after="0" w:line="240" w:lineRule="auto"/>
        <w:ind w:firstLine="708"/>
        <w:jc w:val="both"/>
        <w:rPr>
          <w:rFonts w:ascii="Times New Roman" w:hAnsi="Times New Roman" w:cs="Times New Roman"/>
          <w:sz w:val="28"/>
          <w:szCs w:val="28"/>
          <w:lang w:val="kk-KZ"/>
        </w:rPr>
      </w:pPr>
      <w:r w:rsidRPr="00B75A9A">
        <w:rPr>
          <w:rFonts w:ascii="Times New Roman" w:hAnsi="Times New Roman" w:cs="Times New Roman"/>
          <w:sz w:val="28"/>
          <w:szCs w:val="28"/>
          <w:lang w:val="kk-KZ"/>
        </w:rPr>
        <w:t xml:space="preserve">ГОСТ 8.417–2020 – «Өлшем бірлігін қамтамасыз етудің мемлекеттік жүйесі. Шама бірліктері» (түзетулерімен бірге) </w:t>
      </w:r>
      <w:hyperlink r:id="rId11" w:history="1">
        <w:r w:rsidR="00E77C49" w:rsidRPr="00B75A9A">
          <w:rPr>
            <w:rStyle w:val="a6"/>
            <w:rFonts w:ascii="Times New Roman" w:hAnsi="Times New Roman" w:cs="Times New Roman"/>
            <w:sz w:val="28"/>
            <w:szCs w:val="28"/>
            <w:lang w:val="kk-KZ"/>
          </w:rPr>
          <w:t>https://online.zakon.kz/Document/?doc_id=30054256</w:t>
        </w:r>
      </w:hyperlink>
    </w:p>
    <w:p w14:paraId="5B4647F1" w14:textId="2A7B4F42" w:rsidR="00835D75" w:rsidRPr="00B75A9A" w:rsidRDefault="008C1327" w:rsidP="00FA15C8">
      <w:pPr>
        <w:spacing w:after="0" w:line="240" w:lineRule="auto"/>
        <w:ind w:firstLine="708"/>
        <w:jc w:val="both"/>
        <w:rPr>
          <w:rFonts w:ascii="Times New Roman" w:hAnsi="Times New Roman" w:cs="Times New Roman"/>
          <w:sz w:val="28"/>
          <w:szCs w:val="28"/>
          <w:lang w:val="kk-KZ"/>
        </w:rPr>
      </w:pPr>
      <w:r w:rsidRPr="00B75A9A">
        <w:rPr>
          <w:rFonts w:ascii="Times New Roman" w:hAnsi="Times New Roman" w:cs="Times New Roman"/>
          <w:sz w:val="28"/>
          <w:szCs w:val="28"/>
          <w:lang w:val="kk-KZ"/>
        </w:rPr>
        <w:t xml:space="preserve"> ГОСТ 7.1–2020 – «Ақпарат, кітапхана және баспа ісі саласындағы стандарт тар жүйесі. Библиографиялық жазба. Библиографиялық сипаттама. Жалпы талаптар мен құрастыру</w:t>
      </w:r>
      <w:r w:rsidR="00E77C49" w:rsidRPr="00B75A9A">
        <w:rPr>
          <w:rFonts w:ascii="Times New Roman" w:hAnsi="Times New Roman" w:cs="Times New Roman"/>
          <w:sz w:val="28"/>
          <w:szCs w:val="28"/>
          <w:lang w:val="kk-KZ"/>
        </w:rPr>
        <w:t xml:space="preserve"> ережелері </w:t>
      </w:r>
      <w:hyperlink r:id="rId12" w:history="1">
        <w:r w:rsidR="00E77C49" w:rsidRPr="00B75A9A">
          <w:rPr>
            <w:rStyle w:val="a6"/>
            <w:rFonts w:ascii="Times New Roman" w:hAnsi="Times New Roman" w:cs="Times New Roman"/>
            <w:sz w:val="28"/>
            <w:szCs w:val="28"/>
            <w:lang w:val="kk-KZ"/>
          </w:rPr>
          <w:t>https://online.zakon.kz/Document/?doc_id=30039167</w:t>
        </w:r>
      </w:hyperlink>
    </w:p>
    <w:p w14:paraId="41FA1B37" w14:textId="57B67878" w:rsidR="00835D75" w:rsidRPr="00B75A9A" w:rsidRDefault="00835D75" w:rsidP="00FA15C8">
      <w:pPr>
        <w:spacing w:after="0" w:line="240" w:lineRule="auto"/>
        <w:jc w:val="both"/>
        <w:rPr>
          <w:rFonts w:ascii="Times New Roman" w:hAnsi="Times New Roman" w:cs="Times New Roman"/>
          <w:sz w:val="28"/>
          <w:szCs w:val="28"/>
          <w:lang w:val="kk-KZ"/>
        </w:rPr>
      </w:pPr>
    </w:p>
    <w:p w14:paraId="4469D10C" w14:textId="2BFE79D2" w:rsidR="00770282" w:rsidRPr="00B75A9A" w:rsidRDefault="001A13AF" w:rsidP="0077028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br w:type="page"/>
      </w:r>
    </w:p>
    <w:p w14:paraId="7C35DC58" w14:textId="77777777" w:rsidR="00E77C49" w:rsidRPr="00B75A9A" w:rsidRDefault="00E77C49" w:rsidP="00E77C49">
      <w:pPr>
        <w:spacing w:after="0" w:line="240" w:lineRule="auto"/>
        <w:jc w:val="center"/>
        <w:rPr>
          <w:rFonts w:ascii="Times New Roman" w:hAnsi="Times New Roman" w:cs="Times New Roman"/>
          <w:b/>
          <w:sz w:val="28"/>
          <w:szCs w:val="28"/>
          <w:lang w:val="kk-KZ"/>
        </w:rPr>
      </w:pPr>
      <w:r w:rsidRPr="00B75A9A">
        <w:rPr>
          <w:rFonts w:ascii="Times New Roman" w:hAnsi="Times New Roman" w:cs="Times New Roman"/>
          <w:b/>
          <w:sz w:val="28"/>
          <w:szCs w:val="28"/>
          <w:lang w:val="kk-KZ"/>
        </w:rPr>
        <w:lastRenderedPageBreak/>
        <w:t xml:space="preserve">БЕЛГІЛЕУЛЕР МЕН ҚЫСҚАРТУЛАР </w:t>
      </w:r>
    </w:p>
    <w:p w14:paraId="52B8D0C9" w14:textId="77777777" w:rsidR="001A13AF" w:rsidRDefault="001A13AF" w:rsidP="00BB521E">
      <w:pPr>
        <w:spacing w:after="0" w:line="240" w:lineRule="auto"/>
        <w:rPr>
          <w:rFonts w:ascii="Times New Roman" w:hAnsi="Times New Roman" w:cs="Times New Roman"/>
          <w:b/>
          <w:sz w:val="28"/>
          <w:szCs w:val="28"/>
          <w:lang w:val="kk-KZ"/>
        </w:rPr>
      </w:pPr>
    </w:p>
    <w:p w14:paraId="34EB70FE" w14:textId="77777777" w:rsidR="00BB521E" w:rsidRPr="00BB521E" w:rsidRDefault="00BB521E" w:rsidP="001A13AF">
      <w:pPr>
        <w:spacing w:after="0" w:line="240" w:lineRule="auto"/>
        <w:ind w:firstLine="708"/>
        <w:rPr>
          <w:rFonts w:ascii="Times New Roman" w:hAnsi="Times New Roman" w:cs="Times New Roman"/>
          <w:sz w:val="28"/>
          <w:szCs w:val="28"/>
          <w:lang w:val="kk-KZ"/>
        </w:rPr>
      </w:pPr>
      <w:r w:rsidRPr="00BB521E">
        <w:rPr>
          <w:rFonts w:ascii="Times New Roman" w:hAnsi="Times New Roman" w:cs="Times New Roman"/>
          <w:sz w:val="28"/>
          <w:szCs w:val="28"/>
          <w:lang w:val="kk-KZ"/>
        </w:rPr>
        <w:t>ҚР – Қазақстан Республикасы</w:t>
      </w:r>
    </w:p>
    <w:p w14:paraId="475A825C" w14:textId="703DD40A" w:rsidR="00BB521E" w:rsidRPr="00BB521E" w:rsidRDefault="00BB521E" w:rsidP="001A13AF">
      <w:pPr>
        <w:spacing w:after="0" w:line="240" w:lineRule="auto"/>
        <w:ind w:firstLine="708"/>
        <w:rPr>
          <w:rFonts w:ascii="Times New Roman" w:hAnsi="Times New Roman" w:cs="Times New Roman"/>
          <w:sz w:val="28"/>
          <w:szCs w:val="28"/>
          <w:lang w:val="kk-KZ"/>
        </w:rPr>
      </w:pPr>
      <w:r w:rsidRPr="00BB521E">
        <w:rPr>
          <w:rFonts w:ascii="Times New Roman" w:hAnsi="Times New Roman" w:cs="Times New Roman"/>
          <w:sz w:val="28"/>
          <w:szCs w:val="28"/>
          <w:lang w:val="kk-KZ"/>
        </w:rPr>
        <w:t>ҚР МЖМБС – Қазақстан Республикасының мем</w:t>
      </w:r>
      <w:r w:rsidR="001A13AF">
        <w:rPr>
          <w:rFonts w:ascii="Times New Roman" w:hAnsi="Times New Roman" w:cs="Times New Roman"/>
          <w:sz w:val="28"/>
          <w:szCs w:val="28"/>
          <w:lang w:val="kk-KZ"/>
        </w:rPr>
        <w:t xml:space="preserve">лекеттік жалпыға міндетті білім </w:t>
      </w:r>
      <w:r w:rsidRPr="00BB521E">
        <w:rPr>
          <w:rFonts w:ascii="Times New Roman" w:hAnsi="Times New Roman" w:cs="Times New Roman"/>
          <w:sz w:val="28"/>
          <w:szCs w:val="28"/>
          <w:lang w:val="kk-KZ"/>
        </w:rPr>
        <w:t>беру стандарты</w:t>
      </w:r>
    </w:p>
    <w:p w14:paraId="3F30D74E" w14:textId="77777777" w:rsidR="00BB521E" w:rsidRPr="00BB521E" w:rsidRDefault="00BB521E" w:rsidP="001A13AF">
      <w:pPr>
        <w:spacing w:after="0" w:line="240" w:lineRule="auto"/>
        <w:ind w:firstLine="708"/>
        <w:rPr>
          <w:rFonts w:ascii="Times New Roman" w:hAnsi="Times New Roman" w:cs="Times New Roman"/>
          <w:sz w:val="28"/>
          <w:szCs w:val="28"/>
          <w:lang w:val="kk-KZ"/>
        </w:rPr>
      </w:pPr>
      <w:r w:rsidRPr="00BB521E">
        <w:rPr>
          <w:rFonts w:ascii="Times New Roman" w:hAnsi="Times New Roman" w:cs="Times New Roman"/>
          <w:sz w:val="28"/>
          <w:szCs w:val="28"/>
          <w:lang w:val="kk-KZ"/>
        </w:rPr>
        <w:t>ҚР ҒЖБМ – Қазақстан Республикасының Ғылым және жоғары білім министрлігі</w:t>
      </w:r>
    </w:p>
    <w:p w14:paraId="4FC095E4" w14:textId="77777777" w:rsidR="00BB521E" w:rsidRPr="00BB521E" w:rsidRDefault="00BB521E" w:rsidP="001A13AF">
      <w:pPr>
        <w:spacing w:after="0" w:line="240" w:lineRule="auto"/>
        <w:ind w:firstLine="708"/>
        <w:rPr>
          <w:rFonts w:ascii="Times New Roman" w:hAnsi="Times New Roman" w:cs="Times New Roman"/>
          <w:sz w:val="28"/>
          <w:szCs w:val="28"/>
          <w:lang w:val="kk-KZ"/>
        </w:rPr>
      </w:pPr>
      <w:r w:rsidRPr="00BB521E">
        <w:rPr>
          <w:rFonts w:ascii="Times New Roman" w:hAnsi="Times New Roman" w:cs="Times New Roman"/>
          <w:sz w:val="28"/>
          <w:szCs w:val="28"/>
          <w:lang w:val="kk-KZ"/>
        </w:rPr>
        <w:t>ҚР ҒЖБМ ҒЖБССҚЕК – Қазақстан Республикасы Ғылым және жоғары білім министрлігінің Ғылым және жоғары білім саласындағы сапаны қамтамасыз ету комитеті</w:t>
      </w:r>
    </w:p>
    <w:p w14:paraId="2A431B67" w14:textId="77777777" w:rsidR="00BB521E" w:rsidRPr="00BB521E" w:rsidRDefault="00BB521E" w:rsidP="001A13AF">
      <w:pPr>
        <w:spacing w:after="0" w:line="240" w:lineRule="auto"/>
        <w:ind w:firstLine="708"/>
        <w:rPr>
          <w:rFonts w:ascii="Times New Roman" w:hAnsi="Times New Roman" w:cs="Times New Roman"/>
          <w:sz w:val="28"/>
          <w:szCs w:val="28"/>
          <w:lang w:val="kk-KZ"/>
        </w:rPr>
      </w:pPr>
      <w:r w:rsidRPr="00BB521E">
        <w:rPr>
          <w:rFonts w:ascii="Times New Roman" w:hAnsi="Times New Roman" w:cs="Times New Roman"/>
          <w:sz w:val="28"/>
          <w:szCs w:val="28"/>
          <w:lang w:val="kk-KZ"/>
        </w:rPr>
        <w:t>ҚР ҒЖБМ ҒК – Қазақстан Республикасы Ғылым және жоғары білім министрлігінің Ғылым комитеті</w:t>
      </w:r>
    </w:p>
    <w:p w14:paraId="6B7F1482" w14:textId="77777777" w:rsidR="00BB521E" w:rsidRPr="00BB521E" w:rsidRDefault="00BB521E" w:rsidP="001A13AF">
      <w:pPr>
        <w:spacing w:after="0" w:line="240" w:lineRule="auto"/>
        <w:ind w:firstLine="708"/>
        <w:rPr>
          <w:rFonts w:ascii="Times New Roman" w:hAnsi="Times New Roman" w:cs="Times New Roman"/>
          <w:sz w:val="28"/>
          <w:szCs w:val="28"/>
          <w:lang w:val="kk-KZ"/>
        </w:rPr>
      </w:pPr>
      <w:r w:rsidRPr="00BB521E">
        <w:rPr>
          <w:rFonts w:ascii="Times New Roman" w:hAnsi="Times New Roman" w:cs="Times New Roman"/>
          <w:sz w:val="28"/>
          <w:szCs w:val="28"/>
          <w:lang w:val="kk-KZ"/>
        </w:rPr>
        <w:t>РФ – Ресей Федерациясы</w:t>
      </w:r>
    </w:p>
    <w:p w14:paraId="0542B41E" w14:textId="77777777" w:rsidR="00BB521E" w:rsidRPr="00BB521E" w:rsidRDefault="00BB521E" w:rsidP="001A13AF">
      <w:pPr>
        <w:spacing w:after="0" w:line="240" w:lineRule="auto"/>
        <w:ind w:firstLine="708"/>
        <w:rPr>
          <w:rFonts w:ascii="Times New Roman" w:hAnsi="Times New Roman" w:cs="Times New Roman"/>
          <w:sz w:val="28"/>
          <w:szCs w:val="28"/>
          <w:lang w:val="kk-KZ"/>
        </w:rPr>
      </w:pPr>
      <w:r w:rsidRPr="00BB521E">
        <w:rPr>
          <w:rFonts w:ascii="Times New Roman" w:hAnsi="Times New Roman" w:cs="Times New Roman"/>
          <w:sz w:val="28"/>
          <w:szCs w:val="28"/>
          <w:lang w:val="kk-KZ"/>
        </w:rPr>
        <w:t>РҒА – Ресей ғылым академиясы</w:t>
      </w:r>
    </w:p>
    <w:p w14:paraId="5B3B9115" w14:textId="70E682A3" w:rsidR="001A13AF" w:rsidRDefault="00BB521E" w:rsidP="001A13AF">
      <w:pPr>
        <w:spacing w:after="0" w:line="240" w:lineRule="auto"/>
        <w:ind w:firstLine="708"/>
        <w:rPr>
          <w:rFonts w:ascii="Times New Roman" w:hAnsi="Times New Roman" w:cs="Times New Roman"/>
          <w:sz w:val="28"/>
          <w:szCs w:val="28"/>
          <w:lang w:val="kk-KZ"/>
        </w:rPr>
      </w:pPr>
      <w:r w:rsidRPr="00BB521E">
        <w:rPr>
          <w:rFonts w:ascii="Times New Roman" w:hAnsi="Times New Roman" w:cs="Times New Roman"/>
          <w:sz w:val="28"/>
          <w:szCs w:val="28"/>
          <w:lang w:val="kk-KZ"/>
        </w:rPr>
        <w:t>МЭИ – Мәскеу энергетикалық институты</w:t>
      </w:r>
    </w:p>
    <w:p w14:paraId="2439198B" w14:textId="562E9642" w:rsidR="001A13AF" w:rsidRPr="001A13AF" w:rsidRDefault="001A13AF" w:rsidP="001A13AF">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br w:type="page"/>
      </w:r>
    </w:p>
    <w:p w14:paraId="0628E9ED" w14:textId="77777777" w:rsidR="00BA7984" w:rsidRPr="00B75A9A" w:rsidRDefault="00BA7984" w:rsidP="004A3C03">
      <w:pPr>
        <w:spacing w:after="0" w:line="240" w:lineRule="auto"/>
        <w:jc w:val="center"/>
        <w:rPr>
          <w:rFonts w:ascii="Times New Roman" w:hAnsi="Times New Roman" w:cs="Times New Roman"/>
          <w:sz w:val="28"/>
          <w:szCs w:val="28"/>
          <w:lang w:val="kk-KZ"/>
        </w:rPr>
      </w:pPr>
      <w:r w:rsidRPr="00B75A9A">
        <w:rPr>
          <w:rFonts w:ascii="Times New Roman" w:eastAsiaTheme="majorEastAsia" w:hAnsi="Times New Roman" w:cs="Times New Roman"/>
          <w:b/>
          <w:bCs/>
          <w:color w:val="000000" w:themeColor="text1"/>
          <w:sz w:val="28"/>
          <w:szCs w:val="28"/>
          <w:lang w:val="kk-KZ"/>
        </w:rPr>
        <w:lastRenderedPageBreak/>
        <w:t>КІРІСПЕ</w:t>
      </w:r>
    </w:p>
    <w:p w14:paraId="6AA2CAAA" w14:textId="77777777" w:rsidR="00BA7984" w:rsidRPr="00B75A9A" w:rsidRDefault="00BA7984" w:rsidP="00BA7984">
      <w:pPr>
        <w:autoSpaceDE w:val="0"/>
        <w:autoSpaceDN w:val="0"/>
        <w:adjustRightInd w:val="0"/>
        <w:spacing w:after="0" w:line="240" w:lineRule="auto"/>
        <w:jc w:val="both"/>
        <w:rPr>
          <w:rFonts w:ascii="Times New Roman" w:hAnsi="Times New Roman" w:cs="Times New Roman"/>
          <w:color w:val="000000"/>
          <w:sz w:val="28"/>
          <w:szCs w:val="28"/>
          <w:lang w:val="kk-KZ" w:eastAsia="ko-KR"/>
        </w:rPr>
      </w:pPr>
    </w:p>
    <w:p w14:paraId="0245C3FD" w14:textId="5F82CFE7" w:rsidR="00BA7984" w:rsidRPr="00B75A9A" w:rsidRDefault="00BA7984" w:rsidP="00772B61">
      <w:pPr>
        <w:spacing w:after="0" w:line="240" w:lineRule="auto"/>
        <w:ind w:firstLine="708"/>
        <w:jc w:val="both"/>
        <w:rPr>
          <w:rFonts w:ascii="Times New Roman" w:eastAsia="Times New Roman" w:hAnsi="Times New Roman" w:cs="Times New Roman"/>
          <w:color w:val="1B1C1D"/>
          <w:sz w:val="28"/>
          <w:szCs w:val="28"/>
          <w:lang w:val="kk-KZ"/>
        </w:rPr>
      </w:pPr>
      <w:r w:rsidRPr="00B75A9A">
        <w:rPr>
          <w:rFonts w:ascii="Times New Roman" w:eastAsia="Times New Roman" w:hAnsi="Times New Roman" w:cs="Times New Roman"/>
          <w:b/>
          <w:bCs/>
          <w:sz w:val="28"/>
          <w:szCs w:val="28"/>
          <w:lang w:val="kk-KZ"/>
        </w:rPr>
        <w:t xml:space="preserve">Зерттеудің өзектілігі. </w:t>
      </w:r>
      <w:r w:rsidRPr="00B75A9A">
        <w:rPr>
          <w:rFonts w:ascii="Times New Roman" w:eastAsia="Times New Roman" w:hAnsi="Times New Roman" w:cs="Times New Roman"/>
          <w:color w:val="1B1C1D"/>
          <w:sz w:val="28"/>
          <w:szCs w:val="28"/>
          <w:lang w:val="kk-KZ"/>
        </w:rPr>
        <w:t xml:space="preserve">Эллипстік теңдеулер мен жүйелер үшін шеттік есептер дербес туындылы дифференциалдық теңдеулердің маңызды салаларының бірі болып табылады. Эллипстік теңдеулерді бұрыштық нүктелері бар облыстар үшін зерттеу алғаш </w:t>
      </w:r>
      <w:r w:rsidRPr="00B75A9A">
        <w:rPr>
          <w:rFonts w:ascii="Times New Roman" w:eastAsia="Times New Roman" w:hAnsi="Times New Roman" w:cs="Times New Roman"/>
          <w:color w:val="1B1C1D"/>
          <w:sz w:val="28"/>
          <w:szCs w:val="28"/>
          <w:bdr w:val="none" w:sz="0" w:space="0" w:color="auto" w:frame="1"/>
          <w:lang w:val="kk-KZ"/>
        </w:rPr>
        <w:t xml:space="preserve">И. Радонның [1] жұмысында кездеседі. Жазықтықта </w:t>
      </w:r>
      <w:r w:rsidRPr="00B75A9A">
        <w:rPr>
          <w:rFonts w:ascii="Times New Roman" w:eastAsia="Times New Roman" w:hAnsi="Times New Roman" w:cs="Times New Roman"/>
          <w:color w:val="1B1C1D"/>
          <w:sz w:val="28"/>
          <w:szCs w:val="28"/>
          <w:lang w:val="kk-KZ"/>
        </w:rPr>
        <w:t xml:space="preserve">Лаплас операторы үшін бұрыштық нүктелері бар облыстағы шеттік есептерді облыс шекарасындағы интегралдық теңдеулерге келтіру әдісін бірінші болып қолданды. Бұл әдіс кейінірек те, функциялар теориясында </w:t>
      </w:r>
      <w:r w:rsidR="003B3EBB" w:rsidRPr="00B75A9A">
        <w:rPr>
          <w:rFonts w:ascii="Times New Roman" w:eastAsia="Times New Roman" w:hAnsi="Times New Roman" w:cs="Times New Roman"/>
          <w:color w:val="1B1C1D"/>
          <w:sz w:val="28"/>
          <w:szCs w:val="28"/>
          <w:bdr w:val="none" w:sz="0" w:space="0" w:color="auto" w:frame="1"/>
          <w:lang w:val="kk-KZ"/>
        </w:rPr>
        <w:t>[2</w:t>
      </w:r>
      <w:r w:rsidRPr="00B75A9A">
        <w:rPr>
          <w:rFonts w:ascii="Times New Roman" w:eastAsia="Times New Roman" w:hAnsi="Times New Roman" w:cs="Times New Roman"/>
          <w:color w:val="1B1C1D"/>
          <w:sz w:val="28"/>
          <w:szCs w:val="28"/>
          <w:bdr w:val="none" w:sz="0" w:space="0" w:color="auto" w:frame="1"/>
          <w:lang w:val="kk-KZ"/>
        </w:rPr>
        <w:t>]</w:t>
      </w:r>
      <w:r w:rsidRPr="00B75A9A">
        <w:rPr>
          <w:rFonts w:ascii="Times New Roman" w:eastAsia="Times New Roman" w:hAnsi="Times New Roman" w:cs="Times New Roman"/>
          <w:color w:val="1B1C1D"/>
          <w:sz w:val="28"/>
          <w:szCs w:val="28"/>
          <w:lang w:val="kk-KZ"/>
        </w:rPr>
        <w:t xml:space="preserve">, серпімді жазық теориясында </w:t>
      </w:r>
      <w:r w:rsidR="003B3EBB" w:rsidRPr="00B75A9A">
        <w:rPr>
          <w:rFonts w:ascii="Times New Roman" w:eastAsia="Times New Roman" w:hAnsi="Times New Roman" w:cs="Times New Roman"/>
          <w:color w:val="1B1C1D"/>
          <w:sz w:val="28"/>
          <w:szCs w:val="28"/>
          <w:bdr w:val="none" w:sz="0" w:space="0" w:color="auto" w:frame="1"/>
          <w:lang w:val="kk-KZ"/>
        </w:rPr>
        <w:t>[3</w:t>
      </w:r>
      <w:r w:rsidRPr="00B75A9A">
        <w:rPr>
          <w:rFonts w:ascii="Times New Roman" w:eastAsia="Times New Roman" w:hAnsi="Times New Roman" w:cs="Times New Roman"/>
          <w:color w:val="1B1C1D"/>
          <w:sz w:val="28"/>
          <w:szCs w:val="28"/>
          <w:bdr w:val="none" w:sz="0" w:space="0" w:color="auto" w:frame="1"/>
          <w:lang w:val="kk-KZ"/>
        </w:rPr>
        <w:t>]</w:t>
      </w:r>
      <w:r w:rsidRPr="00B75A9A">
        <w:rPr>
          <w:rFonts w:ascii="Times New Roman" w:eastAsia="Times New Roman" w:hAnsi="Times New Roman" w:cs="Times New Roman"/>
          <w:color w:val="1B1C1D"/>
          <w:sz w:val="28"/>
          <w:szCs w:val="28"/>
          <w:lang w:val="kk-KZ"/>
        </w:rPr>
        <w:t xml:space="preserve">, жалпы эллипстік есептер теориясында </w:t>
      </w:r>
      <w:r w:rsidR="003B3EBB" w:rsidRPr="00B75A9A">
        <w:rPr>
          <w:rFonts w:ascii="Times New Roman" w:eastAsia="Times New Roman" w:hAnsi="Times New Roman" w:cs="Times New Roman"/>
          <w:color w:val="1B1C1D"/>
          <w:sz w:val="28"/>
          <w:szCs w:val="28"/>
          <w:bdr w:val="none" w:sz="0" w:space="0" w:color="auto" w:frame="1"/>
          <w:lang w:val="kk-KZ"/>
        </w:rPr>
        <w:t>[4</w:t>
      </w:r>
      <w:r w:rsidRPr="00B75A9A">
        <w:rPr>
          <w:rFonts w:ascii="Times New Roman" w:eastAsia="Times New Roman" w:hAnsi="Times New Roman" w:cs="Times New Roman"/>
          <w:color w:val="1B1C1D"/>
          <w:sz w:val="28"/>
          <w:szCs w:val="28"/>
          <w:bdr w:val="none" w:sz="0" w:space="0" w:color="auto" w:frame="1"/>
          <w:lang w:val="kk-KZ"/>
        </w:rPr>
        <w:t xml:space="preserve">] </w:t>
      </w:r>
      <w:r w:rsidRPr="00B75A9A">
        <w:rPr>
          <w:rFonts w:ascii="Times New Roman" w:eastAsia="Times New Roman" w:hAnsi="Times New Roman" w:cs="Times New Roman"/>
          <w:color w:val="1B1C1D"/>
          <w:sz w:val="28"/>
          <w:szCs w:val="28"/>
          <w:lang w:val="kk-KZ"/>
        </w:rPr>
        <w:t>өз қолданысын беріп, зерттеулерге негіз болды.</w:t>
      </w:r>
    </w:p>
    <w:p w14:paraId="497C676C" w14:textId="150F2FBD" w:rsidR="00BA7984" w:rsidRPr="00B75A9A" w:rsidRDefault="00BA7984" w:rsidP="00772B61">
      <w:pPr>
        <w:spacing w:after="0" w:line="240" w:lineRule="auto"/>
        <w:ind w:firstLine="708"/>
        <w:jc w:val="both"/>
        <w:rPr>
          <w:rFonts w:ascii="Times New Roman" w:eastAsia="Times New Roman" w:hAnsi="Times New Roman" w:cs="Times New Roman"/>
          <w:sz w:val="28"/>
          <w:szCs w:val="28"/>
          <w:lang w:val="kk-KZ"/>
        </w:rPr>
      </w:pPr>
      <w:r w:rsidRPr="00B75A9A">
        <w:rPr>
          <w:rFonts w:ascii="Times New Roman" w:eastAsia="Times New Roman" w:hAnsi="Times New Roman" w:cs="Times New Roman"/>
          <w:sz w:val="28"/>
          <w:szCs w:val="28"/>
          <w:lang w:val="kk-KZ"/>
        </w:rPr>
        <w:t xml:space="preserve">Эллипстік теңдеулерді аналитикалық функциялар теориясының әдістерімен зерттеу бағыттары өз бастауын А. Пуанкаре </w:t>
      </w:r>
      <w:r w:rsidR="003B3EBB" w:rsidRPr="00B75A9A">
        <w:rPr>
          <w:rFonts w:ascii="Times New Roman" w:eastAsia="Times New Roman" w:hAnsi="Times New Roman" w:cs="Times New Roman"/>
          <w:bCs/>
          <w:sz w:val="28"/>
          <w:szCs w:val="28"/>
          <w:lang w:val="kk-KZ"/>
        </w:rPr>
        <w:t>[5</w:t>
      </w:r>
      <w:r w:rsidRPr="00B75A9A">
        <w:rPr>
          <w:rFonts w:ascii="Times New Roman" w:eastAsia="Times New Roman" w:hAnsi="Times New Roman" w:cs="Times New Roman"/>
          <w:bCs/>
          <w:sz w:val="28"/>
          <w:szCs w:val="28"/>
          <w:lang w:val="kk-KZ"/>
        </w:rPr>
        <w:t>]</w:t>
      </w:r>
      <w:r w:rsidRPr="00B75A9A">
        <w:rPr>
          <w:rFonts w:ascii="Times New Roman" w:eastAsia="Times New Roman" w:hAnsi="Times New Roman" w:cs="Times New Roman"/>
          <w:sz w:val="28"/>
          <w:szCs w:val="28"/>
          <w:lang w:val="kk-KZ"/>
        </w:rPr>
        <w:t xml:space="preserve">, Р. Гильберт </w:t>
      </w:r>
      <w:r w:rsidR="003B3EBB" w:rsidRPr="00B75A9A">
        <w:rPr>
          <w:rFonts w:ascii="Times New Roman" w:eastAsia="Times New Roman" w:hAnsi="Times New Roman" w:cs="Times New Roman"/>
          <w:bCs/>
          <w:sz w:val="28"/>
          <w:szCs w:val="28"/>
          <w:lang w:val="kk-KZ"/>
        </w:rPr>
        <w:t>[6, 7</w:t>
      </w:r>
      <w:r w:rsidRPr="00B75A9A">
        <w:rPr>
          <w:rFonts w:ascii="Times New Roman" w:eastAsia="Times New Roman" w:hAnsi="Times New Roman" w:cs="Times New Roman"/>
          <w:bCs/>
          <w:sz w:val="28"/>
          <w:szCs w:val="28"/>
          <w:lang w:val="kk-KZ"/>
        </w:rPr>
        <w:t>]</w:t>
      </w:r>
      <w:r w:rsidRPr="00B75A9A">
        <w:rPr>
          <w:rFonts w:ascii="Times New Roman" w:eastAsia="Times New Roman" w:hAnsi="Times New Roman" w:cs="Times New Roman"/>
          <w:sz w:val="28"/>
          <w:szCs w:val="28"/>
          <w:lang w:val="kk-KZ"/>
        </w:rPr>
        <w:t xml:space="preserve">, Т. Карлеман </w:t>
      </w:r>
      <w:r w:rsidR="003B3EBB" w:rsidRPr="00B75A9A">
        <w:rPr>
          <w:rFonts w:ascii="Times New Roman" w:eastAsia="Times New Roman" w:hAnsi="Times New Roman" w:cs="Times New Roman"/>
          <w:bCs/>
          <w:sz w:val="28"/>
          <w:szCs w:val="28"/>
          <w:lang w:val="kk-KZ"/>
        </w:rPr>
        <w:t>[8,9</w:t>
      </w:r>
      <w:r w:rsidRPr="00B75A9A">
        <w:rPr>
          <w:rFonts w:ascii="Times New Roman" w:eastAsia="Times New Roman" w:hAnsi="Times New Roman" w:cs="Times New Roman"/>
          <w:bCs/>
          <w:sz w:val="28"/>
          <w:szCs w:val="28"/>
          <w:lang w:val="kk-KZ"/>
        </w:rPr>
        <w:t xml:space="preserve">], </w:t>
      </w:r>
      <w:r w:rsidRPr="00B75A9A">
        <w:rPr>
          <w:rFonts w:ascii="Times New Roman" w:eastAsia="Times New Roman" w:hAnsi="Times New Roman" w:cs="Times New Roman"/>
          <w:sz w:val="28"/>
          <w:szCs w:val="28"/>
          <w:lang w:val="kk-KZ"/>
        </w:rPr>
        <w:t xml:space="preserve">И.Н. Векуа </w:t>
      </w:r>
      <w:r w:rsidR="003B3EBB" w:rsidRPr="00B75A9A">
        <w:rPr>
          <w:rFonts w:ascii="Times New Roman" w:eastAsia="Times New Roman" w:hAnsi="Times New Roman" w:cs="Times New Roman"/>
          <w:bCs/>
          <w:sz w:val="28"/>
          <w:szCs w:val="28"/>
          <w:lang w:val="kk-KZ"/>
        </w:rPr>
        <w:t>[10</w:t>
      </w:r>
      <w:r w:rsidRPr="00B75A9A">
        <w:rPr>
          <w:rFonts w:ascii="Times New Roman" w:eastAsia="Times New Roman" w:hAnsi="Times New Roman" w:cs="Times New Roman"/>
          <w:bCs/>
          <w:sz w:val="28"/>
          <w:szCs w:val="28"/>
          <w:lang w:val="kk-KZ"/>
        </w:rPr>
        <w:t>]</w:t>
      </w:r>
      <w:r w:rsidRPr="00B75A9A">
        <w:rPr>
          <w:rFonts w:ascii="Times New Roman" w:eastAsia="Times New Roman" w:hAnsi="Times New Roman" w:cs="Times New Roman"/>
          <w:bCs/>
          <w:i/>
          <w:sz w:val="28"/>
          <w:szCs w:val="28"/>
          <w:lang w:val="kk-KZ"/>
        </w:rPr>
        <w:t xml:space="preserve"> </w:t>
      </w:r>
      <w:r w:rsidRPr="00B75A9A">
        <w:rPr>
          <w:rFonts w:ascii="Times New Roman" w:eastAsia="Times New Roman" w:hAnsi="Times New Roman" w:cs="Times New Roman"/>
          <w:sz w:val="28"/>
          <w:szCs w:val="28"/>
          <w:lang w:val="kk-KZ"/>
        </w:rPr>
        <w:t xml:space="preserve">және И.И. Приваловтың </w:t>
      </w:r>
      <w:r w:rsidR="003B3EBB" w:rsidRPr="00B75A9A">
        <w:rPr>
          <w:rFonts w:ascii="Times New Roman" w:eastAsia="Times New Roman" w:hAnsi="Times New Roman" w:cs="Times New Roman"/>
          <w:bCs/>
          <w:sz w:val="28"/>
          <w:szCs w:val="28"/>
          <w:lang w:val="kk-KZ"/>
        </w:rPr>
        <w:t>[11</w:t>
      </w:r>
      <w:r w:rsidRPr="00B75A9A">
        <w:rPr>
          <w:rFonts w:ascii="Times New Roman" w:eastAsia="Times New Roman" w:hAnsi="Times New Roman" w:cs="Times New Roman"/>
          <w:bCs/>
          <w:sz w:val="28"/>
          <w:szCs w:val="28"/>
          <w:lang w:val="kk-KZ"/>
        </w:rPr>
        <w:t>]</w:t>
      </w:r>
      <w:r w:rsidRPr="00B75A9A">
        <w:rPr>
          <w:rFonts w:ascii="Times New Roman" w:eastAsia="Times New Roman" w:hAnsi="Times New Roman" w:cs="Times New Roman"/>
          <w:sz w:val="28"/>
          <w:szCs w:val="28"/>
          <w:lang w:val="kk-KZ"/>
        </w:rPr>
        <w:t xml:space="preserve"> еңбектерінен бастау алады. Бұл тәсіл бастапқы дифференциалдық есептерді функциялар теориясындағы шеттік есептерге келтіреді. А. Пуанкаре мен Р. Гильберттің жұмыстары аналитикалық жалғастыру мен функционалдық кеңістіктер ұғымдарын енгізу арқылы осы әдістердің негізін</w:t>
      </w:r>
      <w:r w:rsidR="00287BE9" w:rsidRPr="00B75A9A">
        <w:rPr>
          <w:rFonts w:ascii="Times New Roman" w:eastAsia="Times New Roman" w:hAnsi="Times New Roman" w:cs="Times New Roman"/>
          <w:sz w:val="28"/>
          <w:szCs w:val="28"/>
          <w:lang w:val="kk-KZ"/>
        </w:rPr>
        <w:t xml:space="preserve"> қалаған. Т. </w:t>
      </w:r>
      <w:r w:rsidR="00AC7BB5" w:rsidRPr="00B75A9A">
        <w:rPr>
          <w:rFonts w:ascii="Times New Roman" w:eastAsia="Times New Roman" w:hAnsi="Times New Roman" w:cs="Times New Roman"/>
          <w:sz w:val="28"/>
          <w:szCs w:val="28"/>
          <w:lang w:val="kk-KZ"/>
        </w:rPr>
        <w:t>Карлеман эллипстік</w:t>
      </w:r>
      <w:r w:rsidRPr="00B75A9A">
        <w:rPr>
          <w:rFonts w:ascii="Times New Roman" w:eastAsia="Times New Roman" w:hAnsi="Times New Roman" w:cs="Times New Roman"/>
          <w:sz w:val="28"/>
          <w:szCs w:val="28"/>
          <w:lang w:val="kk-KZ"/>
        </w:rPr>
        <w:t xml:space="preserve"> теңдеулердің жалғыз шешімділігі мен жалғастыру есептерін бағалау әдістері арқылы қарастырса, И.И. Привалов сингуляр интегралдар мен аналитикалық функциялардың шекаралық мәндерін зерттеу арқылы теорияны дамытты.</w:t>
      </w:r>
    </w:p>
    <w:p w14:paraId="44988203" w14:textId="77777777" w:rsidR="00BA7984" w:rsidRPr="00B75A9A" w:rsidRDefault="00BA7984" w:rsidP="00772B61">
      <w:pPr>
        <w:spacing w:after="0" w:line="240" w:lineRule="auto"/>
        <w:ind w:firstLine="708"/>
        <w:jc w:val="both"/>
        <w:rPr>
          <w:rFonts w:ascii="Times New Roman" w:eastAsia="Times New Roman" w:hAnsi="Times New Roman" w:cs="Times New Roman"/>
          <w:color w:val="1B1C1D"/>
          <w:sz w:val="28"/>
          <w:szCs w:val="28"/>
          <w:lang w:val="kk-KZ"/>
        </w:rPr>
      </w:pPr>
      <w:r w:rsidRPr="00B75A9A">
        <w:rPr>
          <w:rFonts w:ascii="Times New Roman" w:eastAsia="Times New Roman" w:hAnsi="Times New Roman" w:cs="Times New Roman"/>
          <w:color w:val="1B1C1D"/>
          <w:sz w:val="28"/>
          <w:szCs w:val="28"/>
          <w:lang w:val="kk-KZ"/>
        </w:rPr>
        <w:t>Өткен ғасырдың екінші жартысында эллипстік теңдеулер үшін шеттік есептер теориясының дамуына көптеген математиктер үлкен үлес қосты. Солардың кейбірін атап өтсек: S. Agmon, F. Browder, L. Bers, J. L. Buchanan, A. Douglis, R. P. Gilbert, L. Hormander, А. John, L. Nirenberg, M. Schechter, М.С. Агранович, И.А. Бикчантаев, И.Г. Петровский,</w:t>
      </w:r>
      <w:r w:rsidRPr="00B75A9A">
        <w:rPr>
          <w:rFonts w:ascii="Times New Roman" w:eastAsia="Times New Roman" w:hAnsi="Times New Roman" w:cs="Times New Roman"/>
          <w:sz w:val="28"/>
          <w:szCs w:val="28"/>
          <w:lang w:val="kk-KZ"/>
        </w:rPr>
        <w:t xml:space="preserve"> И.Н. Векуа, А.В. Бицадзе,</w:t>
      </w:r>
      <w:r w:rsidRPr="00B75A9A">
        <w:rPr>
          <w:rFonts w:ascii="Times New Roman" w:eastAsia="Times New Roman" w:hAnsi="Times New Roman" w:cs="Times New Roman"/>
          <w:color w:val="1B1C1D"/>
          <w:sz w:val="28"/>
          <w:szCs w:val="28"/>
          <w:lang w:val="kk-KZ"/>
        </w:rPr>
        <w:t xml:space="preserve"> В.С. Виноградов, М.И. Вишик, Л.Р. Волевич, А.И. Вольперт, С.А. Назаров, Б.А. Пламеневский, Я.A. Ройтберг, Р.С. Сакс, О.А. Ладыженская, В.А. Солонников, А.П. Солдатов, З.Г. Шефтель. Бұл толық тізім емес одан әрі кеңейтуге де болады.</w:t>
      </w:r>
    </w:p>
    <w:p w14:paraId="29C08D86" w14:textId="5C07D495" w:rsidR="00BA7984" w:rsidRPr="00B75A9A" w:rsidRDefault="00BA7984" w:rsidP="00772B61">
      <w:pPr>
        <w:spacing w:after="0" w:line="240" w:lineRule="auto"/>
        <w:ind w:firstLine="708"/>
        <w:jc w:val="both"/>
        <w:rPr>
          <w:rFonts w:ascii="Times New Roman" w:eastAsia="Times New Roman" w:hAnsi="Times New Roman" w:cs="Times New Roman"/>
          <w:color w:val="1B1C1D"/>
          <w:sz w:val="28"/>
          <w:szCs w:val="28"/>
          <w:lang w:val="kk-KZ"/>
        </w:rPr>
      </w:pPr>
      <w:r w:rsidRPr="00B75A9A">
        <w:rPr>
          <w:rFonts w:ascii="Times New Roman" w:eastAsia="Times New Roman" w:hAnsi="Times New Roman" w:cs="Times New Roman"/>
          <w:color w:val="1B1C1D"/>
          <w:sz w:val="28"/>
          <w:szCs w:val="28"/>
          <w:lang w:val="kk-KZ"/>
        </w:rPr>
        <w:t>Қазақстандық математиктердің де үлестерін, олардың ішінде М.Ө. Өтелбаев, Т.Ш. Кәлменов, Н.К. Блиев, М.Ә. Садыбеков, Б.Х. Турметов, Б.Е. Канғужин, Б.Д. Қошановтардың жұмыстарын атап өтуге болады.</w:t>
      </w:r>
      <w:r w:rsidR="00772B61" w:rsidRPr="00B75A9A">
        <w:rPr>
          <w:rFonts w:ascii="Times New Roman" w:eastAsia="Times New Roman" w:hAnsi="Times New Roman" w:cs="Times New Roman"/>
          <w:color w:val="1B1C1D"/>
          <w:sz w:val="28"/>
          <w:szCs w:val="28"/>
          <w:lang w:val="kk-KZ"/>
        </w:rPr>
        <w:t xml:space="preserve"> </w:t>
      </w:r>
      <w:r w:rsidRPr="00B75A9A">
        <w:rPr>
          <w:rFonts w:ascii="Times New Roman" w:eastAsia="Times New Roman" w:hAnsi="Times New Roman" w:cs="Times New Roman"/>
          <w:sz w:val="28"/>
          <w:szCs w:val="28"/>
          <w:lang w:val="kk-KZ"/>
        </w:rPr>
        <w:t xml:space="preserve">Аналитикалық функциялар үшін шекаралық есептерін зерттеу бағыттағы әдістерді жүйелі түрде дамытқан ғалымдардың бірі - И.Н. Векуа </w:t>
      </w:r>
      <w:r w:rsidR="003B3EBB" w:rsidRPr="00B75A9A">
        <w:rPr>
          <w:rFonts w:ascii="Times New Roman" w:eastAsia="Times New Roman" w:hAnsi="Times New Roman" w:cs="Times New Roman"/>
          <w:bCs/>
          <w:sz w:val="28"/>
          <w:szCs w:val="28"/>
          <w:lang w:val="kk-KZ"/>
        </w:rPr>
        <w:t>[12</w:t>
      </w:r>
      <w:r w:rsidRPr="00B75A9A">
        <w:rPr>
          <w:rFonts w:ascii="Times New Roman" w:eastAsia="Times New Roman" w:hAnsi="Times New Roman" w:cs="Times New Roman"/>
          <w:bCs/>
          <w:sz w:val="28"/>
          <w:szCs w:val="28"/>
          <w:lang w:val="kk-KZ"/>
        </w:rPr>
        <w:t>]</w:t>
      </w:r>
      <w:r w:rsidRPr="00B75A9A">
        <w:rPr>
          <w:rFonts w:ascii="Times New Roman" w:eastAsia="Times New Roman" w:hAnsi="Times New Roman" w:cs="Times New Roman"/>
          <w:sz w:val="28"/>
          <w:szCs w:val="28"/>
          <w:lang w:val="kk-KZ"/>
        </w:rPr>
        <w:t>. Ол нақты аналитикалық коэффициенттері бар эллипстік теңдеулер үшін псевдоаналитикалық функциялар теориясына сүйене отырып, функциялар теориясындағы әдісті жетілдірді. И.Н. Векуа ұсынған тәсілдер теңдеудің шешімін шекара бойында сингулярлық сипаттағы интегралдық теңдеулерге дейін түрлендіру және олардың фредгольмдік қасиеттерін зерттеуге мүмкіндік береді.</w:t>
      </w:r>
    </w:p>
    <w:p w14:paraId="5B021EC0" w14:textId="51D27D8D" w:rsidR="00BA7984" w:rsidRPr="00B75A9A" w:rsidRDefault="00BA7984" w:rsidP="00C333A8">
      <w:pPr>
        <w:spacing w:after="0" w:line="240" w:lineRule="auto"/>
        <w:ind w:firstLine="708"/>
        <w:jc w:val="both"/>
        <w:rPr>
          <w:rFonts w:ascii="Times New Roman" w:eastAsia="Times New Roman" w:hAnsi="Times New Roman" w:cs="Times New Roman"/>
          <w:color w:val="1B1C1D"/>
          <w:sz w:val="28"/>
          <w:szCs w:val="28"/>
          <w:lang w:val="kk-KZ"/>
        </w:rPr>
      </w:pPr>
      <w:r w:rsidRPr="00B75A9A">
        <w:rPr>
          <w:rFonts w:ascii="Times New Roman" w:eastAsia="Times New Roman" w:hAnsi="Times New Roman" w:cs="Times New Roman"/>
          <w:color w:val="1B1C1D"/>
          <w:sz w:val="28"/>
          <w:szCs w:val="28"/>
          <w:lang w:val="kk-KZ"/>
        </w:rPr>
        <w:t xml:space="preserve">Аналитикалық функциялар үшін </w:t>
      </w:r>
      <w:r w:rsidRPr="00B75A9A">
        <w:rPr>
          <w:rFonts w:ascii="Times New Roman" w:eastAsia="Times New Roman" w:hAnsi="Times New Roman" w:cs="Times New Roman"/>
          <w:color w:val="1B1C1D"/>
          <w:sz w:val="28"/>
          <w:szCs w:val="28"/>
          <w:bdr w:val="none" w:sz="0" w:space="0" w:color="auto" w:frame="1"/>
          <w:lang w:val="kk-KZ"/>
        </w:rPr>
        <w:t xml:space="preserve">Риман-Гильберт есебі </w:t>
      </w:r>
      <w:r w:rsidRPr="00B75A9A">
        <w:rPr>
          <w:rFonts w:ascii="Times New Roman" w:eastAsia="Times New Roman" w:hAnsi="Times New Roman" w:cs="Times New Roman"/>
          <w:color w:val="1B1C1D"/>
          <w:sz w:val="28"/>
          <w:szCs w:val="28"/>
          <w:lang w:val="kk-KZ"/>
        </w:rPr>
        <w:t xml:space="preserve">негізгі шеттік есептердің бірі болып табылады. 1857 жылы аналитикалық функциялар үшін алғаш Б.Риман есепті келесідей қойған </w:t>
      </w:r>
      <w:r w:rsidR="00726A29" w:rsidRPr="00B75A9A">
        <w:rPr>
          <w:rFonts w:ascii="Times New Roman" w:eastAsia="Times New Roman" w:hAnsi="Times New Roman" w:cs="Times New Roman"/>
          <w:color w:val="1B1C1D"/>
          <w:sz w:val="28"/>
          <w:szCs w:val="28"/>
          <w:bdr w:val="none" w:sz="0" w:space="0" w:color="auto" w:frame="1"/>
          <w:lang w:val="kk-KZ"/>
        </w:rPr>
        <w:t>[13</w:t>
      </w:r>
      <w:r w:rsidRPr="00B75A9A">
        <w:rPr>
          <w:rFonts w:ascii="Times New Roman" w:eastAsia="Times New Roman" w:hAnsi="Times New Roman" w:cs="Times New Roman"/>
          <w:color w:val="1B1C1D"/>
          <w:sz w:val="28"/>
          <w:szCs w:val="28"/>
          <w:bdr w:val="none" w:sz="0" w:space="0" w:color="auto" w:frame="1"/>
          <w:lang w:val="kk-KZ"/>
        </w:rPr>
        <w:t>]</w:t>
      </w:r>
      <w:r w:rsidRPr="00B75A9A">
        <w:rPr>
          <w:rFonts w:ascii="Times New Roman" w:eastAsia="Times New Roman" w:hAnsi="Times New Roman" w:cs="Times New Roman"/>
          <w:color w:val="1B1C1D"/>
          <w:sz w:val="28"/>
          <w:szCs w:val="28"/>
          <w:lang w:val="kk-KZ"/>
        </w:rPr>
        <w:t xml:space="preserve">: Нақты және жорамал бөліктерінің </w:t>
      </w:r>
      <w:r w:rsidRPr="00B75A9A">
        <w:rPr>
          <w:rFonts w:ascii="Times New Roman" w:eastAsia="Times New Roman" w:hAnsi="Times New Roman" w:cs="Times New Roman"/>
          <w:color w:val="1B1C1D"/>
          <w:sz w:val="28"/>
          <w:szCs w:val="28"/>
          <w:lang w:val="kk-KZ"/>
        </w:rPr>
        <w:lastRenderedPageBreak/>
        <w:t>облыс шекарасындағы белгілі арақатынасы бойынша D облысында аналитикалық функцияны табудан тұрады, бірақ оны шешу жолын көрсетпеген. Бұл ес</w:t>
      </w:r>
      <w:r w:rsidR="007A25EC" w:rsidRPr="00B75A9A">
        <w:rPr>
          <w:rFonts w:ascii="Times New Roman" w:eastAsia="Times New Roman" w:hAnsi="Times New Roman" w:cs="Times New Roman"/>
          <w:color w:val="1B1C1D"/>
          <w:sz w:val="28"/>
          <w:szCs w:val="28"/>
          <w:lang w:val="kk-KZ"/>
        </w:rPr>
        <w:t>ептің толық шешімін Гильберт</w:t>
      </w:r>
      <w:r w:rsidRPr="00B75A9A">
        <w:rPr>
          <w:rFonts w:ascii="Times New Roman" w:eastAsia="Times New Roman" w:hAnsi="Times New Roman" w:cs="Times New Roman"/>
          <w:color w:val="1B1C1D"/>
          <w:sz w:val="28"/>
          <w:szCs w:val="28"/>
          <w:lang w:val="kk-KZ"/>
        </w:rPr>
        <w:t xml:space="preserve"> жұмысында берді, ол бірбайланысты облыста нақты және жорамал бөліктері облыс шекарасында </w:t>
      </w:r>
    </w:p>
    <w:p w14:paraId="7B629A1E" w14:textId="77777777" w:rsidR="00BA7984" w:rsidRPr="00B75A9A" w:rsidRDefault="00BA7984" w:rsidP="00772B61">
      <w:pPr>
        <w:spacing w:after="0" w:line="240" w:lineRule="auto"/>
        <w:jc w:val="both"/>
        <w:rPr>
          <w:rFonts w:ascii="Times New Roman" w:eastAsia="Times New Roman" w:hAnsi="Times New Roman" w:cs="Times New Roman"/>
          <w:color w:val="1B1C1D"/>
          <w:sz w:val="28"/>
          <w:szCs w:val="28"/>
          <w:lang w:val="kk-KZ"/>
        </w:rPr>
      </w:pPr>
    </w:p>
    <w:p w14:paraId="10BF6018" w14:textId="77777777" w:rsidR="00BA7984" w:rsidRPr="00B75A9A" w:rsidRDefault="00A07FF5" w:rsidP="00772B61">
      <w:pPr>
        <w:spacing w:after="0" w:line="240" w:lineRule="auto"/>
        <w:jc w:val="center"/>
        <w:rPr>
          <w:rFonts w:ascii="Times New Roman" w:eastAsia="Times New Roman" w:hAnsi="Times New Roman" w:cs="Times New Roman"/>
          <w:color w:val="1B1C1D"/>
          <w:sz w:val="28"/>
          <w:szCs w:val="28"/>
          <w:lang w:val="en-US"/>
        </w:rPr>
      </w:pPr>
      <w:r w:rsidRPr="00B75A9A">
        <w:rPr>
          <w:rFonts w:ascii="Times New Roman" w:hAnsi="Times New Roman" w:cs="Times New Roman"/>
          <w:position w:val="-12"/>
          <w:sz w:val="28"/>
          <w:szCs w:val="28"/>
        </w:rPr>
        <w:object w:dxaOrig="4160" w:dyaOrig="360" w14:anchorId="65E06D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8.9pt;height:18.2pt" o:ole="">
            <v:imagedata r:id="rId13" o:title=""/>
          </v:shape>
          <o:OLEObject Type="Embed" ProgID="Equation.DSMT4" ShapeID="_x0000_i1025" DrawAspect="Content" ObjectID="_1840331479" r:id="rId14"/>
        </w:object>
      </w:r>
    </w:p>
    <w:p w14:paraId="18D6417A" w14:textId="77777777" w:rsidR="00BA7984" w:rsidRPr="00B75A9A" w:rsidRDefault="00BA7984" w:rsidP="00772B61">
      <w:pPr>
        <w:spacing w:after="0" w:line="240" w:lineRule="auto"/>
        <w:jc w:val="both"/>
        <w:rPr>
          <w:rFonts w:ascii="Times New Roman" w:eastAsia="Times New Roman" w:hAnsi="Times New Roman" w:cs="Times New Roman"/>
          <w:color w:val="1B1C1D"/>
          <w:sz w:val="28"/>
          <w:szCs w:val="28"/>
          <w:lang w:val="kk-KZ"/>
        </w:rPr>
      </w:pPr>
    </w:p>
    <w:p w14:paraId="6E9AA71B" w14:textId="77777777" w:rsidR="00BA7984" w:rsidRPr="00B75A9A" w:rsidRDefault="00BA7984" w:rsidP="00772B61">
      <w:pPr>
        <w:spacing w:after="0" w:line="240" w:lineRule="auto"/>
        <w:jc w:val="both"/>
        <w:rPr>
          <w:rFonts w:ascii="Times New Roman" w:eastAsia="Times New Roman" w:hAnsi="Times New Roman" w:cs="Times New Roman"/>
          <w:color w:val="1B1C1D"/>
          <w:sz w:val="28"/>
          <w:szCs w:val="28"/>
          <w:lang w:val="kk-KZ"/>
        </w:rPr>
      </w:pPr>
      <w:r w:rsidRPr="00B75A9A">
        <w:rPr>
          <w:rFonts w:ascii="Times New Roman" w:eastAsia="Times New Roman" w:hAnsi="Times New Roman" w:cs="Times New Roman"/>
          <w:color w:val="1B1C1D"/>
          <w:sz w:val="28"/>
          <w:szCs w:val="28"/>
          <w:lang w:val="kk-KZ"/>
        </w:rPr>
        <w:t xml:space="preserve">шартты қанағаттандырса, мұндағы </w:t>
      </w:r>
      <w:r w:rsidR="00A07FF5" w:rsidRPr="00B75A9A">
        <w:rPr>
          <w:rFonts w:ascii="Times New Roman" w:hAnsi="Times New Roman" w:cs="Times New Roman"/>
          <w:position w:val="-10"/>
          <w:sz w:val="28"/>
          <w:szCs w:val="28"/>
        </w:rPr>
        <w:object w:dxaOrig="1340" w:dyaOrig="400" w14:anchorId="6DCB8769">
          <v:shape id="_x0000_i1026" type="#_x0000_t75" style="width:67.25pt;height:18.2pt" o:ole="">
            <v:imagedata r:id="rId15" o:title=""/>
          </v:shape>
          <o:OLEObject Type="Embed" ProgID="Equation.DSMT4" ShapeID="_x0000_i1026" DrawAspect="Content" ObjectID="_1840331480" r:id="rId16"/>
        </w:object>
      </w:r>
      <w:r w:rsidRPr="00B75A9A">
        <w:rPr>
          <w:rFonts w:ascii="Times New Roman" w:eastAsia="Times New Roman" w:hAnsi="Times New Roman" w:cs="Times New Roman"/>
          <w:color w:val="1B1C1D"/>
          <w:sz w:val="28"/>
          <w:szCs w:val="28"/>
          <w:lang w:val="kk-KZ"/>
        </w:rPr>
        <w:t>, онда аналитикалық функция бар екендігі. Осыған орай бұл есепті Риман-Гильберт есебі деп атайды.</w:t>
      </w:r>
    </w:p>
    <w:p w14:paraId="3E09A315" w14:textId="3BB54171" w:rsidR="00BA7984" w:rsidRPr="00B75A9A" w:rsidRDefault="00E15C63" w:rsidP="00772B61">
      <w:pPr>
        <w:spacing w:after="0" w:line="240" w:lineRule="auto"/>
        <w:jc w:val="both"/>
        <w:rPr>
          <w:rFonts w:ascii="Times New Roman" w:eastAsia="Times New Roman" w:hAnsi="Times New Roman" w:cs="Times New Roman"/>
          <w:color w:val="1B1C1D"/>
          <w:sz w:val="28"/>
          <w:szCs w:val="28"/>
          <w:lang w:val="kk-KZ"/>
        </w:rPr>
      </w:pPr>
      <w:r w:rsidRPr="00B75A9A">
        <w:rPr>
          <w:rFonts w:ascii="Times New Roman" w:eastAsia="Times New Roman" w:hAnsi="Times New Roman" w:cs="Times New Roman"/>
          <w:color w:val="1B1C1D"/>
          <w:sz w:val="28"/>
          <w:szCs w:val="28"/>
          <w:lang w:val="kk-KZ"/>
        </w:rPr>
        <w:t>Өткен ғасырдың 50-ші жылдары</w:t>
      </w:r>
      <w:r w:rsidR="00BA7984" w:rsidRPr="00B75A9A">
        <w:rPr>
          <w:rFonts w:ascii="Times New Roman" w:eastAsia="Times New Roman" w:hAnsi="Times New Roman" w:cs="Times New Roman"/>
          <w:color w:val="1B1C1D"/>
          <w:sz w:val="28"/>
          <w:szCs w:val="28"/>
          <w:lang w:val="kk-KZ"/>
        </w:rPr>
        <w:t xml:space="preserve"> </w:t>
      </w:r>
      <w:r w:rsidR="00726A29" w:rsidRPr="00B75A9A">
        <w:rPr>
          <w:rFonts w:ascii="Times New Roman" w:eastAsia="Times New Roman" w:hAnsi="Times New Roman" w:cs="Times New Roman"/>
          <w:color w:val="1B1C1D"/>
          <w:sz w:val="28"/>
          <w:szCs w:val="28"/>
          <w:bdr w:val="none" w:sz="0" w:space="0" w:color="auto" w:frame="1"/>
          <w:lang w:val="kk-KZ"/>
        </w:rPr>
        <w:t>И.Н. Векуа [1</w:t>
      </w:r>
      <w:r w:rsidR="007A25EC" w:rsidRPr="00B75A9A">
        <w:rPr>
          <w:rFonts w:ascii="Times New Roman" w:eastAsia="Times New Roman" w:hAnsi="Times New Roman" w:cs="Times New Roman"/>
          <w:color w:val="1B1C1D"/>
          <w:sz w:val="28"/>
          <w:szCs w:val="28"/>
          <w:bdr w:val="none" w:sz="0" w:space="0" w:color="auto" w:frame="1"/>
          <w:lang w:val="kk-KZ"/>
        </w:rPr>
        <w:t>2], Ф.Д. Гахов [14</w:t>
      </w:r>
      <w:r w:rsidR="00BA7984" w:rsidRPr="00B75A9A">
        <w:rPr>
          <w:rFonts w:ascii="Times New Roman" w:eastAsia="Times New Roman" w:hAnsi="Times New Roman" w:cs="Times New Roman"/>
          <w:color w:val="1B1C1D"/>
          <w:sz w:val="28"/>
          <w:szCs w:val="28"/>
          <w:bdr w:val="none" w:sz="0" w:space="0" w:color="auto" w:frame="1"/>
          <w:lang w:val="kk-KZ"/>
        </w:rPr>
        <w:t>], Н.И. Мусхелешвили [</w:t>
      </w:r>
      <w:r w:rsidR="007A25EC" w:rsidRPr="00B75A9A">
        <w:rPr>
          <w:rFonts w:ascii="Times New Roman" w:eastAsia="Times New Roman" w:hAnsi="Times New Roman" w:cs="Times New Roman"/>
          <w:color w:val="1B1C1D"/>
          <w:sz w:val="28"/>
          <w:szCs w:val="28"/>
          <w:bdr w:val="none" w:sz="0" w:space="0" w:color="auto" w:frame="1"/>
          <w:lang w:val="kk-KZ"/>
        </w:rPr>
        <w:t>15</w:t>
      </w:r>
      <w:r w:rsidR="00BA7984" w:rsidRPr="00B75A9A">
        <w:rPr>
          <w:rFonts w:ascii="Times New Roman" w:eastAsia="Times New Roman" w:hAnsi="Times New Roman" w:cs="Times New Roman"/>
          <w:color w:val="1B1C1D"/>
          <w:sz w:val="28"/>
          <w:szCs w:val="28"/>
          <w:bdr w:val="none" w:sz="0" w:space="0" w:color="auto" w:frame="1"/>
          <w:lang w:val="kk-KZ"/>
        </w:rPr>
        <w:t>]</w:t>
      </w:r>
      <w:r w:rsidR="00BA7984" w:rsidRPr="00B75A9A">
        <w:rPr>
          <w:rFonts w:ascii="Times New Roman" w:eastAsia="Times New Roman" w:hAnsi="Times New Roman" w:cs="Times New Roman"/>
          <w:color w:val="1B1C1D"/>
          <w:sz w:val="28"/>
          <w:szCs w:val="28"/>
          <w:lang w:val="kk-KZ"/>
        </w:rPr>
        <w:t xml:space="preserve"> еңбектерінде а</w:t>
      </w:r>
      <w:r w:rsidR="00044756" w:rsidRPr="00B75A9A">
        <w:rPr>
          <w:rFonts w:ascii="Times New Roman" w:eastAsia="Times New Roman" w:hAnsi="Times New Roman" w:cs="Times New Roman"/>
          <w:color w:val="1B1C1D"/>
          <w:sz w:val="28"/>
          <w:szCs w:val="28"/>
          <w:lang w:val="kk-KZ"/>
        </w:rPr>
        <w:t>талған есепті зерттеуді аяқтады, яғни бұл жұмыстар</w:t>
      </w:r>
      <w:r w:rsidR="00BA7984" w:rsidRPr="00B75A9A">
        <w:rPr>
          <w:rFonts w:ascii="Times New Roman" w:eastAsia="Times New Roman" w:hAnsi="Times New Roman" w:cs="Times New Roman"/>
          <w:color w:val="1B1C1D"/>
          <w:sz w:val="28"/>
          <w:szCs w:val="28"/>
          <w:lang w:val="kk-KZ"/>
        </w:rPr>
        <w:t xml:space="preserve"> Риман-Гильберт есебі мен Б. Риманның қойылған сызықты түйіндес е</w:t>
      </w:r>
      <w:r w:rsidR="00772B61" w:rsidRPr="00B75A9A">
        <w:rPr>
          <w:rFonts w:ascii="Times New Roman" w:eastAsia="Times New Roman" w:hAnsi="Times New Roman" w:cs="Times New Roman"/>
          <w:color w:val="1B1C1D"/>
          <w:sz w:val="28"/>
          <w:szCs w:val="28"/>
          <w:lang w:val="kk-KZ"/>
        </w:rPr>
        <w:t>себімен өзара тығыз байланысты.</w:t>
      </w:r>
    </w:p>
    <w:p w14:paraId="12C2223E" w14:textId="30C86DDF" w:rsidR="00BA7984" w:rsidRPr="00B75A9A" w:rsidRDefault="00BA7984" w:rsidP="00772B61">
      <w:pPr>
        <w:spacing w:after="0" w:line="240" w:lineRule="auto"/>
        <w:ind w:firstLine="708"/>
        <w:jc w:val="both"/>
        <w:rPr>
          <w:rFonts w:ascii="Times New Roman" w:eastAsia="Times New Roman" w:hAnsi="Times New Roman" w:cs="Times New Roman"/>
          <w:color w:val="1B1C1D"/>
          <w:sz w:val="28"/>
          <w:szCs w:val="28"/>
          <w:lang w:val="kk-KZ"/>
        </w:rPr>
      </w:pPr>
      <w:r w:rsidRPr="00B75A9A">
        <w:rPr>
          <w:rFonts w:ascii="Times New Roman" w:eastAsia="Times New Roman" w:hAnsi="Times New Roman" w:cs="Times New Roman"/>
          <w:sz w:val="28"/>
          <w:szCs w:val="28"/>
          <w:lang w:val="kk-KZ"/>
        </w:rPr>
        <w:t>Эллипстік шеттік есептер теориясында жалпы эллипстік жүйелерге арналған фредгольмдік есептерді қою ерекше маңызға ие. Мұндай есептерді зертт</w:t>
      </w:r>
      <w:r w:rsidR="00726A29" w:rsidRPr="00B75A9A">
        <w:rPr>
          <w:rFonts w:ascii="Times New Roman" w:eastAsia="Times New Roman" w:hAnsi="Times New Roman" w:cs="Times New Roman"/>
          <w:sz w:val="28"/>
          <w:szCs w:val="28"/>
          <w:lang w:val="kk-KZ"/>
        </w:rPr>
        <w:t>еу алғаш рет А.В. Бицадзенің [</w:t>
      </w:r>
      <w:r w:rsidR="007A25EC" w:rsidRPr="00B75A9A">
        <w:rPr>
          <w:rFonts w:ascii="Times New Roman" w:eastAsia="Times New Roman" w:hAnsi="Times New Roman" w:cs="Times New Roman"/>
          <w:sz w:val="28"/>
          <w:szCs w:val="28"/>
          <w:lang w:val="kk-KZ"/>
        </w:rPr>
        <w:t>16</w:t>
      </w:r>
      <w:r w:rsidRPr="00B75A9A">
        <w:rPr>
          <w:rFonts w:ascii="Times New Roman" w:eastAsia="Times New Roman" w:hAnsi="Times New Roman" w:cs="Times New Roman"/>
          <w:sz w:val="28"/>
          <w:szCs w:val="28"/>
          <w:lang w:val="kk-KZ"/>
        </w:rPr>
        <w:t>] еңбектерінде қаланған. Ол өз еңбектерінде эллипстік жүйелердің шешімдерін сипаттауда аналитикалық функцияларды ғана емес, олардың белгілі бір ретті туындыларын да пайдалан</w:t>
      </w:r>
      <w:r w:rsidR="00726A29" w:rsidRPr="00B75A9A">
        <w:rPr>
          <w:rFonts w:ascii="Times New Roman" w:eastAsia="Times New Roman" w:hAnsi="Times New Roman" w:cs="Times New Roman"/>
          <w:sz w:val="28"/>
          <w:szCs w:val="28"/>
          <w:lang w:val="kk-KZ"/>
        </w:rPr>
        <w:t xml:space="preserve">ған. Кейінірек А.П. Солдатов </w:t>
      </w:r>
      <w:r w:rsidR="00726A29" w:rsidRPr="00CE08C6">
        <w:rPr>
          <w:rFonts w:ascii="Times New Roman" w:eastAsia="Times New Roman" w:hAnsi="Times New Roman" w:cs="Times New Roman"/>
          <w:sz w:val="28"/>
          <w:szCs w:val="28"/>
          <w:lang w:val="kk-KZ"/>
        </w:rPr>
        <w:t>[</w:t>
      </w:r>
      <w:r w:rsidR="007A25EC" w:rsidRPr="00CE08C6">
        <w:rPr>
          <w:rFonts w:ascii="Times New Roman" w:eastAsia="Times New Roman" w:hAnsi="Times New Roman" w:cs="Times New Roman"/>
          <w:sz w:val="28"/>
          <w:szCs w:val="28"/>
          <w:lang w:val="kk-KZ"/>
        </w:rPr>
        <w:t>17</w:t>
      </w:r>
      <w:r w:rsidRPr="00CE08C6">
        <w:rPr>
          <w:rFonts w:ascii="Times New Roman" w:eastAsia="Times New Roman" w:hAnsi="Times New Roman" w:cs="Times New Roman"/>
          <w:sz w:val="28"/>
          <w:szCs w:val="28"/>
          <w:lang w:val="kk-KZ"/>
        </w:rPr>
        <w:t>]</w:t>
      </w:r>
      <w:r w:rsidRPr="00B75A9A">
        <w:rPr>
          <w:rFonts w:ascii="Times New Roman" w:eastAsia="Times New Roman" w:hAnsi="Times New Roman" w:cs="Times New Roman"/>
          <w:sz w:val="28"/>
          <w:szCs w:val="28"/>
          <w:lang w:val="kk-KZ"/>
        </w:rPr>
        <w:t xml:space="preserve"> осы тәсілді едәуір жеңілдетіп, аналитикалық функциялардың орнына бірінші ретті канондық эллипстік жүйелердің шешімдерін қолдануды ұс</w:t>
      </w:r>
      <w:r w:rsidR="00726A29" w:rsidRPr="00B75A9A">
        <w:rPr>
          <w:rFonts w:ascii="Times New Roman" w:eastAsia="Times New Roman" w:hAnsi="Times New Roman" w:cs="Times New Roman"/>
          <w:sz w:val="28"/>
          <w:szCs w:val="28"/>
          <w:lang w:val="kk-KZ"/>
        </w:rPr>
        <w:t>ынды. Өз кезегінде А. Дуглис [1</w:t>
      </w:r>
      <w:r w:rsidR="007A25EC" w:rsidRPr="00B75A9A">
        <w:rPr>
          <w:rFonts w:ascii="Times New Roman" w:eastAsia="Times New Roman" w:hAnsi="Times New Roman" w:cs="Times New Roman"/>
          <w:sz w:val="28"/>
          <w:szCs w:val="28"/>
          <w:lang w:val="kk-KZ"/>
        </w:rPr>
        <w:t>8</w:t>
      </w:r>
      <w:r w:rsidRPr="00B75A9A">
        <w:rPr>
          <w:rFonts w:ascii="Times New Roman" w:eastAsia="Times New Roman" w:hAnsi="Times New Roman" w:cs="Times New Roman"/>
          <w:sz w:val="28"/>
          <w:szCs w:val="28"/>
          <w:lang w:val="kk-KZ"/>
        </w:rPr>
        <w:t>] аналитикалық функциялар теориясының негізгі қасиеттерінің  эллипстік жүйелердің шешімдеріне де жүретіндігін дәлелдеді.</w:t>
      </w:r>
    </w:p>
    <w:p w14:paraId="3CA84E2F" w14:textId="45268B0B" w:rsidR="00BA7984" w:rsidRPr="00B75A9A" w:rsidRDefault="00BA7984" w:rsidP="00772B61">
      <w:pPr>
        <w:spacing w:after="0" w:line="240" w:lineRule="auto"/>
        <w:ind w:firstLine="708"/>
        <w:jc w:val="both"/>
        <w:rPr>
          <w:rFonts w:ascii="Times New Roman" w:eastAsia="Times New Roman" w:hAnsi="Times New Roman" w:cs="Times New Roman"/>
          <w:sz w:val="28"/>
          <w:szCs w:val="28"/>
          <w:lang w:val="kk-KZ"/>
        </w:rPr>
      </w:pPr>
      <w:r w:rsidRPr="00B75A9A">
        <w:rPr>
          <w:rFonts w:ascii="Times New Roman" w:eastAsia="Times New Roman" w:hAnsi="Times New Roman" w:cs="Times New Roman"/>
          <w:sz w:val="28"/>
          <w:szCs w:val="28"/>
          <w:lang w:val="kk-KZ"/>
        </w:rPr>
        <w:t xml:space="preserve">Эллипстік есептердің маңызды бір бағыты – </w:t>
      </w:r>
      <w:r w:rsidRPr="00B75A9A">
        <w:rPr>
          <w:rFonts w:ascii="Times New Roman" w:eastAsia="Times New Roman" w:hAnsi="Times New Roman" w:cs="Times New Roman"/>
          <w:bCs/>
          <w:sz w:val="28"/>
          <w:szCs w:val="28"/>
          <w:lang w:val="kk-KZ"/>
        </w:rPr>
        <w:t>нормаль туындылы шеттік есептерді</w:t>
      </w:r>
      <w:r w:rsidRPr="00B75A9A">
        <w:rPr>
          <w:rFonts w:ascii="Times New Roman" w:eastAsia="Times New Roman" w:hAnsi="Times New Roman" w:cs="Times New Roman"/>
          <w:sz w:val="28"/>
          <w:szCs w:val="28"/>
          <w:lang w:val="kk-KZ"/>
        </w:rPr>
        <w:t xml:space="preserve"> зерттеу. Бұл бағытта алғ</w:t>
      </w:r>
      <w:r w:rsidR="007A25EC" w:rsidRPr="00B75A9A">
        <w:rPr>
          <w:rFonts w:ascii="Times New Roman" w:eastAsia="Times New Roman" w:hAnsi="Times New Roman" w:cs="Times New Roman"/>
          <w:sz w:val="28"/>
          <w:szCs w:val="28"/>
          <w:lang w:val="kk-KZ"/>
        </w:rPr>
        <w:t>аш рет А.П. Солдатовтың келесі [19-22</w:t>
      </w:r>
      <w:r w:rsidRPr="00B75A9A">
        <w:rPr>
          <w:rFonts w:ascii="Times New Roman" w:eastAsia="Times New Roman" w:hAnsi="Times New Roman" w:cs="Times New Roman"/>
          <w:sz w:val="28"/>
          <w:szCs w:val="28"/>
          <w:lang w:val="kk-KZ"/>
        </w:rPr>
        <w:t xml:space="preserve">] жұмыстарын атап кеткен жөн. Жоғарғы ретті эллипстік теңдеулер үшін нормаль туындылары бар жалпыланған Нейман және Дирихле–Нейман типіндегі есептердің шешімділігі Б.Д. Қошанов пен А.П. Солдатовтың </w:t>
      </w:r>
      <w:r w:rsidR="007A25EC" w:rsidRPr="00B75A9A">
        <w:rPr>
          <w:rFonts w:ascii="Times New Roman" w:eastAsia="Times New Roman" w:hAnsi="Times New Roman" w:cs="Times New Roman"/>
          <w:sz w:val="28"/>
          <w:szCs w:val="28"/>
          <w:lang w:val="kk-KZ"/>
        </w:rPr>
        <w:t>[23-25</w:t>
      </w:r>
      <w:r w:rsidRPr="00B75A9A">
        <w:rPr>
          <w:rFonts w:ascii="Times New Roman" w:eastAsia="Times New Roman" w:hAnsi="Times New Roman" w:cs="Times New Roman"/>
          <w:sz w:val="28"/>
          <w:szCs w:val="28"/>
          <w:lang w:val="kk-KZ"/>
        </w:rPr>
        <w:t xml:space="preserve">] мақалаларында зерттелді. Бұл жұмыстарда шекаралық дифференциалдық операторлардың үйлесімділігін сипаттайтын шарттар жүйесі ұсынылды, есептің фредгольмді шемімділігі анықталды және аталған индекс формуласы есептелді. Эллипстік теңдеулерге, аралас типті теңдеулерге және жоғарғы ретті дифференциалдық </w:t>
      </w:r>
      <w:r w:rsidR="004B48E5" w:rsidRPr="00B75A9A">
        <w:rPr>
          <w:rFonts w:ascii="Times New Roman" w:eastAsia="Times New Roman" w:hAnsi="Times New Roman" w:cs="Times New Roman"/>
          <w:sz w:val="28"/>
          <w:szCs w:val="28"/>
          <w:lang w:val="kk-KZ"/>
        </w:rPr>
        <w:t>теңдеулерге қойылған есептер және олардың негізгі қасиеттері [26-40</w:t>
      </w:r>
      <w:r w:rsidRPr="00B75A9A">
        <w:rPr>
          <w:rFonts w:ascii="Times New Roman" w:eastAsia="Times New Roman" w:hAnsi="Times New Roman" w:cs="Times New Roman"/>
          <w:sz w:val="28"/>
          <w:szCs w:val="28"/>
          <w:lang w:val="kk-KZ"/>
        </w:rPr>
        <w:t xml:space="preserve">] жұмыстарда кеңінен зерттелген. </w:t>
      </w:r>
    </w:p>
    <w:p w14:paraId="1FCC3A9E" w14:textId="4B0259A6" w:rsidR="00BA7984" w:rsidRPr="00B75A9A" w:rsidRDefault="00BA7984" w:rsidP="00772B61">
      <w:pPr>
        <w:spacing w:after="0" w:line="240" w:lineRule="auto"/>
        <w:ind w:firstLine="708"/>
        <w:jc w:val="both"/>
        <w:rPr>
          <w:rFonts w:ascii="Times New Roman" w:eastAsia="Times New Roman" w:hAnsi="Times New Roman" w:cs="Times New Roman"/>
          <w:sz w:val="28"/>
          <w:szCs w:val="28"/>
          <w:lang w:val="kk-KZ"/>
        </w:rPr>
      </w:pPr>
      <w:r w:rsidRPr="00B75A9A">
        <w:rPr>
          <w:rFonts w:ascii="Times New Roman" w:eastAsia="Times New Roman" w:hAnsi="Times New Roman" w:cs="Times New Roman"/>
          <w:sz w:val="28"/>
          <w:szCs w:val="28"/>
          <w:lang w:val="kk-KZ"/>
        </w:rPr>
        <w:t>Осы диссертациялық жұмыс жоғарыда аталған</w:t>
      </w:r>
      <w:r w:rsidR="0063485E">
        <w:rPr>
          <w:rFonts w:ascii="Times New Roman" w:eastAsia="Times New Roman" w:hAnsi="Times New Roman" w:cs="Times New Roman"/>
          <w:sz w:val="28"/>
          <w:szCs w:val="28"/>
          <w:lang w:val="kk-KZ"/>
        </w:rPr>
        <w:t xml:space="preserve"> және </w:t>
      </w:r>
      <w:r w:rsidR="0063485E" w:rsidRPr="00B75A9A">
        <w:rPr>
          <w:rFonts w:ascii="Times New Roman" w:eastAsia="Times New Roman" w:hAnsi="Times New Roman" w:cs="Times New Roman"/>
          <w:color w:val="000000" w:themeColor="text1"/>
          <w:sz w:val="28"/>
          <w:szCs w:val="28"/>
          <w:lang w:val="kk-KZ"/>
        </w:rPr>
        <w:t>[41-45]</w:t>
      </w:r>
      <w:r w:rsidRPr="00B75A9A">
        <w:rPr>
          <w:rFonts w:ascii="Times New Roman" w:eastAsia="Times New Roman" w:hAnsi="Times New Roman" w:cs="Times New Roman"/>
          <w:sz w:val="28"/>
          <w:szCs w:val="28"/>
          <w:lang w:val="kk-KZ"/>
        </w:rPr>
        <w:t xml:space="preserve"> еңбектердің үйлесімді жалғасы болып табылады. Алғашында жоғары ретті эллипстік теңдеулер үшін бірбайланысты облыстарда зерттеледі, соңынан көпбайланысты облыста зерттеледі. Төртінші және алтыншы ретті эллипстік теңдеулер үшін нормаль туындылары бар жалпыланған шеттік есептердің шешімділігі дәлелденіп, олардың фредгольмділігінің индексі аналитикалық жолмен есептелген. Бұл нәтижелер қазіргі зерттеу жұмысының тікелей теориялық негізін құрайды.</w:t>
      </w:r>
    </w:p>
    <w:p w14:paraId="78F17532" w14:textId="6713FB4B" w:rsidR="00BA7984" w:rsidRPr="00B75A9A" w:rsidRDefault="00BA7984" w:rsidP="00273A08">
      <w:pPr>
        <w:spacing w:after="0" w:line="240" w:lineRule="auto"/>
        <w:ind w:firstLine="708"/>
        <w:jc w:val="both"/>
        <w:rPr>
          <w:rFonts w:ascii="Times New Roman" w:eastAsia="Times New Roman" w:hAnsi="Times New Roman" w:cs="Times New Roman"/>
          <w:sz w:val="28"/>
          <w:szCs w:val="28"/>
          <w:lang w:val="kk-KZ"/>
        </w:rPr>
      </w:pPr>
      <w:r w:rsidRPr="00B75A9A">
        <w:rPr>
          <w:rFonts w:ascii="Times New Roman" w:eastAsia="Times New Roman" w:hAnsi="Times New Roman" w:cs="Times New Roman"/>
          <w:sz w:val="28"/>
          <w:szCs w:val="28"/>
          <w:lang w:val="kk-KZ"/>
        </w:rPr>
        <w:t>Қазіргі таңда локальді емес шеттік шарттардың эллипстік операторларға әсері және есептің шешімінің бар болуы мен бірмәнділігі үшін қажетті шарттар</w:t>
      </w:r>
      <w:r w:rsidRPr="007C53FF">
        <w:rPr>
          <w:rFonts w:ascii="Times New Roman" w:eastAsia="Times New Roman" w:hAnsi="Times New Roman" w:cs="Times New Roman"/>
          <w:sz w:val="28"/>
          <w:szCs w:val="28"/>
          <w:lang w:val="kk-KZ"/>
        </w:rPr>
        <w:t xml:space="preserve"> </w:t>
      </w:r>
      <w:r w:rsidR="00BB4365">
        <w:rPr>
          <w:rFonts w:ascii="Times New Roman" w:eastAsia="Times New Roman" w:hAnsi="Times New Roman" w:cs="Times New Roman"/>
          <w:sz w:val="28"/>
          <w:szCs w:val="28"/>
          <w:lang w:val="kk-KZ"/>
        </w:rPr>
        <w:lastRenderedPageBreak/>
        <w:t>[46-77</w:t>
      </w:r>
      <w:r w:rsidRPr="00B75A9A">
        <w:rPr>
          <w:rFonts w:ascii="Times New Roman" w:eastAsia="Times New Roman" w:hAnsi="Times New Roman" w:cs="Times New Roman"/>
          <w:sz w:val="28"/>
          <w:szCs w:val="28"/>
          <w:lang w:val="kk-KZ"/>
        </w:rPr>
        <w:t>] еңбектерінде дамуын тапты. Бұл еңбектерде эллипстік есептерді қарастырудың жаңа тәсілд</w:t>
      </w:r>
      <w:r w:rsidR="00017141" w:rsidRPr="00B75A9A">
        <w:rPr>
          <w:rFonts w:ascii="Times New Roman" w:eastAsia="Times New Roman" w:hAnsi="Times New Roman" w:cs="Times New Roman"/>
          <w:sz w:val="28"/>
          <w:szCs w:val="28"/>
          <w:lang w:val="kk-KZ"/>
        </w:rPr>
        <w:t>ері – интегралдық операторлар, ф</w:t>
      </w:r>
      <w:r w:rsidRPr="00B75A9A">
        <w:rPr>
          <w:rFonts w:ascii="Times New Roman" w:eastAsia="Times New Roman" w:hAnsi="Times New Roman" w:cs="Times New Roman"/>
          <w:sz w:val="28"/>
          <w:szCs w:val="28"/>
          <w:lang w:val="kk-KZ"/>
        </w:rPr>
        <w:t>редгольм теориясы және сингулярлық теңдеулер әдістерін кеңінен енгізді.</w:t>
      </w:r>
    </w:p>
    <w:p w14:paraId="6229E909" w14:textId="77777777" w:rsidR="00BA7984" w:rsidRPr="00B75A9A" w:rsidRDefault="00BA7984" w:rsidP="00772B61">
      <w:pPr>
        <w:spacing w:after="0" w:line="240" w:lineRule="auto"/>
        <w:ind w:firstLine="708"/>
        <w:jc w:val="both"/>
        <w:rPr>
          <w:rFonts w:ascii="Times New Roman" w:eastAsia="Times New Roman" w:hAnsi="Times New Roman" w:cs="Times New Roman"/>
          <w:b/>
          <w:bCs/>
          <w:sz w:val="28"/>
          <w:szCs w:val="28"/>
          <w:lang w:val="kk-KZ"/>
        </w:rPr>
      </w:pPr>
      <w:r w:rsidRPr="00B75A9A">
        <w:rPr>
          <w:rFonts w:ascii="Times New Roman" w:eastAsia="Times New Roman" w:hAnsi="Times New Roman" w:cs="Times New Roman"/>
          <w:b/>
          <w:bCs/>
          <w:sz w:val="28"/>
          <w:szCs w:val="28"/>
          <w:lang w:val="kk-KZ"/>
        </w:rPr>
        <w:t xml:space="preserve">Зерттеудің мақсаты. </w:t>
      </w:r>
      <w:r w:rsidRPr="00B75A9A">
        <w:rPr>
          <w:rFonts w:ascii="Times New Roman" w:eastAsia="Times New Roman" w:hAnsi="Times New Roman" w:cs="Times New Roman"/>
          <w:color w:val="000000" w:themeColor="text1"/>
          <w:sz w:val="28"/>
          <w:szCs w:val="28"/>
          <w:lang w:val="kk-KZ"/>
        </w:rPr>
        <w:t xml:space="preserve">Бұл диссертациялық зерттеу бірбайланысты және көпбайланысты облыстарда </w:t>
      </w:r>
      <w:r w:rsidRPr="00B75A9A">
        <w:rPr>
          <w:rFonts w:ascii="Times New Roman" w:eastAsia="Times New Roman" w:hAnsi="Times New Roman" w:cs="Times New Roman"/>
          <w:bCs/>
          <w:sz w:val="28"/>
          <w:szCs w:val="28"/>
          <w:lang w:val="kk-KZ"/>
        </w:rPr>
        <w:t xml:space="preserve">нормаль туындылы жоғарғы ретті эллипстік теңдеулер үшін шеттік есептердің </w:t>
      </w:r>
      <w:r w:rsidRPr="00B75A9A">
        <w:rPr>
          <w:rFonts w:ascii="Times New Roman" w:eastAsia="Times New Roman" w:hAnsi="Times New Roman" w:cs="Times New Roman"/>
          <w:color w:val="000000" w:themeColor="text1"/>
          <w:sz w:val="28"/>
          <w:szCs w:val="28"/>
          <w:lang w:val="kk-KZ"/>
        </w:rPr>
        <w:t>шешімділігіне бағытталған.</w:t>
      </w:r>
    </w:p>
    <w:p w14:paraId="7CDDF16E" w14:textId="77777777" w:rsidR="00BA7984" w:rsidRPr="00B75A9A" w:rsidRDefault="00BA7984" w:rsidP="00772B61">
      <w:pPr>
        <w:spacing w:after="0" w:line="240" w:lineRule="auto"/>
        <w:ind w:firstLine="708"/>
        <w:jc w:val="both"/>
        <w:rPr>
          <w:rFonts w:ascii="Times New Roman" w:eastAsia="Times New Roman" w:hAnsi="Times New Roman" w:cs="Times New Roman"/>
          <w:b/>
          <w:bCs/>
          <w:sz w:val="28"/>
          <w:szCs w:val="28"/>
          <w:lang w:val="kk-KZ"/>
        </w:rPr>
      </w:pPr>
      <w:r w:rsidRPr="00B75A9A">
        <w:rPr>
          <w:rFonts w:ascii="Times New Roman" w:eastAsia="Times New Roman" w:hAnsi="Times New Roman" w:cs="Times New Roman"/>
          <w:b/>
          <w:bCs/>
          <w:sz w:val="28"/>
          <w:szCs w:val="28"/>
          <w:lang w:val="kk-KZ"/>
        </w:rPr>
        <w:t xml:space="preserve">Зерттеудің міндеттері. </w:t>
      </w:r>
      <w:r w:rsidRPr="00B75A9A">
        <w:rPr>
          <w:rFonts w:ascii="Times New Roman" w:eastAsia="Times New Roman" w:hAnsi="Times New Roman" w:cs="Times New Roman"/>
          <w:color w:val="000000" w:themeColor="text1"/>
          <w:sz w:val="28"/>
          <w:szCs w:val="28"/>
          <w:lang w:val="kk-KZ"/>
        </w:rPr>
        <w:t>Диссертациялық жұмыстың негізгі мақсатына жету үшін келесі зерттеу міндеттері қойылған:</w:t>
      </w:r>
    </w:p>
    <w:p w14:paraId="69841021" w14:textId="0C36B86F" w:rsidR="00BA7984" w:rsidRPr="00B75A9A" w:rsidRDefault="00FA15C8" w:rsidP="00273A08">
      <w:pPr>
        <w:spacing w:after="0" w:line="240" w:lineRule="auto"/>
        <w:ind w:firstLine="708"/>
        <w:jc w:val="both"/>
        <w:rPr>
          <w:rFonts w:ascii="Times New Roman" w:eastAsia="Times New Roman" w:hAnsi="Times New Roman" w:cs="Times New Roman"/>
          <w:bCs/>
          <w:sz w:val="28"/>
          <w:szCs w:val="28"/>
          <w:lang w:val="kk-KZ"/>
        </w:rPr>
      </w:pPr>
      <w:r w:rsidRPr="00564D29">
        <w:rPr>
          <w:rFonts w:cs="Times New Roman"/>
          <w:sz w:val="24"/>
          <w:szCs w:val="24"/>
          <w:lang w:val="kk-KZ"/>
        </w:rPr>
        <w:t xml:space="preserve">– </w:t>
      </w:r>
      <w:r w:rsidR="00BA7984" w:rsidRPr="00B75A9A">
        <w:rPr>
          <w:rFonts w:ascii="Times New Roman" w:eastAsia="Times New Roman" w:hAnsi="Times New Roman" w:cs="Times New Roman"/>
          <w:bCs/>
          <w:sz w:val="28"/>
          <w:szCs w:val="28"/>
          <w:lang w:val="kk-KZ"/>
        </w:rPr>
        <w:t>Жазықтықтағы нормаль туындылы жоғарғы ретті эллипстік теңдеулер үшін шеттік есептерді бірбайланысты облыстарда қою және оларды фредгольмді шешімділікке зерттеу.</w:t>
      </w:r>
    </w:p>
    <w:p w14:paraId="0A6BB5E8" w14:textId="2A4E2FD3" w:rsidR="00BA7984" w:rsidRPr="00B75A9A" w:rsidRDefault="00FA15C8" w:rsidP="00273A08">
      <w:pPr>
        <w:spacing w:after="0" w:line="240" w:lineRule="auto"/>
        <w:ind w:firstLine="708"/>
        <w:jc w:val="both"/>
        <w:rPr>
          <w:rFonts w:ascii="Times New Roman" w:eastAsia="Times New Roman" w:hAnsi="Times New Roman" w:cs="Times New Roman"/>
          <w:bCs/>
          <w:sz w:val="28"/>
          <w:szCs w:val="28"/>
          <w:lang w:val="kk-KZ"/>
        </w:rPr>
      </w:pPr>
      <w:r w:rsidRPr="00564D29">
        <w:rPr>
          <w:rFonts w:cs="Times New Roman"/>
          <w:sz w:val="24"/>
          <w:szCs w:val="24"/>
          <w:lang w:val="kk-KZ"/>
        </w:rPr>
        <w:t xml:space="preserve">– </w:t>
      </w:r>
      <w:r w:rsidR="00BA7984" w:rsidRPr="00B75A9A">
        <w:rPr>
          <w:rFonts w:ascii="Times New Roman" w:eastAsia="Times New Roman" w:hAnsi="Times New Roman" w:cs="Times New Roman"/>
          <w:bCs/>
          <w:sz w:val="28"/>
          <w:szCs w:val="28"/>
          <w:lang w:val="kk-KZ"/>
        </w:rPr>
        <w:t>Жазықтықтағы нормаль туындылы жоғарғы ретті эллипстік теңдеулер үшін шеттік есептерді көпбайланысты облыстарда қою және оларды фредгольмді шешімділікке зерттеу, сонымен бірге, индексінің формуласын алу.</w:t>
      </w:r>
    </w:p>
    <w:p w14:paraId="612E38AE" w14:textId="148D7FA8" w:rsidR="00BA7984" w:rsidRPr="00B75A9A" w:rsidRDefault="00FA15C8" w:rsidP="00273A08">
      <w:pPr>
        <w:spacing w:after="0" w:line="240" w:lineRule="auto"/>
        <w:ind w:firstLine="708"/>
        <w:jc w:val="both"/>
        <w:rPr>
          <w:rFonts w:ascii="Times New Roman" w:eastAsia="Times New Roman" w:hAnsi="Times New Roman" w:cs="Times New Roman"/>
          <w:bCs/>
          <w:sz w:val="28"/>
          <w:szCs w:val="28"/>
          <w:lang w:val="kk-KZ"/>
        </w:rPr>
      </w:pPr>
      <w:r w:rsidRPr="00564D29">
        <w:rPr>
          <w:rFonts w:cs="Times New Roman"/>
          <w:sz w:val="24"/>
          <w:szCs w:val="24"/>
          <w:lang w:val="kk-KZ"/>
        </w:rPr>
        <w:t xml:space="preserve">– </w:t>
      </w:r>
      <w:r w:rsidR="00BA7984" w:rsidRPr="00B75A9A">
        <w:rPr>
          <w:rFonts w:ascii="Times New Roman" w:eastAsia="Times New Roman" w:hAnsi="Times New Roman" w:cs="Times New Roman"/>
          <w:bCs/>
          <w:sz w:val="28"/>
          <w:szCs w:val="28"/>
          <w:lang w:val="kk-KZ"/>
        </w:rPr>
        <w:t xml:space="preserve">Жоғарыда аталған есептің фредгольмді шешімділік шарты мен қосалқы шарттың (яғни Шапиро-Лопатинский шартымен) эквиваленттілігін дәлелдеу. </w:t>
      </w:r>
    </w:p>
    <w:p w14:paraId="45415C47" w14:textId="136706E2" w:rsidR="00BA7984" w:rsidRPr="00B75A9A" w:rsidRDefault="00FA15C8" w:rsidP="00273A08">
      <w:pPr>
        <w:spacing w:after="0" w:line="240" w:lineRule="auto"/>
        <w:ind w:firstLine="708"/>
        <w:jc w:val="both"/>
        <w:rPr>
          <w:rFonts w:ascii="Times New Roman" w:eastAsia="Times New Roman" w:hAnsi="Times New Roman" w:cs="Times New Roman"/>
          <w:bCs/>
          <w:sz w:val="28"/>
          <w:szCs w:val="28"/>
          <w:lang w:val="kk-KZ"/>
        </w:rPr>
      </w:pPr>
      <w:r w:rsidRPr="00564D29">
        <w:rPr>
          <w:rFonts w:cs="Times New Roman"/>
          <w:sz w:val="24"/>
          <w:szCs w:val="24"/>
          <w:lang w:val="kk-KZ"/>
        </w:rPr>
        <w:t xml:space="preserve">– </w:t>
      </w:r>
      <w:r w:rsidR="00BA7984" w:rsidRPr="00B75A9A">
        <w:rPr>
          <w:rFonts w:ascii="Times New Roman" w:eastAsia="Times New Roman" w:hAnsi="Times New Roman" w:cs="Times New Roman"/>
          <w:bCs/>
          <w:sz w:val="28"/>
          <w:szCs w:val="28"/>
          <w:lang w:val="kk-KZ"/>
        </w:rPr>
        <w:t xml:space="preserve">Шекарада нормаль туындылары бар төртінші және алтыншы ретті эллипстік теңдеулер үшін шеттік есептерді фредгольмді шешімділігіне зерттеу. </w:t>
      </w:r>
    </w:p>
    <w:p w14:paraId="777DED4D" w14:textId="727FBE13" w:rsidR="00BA7984" w:rsidRPr="00B75A9A" w:rsidRDefault="00FA15C8" w:rsidP="00FA15C8">
      <w:pPr>
        <w:spacing w:after="0" w:line="240" w:lineRule="auto"/>
        <w:ind w:firstLine="567"/>
        <w:jc w:val="both"/>
        <w:rPr>
          <w:rFonts w:ascii="Times New Roman" w:eastAsia="Times New Roman" w:hAnsi="Times New Roman" w:cs="Times New Roman"/>
          <w:b/>
          <w:bCs/>
          <w:sz w:val="28"/>
          <w:szCs w:val="28"/>
          <w:lang w:val="kk-KZ"/>
        </w:rPr>
      </w:pPr>
      <w:r w:rsidRPr="00564D29">
        <w:rPr>
          <w:rFonts w:cs="Times New Roman"/>
          <w:sz w:val="24"/>
          <w:szCs w:val="24"/>
          <w:lang w:val="kk-KZ"/>
        </w:rPr>
        <w:t xml:space="preserve">– </w:t>
      </w:r>
      <w:r w:rsidR="00BA7984" w:rsidRPr="00B75A9A">
        <w:rPr>
          <w:rFonts w:ascii="Times New Roman" w:eastAsia="Times New Roman" w:hAnsi="Times New Roman" w:cs="Times New Roman"/>
          <w:bCs/>
          <w:sz w:val="28"/>
          <w:szCs w:val="28"/>
          <w:lang w:val="kk-KZ"/>
        </w:rPr>
        <w:t>К</w:t>
      </w:r>
      <w:r w:rsidR="00BA7984" w:rsidRPr="00B75A9A">
        <w:rPr>
          <w:rFonts w:ascii="Times New Roman" w:eastAsia="Times New Roman" w:hAnsi="Times New Roman" w:cs="Times New Roman"/>
          <w:sz w:val="28"/>
          <w:szCs w:val="28"/>
          <w:lang w:val="kk-KZ"/>
        </w:rPr>
        <w:t xml:space="preserve">өп өлшемді </w:t>
      </w:r>
      <w:r w:rsidR="00BA7984" w:rsidRPr="00B75A9A">
        <w:rPr>
          <w:rFonts w:ascii="Times New Roman" w:eastAsia="Times New Roman" w:hAnsi="Times New Roman" w:cs="Times New Roman"/>
          <w:bCs/>
          <w:sz w:val="28"/>
          <w:szCs w:val="28"/>
          <w:lang w:val="kk-KZ"/>
        </w:rPr>
        <w:t xml:space="preserve">сызықты емес </w:t>
      </w:r>
      <w:r w:rsidR="00BA7984" w:rsidRPr="00B75A9A">
        <w:rPr>
          <w:rFonts w:ascii="Times New Roman" w:eastAsia="Times New Roman" w:hAnsi="Times New Roman" w:cs="Times New Roman"/>
          <w:sz w:val="28"/>
          <w:szCs w:val="28"/>
          <w:lang w:val="kk-KZ"/>
        </w:rPr>
        <w:t>эллипстік теңдеулер үшін локалді емес шеттік шартты есептерді шешімділікке зерттеу</w:t>
      </w:r>
      <w:r w:rsidR="00BA7984" w:rsidRPr="00B75A9A">
        <w:rPr>
          <w:rFonts w:ascii="Times New Roman" w:eastAsia="Times New Roman" w:hAnsi="Times New Roman" w:cs="Times New Roman"/>
          <w:bCs/>
          <w:sz w:val="28"/>
          <w:szCs w:val="28"/>
          <w:lang w:val="kk-KZ"/>
        </w:rPr>
        <w:t>.</w:t>
      </w:r>
    </w:p>
    <w:p w14:paraId="35059730" w14:textId="77777777" w:rsidR="00BA7984" w:rsidRPr="00B75A9A" w:rsidRDefault="00BA7984" w:rsidP="00772B61">
      <w:pPr>
        <w:spacing w:after="0" w:line="240" w:lineRule="auto"/>
        <w:ind w:firstLine="708"/>
        <w:jc w:val="both"/>
        <w:rPr>
          <w:rFonts w:ascii="Times New Roman" w:eastAsia="Times New Roman" w:hAnsi="Times New Roman" w:cs="Times New Roman"/>
          <w:bCs/>
          <w:sz w:val="28"/>
          <w:szCs w:val="28"/>
          <w:lang w:val="kk-KZ"/>
        </w:rPr>
      </w:pPr>
      <w:r w:rsidRPr="00B75A9A">
        <w:rPr>
          <w:rFonts w:ascii="Times New Roman" w:eastAsia="Times New Roman" w:hAnsi="Times New Roman" w:cs="Times New Roman"/>
          <w:b/>
          <w:bCs/>
          <w:sz w:val="28"/>
          <w:szCs w:val="28"/>
          <w:lang w:val="kk-KZ"/>
        </w:rPr>
        <w:t xml:space="preserve">Зерттеудің нысаны. </w:t>
      </w:r>
      <w:r w:rsidRPr="00B75A9A">
        <w:rPr>
          <w:rFonts w:ascii="Times New Roman" w:eastAsia="Times New Roman" w:hAnsi="Times New Roman" w:cs="Times New Roman"/>
          <w:bCs/>
          <w:sz w:val="28"/>
          <w:szCs w:val="28"/>
          <w:lang w:val="kk-KZ"/>
        </w:rPr>
        <w:t>Б</w:t>
      </w:r>
      <w:r w:rsidRPr="00B75A9A">
        <w:rPr>
          <w:rFonts w:ascii="Times New Roman" w:eastAsia="Times New Roman" w:hAnsi="Times New Roman" w:cs="Times New Roman"/>
          <w:color w:val="000000" w:themeColor="text1"/>
          <w:sz w:val="28"/>
          <w:szCs w:val="28"/>
          <w:lang w:val="kk-KZ"/>
        </w:rPr>
        <w:t xml:space="preserve">ірбайланысты және көпбайланысты облыстарда </w:t>
      </w:r>
      <w:r w:rsidRPr="00B75A9A">
        <w:rPr>
          <w:rFonts w:ascii="Times New Roman" w:eastAsia="Times New Roman" w:hAnsi="Times New Roman" w:cs="Times New Roman"/>
          <w:bCs/>
          <w:sz w:val="28"/>
          <w:szCs w:val="28"/>
          <w:lang w:val="kk-KZ"/>
        </w:rPr>
        <w:t>нормаль туындылы жоғарғы ретті эллипстік теңдеулер үшін локалді және локалді емес шеттік есептер.</w:t>
      </w:r>
    </w:p>
    <w:p w14:paraId="19D32078" w14:textId="752CE391" w:rsidR="00055F5C" w:rsidRPr="00B75A9A" w:rsidRDefault="00055F5C" w:rsidP="00055F5C">
      <w:pPr>
        <w:spacing w:after="0" w:line="240" w:lineRule="auto"/>
        <w:ind w:firstLine="708"/>
        <w:jc w:val="both"/>
        <w:rPr>
          <w:rFonts w:ascii="Times New Roman" w:eastAsia="Times New Roman" w:hAnsi="Times New Roman" w:cs="Times New Roman"/>
          <w:bCs/>
          <w:sz w:val="28"/>
          <w:szCs w:val="28"/>
          <w:lang w:val="kk-KZ"/>
        </w:rPr>
      </w:pPr>
      <w:r w:rsidRPr="00293DA3">
        <w:rPr>
          <w:rFonts w:ascii="Times New Roman" w:eastAsia="Times New Roman" w:hAnsi="Times New Roman" w:cs="Times New Roman"/>
          <w:b/>
          <w:bCs/>
          <w:sz w:val="28"/>
          <w:szCs w:val="28"/>
          <w:lang w:val="kk-KZ"/>
        </w:rPr>
        <w:t xml:space="preserve">Зерттеу пәні. </w:t>
      </w:r>
      <w:r w:rsidRPr="00293DA3">
        <w:rPr>
          <w:rFonts w:ascii="Times New Roman" w:eastAsia="Times New Roman" w:hAnsi="Times New Roman" w:cs="Times New Roman"/>
          <w:bCs/>
          <w:sz w:val="28"/>
          <w:szCs w:val="28"/>
          <w:lang w:val="kk-KZ"/>
        </w:rPr>
        <w:t>Эллипстік теңдеу үшін жалпыланған Нейман және локалды емес шеттік шартты есептер.</w:t>
      </w:r>
    </w:p>
    <w:p w14:paraId="3285DBCA" w14:textId="77777777" w:rsidR="00BA7984" w:rsidRPr="00B75A9A" w:rsidRDefault="00BA7984" w:rsidP="00772B61">
      <w:pPr>
        <w:spacing w:after="0" w:line="240" w:lineRule="auto"/>
        <w:ind w:firstLine="708"/>
        <w:jc w:val="both"/>
        <w:rPr>
          <w:rFonts w:ascii="Times New Roman" w:eastAsia="Times New Roman" w:hAnsi="Times New Roman" w:cs="Times New Roman"/>
          <w:sz w:val="28"/>
          <w:szCs w:val="28"/>
          <w:lang w:val="kk-KZ"/>
        </w:rPr>
      </w:pPr>
      <w:r w:rsidRPr="00B75A9A">
        <w:rPr>
          <w:rFonts w:ascii="Times New Roman" w:eastAsia="Times New Roman" w:hAnsi="Times New Roman" w:cs="Times New Roman"/>
          <w:b/>
          <w:bCs/>
          <w:sz w:val="28"/>
          <w:szCs w:val="28"/>
          <w:lang w:val="kk-KZ"/>
        </w:rPr>
        <w:t xml:space="preserve">Зерттеу әдістері. </w:t>
      </w:r>
      <w:r w:rsidRPr="00B75A9A">
        <w:rPr>
          <w:rFonts w:ascii="Times New Roman" w:eastAsia="Times New Roman" w:hAnsi="Times New Roman" w:cs="Times New Roman"/>
          <w:sz w:val="28"/>
          <w:szCs w:val="28"/>
          <w:lang w:val="kk-KZ"/>
        </w:rPr>
        <w:t xml:space="preserve">Диссертацияда функциялар теориясының, функционалдық талдаудың және сызықтық алгебраның әдістері, сонымен қатар сингулярлық интегралдық теңдеулер теориясының әдістері, жалпыланған Коши типті интегралдар, аналитикалық функциялар және </w:t>
      </w:r>
      <w:r w:rsidRPr="00B75A9A">
        <w:rPr>
          <w:rFonts w:ascii="Cambria Math" w:eastAsia="Times New Roman" w:hAnsi="Cambria Math" w:cs="Cambria Math"/>
          <w:sz w:val="28"/>
          <w:szCs w:val="28"/>
          <w:lang w:val="kk-KZ"/>
        </w:rPr>
        <w:t>𝐽</w:t>
      </w:r>
      <w:r w:rsidRPr="00B75A9A">
        <w:rPr>
          <w:rFonts w:ascii="Times New Roman" w:eastAsia="Times New Roman" w:hAnsi="Times New Roman" w:cs="Times New Roman"/>
          <w:sz w:val="28"/>
          <w:szCs w:val="28"/>
          <w:lang w:val="kk-KZ"/>
        </w:rPr>
        <w:t>-аналитикалық функциялар теориясының әдістері, компактілік және монотондылық әдістері қолданылады.</w:t>
      </w:r>
    </w:p>
    <w:p w14:paraId="544D9592" w14:textId="77777777" w:rsidR="00BA7984" w:rsidRPr="00B75A9A" w:rsidRDefault="00BA7984" w:rsidP="00772B61">
      <w:pPr>
        <w:spacing w:after="0" w:line="240" w:lineRule="auto"/>
        <w:ind w:firstLine="708"/>
        <w:jc w:val="both"/>
        <w:rPr>
          <w:rFonts w:ascii="Times New Roman" w:eastAsia="Times New Roman" w:hAnsi="Times New Roman" w:cs="Times New Roman"/>
          <w:bCs/>
          <w:sz w:val="28"/>
          <w:szCs w:val="28"/>
          <w:lang w:val="kk-KZ"/>
        </w:rPr>
      </w:pPr>
      <w:r w:rsidRPr="00B75A9A">
        <w:rPr>
          <w:rFonts w:ascii="Times New Roman" w:eastAsia="Times New Roman" w:hAnsi="Times New Roman" w:cs="Times New Roman"/>
          <w:b/>
          <w:bCs/>
          <w:sz w:val="28"/>
          <w:szCs w:val="28"/>
          <w:lang w:val="kk-KZ"/>
        </w:rPr>
        <w:t xml:space="preserve">Жұмыстың ғылыми жаңалығы. </w:t>
      </w:r>
      <w:r w:rsidRPr="00B75A9A">
        <w:rPr>
          <w:rFonts w:ascii="Times New Roman" w:eastAsia="Times New Roman" w:hAnsi="Times New Roman" w:cs="Times New Roman"/>
          <w:bCs/>
          <w:sz w:val="28"/>
          <w:szCs w:val="28"/>
          <w:lang w:val="kk-KZ"/>
        </w:rPr>
        <w:t>Жоғарғы ретті эллипстік теңдеулер үшін бірбайланысты (көпбайланысты) облыстарда нормаль туындылары бар шеттік есептер қойылған және олардың фредгольмді шешімділігі зерттелген және индексінің формуласы есептелген; жоғарыда аталған шеттік есептердің фредгольмді шешімділігі туралы теоремалар және оларға пара-пар (эквивалентті) теоремалар дәлелденген; жазықтықта жоғарғы ретті эллипстік теңдеулер үшін бірбайланысты облыста нормаль туындысы бар шеттік есептің фредгольмді шешімділік шарты мен қосалқы шарттың (Шапиро-Лопатинский шартымен) пара-парлығы (эквиваленттілігі) дәлелденген; шекарада нормаль туындылары бар төртінші және алтыншы ретті эллипстік теңдеулер үшін шеттік есептердің фредгольмді шешімділігі зерттелген; көп өлшемді сызықты емес эллипстік теңдеулер үшін локальді емес шеттік шартты есептердің шешімділігі зерттелген.</w:t>
      </w:r>
    </w:p>
    <w:p w14:paraId="3F6FDCED" w14:textId="77777777" w:rsidR="00BA7984" w:rsidRPr="00B75A9A" w:rsidRDefault="00BA7984" w:rsidP="00772B61">
      <w:pPr>
        <w:spacing w:after="0" w:line="240" w:lineRule="auto"/>
        <w:jc w:val="both"/>
        <w:rPr>
          <w:rFonts w:ascii="Times New Roman" w:hAnsi="Times New Roman" w:cs="Times New Roman"/>
          <w:b/>
          <w:sz w:val="28"/>
          <w:szCs w:val="28"/>
          <w:lang w:val="kk-KZ"/>
        </w:rPr>
      </w:pPr>
      <w:r w:rsidRPr="00B75A9A">
        <w:rPr>
          <w:rFonts w:ascii="Times New Roman" w:hAnsi="Times New Roman" w:cs="Times New Roman"/>
          <w:bCs/>
          <w:sz w:val="28"/>
          <w:szCs w:val="28"/>
          <w:lang w:val="kk-KZ"/>
        </w:rPr>
        <w:lastRenderedPageBreak/>
        <w:t xml:space="preserve">Диссертация нәтижесі теориялық түрде сипат алады. Бұл диссертациялық жұмыста </w:t>
      </w:r>
      <w:r w:rsidRPr="00B75A9A">
        <w:rPr>
          <w:rFonts w:ascii="Times New Roman" w:eastAsia="Times New Roman" w:hAnsi="Times New Roman" w:cs="Times New Roman"/>
          <w:bCs/>
          <w:sz w:val="28"/>
          <w:szCs w:val="28"/>
          <w:lang w:val="kk-KZ"/>
        </w:rPr>
        <w:t>жазықтықта жоғарғы ретті эллипстік теңдеулер үшін көпбайланысты облыста нормаль туындысы бар шеттік есептердің фредгольмді шешімділігін</w:t>
      </w:r>
      <w:r w:rsidRPr="00B75A9A">
        <w:rPr>
          <w:rFonts w:ascii="Times New Roman" w:eastAsia="Calibri" w:hAnsi="Times New Roman" w:cs="Times New Roman"/>
          <w:sz w:val="28"/>
          <w:szCs w:val="28"/>
          <w:lang w:val="kk-KZ"/>
        </w:rPr>
        <w:t xml:space="preserve"> зерттеудің әдістемесі құрастырылған. Олар арнайы функционалдық кеңістіктерде зерттелген.</w:t>
      </w:r>
    </w:p>
    <w:p w14:paraId="417B569A" w14:textId="77777777" w:rsidR="00BA7984" w:rsidRPr="00B75A9A" w:rsidRDefault="00BA7984" w:rsidP="00772B61">
      <w:pPr>
        <w:spacing w:after="0" w:line="240" w:lineRule="auto"/>
        <w:ind w:firstLine="708"/>
        <w:jc w:val="both"/>
        <w:rPr>
          <w:rFonts w:ascii="Times New Roman" w:hAnsi="Times New Roman" w:cs="Times New Roman"/>
          <w:sz w:val="28"/>
          <w:szCs w:val="28"/>
          <w:lang w:val="kk-KZ"/>
        </w:rPr>
      </w:pPr>
      <w:r w:rsidRPr="00B75A9A">
        <w:rPr>
          <w:rFonts w:ascii="Times New Roman" w:hAnsi="Times New Roman" w:cs="Times New Roman"/>
          <w:sz w:val="28"/>
          <w:szCs w:val="28"/>
          <w:lang w:val="kk-KZ"/>
        </w:rPr>
        <w:t>Сонымен қатар, алынған нәтижелер эллипстік типтегі дербес туындылы дифференциалдық теңдеулердің теориясына қосар үлесі зор. Ж</w:t>
      </w:r>
      <w:r w:rsidRPr="00B75A9A">
        <w:rPr>
          <w:rFonts w:ascii="Times New Roman" w:eastAsia="Times New Roman" w:hAnsi="Times New Roman" w:cs="Times New Roman"/>
          <w:bCs/>
          <w:sz w:val="28"/>
          <w:szCs w:val="28"/>
          <w:lang w:val="kk-KZ"/>
        </w:rPr>
        <w:t>азықтықта жоғарғы ретті эллипстік теңдеулер үшін көпбайланысты облыста нормаль туындысы бар шеттік есептердің фредгольмді шешімділігін</w:t>
      </w:r>
      <w:r w:rsidRPr="00B75A9A">
        <w:rPr>
          <w:rFonts w:ascii="Times New Roman" w:eastAsia="Calibri" w:hAnsi="Times New Roman" w:cs="Times New Roman"/>
          <w:sz w:val="28"/>
          <w:szCs w:val="28"/>
          <w:lang w:val="kk-KZ"/>
        </w:rPr>
        <w:t xml:space="preserve"> зерттеудің </w:t>
      </w:r>
      <w:r w:rsidRPr="00B75A9A">
        <w:rPr>
          <w:rFonts w:ascii="Times New Roman" w:hAnsi="Times New Roman" w:cs="Times New Roman"/>
          <w:sz w:val="28"/>
          <w:szCs w:val="28"/>
          <w:lang w:val="kk-KZ"/>
        </w:rPr>
        <w:t>қолданбалы мәні оның іс-жүзіндегі мәнін анықтайды.</w:t>
      </w:r>
    </w:p>
    <w:p w14:paraId="33B61801" w14:textId="77777777" w:rsidR="00BA7984" w:rsidRPr="00B75A9A" w:rsidRDefault="00BA7984" w:rsidP="00772B61">
      <w:pPr>
        <w:spacing w:after="0" w:line="240" w:lineRule="auto"/>
        <w:ind w:firstLine="708"/>
        <w:jc w:val="both"/>
        <w:rPr>
          <w:rFonts w:ascii="Times New Roman" w:eastAsia="Times New Roman" w:hAnsi="Times New Roman" w:cs="Times New Roman"/>
          <w:sz w:val="28"/>
          <w:szCs w:val="28"/>
          <w:lang w:val="kk-KZ"/>
        </w:rPr>
      </w:pPr>
      <w:r w:rsidRPr="00B75A9A">
        <w:rPr>
          <w:rFonts w:ascii="Times New Roman" w:eastAsia="Times New Roman" w:hAnsi="Times New Roman" w:cs="Times New Roman"/>
          <w:b/>
          <w:bCs/>
          <w:sz w:val="28"/>
          <w:szCs w:val="28"/>
          <w:lang w:val="kk-KZ"/>
        </w:rPr>
        <w:t xml:space="preserve">Зерттеудің теориялық және практикалық маңыздылығы. </w:t>
      </w:r>
      <w:r w:rsidRPr="00B75A9A">
        <w:rPr>
          <w:rFonts w:ascii="Times New Roman" w:eastAsia="Times New Roman" w:hAnsi="Times New Roman" w:cs="Times New Roman"/>
          <w:sz w:val="28"/>
          <w:szCs w:val="28"/>
          <w:lang w:val="kk-KZ"/>
        </w:rPr>
        <w:t xml:space="preserve">Зерттеудің </w:t>
      </w:r>
      <w:r w:rsidRPr="00B75A9A">
        <w:rPr>
          <w:rFonts w:ascii="Times New Roman" w:eastAsiaTheme="majorEastAsia" w:hAnsi="Times New Roman" w:cs="Times New Roman"/>
          <w:bCs/>
          <w:sz w:val="28"/>
          <w:szCs w:val="28"/>
          <w:lang w:val="kk-KZ"/>
        </w:rPr>
        <w:t xml:space="preserve">теориялық маңыздылығы </w:t>
      </w:r>
      <w:r w:rsidRPr="00B75A9A">
        <w:rPr>
          <w:rFonts w:ascii="Times New Roman" w:eastAsia="Times New Roman" w:hAnsi="Times New Roman" w:cs="Times New Roman"/>
          <w:bCs/>
          <w:sz w:val="28"/>
          <w:szCs w:val="28"/>
          <w:lang w:val="kk-KZ"/>
        </w:rPr>
        <w:t xml:space="preserve">жазықтықта жоғарғы ретті эллипстік теңдеулер үшін бірбайланысты және көпбайланысты облыстарда нормаль туындысы бар шеттік есептерді фредгольмді шешімділікке </w:t>
      </w:r>
      <w:r w:rsidRPr="00B75A9A">
        <w:rPr>
          <w:rFonts w:ascii="Times New Roman" w:eastAsia="Calibri" w:hAnsi="Times New Roman" w:cs="Times New Roman"/>
          <w:sz w:val="28"/>
          <w:szCs w:val="28"/>
          <w:lang w:val="kk-KZ"/>
        </w:rPr>
        <w:t>зерттеуде</w:t>
      </w:r>
      <w:r w:rsidRPr="00B75A9A">
        <w:rPr>
          <w:rFonts w:ascii="Times New Roman" w:eastAsia="Times New Roman" w:hAnsi="Times New Roman" w:cs="Times New Roman"/>
          <w:sz w:val="28"/>
          <w:szCs w:val="28"/>
          <w:lang w:val="kk-KZ"/>
        </w:rPr>
        <w:t xml:space="preserve"> қолданылатын жаңа әдістердің дамуымен тікелей байланысты. Бұған дейін мұндай және осыған ұқсас есептер Гёльдер бойынша үзіліссіздік шартымен зерттеліп келген. Ал бұл жұмыста Гёльдер үзіліссіздігіне қойылатын шарттар өзгеріп, есептердің шешімін кеңірек кеңістіктерде іздеу мүмкіндігі қарастырылған. Бұл теориялық тұрғыдан шеттік есептердің жаңа қасиеттерін ашуға және олардың шешімдерін тереңірек түсінуге жол ашады. Зерттелетін функционалдық класстардың есептің шартына және қарастырылып отырған облыстардың структурасына да байланысты. Осы жағынан да диссертациядағы зерттеліп отырған нысандар өте маңызды.</w:t>
      </w:r>
      <w:r w:rsidR="00772B61" w:rsidRPr="00B75A9A">
        <w:rPr>
          <w:rFonts w:ascii="Times New Roman" w:eastAsia="Times New Roman" w:hAnsi="Times New Roman" w:cs="Times New Roman"/>
          <w:sz w:val="28"/>
          <w:szCs w:val="28"/>
          <w:lang w:val="kk-KZ"/>
        </w:rPr>
        <w:t xml:space="preserve"> </w:t>
      </w:r>
      <w:r w:rsidRPr="00B75A9A">
        <w:rPr>
          <w:rFonts w:ascii="Times New Roman" w:eastAsia="Times New Roman" w:hAnsi="Times New Roman" w:cs="Times New Roman"/>
          <w:sz w:val="28"/>
          <w:szCs w:val="28"/>
          <w:lang w:val="kk-KZ"/>
        </w:rPr>
        <w:t xml:space="preserve">Зерттеудің </w:t>
      </w:r>
      <w:r w:rsidRPr="00B75A9A">
        <w:rPr>
          <w:rFonts w:ascii="Times New Roman" w:eastAsiaTheme="majorEastAsia" w:hAnsi="Times New Roman" w:cs="Times New Roman"/>
          <w:bCs/>
          <w:sz w:val="28"/>
          <w:szCs w:val="28"/>
          <w:lang w:val="kk-KZ"/>
        </w:rPr>
        <w:t xml:space="preserve">практикалық маңыздылығы </w:t>
      </w:r>
      <w:r w:rsidRPr="00B75A9A">
        <w:rPr>
          <w:rFonts w:ascii="Times New Roman" w:eastAsia="Times New Roman" w:hAnsi="Times New Roman" w:cs="Times New Roman"/>
          <w:sz w:val="28"/>
          <w:szCs w:val="28"/>
          <w:lang w:val="kk-KZ"/>
        </w:rPr>
        <w:t xml:space="preserve">әртүрлі салалардағы математикалық модельдеуге қатысты. Шеттік есептер серпімді пластиналардың тербелісі, көпқабатты құрылымдардың тұрақтылығы, жылу ағыны және толқындық процестер сияқты инженерлік және физикалық модельдерде тікелей қолданылады. </w:t>
      </w:r>
      <w:r w:rsidRPr="00B75A9A">
        <w:rPr>
          <w:rFonts w:ascii="Times New Roman" w:eastAsia="Times New Roman" w:hAnsi="Times New Roman" w:cs="Times New Roman"/>
          <w:color w:val="1B1C1D"/>
          <w:sz w:val="28"/>
          <w:szCs w:val="28"/>
          <w:lang w:val="kk-KZ"/>
        </w:rPr>
        <w:t>Бірбайланысты және көпбайланысты облыстарда жоғарғы ретті эллипстік теңдеулерге арналған шеттік есептерді зерттеу әдістерін әзірлеу</w:t>
      </w:r>
      <w:r w:rsidRPr="00B75A9A">
        <w:rPr>
          <w:rFonts w:ascii="Times New Roman" w:eastAsia="Times New Roman" w:hAnsi="Times New Roman" w:cs="Times New Roman"/>
          <w:sz w:val="28"/>
          <w:szCs w:val="28"/>
          <w:lang w:val="kk-KZ"/>
        </w:rPr>
        <w:t>, қолданбалы есептерді шешуде айтарлықтай өз үлесін береді. Осылайша, зерттеу жұмысы математикалық теорияны кеңейтумен қатар, оны тәжірибеде қолдану мүмкіндігін арттырады, бұл оны ғылыми және практикалық тұрғыдан ерекше маңызды етеді.</w:t>
      </w:r>
    </w:p>
    <w:p w14:paraId="6BC3B1D5" w14:textId="77777777" w:rsidR="00273A08" w:rsidRPr="00B75A9A" w:rsidRDefault="00BA7984" w:rsidP="00273A08">
      <w:pPr>
        <w:spacing w:after="0" w:line="240" w:lineRule="auto"/>
        <w:ind w:firstLine="708"/>
        <w:rPr>
          <w:rFonts w:ascii="Times New Roman" w:eastAsia="Times New Roman" w:hAnsi="Times New Roman" w:cs="Times New Roman"/>
          <w:b/>
          <w:bCs/>
          <w:sz w:val="28"/>
          <w:szCs w:val="28"/>
          <w:lang w:val="kk-KZ"/>
        </w:rPr>
      </w:pPr>
      <w:r w:rsidRPr="00B75A9A">
        <w:rPr>
          <w:rFonts w:ascii="Times New Roman" w:eastAsia="Times New Roman" w:hAnsi="Times New Roman" w:cs="Times New Roman"/>
          <w:b/>
          <w:bCs/>
          <w:sz w:val="28"/>
          <w:szCs w:val="28"/>
          <w:lang w:val="kk-KZ"/>
        </w:rPr>
        <w:t>Қорғауға ұсынылатын негізгі тұжырымдар.</w:t>
      </w:r>
    </w:p>
    <w:p w14:paraId="4D8A1F8E" w14:textId="77777777" w:rsidR="00BA7984" w:rsidRPr="00B75A9A" w:rsidRDefault="00273A08" w:rsidP="00273A08">
      <w:pPr>
        <w:spacing w:after="0" w:line="240" w:lineRule="auto"/>
        <w:ind w:firstLine="708"/>
        <w:rPr>
          <w:rFonts w:ascii="Times New Roman" w:eastAsia="Times New Roman" w:hAnsi="Times New Roman" w:cs="Times New Roman"/>
          <w:b/>
          <w:bCs/>
          <w:sz w:val="28"/>
          <w:szCs w:val="28"/>
          <w:lang w:val="kk-KZ"/>
        </w:rPr>
      </w:pPr>
      <w:r w:rsidRPr="00B75A9A">
        <w:rPr>
          <w:rFonts w:ascii="Times New Roman" w:eastAsia="Times New Roman" w:hAnsi="Times New Roman" w:cs="Times New Roman"/>
          <w:bCs/>
          <w:sz w:val="28"/>
          <w:szCs w:val="28"/>
          <w:lang w:val="kk-KZ"/>
        </w:rPr>
        <w:t xml:space="preserve">1. </w:t>
      </w:r>
      <w:r w:rsidR="00BA7984" w:rsidRPr="00B75A9A">
        <w:rPr>
          <w:rFonts w:ascii="Times New Roman" w:eastAsia="Times New Roman" w:hAnsi="Times New Roman" w:cs="Times New Roman"/>
          <w:bCs/>
          <w:sz w:val="28"/>
          <w:szCs w:val="28"/>
          <w:lang w:val="kk-KZ"/>
        </w:rPr>
        <w:t>Жазықтықта жоғарғы ретті эллипстік теңдеулер үшін бірбайланысты облыстарда нормаль туындысы бар шеттік есептер қойылған және олардың фредгольмді шешімділігі зерттелген;</w:t>
      </w:r>
    </w:p>
    <w:p w14:paraId="46E96912" w14:textId="77777777" w:rsidR="00BA7984" w:rsidRPr="00B75A9A" w:rsidRDefault="00273A08" w:rsidP="00273A08">
      <w:pPr>
        <w:spacing w:after="0" w:line="240" w:lineRule="auto"/>
        <w:ind w:firstLine="708"/>
        <w:contextualSpacing/>
        <w:jc w:val="both"/>
        <w:rPr>
          <w:rFonts w:ascii="Times New Roman" w:eastAsia="Times New Roman" w:hAnsi="Times New Roman" w:cs="Times New Roman"/>
          <w:bCs/>
          <w:sz w:val="28"/>
          <w:szCs w:val="28"/>
          <w:lang w:val="kk-KZ"/>
        </w:rPr>
      </w:pPr>
      <w:r w:rsidRPr="00B75A9A">
        <w:rPr>
          <w:rFonts w:ascii="Times New Roman" w:eastAsia="Times New Roman" w:hAnsi="Times New Roman" w:cs="Times New Roman"/>
          <w:bCs/>
          <w:sz w:val="28"/>
          <w:szCs w:val="28"/>
          <w:lang w:val="kk-KZ"/>
        </w:rPr>
        <w:t xml:space="preserve">2. </w:t>
      </w:r>
      <w:r w:rsidR="00BA7984" w:rsidRPr="00B75A9A">
        <w:rPr>
          <w:rFonts w:ascii="Times New Roman" w:eastAsia="Times New Roman" w:hAnsi="Times New Roman" w:cs="Times New Roman"/>
          <w:bCs/>
          <w:sz w:val="28"/>
          <w:szCs w:val="28"/>
          <w:lang w:val="kk-KZ"/>
        </w:rPr>
        <w:t xml:space="preserve">Жоғарғы ретті эллипстік теңдеулер үшін көп байланысты облыстарда нормаль туындылары бар шеттік есептер қойылған және олардың фредгольмді  шешімділігі зерттелген және индексінің формуласы есептелген; </w:t>
      </w:r>
    </w:p>
    <w:p w14:paraId="0370B341" w14:textId="77777777" w:rsidR="00BA7984" w:rsidRPr="00B75A9A" w:rsidRDefault="00273A08" w:rsidP="00273A08">
      <w:pPr>
        <w:spacing w:after="0" w:line="240" w:lineRule="auto"/>
        <w:ind w:firstLine="708"/>
        <w:contextualSpacing/>
        <w:jc w:val="both"/>
        <w:rPr>
          <w:rFonts w:ascii="Times New Roman" w:eastAsia="Times New Roman" w:hAnsi="Times New Roman" w:cs="Times New Roman"/>
          <w:bCs/>
          <w:sz w:val="28"/>
          <w:szCs w:val="28"/>
          <w:lang w:val="kk-KZ"/>
        </w:rPr>
      </w:pPr>
      <w:r w:rsidRPr="00B75A9A">
        <w:rPr>
          <w:rFonts w:ascii="Times New Roman" w:eastAsia="Times New Roman" w:hAnsi="Times New Roman" w:cs="Times New Roman"/>
          <w:bCs/>
          <w:sz w:val="28"/>
          <w:szCs w:val="28"/>
          <w:lang w:val="kk-KZ"/>
        </w:rPr>
        <w:t xml:space="preserve">3. </w:t>
      </w:r>
      <w:r w:rsidR="00BA7984" w:rsidRPr="00B75A9A">
        <w:rPr>
          <w:rFonts w:ascii="Times New Roman" w:eastAsia="Times New Roman" w:hAnsi="Times New Roman" w:cs="Times New Roman"/>
          <w:bCs/>
          <w:sz w:val="28"/>
          <w:szCs w:val="28"/>
          <w:lang w:val="kk-KZ"/>
        </w:rPr>
        <w:t xml:space="preserve">Жоғарыда аталған шеттік есептердің фредгольмді  шешімділігі туралы теоремалар және оларға пара-пар (эквивалентті) теоремалар дәлелденген; </w:t>
      </w:r>
    </w:p>
    <w:p w14:paraId="159984AE" w14:textId="77777777" w:rsidR="00BA7984" w:rsidRPr="00B75A9A" w:rsidRDefault="00273A08" w:rsidP="00273A08">
      <w:pPr>
        <w:spacing w:after="0" w:line="240" w:lineRule="auto"/>
        <w:ind w:firstLine="708"/>
        <w:contextualSpacing/>
        <w:jc w:val="both"/>
        <w:rPr>
          <w:rFonts w:ascii="Times New Roman" w:eastAsia="Times New Roman" w:hAnsi="Times New Roman" w:cs="Times New Roman"/>
          <w:bCs/>
          <w:sz w:val="28"/>
          <w:szCs w:val="28"/>
          <w:lang w:val="kk-KZ"/>
        </w:rPr>
      </w:pPr>
      <w:r w:rsidRPr="00B75A9A">
        <w:rPr>
          <w:rFonts w:ascii="Times New Roman" w:eastAsia="Times New Roman" w:hAnsi="Times New Roman" w:cs="Times New Roman"/>
          <w:bCs/>
          <w:sz w:val="28"/>
          <w:szCs w:val="28"/>
          <w:lang w:val="kk-KZ"/>
        </w:rPr>
        <w:t xml:space="preserve">4. </w:t>
      </w:r>
      <w:r w:rsidR="00BA7984" w:rsidRPr="00B75A9A">
        <w:rPr>
          <w:rFonts w:ascii="Times New Roman" w:eastAsia="Times New Roman" w:hAnsi="Times New Roman" w:cs="Times New Roman"/>
          <w:bCs/>
          <w:sz w:val="28"/>
          <w:szCs w:val="28"/>
          <w:lang w:val="kk-KZ"/>
        </w:rPr>
        <w:t>Шекарада нормаль туындылары бар төртінші және алтыншы ретті эллипстік теңдеулер үшін шеттік есептердің фредгольмді шешімділігі зерттелген;</w:t>
      </w:r>
    </w:p>
    <w:p w14:paraId="3D83C64D" w14:textId="77777777" w:rsidR="00BA7984" w:rsidRPr="00B75A9A" w:rsidRDefault="00273A08" w:rsidP="00273A08">
      <w:pPr>
        <w:spacing w:after="0" w:line="240" w:lineRule="auto"/>
        <w:ind w:firstLine="708"/>
        <w:contextualSpacing/>
        <w:jc w:val="both"/>
        <w:rPr>
          <w:rFonts w:ascii="Times New Roman" w:eastAsia="Times New Roman" w:hAnsi="Times New Roman" w:cs="Times New Roman"/>
          <w:bCs/>
          <w:sz w:val="28"/>
          <w:szCs w:val="28"/>
          <w:lang w:val="kk-KZ"/>
        </w:rPr>
      </w:pPr>
      <w:r w:rsidRPr="00B75A9A">
        <w:rPr>
          <w:rFonts w:ascii="Times New Roman" w:eastAsia="Times New Roman" w:hAnsi="Times New Roman" w:cs="Times New Roman"/>
          <w:bCs/>
          <w:sz w:val="28"/>
          <w:szCs w:val="28"/>
          <w:lang w:val="kk-KZ"/>
        </w:rPr>
        <w:lastRenderedPageBreak/>
        <w:t xml:space="preserve">5. </w:t>
      </w:r>
      <w:r w:rsidR="00BA7984" w:rsidRPr="00B75A9A">
        <w:rPr>
          <w:rFonts w:ascii="Times New Roman" w:eastAsia="Times New Roman" w:hAnsi="Times New Roman" w:cs="Times New Roman"/>
          <w:bCs/>
          <w:sz w:val="28"/>
          <w:szCs w:val="28"/>
          <w:lang w:val="kk-KZ"/>
        </w:rPr>
        <w:t xml:space="preserve">Жазықтықта жоғарғы ретті эллипстік теңдеулер үшін бір байланысты облыста нормаль туындысы бар шеттік есептің фредгольмді шешімділік шарты мен қосалқы шарттың (Шапиро-Лопатинский шартымен) пара-парлығы (эквиваленттілігі) дәлелденген; </w:t>
      </w:r>
    </w:p>
    <w:p w14:paraId="035B4F91" w14:textId="77777777" w:rsidR="00BA7984" w:rsidRPr="00B75A9A" w:rsidRDefault="00273A08" w:rsidP="00273A08">
      <w:pPr>
        <w:spacing w:after="0" w:line="240" w:lineRule="auto"/>
        <w:ind w:firstLine="708"/>
        <w:contextualSpacing/>
        <w:jc w:val="both"/>
        <w:rPr>
          <w:rFonts w:ascii="Times New Roman" w:eastAsia="Times New Roman" w:hAnsi="Times New Roman" w:cs="Times New Roman"/>
          <w:bCs/>
          <w:sz w:val="28"/>
          <w:szCs w:val="28"/>
          <w:lang w:val="kk-KZ"/>
        </w:rPr>
      </w:pPr>
      <w:r w:rsidRPr="00B75A9A">
        <w:rPr>
          <w:rFonts w:ascii="Times New Roman" w:eastAsia="Times New Roman" w:hAnsi="Times New Roman" w:cs="Times New Roman"/>
          <w:bCs/>
          <w:sz w:val="28"/>
          <w:szCs w:val="28"/>
          <w:lang w:val="kk-KZ"/>
        </w:rPr>
        <w:t xml:space="preserve">6. </w:t>
      </w:r>
      <w:r w:rsidR="00BA7984" w:rsidRPr="00B75A9A">
        <w:rPr>
          <w:rFonts w:ascii="Times New Roman" w:eastAsia="Times New Roman" w:hAnsi="Times New Roman" w:cs="Times New Roman"/>
          <w:bCs/>
          <w:sz w:val="28"/>
          <w:szCs w:val="28"/>
          <w:lang w:val="kk-KZ"/>
        </w:rPr>
        <w:t>Көп өлшемді сызықты емес эллипстік теңдеулер үшін локальді емес шеттік шартты есептердің шешімділігі зерттелген.</w:t>
      </w:r>
    </w:p>
    <w:p w14:paraId="3784EC87" w14:textId="12A509D9" w:rsidR="00CF460C" w:rsidRPr="00B75A9A" w:rsidRDefault="00BA7984" w:rsidP="00B97455">
      <w:pPr>
        <w:autoSpaceDE w:val="0"/>
        <w:autoSpaceDN w:val="0"/>
        <w:adjustRightInd w:val="0"/>
        <w:spacing w:after="0" w:line="240" w:lineRule="auto"/>
        <w:ind w:firstLine="708"/>
        <w:jc w:val="both"/>
        <w:rPr>
          <w:rFonts w:ascii="Times New Roman" w:eastAsia="Times New Roman" w:hAnsi="Times New Roman" w:cs="Times New Roman"/>
          <w:color w:val="000000" w:themeColor="text1"/>
          <w:sz w:val="28"/>
          <w:szCs w:val="28"/>
          <w:lang w:val="kk-KZ"/>
        </w:rPr>
      </w:pPr>
      <w:r w:rsidRPr="00B75A9A">
        <w:rPr>
          <w:rFonts w:ascii="Times New Roman" w:eastAsia="Times New Roman" w:hAnsi="Times New Roman" w:cs="Times New Roman"/>
          <w:b/>
          <w:color w:val="000000" w:themeColor="text1"/>
          <w:sz w:val="28"/>
          <w:szCs w:val="28"/>
          <w:lang w:val="kk-KZ"/>
        </w:rPr>
        <w:t xml:space="preserve">Жұмыстың басқа ғылыми-зерттеу жұмыстарымен байланысы. </w:t>
      </w:r>
    </w:p>
    <w:p w14:paraId="61082E1D" w14:textId="5934ECAB" w:rsidR="00B97455" w:rsidRPr="00293DA3" w:rsidRDefault="00CF460C" w:rsidP="00B97455">
      <w:pPr>
        <w:autoSpaceDE w:val="0"/>
        <w:autoSpaceDN w:val="0"/>
        <w:adjustRightInd w:val="0"/>
        <w:spacing w:after="0" w:line="240" w:lineRule="auto"/>
        <w:ind w:firstLine="708"/>
        <w:jc w:val="both"/>
        <w:rPr>
          <w:rFonts w:ascii="Times New Roman" w:eastAsia="Times New Roman" w:hAnsi="Times New Roman" w:cs="Times New Roman"/>
          <w:color w:val="000000" w:themeColor="text1"/>
          <w:sz w:val="28"/>
          <w:szCs w:val="28"/>
          <w:lang w:val="kk-KZ"/>
        </w:rPr>
      </w:pPr>
      <w:r w:rsidRPr="00293DA3">
        <w:rPr>
          <w:rFonts w:ascii="Times New Roman" w:eastAsia="Times New Roman" w:hAnsi="Times New Roman" w:cs="Times New Roman"/>
          <w:color w:val="000000" w:themeColor="text1"/>
          <w:sz w:val="28"/>
          <w:szCs w:val="28"/>
          <w:lang w:val="kk-KZ"/>
        </w:rPr>
        <w:t>Диссертациялық жұмыс «Математика, механика, астрономия, физика, химия, биология, информатика және география салаларындағы іргелі және қолданбалы зерттеулер» бағытының (2024-2026, AP23488302 «Ақырлы өлшемді кеңістікте сызықты емес теңдеулердің бір классының шешімдеріне бірқалыпты бағалаулары») жобасы бойынша ғалымдардың зерттеулерін гранттық қаржыландыру шеңберінде орындалды.</w:t>
      </w:r>
      <w:r w:rsidR="00772B61" w:rsidRPr="00293DA3">
        <w:rPr>
          <w:rFonts w:ascii="Times New Roman" w:eastAsia="Times New Roman" w:hAnsi="Times New Roman" w:cs="Times New Roman"/>
          <w:color w:val="000000" w:themeColor="text1"/>
          <w:sz w:val="28"/>
          <w:szCs w:val="28"/>
          <w:lang w:val="kk-KZ"/>
        </w:rPr>
        <w:tab/>
      </w:r>
    </w:p>
    <w:p w14:paraId="11DDF078" w14:textId="77777777" w:rsidR="00BA7984" w:rsidRPr="00B75A9A" w:rsidRDefault="00BA7984" w:rsidP="00B97455">
      <w:pPr>
        <w:autoSpaceDE w:val="0"/>
        <w:autoSpaceDN w:val="0"/>
        <w:adjustRightInd w:val="0"/>
        <w:spacing w:after="0" w:line="240" w:lineRule="auto"/>
        <w:ind w:firstLine="708"/>
        <w:jc w:val="both"/>
        <w:rPr>
          <w:rFonts w:ascii="Times New Roman" w:eastAsia="Times New Roman" w:hAnsi="Times New Roman" w:cs="Times New Roman"/>
          <w:color w:val="000000" w:themeColor="text1"/>
          <w:sz w:val="28"/>
          <w:szCs w:val="28"/>
          <w:lang w:val="kk-KZ"/>
        </w:rPr>
      </w:pPr>
      <w:r w:rsidRPr="00293DA3">
        <w:rPr>
          <w:rFonts w:ascii="Times New Roman" w:eastAsia="Times New Roman" w:hAnsi="Times New Roman" w:cs="Times New Roman"/>
          <w:b/>
          <w:color w:val="000000" w:themeColor="text1"/>
          <w:sz w:val="28"/>
          <w:szCs w:val="28"/>
          <w:lang w:val="kk-KZ"/>
        </w:rPr>
        <w:t>Автордың жеке үлесі.</w:t>
      </w:r>
      <w:r w:rsidRPr="00293DA3">
        <w:rPr>
          <w:rFonts w:ascii="Times New Roman" w:eastAsia="Times New Roman" w:hAnsi="Times New Roman" w:cs="Times New Roman"/>
          <w:color w:val="000000" w:themeColor="text1"/>
          <w:sz w:val="28"/>
          <w:szCs w:val="28"/>
          <w:lang w:val="kk-KZ"/>
        </w:rPr>
        <w:t xml:space="preserve"> Диссертацияда алын</w:t>
      </w:r>
      <w:r w:rsidRPr="00B75A9A">
        <w:rPr>
          <w:rFonts w:ascii="Times New Roman" w:eastAsia="Times New Roman" w:hAnsi="Times New Roman" w:cs="Times New Roman"/>
          <w:color w:val="000000" w:themeColor="text1"/>
          <w:sz w:val="28"/>
          <w:szCs w:val="28"/>
          <w:lang w:val="kk-KZ"/>
        </w:rPr>
        <w:t xml:space="preserve">ған барлық ғылыми нәтижелер </w:t>
      </w:r>
      <w:r w:rsidRPr="00B75A9A">
        <w:rPr>
          <w:rFonts w:ascii="Times New Roman" w:eastAsia="Times New Roman" w:hAnsi="Times New Roman" w:cs="Times New Roman"/>
          <w:bCs/>
          <w:color w:val="000000" w:themeColor="text1"/>
          <w:sz w:val="28"/>
          <w:szCs w:val="28"/>
          <w:lang w:val="kk-KZ"/>
        </w:rPr>
        <w:t>автордың ғылыми кеңесшілерімен бірлесіп және тікелей қатысуымен</w:t>
      </w:r>
      <w:r w:rsidRPr="00B75A9A">
        <w:rPr>
          <w:rFonts w:ascii="Times New Roman" w:eastAsia="Times New Roman" w:hAnsi="Times New Roman" w:cs="Times New Roman"/>
          <w:color w:val="000000" w:themeColor="text1"/>
          <w:sz w:val="28"/>
          <w:szCs w:val="28"/>
          <w:lang w:val="kk-KZ"/>
        </w:rPr>
        <w:t xml:space="preserve"> алынды. Автор зерттеу әдістерін әзірлеуге, есептердің шешімін табуға және алынған нәтижелерді талдауға белсенді түрде атсалысты. Ғылыми кеңесшілер </w:t>
      </w:r>
      <w:r w:rsidRPr="00B75A9A">
        <w:rPr>
          <w:rFonts w:ascii="Times New Roman" w:eastAsia="Times New Roman" w:hAnsi="Times New Roman" w:cs="Times New Roman"/>
          <w:bCs/>
          <w:color w:val="000000" w:themeColor="text1"/>
          <w:sz w:val="28"/>
          <w:szCs w:val="28"/>
          <w:lang w:val="kk-KZ"/>
        </w:rPr>
        <w:t>есептің дұрыс қойылуына, зерттеудің негізгі бағыттарын айқындауға және алынған нәтижелерді талқылауға өз үлестерін қосты</w:t>
      </w:r>
      <w:r w:rsidRPr="00B75A9A">
        <w:rPr>
          <w:rFonts w:ascii="Times New Roman" w:eastAsia="Times New Roman" w:hAnsi="Times New Roman" w:cs="Times New Roman"/>
          <w:color w:val="000000" w:themeColor="text1"/>
          <w:sz w:val="28"/>
          <w:szCs w:val="28"/>
          <w:lang w:val="kk-KZ"/>
        </w:rPr>
        <w:t>.</w:t>
      </w:r>
    </w:p>
    <w:p w14:paraId="0A5EEE95" w14:textId="2E9545D4" w:rsidR="00BA7984" w:rsidRPr="00B75A9A" w:rsidRDefault="00BA7984" w:rsidP="00B97455">
      <w:pPr>
        <w:spacing w:after="0" w:line="240" w:lineRule="auto"/>
        <w:ind w:firstLine="708"/>
        <w:jc w:val="both"/>
        <w:rPr>
          <w:rFonts w:ascii="Times New Roman" w:eastAsia="Times New Roman" w:hAnsi="Times New Roman" w:cs="Times New Roman"/>
          <w:bCs/>
          <w:sz w:val="28"/>
          <w:szCs w:val="28"/>
          <w:lang w:val="kk-KZ"/>
        </w:rPr>
      </w:pPr>
      <w:r w:rsidRPr="00B75A9A">
        <w:rPr>
          <w:rFonts w:ascii="Times New Roman" w:eastAsia="Times New Roman" w:hAnsi="Times New Roman" w:cs="Times New Roman"/>
          <w:b/>
          <w:bCs/>
          <w:sz w:val="28"/>
          <w:szCs w:val="28"/>
          <w:lang w:val="kk-KZ"/>
        </w:rPr>
        <w:t xml:space="preserve">Диссертациялық жұмыста ұсынылған ғылыми тұжырымдардың, қорытындылар мен нәтижелердің шынайылығы мен негізділігі. </w:t>
      </w:r>
      <w:r w:rsidRPr="00B75A9A">
        <w:rPr>
          <w:rFonts w:ascii="Times New Roman" w:eastAsia="Times New Roman" w:hAnsi="Times New Roman" w:cs="Times New Roman"/>
          <w:sz w:val="28"/>
          <w:szCs w:val="28"/>
          <w:lang w:val="kk-KZ"/>
        </w:rPr>
        <w:t xml:space="preserve">Жүргізілген зерттеулердің дұрыстығы мен негізділігі әзірленген және пайдаланылған әдістердің конструктивтілігімен қамтамасыз етіледі. Әр бөлімде қарастырылған есептерге көмекші мәлімдеме лемма түрінде тұжырымдалған және олар қатаң дәлелденген, ал жалпы тұжырым теорема түрінде және олардың дәлелдемелері </w:t>
      </w:r>
      <w:r w:rsidR="005A039C" w:rsidRPr="00B75A9A">
        <w:rPr>
          <w:rFonts w:ascii="Times New Roman" w:eastAsia="Times New Roman" w:hAnsi="Times New Roman" w:cs="Times New Roman"/>
          <w:sz w:val="28"/>
          <w:szCs w:val="28"/>
          <w:lang w:val="kk-KZ"/>
        </w:rPr>
        <w:t>нақты</w:t>
      </w:r>
      <w:r w:rsidRPr="00B75A9A">
        <w:rPr>
          <w:rFonts w:ascii="Times New Roman" w:eastAsia="Times New Roman" w:hAnsi="Times New Roman" w:cs="Times New Roman"/>
          <w:sz w:val="28"/>
          <w:szCs w:val="28"/>
          <w:lang w:val="kk-KZ"/>
        </w:rPr>
        <w:t xml:space="preserve"> баяндалған, сондай-ақ жұмыс нәтижесінің сенімділігі мен жаңалығы Web of Science және Scopus халықаралық ғылыми-метрикалық базаларға кіретін рейтингтік рецензияланған басылымдарда жариялануымен расталған.  </w:t>
      </w:r>
    </w:p>
    <w:p w14:paraId="61EF1A33" w14:textId="3E4812B3" w:rsidR="00B45E4D" w:rsidRPr="00B75A9A" w:rsidRDefault="00B45E4D" w:rsidP="00B45E4D">
      <w:pPr>
        <w:spacing w:after="0" w:line="240" w:lineRule="auto"/>
        <w:ind w:firstLine="708"/>
        <w:jc w:val="both"/>
        <w:rPr>
          <w:rFonts w:ascii="Times New Roman" w:eastAsia="Times New Roman" w:hAnsi="Times New Roman" w:cs="Times New Roman"/>
          <w:sz w:val="28"/>
          <w:szCs w:val="28"/>
          <w:lang w:val="kk-KZ"/>
        </w:rPr>
      </w:pPr>
      <w:r w:rsidRPr="00B75A9A">
        <w:rPr>
          <w:rFonts w:ascii="Times New Roman" w:eastAsia="Times New Roman" w:hAnsi="Times New Roman" w:cs="Times New Roman"/>
          <w:b/>
          <w:bCs/>
          <w:sz w:val="28"/>
          <w:szCs w:val="28"/>
          <w:lang w:val="kk-KZ"/>
        </w:rPr>
        <w:t>Жұмыстың апробациясы.</w:t>
      </w:r>
      <w:r w:rsidR="00BA7984" w:rsidRPr="00B75A9A">
        <w:rPr>
          <w:rFonts w:ascii="Times New Roman" w:eastAsia="Times New Roman" w:hAnsi="Times New Roman" w:cs="Times New Roman"/>
          <w:b/>
          <w:bCs/>
          <w:sz w:val="28"/>
          <w:szCs w:val="28"/>
          <w:lang w:val="kk-KZ"/>
        </w:rPr>
        <w:t xml:space="preserve"> </w:t>
      </w:r>
      <w:r w:rsidRPr="00B75A9A">
        <w:rPr>
          <w:rFonts w:ascii="Times New Roman" w:eastAsia="Times New Roman" w:hAnsi="Times New Roman" w:cs="Times New Roman"/>
          <w:sz w:val="28"/>
          <w:szCs w:val="28"/>
          <w:lang w:val="kk-KZ"/>
        </w:rPr>
        <w:t>Диссертациялық зерттеудің негізгі нәтижелері мен ғылыми тұжырымдамалары келесі халықаралық ғылыми конференциялар мен семинарларда баяндалып, талқыланды:</w:t>
      </w:r>
    </w:p>
    <w:p w14:paraId="4DDA900F" w14:textId="64000B57" w:rsidR="00B45E4D" w:rsidRPr="00B75A9A" w:rsidRDefault="00B45E4D" w:rsidP="00B45E4D">
      <w:pPr>
        <w:spacing w:after="0" w:line="240" w:lineRule="auto"/>
        <w:ind w:firstLine="708"/>
        <w:jc w:val="both"/>
        <w:rPr>
          <w:rFonts w:ascii="Times New Roman" w:eastAsia="Times New Roman" w:hAnsi="Times New Roman" w:cs="Times New Roman"/>
          <w:sz w:val="28"/>
          <w:szCs w:val="28"/>
          <w:lang w:val="kk-KZ"/>
        </w:rPr>
      </w:pPr>
      <w:r w:rsidRPr="00B75A9A">
        <w:rPr>
          <w:rFonts w:ascii="Times New Roman" w:eastAsia="Times New Roman" w:hAnsi="Times New Roman" w:cs="Times New Roman"/>
          <w:sz w:val="28"/>
          <w:szCs w:val="28"/>
          <w:lang w:val="kk-KZ"/>
        </w:rPr>
        <w:t>«Современные методы теории краевых задач» атты XXXII Воронеж көктемгі математика мектебі аясындағы «Понтрягинские чтения – ХХ» халықаралық ғылыми конференциясы (Воронеж қ., Ресей, 2019 жылғы 3–9 маусым);</w:t>
      </w:r>
    </w:p>
    <w:p w14:paraId="1D54299B" w14:textId="0CFFF9D9" w:rsidR="00B45E4D" w:rsidRPr="00B75A9A" w:rsidRDefault="00B45E4D" w:rsidP="00B45E4D">
      <w:pPr>
        <w:spacing w:after="0" w:line="240" w:lineRule="auto"/>
        <w:ind w:firstLine="708"/>
        <w:jc w:val="both"/>
        <w:rPr>
          <w:rFonts w:ascii="Times New Roman" w:eastAsia="Times New Roman" w:hAnsi="Times New Roman" w:cs="Times New Roman"/>
          <w:sz w:val="28"/>
          <w:szCs w:val="28"/>
          <w:lang w:val="kk-KZ"/>
        </w:rPr>
      </w:pPr>
      <w:r w:rsidRPr="00B75A9A">
        <w:rPr>
          <w:rFonts w:ascii="Times New Roman" w:eastAsia="Times New Roman" w:hAnsi="Times New Roman" w:cs="Times New Roman"/>
          <w:sz w:val="28"/>
          <w:szCs w:val="28"/>
          <w:lang w:val="kk-KZ"/>
        </w:rPr>
        <w:t>«Современные методы математической физики и их приложения» атты халықаралық ғылыми конференциясы (Ташкент қ., Өзбекстан, 2020 жылғы 17–18 қараша);</w:t>
      </w:r>
    </w:p>
    <w:p w14:paraId="40CCD794" w14:textId="77777777" w:rsidR="00B45E4D" w:rsidRPr="00B75A9A" w:rsidRDefault="00B45E4D" w:rsidP="00B45E4D">
      <w:pPr>
        <w:spacing w:after="0" w:line="240" w:lineRule="auto"/>
        <w:ind w:firstLine="708"/>
        <w:jc w:val="both"/>
        <w:rPr>
          <w:rFonts w:ascii="Times New Roman" w:eastAsia="Times New Roman" w:hAnsi="Times New Roman" w:cs="Times New Roman"/>
          <w:sz w:val="28"/>
          <w:szCs w:val="28"/>
          <w:lang w:val="kk-KZ"/>
        </w:rPr>
      </w:pPr>
      <w:r w:rsidRPr="00B75A9A">
        <w:rPr>
          <w:rFonts w:ascii="Times New Roman" w:eastAsia="Times New Roman" w:hAnsi="Times New Roman" w:cs="Times New Roman"/>
          <w:sz w:val="28"/>
          <w:szCs w:val="28"/>
          <w:lang w:val="kk-KZ"/>
        </w:rPr>
        <w:t>VII World Congress of Turkic World Mathematicians (TWMS Congress-2023) – Түркі әлемі математиктерінің VII Дүниежүзілік конгресі (Түркістан қ., Қазақстан, 2023 жылғы 20–23 қыркүйек);</w:t>
      </w:r>
    </w:p>
    <w:p w14:paraId="0D77326B" w14:textId="77777777" w:rsidR="00B45E4D" w:rsidRPr="00B75A9A" w:rsidRDefault="00B45E4D" w:rsidP="00B45E4D">
      <w:pPr>
        <w:spacing w:after="0" w:line="240" w:lineRule="auto"/>
        <w:ind w:firstLine="708"/>
        <w:jc w:val="both"/>
        <w:rPr>
          <w:rFonts w:ascii="Times New Roman" w:eastAsia="Times New Roman" w:hAnsi="Times New Roman" w:cs="Times New Roman"/>
          <w:sz w:val="28"/>
          <w:szCs w:val="28"/>
          <w:lang w:val="kk-KZ"/>
        </w:rPr>
      </w:pPr>
    </w:p>
    <w:p w14:paraId="19996E81" w14:textId="32F3CB11" w:rsidR="00B45E4D" w:rsidRPr="00B75A9A" w:rsidRDefault="00B45E4D" w:rsidP="00B45E4D">
      <w:pPr>
        <w:spacing w:after="0" w:line="240" w:lineRule="auto"/>
        <w:ind w:firstLine="708"/>
        <w:jc w:val="both"/>
        <w:rPr>
          <w:rFonts w:ascii="Times New Roman" w:eastAsia="Times New Roman" w:hAnsi="Times New Roman" w:cs="Times New Roman"/>
          <w:sz w:val="28"/>
          <w:szCs w:val="28"/>
          <w:lang w:val="kk-KZ"/>
        </w:rPr>
      </w:pPr>
      <w:r w:rsidRPr="00B75A9A">
        <w:rPr>
          <w:rFonts w:ascii="Times New Roman" w:eastAsia="Times New Roman" w:hAnsi="Times New Roman" w:cs="Times New Roman"/>
          <w:sz w:val="28"/>
          <w:szCs w:val="28"/>
          <w:lang w:val="kk-KZ"/>
        </w:rPr>
        <w:lastRenderedPageBreak/>
        <w:t>Математика және математикалық моделдеу институтында өткен дәстүрлі халықаралық сәуір ғылыми конференциялары мен практикалық семинарлары (Алматы қ., Қазақстан, 2019, 2020, 2021 жж.);</w:t>
      </w:r>
    </w:p>
    <w:p w14:paraId="2CF56F1A" w14:textId="5B26F34E" w:rsidR="00B45E4D" w:rsidRPr="00B75A9A" w:rsidRDefault="00B45E4D" w:rsidP="00B45E4D">
      <w:pPr>
        <w:spacing w:after="0" w:line="240" w:lineRule="auto"/>
        <w:ind w:firstLine="708"/>
        <w:jc w:val="both"/>
        <w:rPr>
          <w:rFonts w:ascii="Times New Roman" w:eastAsia="Times New Roman" w:hAnsi="Times New Roman" w:cs="Times New Roman"/>
          <w:sz w:val="28"/>
          <w:szCs w:val="28"/>
          <w:lang w:val="kk-KZ"/>
        </w:rPr>
      </w:pPr>
      <w:r w:rsidRPr="00B75A9A">
        <w:rPr>
          <w:rFonts w:ascii="Times New Roman" w:eastAsia="Times New Roman" w:hAnsi="Times New Roman" w:cs="Times New Roman"/>
          <w:sz w:val="28"/>
          <w:szCs w:val="28"/>
          <w:lang w:val="kk-KZ"/>
        </w:rPr>
        <w:t>«Жаратылыстанудағы кері және қисынды емес есептер және жасанды интеллект» атты Еуразиялық ғылыми конференциясы (Алматы қ., Қазақстан, 2024 жылғы 16–20 сәуір);</w:t>
      </w:r>
    </w:p>
    <w:p w14:paraId="3934B9F9" w14:textId="36FCC274" w:rsidR="00B45E4D" w:rsidRPr="00B75A9A" w:rsidRDefault="00B45E4D" w:rsidP="00B45E4D">
      <w:pPr>
        <w:spacing w:after="0" w:line="240" w:lineRule="auto"/>
        <w:ind w:firstLine="708"/>
        <w:jc w:val="both"/>
        <w:rPr>
          <w:rFonts w:ascii="Times New Roman" w:eastAsia="Times New Roman" w:hAnsi="Times New Roman" w:cs="Times New Roman"/>
          <w:sz w:val="28"/>
          <w:szCs w:val="28"/>
          <w:lang w:val="kk-KZ"/>
        </w:rPr>
      </w:pPr>
      <w:r w:rsidRPr="00B75A9A">
        <w:rPr>
          <w:rFonts w:ascii="Times New Roman" w:eastAsia="Times New Roman" w:hAnsi="Times New Roman" w:cs="Times New Roman"/>
          <w:sz w:val="28"/>
          <w:szCs w:val="28"/>
          <w:lang w:val="kk-KZ"/>
        </w:rPr>
        <w:t>«Теоретические и прикладные вопросы математики, механики и информатики» атты профессор М.И. Рамазановтың 70 жасына арналған конференциясы (Алматы қ., Қазақстан, 2019 жылғы 12–13 маусым);</w:t>
      </w:r>
    </w:p>
    <w:p w14:paraId="4C9EB73F" w14:textId="74BE5F59" w:rsidR="00B45E4D" w:rsidRPr="00B75A9A" w:rsidRDefault="00B45E4D" w:rsidP="00B45E4D">
      <w:pPr>
        <w:spacing w:after="0" w:line="240" w:lineRule="auto"/>
        <w:ind w:firstLine="708"/>
        <w:jc w:val="both"/>
        <w:rPr>
          <w:rFonts w:ascii="Times New Roman" w:eastAsia="Times New Roman" w:hAnsi="Times New Roman" w:cs="Times New Roman"/>
          <w:sz w:val="28"/>
          <w:szCs w:val="28"/>
          <w:lang w:val="kk-KZ"/>
        </w:rPr>
      </w:pPr>
      <w:r w:rsidRPr="00B75A9A">
        <w:rPr>
          <w:rFonts w:ascii="Times New Roman" w:eastAsia="Times New Roman" w:hAnsi="Times New Roman" w:cs="Times New Roman"/>
          <w:sz w:val="28"/>
          <w:szCs w:val="28"/>
          <w:lang w:val="kk-KZ"/>
        </w:rPr>
        <w:t>«Актуальные задачи математики, механики и информатики» атты профессор Т.Г. Мустафиннің 80 жылдығына арналған конференциясы (Қарағанды қ., Қазақстан, 2022 жылғы 8–9 қыркүйек);</w:t>
      </w:r>
    </w:p>
    <w:p w14:paraId="6C24F9B1" w14:textId="7484B274" w:rsidR="00B45E4D" w:rsidRPr="00B75A9A" w:rsidRDefault="00B45E4D" w:rsidP="00B45E4D">
      <w:pPr>
        <w:spacing w:after="0" w:line="240" w:lineRule="auto"/>
        <w:ind w:firstLine="708"/>
        <w:jc w:val="both"/>
        <w:rPr>
          <w:rFonts w:ascii="Times New Roman" w:eastAsia="Times New Roman" w:hAnsi="Times New Roman" w:cs="Times New Roman"/>
          <w:sz w:val="28"/>
          <w:szCs w:val="28"/>
          <w:lang w:val="kk-KZ"/>
        </w:rPr>
      </w:pPr>
      <w:r w:rsidRPr="00B75A9A">
        <w:rPr>
          <w:rFonts w:ascii="Times New Roman" w:eastAsia="Times New Roman" w:hAnsi="Times New Roman" w:cs="Times New Roman"/>
          <w:sz w:val="28"/>
          <w:szCs w:val="28"/>
          <w:lang w:val="kk-KZ"/>
        </w:rPr>
        <w:t>Абай атындағы Қазақ ұлттық педагогикалық университеті, Математика және математикалық модел</w:t>
      </w:r>
      <w:r w:rsidR="00C333A8" w:rsidRPr="00B75A9A">
        <w:rPr>
          <w:rFonts w:ascii="Times New Roman" w:eastAsia="Times New Roman" w:hAnsi="Times New Roman" w:cs="Times New Roman"/>
          <w:sz w:val="28"/>
          <w:szCs w:val="28"/>
          <w:lang w:val="kk-KZ"/>
        </w:rPr>
        <w:t>деу кафедрасының</w:t>
      </w:r>
      <w:r w:rsidRPr="00B75A9A">
        <w:rPr>
          <w:rFonts w:ascii="Times New Roman" w:eastAsia="Times New Roman" w:hAnsi="Times New Roman" w:cs="Times New Roman"/>
          <w:sz w:val="28"/>
          <w:szCs w:val="28"/>
          <w:lang w:val="kk-KZ"/>
        </w:rPr>
        <w:t xml:space="preserve"> ғылыми семинарлары (жетекші – ф.-м.ғ.д., профессор Бердышев А.С., Алматы қ., 2026 жыл).</w:t>
      </w:r>
    </w:p>
    <w:p w14:paraId="2C060FD9" w14:textId="27D895EC" w:rsidR="00FF7D7E" w:rsidRPr="00B75A9A" w:rsidRDefault="00BA7984" w:rsidP="00FF7D7E">
      <w:pPr>
        <w:spacing w:after="0" w:line="240" w:lineRule="auto"/>
        <w:ind w:firstLine="708"/>
        <w:jc w:val="both"/>
        <w:rPr>
          <w:rFonts w:ascii="Times New Roman" w:hAnsi="Times New Roman" w:cs="Times New Roman"/>
          <w:sz w:val="28"/>
          <w:szCs w:val="28"/>
          <w:lang w:val="kk-KZ"/>
        </w:rPr>
      </w:pPr>
      <w:r w:rsidRPr="00B75A9A">
        <w:rPr>
          <w:rFonts w:ascii="Times New Roman" w:eastAsia="Times New Roman" w:hAnsi="Times New Roman" w:cs="Times New Roman"/>
          <w:b/>
          <w:bCs/>
          <w:sz w:val="28"/>
          <w:szCs w:val="28"/>
          <w:lang w:val="kk-KZ"/>
        </w:rPr>
        <w:t>Жарияланымдар жән</w:t>
      </w:r>
      <w:r w:rsidR="001560B1" w:rsidRPr="00B75A9A">
        <w:rPr>
          <w:rFonts w:ascii="Times New Roman" w:eastAsia="Times New Roman" w:hAnsi="Times New Roman" w:cs="Times New Roman"/>
          <w:b/>
          <w:bCs/>
          <w:sz w:val="28"/>
          <w:szCs w:val="28"/>
          <w:lang w:val="kk-KZ"/>
        </w:rPr>
        <w:t xml:space="preserve">е ізденушінің жеке үлесі. </w:t>
      </w:r>
      <w:r w:rsidR="00FF7D7E" w:rsidRPr="00B75A9A">
        <w:rPr>
          <w:rFonts w:ascii="Times New Roman" w:eastAsia="Times New Roman" w:hAnsi="Times New Roman" w:cs="Times New Roman"/>
          <w:bCs/>
          <w:sz w:val="28"/>
          <w:szCs w:val="28"/>
          <w:lang w:val="kk-KZ"/>
        </w:rPr>
        <w:t>Диссертациялық зерттеудің негізгі нәтижелері бойынша барлығы 16 ғылыми еңбек жарияланды</w:t>
      </w:r>
      <w:r w:rsidR="00C333A8" w:rsidRPr="00B75A9A">
        <w:rPr>
          <w:rFonts w:ascii="Times New Roman" w:eastAsia="Times New Roman" w:hAnsi="Times New Roman" w:cs="Times New Roman"/>
          <w:bCs/>
          <w:sz w:val="28"/>
          <w:szCs w:val="28"/>
          <w:lang w:val="kk-KZ"/>
        </w:rPr>
        <w:t>:</w:t>
      </w:r>
      <w:r w:rsidR="00FF7D7E" w:rsidRPr="00B75A9A">
        <w:rPr>
          <w:rFonts w:ascii="Times New Roman" w:eastAsia="Times New Roman" w:hAnsi="Times New Roman" w:cs="Times New Roman"/>
          <w:bCs/>
          <w:sz w:val="28"/>
          <w:szCs w:val="28"/>
          <w:lang w:val="kk-KZ"/>
        </w:rPr>
        <w:t xml:space="preserve"> </w:t>
      </w:r>
    </w:p>
    <w:p w14:paraId="38CE45CE" w14:textId="67E3567B" w:rsidR="00FF7D7E" w:rsidRDefault="00FF7D7E" w:rsidP="00B45E4D">
      <w:pPr>
        <w:spacing w:after="0" w:line="240" w:lineRule="auto"/>
        <w:ind w:firstLine="708"/>
        <w:jc w:val="both"/>
        <w:rPr>
          <w:rFonts w:ascii="Times New Roman" w:eastAsia="Times New Roman" w:hAnsi="Times New Roman" w:cs="Times New Roman"/>
          <w:bCs/>
          <w:sz w:val="28"/>
          <w:szCs w:val="28"/>
          <w:lang w:val="kk-KZ"/>
        </w:rPr>
      </w:pPr>
      <w:r w:rsidRPr="00B75A9A">
        <w:rPr>
          <w:rFonts w:ascii="Times New Roman" w:eastAsia="Times New Roman" w:hAnsi="Times New Roman" w:cs="Times New Roman"/>
          <w:bCs/>
          <w:sz w:val="28"/>
          <w:szCs w:val="28"/>
          <w:lang w:val="kk-KZ"/>
        </w:rPr>
        <w:t>Халықаралық дерекқорлардағы мақалалар: 4 мақала Scopus және Web of Science дерекқорларына кіретін жоғары рейтингілік халықаралық журналдарда жарық көрген (оның ішінде 1 мақала – Q1 (92%), 2 мақала – Q4 (19%), 1 мақала – Scopus базасында (5%)</w:t>
      </w:r>
      <w:r w:rsidR="00B45E4D" w:rsidRPr="00B75A9A">
        <w:rPr>
          <w:rFonts w:ascii="Times New Roman" w:eastAsia="Times New Roman" w:hAnsi="Times New Roman" w:cs="Times New Roman"/>
          <w:bCs/>
          <w:sz w:val="28"/>
          <w:szCs w:val="28"/>
          <w:lang w:val="kk-KZ"/>
        </w:rPr>
        <w:t xml:space="preserve">) және </w:t>
      </w:r>
      <w:r w:rsidRPr="00B75A9A">
        <w:rPr>
          <w:rFonts w:ascii="Times New Roman" w:eastAsia="Times New Roman" w:hAnsi="Times New Roman" w:cs="Times New Roman"/>
          <w:bCs/>
          <w:sz w:val="28"/>
          <w:szCs w:val="28"/>
          <w:lang w:val="kk-KZ"/>
        </w:rPr>
        <w:t>1 мақала РИНЦ базасындағы ғылыми басылымда жарияланған.</w:t>
      </w:r>
    </w:p>
    <w:p w14:paraId="2CAD08E1" w14:textId="43787C74" w:rsidR="00B402DE" w:rsidRPr="007250F1" w:rsidRDefault="00B402DE" w:rsidP="00CE08C6">
      <w:pPr>
        <w:spacing w:after="0" w:line="240" w:lineRule="auto"/>
        <w:ind w:firstLine="567"/>
        <w:jc w:val="both"/>
        <w:rPr>
          <w:rFonts w:ascii="Times New Roman" w:hAnsi="Times New Roman" w:cs="Times New Roman"/>
          <w:sz w:val="28"/>
          <w:szCs w:val="28"/>
          <w:lang w:val="kk-KZ"/>
        </w:rPr>
      </w:pPr>
      <w:r w:rsidRPr="007250F1">
        <w:rPr>
          <w:rFonts w:ascii="Times New Roman" w:hAnsi="Times New Roman" w:cs="Times New Roman"/>
          <w:sz w:val="28"/>
          <w:szCs w:val="28"/>
          <w:lang w:val="kk-KZ"/>
        </w:rPr>
        <w:t>1. Aitzhanov S.E., Koshanov B.D., Kuntuarova A.D. Solvability of Some Elliptic Equations with Nonlocal Boundary // Mathematics, Vol</w:t>
      </w:r>
      <w:r>
        <w:rPr>
          <w:rFonts w:ascii="Times New Roman" w:hAnsi="Times New Roman" w:cs="Times New Roman"/>
          <w:sz w:val="28"/>
          <w:szCs w:val="28"/>
          <w:lang w:val="kk-KZ"/>
        </w:rPr>
        <w:t xml:space="preserve">ume 12, Issue 24, (4010) P.1-12. </w:t>
      </w:r>
      <w:r w:rsidRPr="00B402DE">
        <w:rPr>
          <w:rStyle w:val="a6"/>
          <w:rFonts w:ascii="Times New Roman" w:hAnsi="Times New Roman" w:cs="Times New Roman"/>
          <w:bCs/>
          <w:sz w:val="28"/>
          <w:szCs w:val="28"/>
          <w:lang w:val="kk-KZ"/>
        </w:rPr>
        <w:t>https://doi.org/10.3390/math12244010</w:t>
      </w:r>
    </w:p>
    <w:p w14:paraId="519B1F65" w14:textId="48232F0C" w:rsidR="00B402DE" w:rsidRDefault="00B402DE" w:rsidP="00575C0A">
      <w:pPr>
        <w:spacing w:after="0" w:line="240" w:lineRule="auto"/>
        <w:ind w:firstLine="567"/>
        <w:jc w:val="both"/>
        <w:rPr>
          <w:rFonts w:ascii="Times New Roman" w:hAnsi="Times New Roman" w:cs="Times New Roman"/>
          <w:sz w:val="28"/>
          <w:szCs w:val="28"/>
          <w:lang w:val="kk-KZ"/>
        </w:rPr>
      </w:pPr>
      <w:r w:rsidRPr="007250F1">
        <w:rPr>
          <w:rFonts w:ascii="Times New Roman" w:hAnsi="Times New Roman" w:cs="Times New Roman"/>
          <w:sz w:val="28"/>
          <w:szCs w:val="28"/>
          <w:lang w:val="kk-KZ"/>
        </w:rPr>
        <w:t>2. Koshanov B.D., Baiarystanov A., Dosmagulova K.A., Kuntuarova A.D., Sultangazieva Zh.B. On the Schwarz problem for the Moisil-Teoderescu system in a spherical layer and in the interior of a torus //</w:t>
      </w:r>
      <w:r w:rsidRPr="007250F1">
        <w:rPr>
          <w:rFonts w:ascii="Times New Roman" w:hAnsi="Times New Roman" w:cs="Times New Roman"/>
          <w:sz w:val="28"/>
          <w:szCs w:val="28"/>
          <w:lang w:val="en-US"/>
        </w:rPr>
        <w:t xml:space="preserve"> </w:t>
      </w:r>
      <w:r w:rsidRPr="007250F1">
        <w:rPr>
          <w:rFonts w:ascii="Times New Roman" w:hAnsi="Times New Roman" w:cs="Times New Roman"/>
          <w:sz w:val="28"/>
          <w:szCs w:val="28"/>
          <w:lang w:val="kk-KZ"/>
        </w:rPr>
        <w:t xml:space="preserve">Journal of Mathematics, Mechanics and Computer Science. – 2022. Vol 114 (2), P.33-42. </w:t>
      </w:r>
    </w:p>
    <w:p w14:paraId="257701B6" w14:textId="39364A55" w:rsidR="00B402DE" w:rsidRPr="007250F1" w:rsidRDefault="00B402DE" w:rsidP="00B402DE">
      <w:pPr>
        <w:spacing w:after="0" w:line="240" w:lineRule="auto"/>
        <w:jc w:val="both"/>
        <w:rPr>
          <w:rFonts w:ascii="Times New Roman" w:hAnsi="Times New Roman" w:cs="Times New Roman"/>
          <w:sz w:val="28"/>
          <w:szCs w:val="28"/>
          <w:lang w:val="kk-KZ"/>
        </w:rPr>
      </w:pPr>
      <w:r w:rsidRPr="00B402DE">
        <w:rPr>
          <w:rStyle w:val="a6"/>
          <w:rFonts w:ascii="Times New Roman" w:hAnsi="Times New Roman" w:cs="Times New Roman"/>
          <w:bCs/>
          <w:sz w:val="28"/>
          <w:szCs w:val="28"/>
          <w:lang w:val="kk-KZ"/>
        </w:rPr>
        <w:t>https://doi.org/10.26577/JMMCS.2022.v114.i2.04</w:t>
      </w:r>
    </w:p>
    <w:p w14:paraId="61897337" w14:textId="0FE0F422" w:rsidR="00B402DE" w:rsidRPr="00B402DE" w:rsidRDefault="00B402DE" w:rsidP="00575C0A">
      <w:pPr>
        <w:spacing w:after="0" w:line="240" w:lineRule="auto"/>
        <w:ind w:firstLine="567"/>
        <w:jc w:val="both"/>
        <w:rPr>
          <w:rFonts w:ascii="Times New Roman" w:hAnsi="Times New Roman" w:cs="Times New Roman"/>
          <w:bCs/>
          <w:sz w:val="28"/>
          <w:szCs w:val="28"/>
          <w:lang w:val="kk-KZ"/>
        </w:rPr>
      </w:pPr>
      <w:r w:rsidRPr="007250F1">
        <w:rPr>
          <w:rFonts w:ascii="Times New Roman" w:hAnsi="Times New Roman" w:cs="Times New Roman"/>
          <w:sz w:val="28"/>
          <w:szCs w:val="28"/>
          <w:lang w:val="kk-KZ"/>
        </w:rPr>
        <w:t>3. Кошанов Б.Д., Кунтуарова А.Д. О фредгольмовой разрешимости обобщенной задачи Неймана //</w:t>
      </w:r>
      <w:r w:rsidRPr="007250F1">
        <w:rPr>
          <w:rFonts w:ascii="Times New Roman" w:hAnsi="Times New Roman" w:cs="Times New Roman"/>
          <w:sz w:val="28"/>
          <w:szCs w:val="28"/>
        </w:rPr>
        <w:t xml:space="preserve"> </w:t>
      </w:r>
      <w:r w:rsidRPr="007250F1">
        <w:rPr>
          <w:rFonts w:ascii="Times New Roman" w:hAnsi="Times New Roman" w:cs="Times New Roman"/>
          <w:sz w:val="28"/>
          <w:szCs w:val="28"/>
          <w:lang w:val="kk-KZ"/>
        </w:rPr>
        <w:t>Прикладная Математика и Физика 2021, 53(1). С.31-39.</w:t>
      </w:r>
      <w:r w:rsidRPr="00B402DE">
        <w:rPr>
          <w:lang w:val="kk-KZ"/>
        </w:rPr>
        <w:t xml:space="preserve"> </w:t>
      </w:r>
      <w:r w:rsidRPr="00B402DE">
        <w:rPr>
          <w:rStyle w:val="a6"/>
          <w:rFonts w:ascii="Times New Roman" w:hAnsi="Times New Roman" w:cs="Times New Roman"/>
          <w:bCs/>
          <w:sz w:val="28"/>
          <w:szCs w:val="28"/>
          <w:lang w:val="kk-KZ"/>
        </w:rPr>
        <w:t>http://dx.doi.org/10.18413/2687-0959-2021-53-1-31-39</w:t>
      </w:r>
    </w:p>
    <w:p w14:paraId="7115E57C" w14:textId="0C7902DB" w:rsidR="00B402DE" w:rsidRPr="007250F1" w:rsidRDefault="00B402DE" w:rsidP="00575C0A">
      <w:pPr>
        <w:spacing w:after="0" w:line="240" w:lineRule="auto"/>
        <w:ind w:firstLine="567"/>
        <w:jc w:val="both"/>
        <w:rPr>
          <w:rFonts w:ascii="Times New Roman" w:hAnsi="Times New Roman" w:cs="Times New Roman"/>
          <w:bCs/>
          <w:sz w:val="28"/>
          <w:szCs w:val="28"/>
          <w:lang w:val="kk-KZ"/>
        </w:rPr>
      </w:pPr>
      <w:r w:rsidRPr="007250F1">
        <w:rPr>
          <w:rFonts w:ascii="Times New Roman" w:hAnsi="Times New Roman" w:cs="Times New Roman"/>
          <w:bCs/>
          <w:sz w:val="28"/>
          <w:szCs w:val="28"/>
          <w:lang w:val="kk-KZ"/>
        </w:rPr>
        <w:t>4</w:t>
      </w:r>
      <w:r w:rsidRPr="007250F1">
        <w:rPr>
          <w:rFonts w:ascii="Times New Roman" w:hAnsi="Times New Roman" w:cs="Times New Roman"/>
          <w:bCs/>
          <w:sz w:val="28"/>
          <w:szCs w:val="28"/>
          <w:lang w:val="en-US"/>
        </w:rPr>
        <w:t xml:space="preserve">. </w:t>
      </w:r>
      <w:r w:rsidRPr="007250F1">
        <w:rPr>
          <w:rFonts w:ascii="Times New Roman" w:hAnsi="Times New Roman" w:cs="Times New Roman"/>
          <w:bCs/>
          <w:sz w:val="28"/>
          <w:szCs w:val="28"/>
          <w:lang w:val="kk-KZ"/>
        </w:rPr>
        <w:t xml:space="preserve">Koshanov B.D., Kuntuarova A.D. Equivalence of the Fredholm solvability condition for the Neumann problem to the complementarity condition // Journal of Mathematics, Mechanics and Computer Science, №111 (3), 2021.Р.39-51  </w:t>
      </w:r>
      <w:hyperlink r:id="rId17" w:history="1">
        <w:r w:rsidRPr="007250F1">
          <w:rPr>
            <w:rStyle w:val="a6"/>
            <w:rFonts w:ascii="Times New Roman" w:hAnsi="Times New Roman" w:cs="Times New Roman"/>
            <w:bCs/>
            <w:sz w:val="28"/>
            <w:szCs w:val="28"/>
            <w:lang w:val="kk-KZ"/>
          </w:rPr>
          <w:t>https://doi.org/10.26577/JMMCS.2021.v111.i3.04</w:t>
        </w:r>
      </w:hyperlink>
    </w:p>
    <w:p w14:paraId="10FC4D95" w14:textId="66665D3C" w:rsidR="00B402DE" w:rsidRPr="00CE08C6" w:rsidRDefault="00B402DE" w:rsidP="00575C0A">
      <w:pPr>
        <w:spacing w:after="0" w:line="240" w:lineRule="auto"/>
        <w:ind w:firstLine="567"/>
        <w:jc w:val="both"/>
        <w:rPr>
          <w:rFonts w:ascii="Times New Roman" w:hAnsi="Times New Roman" w:cs="Times New Roman"/>
          <w:color w:val="0000FF"/>
          <w:sz w:val="28"/>
          <w:szCs w:val="28"/>
          <w:u w:val="single"/>
          <w:lang w:val="kk-KZ"/>
        </w:rPr>
      </w:pPr>
      <w:r w:rsidRPr="007250F1">
        <w:rPr>
          <w:rFonts w:ascii="Times New Roman" w:hAnsi="Times New Roman" w:cs="Times New Roman"/>
          <w:bCs/>
          <w:sz w:val="28"/>
          <w:szCs w:val="28"/>
          <w:lang w:val="kk-KZ"/>
        </w:rPr>
        <w:t xml:space="preserve">5. </w:t>
      </w:r>
      <w:r w:rsidRPr="007250F1">
        <w:rPr>
          <w:rFonts w:ascii="Times New Roman" w:hAnsi="Times New Roman" w:cs="Times New Roman"/>
          <w:sz w:val="28"/>
          <w:szCs w:val="28"/>
          <w:lang w:val="kk-KZ"/>
        </w:rPr>
        <w:t>Kuntuarova A.D.</w:t>
      </w:r>
      <w:r w:rsidRPr="007250F1">
        <w:rPr>
          <w:rFonts w:ascii="Times New Roman" w:hAnsi="Times New Roman" w:cs="Times New Roman"/>
          <w:bCs/>
          <w:sz w:val="28"/>
          <w:szCs w:val="28"/>
          <w:lang w:val="kk-KZ"/>
        </w:rPr>
        <w:t xml:space="preserve">, </w:t>
      </w:r>
      <w:r w:rsidRPr="007250F1">
        <w:rPr>
          <w:rFonts w:ascii="Times New Roman" w:hAnsi="Times New Roman" w:cs="Times New Roman"/>
          <w:sz w:val="28"/>
          <w:szCs w:val="28"/>
          <w:lang w:val="kk-KZ"/>
        </w:rPr>
        <w:t>Soldatov A</w:t>
      </w:r>
      <w:r w:rsidRPr="007250F1">
        <w:rPr>
          <w:rFonts w:ascii="Times New Roman" w:hAnsi="Times New Roman" w:cs="Times New Roman"/>
          <w:sz w:val="28"/>
          <w:szCs w:val="28"/>
          <w:lang w:val="en-US"/>
        </w:rPr>
        <w:t>. P.</w:t>
      </w:r>
      <w:r w:rsidRPr="007250F1">
        <w:rPr>
          <w:rFonts w:ascii="Times New Roman" w:hAnsi="Times New Roman" w:cs="Times New Roman"/>
          <w:bCs/>
          <w:sz w:val="28"/>
          <w:szCs w:val="28"/>
          <w:lang w:val="kk-KZ"/>
        </w:rPr>
        <w:t xml:space="preserve"> </w:t>
      </w:r>
      <w:r w:rsidRPr="007250F1">
        <w:rPr>
          <w:rFonts w:ascii="Times New Roman" w:hAnsi="Times New Roman" w:cs="Times New Roman"/>
          <w:sz w:val="28"/>
          <w:szCs w:val="28"/>
          <w:lang w:val="kk-KZ"/>
        </w:rPr>
        <w:t>Generalized Dirichlet-Neumann problem for a fourth-order elliptic equation</w:t>
      </w:r>
      <w:r w:rsidRPr="007250F1">
        <w:rPr>
          <w:rFonts w:ascii="Times New Roman" w:hAnsi="Times New Roman" w:cs="Times New Roman"/>
          <w:bCs/>
          <w:sz w:val="28"/>
          <w:szCs w:val="28"/>
          <w:lang w:val="kk-KZ"/>
        </w:rPr>
        <w:t xml:space="preserve"> </w:t>
      </w:r>
      <w:r w:rsidRPr="007250F1">
        <w:rPr>
          <w:rFonts w:ascii="Times New Roman" w:hAnsi="Times New Roman" w:cs="Times New Roman"/>
          <w:bCs/>
          <w:sz w:val="28"/>
          <w:szCs w:val="28"/>
          <w:lang w:val="en-US"/>
        </w:rPr>
        <w:t xml:space="preserve">// </w:t>
      </w:r>
      <w:r w:rsidRPr="007250F1">
        <w:rPr>
          <w:rFonts w:ascii="Times New Roman" w:hAnsi="Times New Roman" w:cs="Times New Roman"/>
          <w:sz w:val="28"/>
          <w:szCs w:val="28"/>
          <w:lang w:val="kk-KZ"/>
        </w:rPr>
        <w:t>Uzbek</w:t>
      </w:r>
      <w:r w:rsidRPr="007250F1">
        <w:rPr>
          <w:rFonts w:ascii="Times New Roman" w:hAnsi="Times New Roman" w:cs="Times New Roman"/>
          <w:sz w:val="28"/>
          <w:szCs w:val="28"/>
          <w:lang w:val="en-US"/>
        </w:rPr>
        <w:t xml:space="preserve"> </w:t>
      </w:r>
      <w:r w:rsidRPr="007250F1">
        <w:rPr>
          <w:rFonts w:ascii="Times New Roman" w:hAnsi="Times New Roman" w:cs="Times New Roman"/>
          <w:sz w:val="28"/>
          <w:szCs w:val="28"/>
          <w:lang w:val="kk-KZ"/>
        </w:rPr>
        <w:t>Mathematical</w:t>
      </w:r>
      <w:r w:rsidRPr="007250F1">
        <w:rPr>
          <w:rFonts w:ascii="Times New Roman" w:hAnsi="Times New Roman" w:cs="Times New Roman"/>
          <w:sz w:val="28"/>
          <w:szCs w:val="28"/>
          <w:lang w:val="en-US"/>
        </w:rPr>
        <w:t xml:space="preserve"> </w:t>
      </w:r>
      <w:r w:rsidRPr="007250F1">
        <w:rPr>
          <w:rFonts w:ascii="Times New Roman" w:hAnsi="Times New Roman" w:cs="Times New Roman"/>
          <w:sz w:val="28"/>
          <w:szCs w:val="28"/>
          <w:lang w:val="kk-KZ"/>
        </w:rPr>
        <w:t>Journal</w:t>
      </w:r>
      <w:r w:rsidRPr="007250F1">
        <w:rPr>
          <w:rFonts w:ascii="Times New Roman" w:hAnsi="Times New Roman" w:cs="Times New Roman"/>
          <w:sz w:val="28"/>
          <w:szCs w:val="28"/>
          <w:lang w:val="en-US"/>
        </w:rPr>
        <w:t xml:space="preserve"> </w:t>
      </w:r>
      <w:r w:rsidRPr="007250F1">
        <w:rPr>
          <w:rFonts w:ascii="Times New Roman" w:hAnsi="Times New Roman" w:cs="Times New Roman"/>
          <w:sz w:val="28"/>
          <w:szCs w:val="28"/>
          <w:lang w:val="kk-KZ"/>
        </w:rPr>
        <w:t>2025,</w:t>
      </w:r>
      <w:r w:rsidRPr="007250F1">
        <w:rPr>
          <w:rFonts w:ascii="Times New Roman" w:hAnsi="Times New Roman" w:cs="Times New Roman"/>
          <w:sz w:val="28"/>
          <w:szCs w:val="28"/>
          <w:lang w:val="en-US"/>
        </w:rPr>
        <w:t xml:space="preserve"> </w:t>
      </w:r>
      <w:r w:rsidRPr="007250F1">
        <w:rPr>
          <w:rFonts w:ascii="Times New Roman" w:hAnsi="Times New Roman" w:cs="Times New Roman"/>
          <w:sz w:val="28"/>
          <w:szCs w:val="28"/>
          <w:lang w:val="kk-KZ"/>
        </w:rPr>
        <w:t>Volume</w:t>
      </w:r>
      <w:r w:rsidRPr="007250F1">
        <w:rPr>
          <w:rFonts w:ascii="Times New Roman" w:hAnsi="Times New Roman" w:cs="Times New Roman"/>
          <w:sz w:val="28"/>
          <w:szCs w:val="28"/>
          <w:lang w:val="en-US"/>
        </w:rPr>
        <w:t xml:space="preserve"> </w:t>
      </w:r>
      <w:r w:rsidRPr="007250F1">
        <w:rPr>
          <w:rFonts w:ascii="Times New Roman" w:hAnsi="Times New Roman" w:cs="Times New Roman"/>
          <w:sz w:val="28"/>
          <w:szCs w:val="28"/>
          <w:lang w:val="kk-KZ"/>
        </w:rPr>
        <w:t>69, Issue</w:t>
      </w:r>
      <w:r w:rsidRPr="007250F1">
        <w:rPr>
          <w:rFonts w:ascii="Times New Roman" w:hAnsi="Times New Roman" w:cs="Times New Roman"/>
          <w:sz w:val="28"/>
          <w:szCs w:val="28"/>
          <w:lang w:val="en-US"/>
        </w:rPr>
        <w:t xml:space="preserve"> </w:t>
      </w:r>
      <w:r w:rsidRPr="007250F1">
        <w:rPr>
          <w:rFonts w:ascii="Times New Roman" w:hAnsi="Times New Roman" w:cs="Times New Roman"/>
          <w:sz w:val="28"/>
          <w:szCs w:val="28"/>
          <w:lang w:val="kk-KZ"/>
        </w:rPr>
        <w:t>2,</w:t>
      </w:r>
      <w:r w:rsidRPr="007250F1">
        <w:rPr>
          <w:rFonts w:ascii="Times New Roman" w:hAnsi="Times New Roman" w:cs="Times New Roman"/>
          <w:sz w:val="28"/>
          <w:szCs w:val="28"/>
          <w:lang w:val="en-US"/>
        </w:rPr>
        <w:t xml:space="preserve"> </w:t>
      </w:r>
      <w:r w:rsidRPr="007250F1">
        <w:rPr>
          <w:rFonts w:ascii="Times New Roman" w:hAnsi="Times New Roman" w:cs="Times New Roman"/>
          <w:sz w:val="28"/>
          <w:szCs w:val="28"/>
          <w:lang w:val="kk-KZ"/>
        </w:rPr>
        <w:t xml:space="preserve">pp.165-172. </w:t>
      </w:r>
      <w:r w:rsidRPr="007250F1">
        <w:rPr>
          <w:rStyle w:val="a6"/>
          <w:rFonts w:ascii="Times New Roman" w:hAnsi="Times New Roman" w:cs="Times New Roman"/>
          <w:sz w:val="28"/>
          <w:szCs w:val="28"/>
          <w:lang w:val="kk-KZ"/>
        </w:rPr>
        <w:t>DOI:10.29229/uzmj.2025-2-15</w:t>
      </w:r>
    </w:p>
    <w:p w14:paraId="4A3726FC" w14:textId="001982A6" w:rsidR="005C7CD9" w:rsidRPr="00B75A9A" w:rsidRDefault="00FF7D7E" w:rsidP="00575C0A">
      <w:pPr>
        <w:spacing w:after="0" w:line="240" w:lineRule="auto"/>
        <w:ind w:firstLine="567"/>
        <w:jc w:val="both"/>
        <w:rPr>
          <w:rFonts w:ascii="Times New Roman" w:eastAsia="Times New Roman" w:hAnsi="Times New Roman" w:cs="Times New Roman"/>
          <w:bCs/>
          <w:sz w:val="28"/>
          <w:szCs w:val="28"/>
          <w:lang w:val="kk-KZ"/>
        </w:rPr>
      </w:pPr>
      <w:r w:rsidRPr="00B75A9A">
        <w:rPr>
          <w:rFonts w:ascii="Times New Roman" w:eastAsia="Times New Roman" w:hAnsi="Times New Roman" w:cs="Times New Roman"/>
          <w:bCs/>
          <w:sz w:val="28"/>
          <w:szCs w:val="28"/>
          <w:lang w:val="kk-KZ"/>
        </w:rPr>
        <w:t>Барлығы 11 тезис жарияланды, оның ішінде 2 тезис алыс және жақын шет елдерде (Воронеж, Ташкент) өткен халықаралық конференцияларда, ал 9 тезис елімізде ұйымдастырылған халықаралық ғылыми-практикалық конференциялардың жинақтарында басылып шыққан.</w:t>
      </w:r>
      <w:r w:rsidR="00B75A9A" w:rsidRPr="00B75A9A">
        <w:rPr>
          <w:rFonts w:ascii="Times New Roman" w:eastAsia="Times New Roman" w:hAnsi="Times New Roman" w:cs="Times New Roman"/>
          <w:bCs/>
          <w:sz w:val="28"/>
          <w:szCs w:val="28"/>
          <w:lang w:val="kk-KZ"/>
        </w:rPr>
        <w:t xml:space="preserve"> </w:t>
      </w:r>
      <w:r w:rsidR="005C7CD9" w:rsidRPr="00B75A9A">
        <w:rPr>
          <w:rFonts w:ascii="Times New Roman" w:hAnsi="Times New Roman" w:cs="Times New Roman"/>
          <w:sz w:val="28"/>
          <w:szCs w:val="28"/>
          <w:lang w:val="kk-KZ"/>
        </w:rPr>
        <w:t xml:space="preserve">Бұл жарияланымдар </w:t>
      </w:r>
      <w:r w:rsidR="005C7CD9" w:rsidRPr="00B75A9A">
        <w:rPr>
          <w:rFonts w:ascii="Times New Roman" w:hAnsi="Times New Roman" w:cs="Times New Roman"/>
          <w:sz w:val="28"/>
          <w:szCs w:val="28"/>
          <w:lang w:val="kk-KZ"/>
        </w:rPr>
        <w:lastRenderedPageBreak/>
        <w:t>диссертацияның мазмұнымен байланысты, алынған зерттеу нәтижелері бойынша докторанттың дербес еңбектері болып табылады.</w:t>
      </w:r>
    </w:p>
    <w:p w14:paraId="40DF6F95" w14:textId="44027346" w:rsidR="00BA7984" w:rsidRPr="00B75A9A" w:rsidRDefault="00BA7984" w:rsidP="005C7CD9">
      <w:pPr>
        <w:spacing w:after="0" w:line="240" w:lineRule="auto"/>
        <w:ind w:firstLine="709"/>
        <w:jc w:val="both"/>
        <w:rPr>
          <w:rFonts w:ascii="Times New Roman" w:eastAsia="Times New Roman" w:hAnsi="Times New Roman" w:cs="Times New Roman"/>
          <w:b/>
          <w:sz w:val="28"/>
          <w:szCs w:val="28"/>
          <w:lang w:val="kk-KZ"/>
        </w:rPr>
      </w:pPr>
      <w:r w:rsidRPr="00B75A9A">
        <w:rPr>
          <w:rFonts w:ascii="Times New Roman" w:eastAsia="Times New Roman" w:hAnsi="Times New Roman" w:cs="Times New Roman"/>
          <w:sz w:val="28"/>
          <w:szCs w:val="28"/>
          <w:lang w:val="kk-KZ"/>
        </w:rPr>
        <w:t>Диссертацияның авторы шетелдік ғылыми жетекшісі ф.-м.ғ.д.</w:t>
      </w:r>
      <w:r w:rsidR="00204CB0" w:rsidRPr="00B75A9A">
        <w:rPr>
          <w:rFonts w:ascii="Times New Roman" w:eastAsia="Times New Roman" w:hAnsi="Times New Roman" w:cs="Times New Roman"/>
          <w:sz w:val="28"/>
          <w:szCs w:val="28"/>
          <w:lang w:val="kk-KZ"/>
        </w:rPr>
        <w:t>, профессор А.П. Солдатовқа, отандық ғылыми жетекшілері</w:t>
      </w:r>
      <w:r w:rsidR="00575C0A">
        <w:rPr>
          <w:rFonts w:ascii="Times New Roman" w:eastAsia="Times New Roman" w:hAnsi="Times New Roman" w:cs="Times New Roman"/>
          <w:sz w:val="28"/>
          <w:szCs w:val="28"/>
          <w:lang w:val="kk-KZ"/>
        </w:rPr>
        <w:t>:</w:t>
      </w:r>
      <w:r w:rsidRPr="00B75A9A">
        <w:rPr>
          <w:rFonts w:ascii="Times New Roman" w:eastAsia="Times New Roman" w:hAnsi="Times New Roman" w:cs="Times New Roman"/>
          <w:sz w:val="28"/>
          <w:szCs w:val="28"/>
          <w:lang w:val="kk-KZ"/>
        </w:rPr>
        <w:t xml:space="preserve"> ф.-м.ғ.д., профессор Б.Д. Қошановқа </w:t>
      </w:r>
      <w:r w:rsidR="00204CB0" w:rsidRPr="00B75A9A">
        <w:rPr>
          <w:rFonts w:ascii="Times New Roman" w:eastAsia="Times New Roman" w:hAnsi="Times New Roman" w:cs="Times New Roman"/>
          <w:sz w:val="28"/>
          <w:szCs w:val="28"/>
          <w:lang w:val="kk-KZ"/>
        </w:rPr>
        <w:t xml:space="preserve">және ф.-м.ғ.к., қауымдастырылған профессор С.Е. Айтжановқа </w:t>
      </w:r>
      <w:r w:rsidRPr="00B75A9A">
        <w:rPr>
          <w:rFonts w:ascii="Times New Roman" w:eastAsia="Times New Roman" w:hAnsi="Times New Roman" w:cs="Times New Roman"/>
          <w:sz w:val="28"/>
          <w:szCs w:val="28"/>
          <w:lang w:val="kk-KZ"/>
        </w:rPr>
        <w:t xml:space="preserve">есепті қойып, оны шығаруға, жұмысты дайындау барысында ықпал етіп, қолдау көрсеткендеріне ризашылығын білдіреді. </w:t>
      </w:r>
    </w:p>
    <w:p w14:paraId="56C87F65" w14:textId="54A49348" w:rsidR="00BA7984" w:rsidRPr="00B75A9A" w:rsidRDefault="00BA7984" w:rsidP="005C7CD9">
      <w:pPr>
        <w:spacing w:after="0" w:line="240" w:lineRule="auto"/>
        <w:ind w:firstLine="709"/>
        <w:jc w:val="both"/>
        <w:rPr>
          <w:rFonts w:ascii="Times New Roman" w:eastAsia="Times New Roman" w:hAnsi="Times New Roman" w:cs="Times New Roman"/>
          <w:b/>
          <w:sz w:val="28"/>
          <w:szCs w:val="28"/>
          <w:lang w:val="kk-KZ"/>
        </w:rPr>
      </w:pPr>
      <w:r w:rsidRPr="00B75A9A">
        <w:rPr>
          <w:rFonts w:ascii="Times New Roman" w:eastAsia="Times New Roman" w:hAnsi="Times New Roman" w:cs="Times New Roman"/>
          <w:b/>
          <w:bCs/>
          <w:sz w:val="28"/>
          <w:szCs w:val="28"/>
          <w:lang w:val="kk-KZ"/>
        </w:rPr>
        <w:t xml:space="preserve">Диссертацияның құрылымы мен көлемі. </w:t>
      </w:r>
      <w:r w:rsidRPr="00B75A9A">
        <w:rPr>
          <w:rFonts w:ascii="Times New Roman" w:eastAsia="Times New Roman" w:hAnsi="Times New Roman" w:cs="Times New Roman"/>
          <w:sz w:val="28"/>
          <w:szCs w:val="28"/>
          <w:lang w:val="kk-KZ"/>
        </w:rPr>
        <w:t xml:space="preserve">Диссертациялық жұмыс стандартты бөлімдерден құралған: </w:t>
      </w:r>
      <w:r w:rsidR="00E1151B" w:rsidRPr="00B75A9A">
        <w:rPr>
          <w:rFonts w:ascii="Times New Roman" w:eastAsia="Times New Roman" w:hAnsi="Times New Roman" w:cs="Times New Roman"/>
          <w:color w:val="000000"/>
          <w:sz w:val="28"/>
          <w:szCs w:val="28"/>
          <w:shd w:val="clear" w:color="auto" w:fill="FEFEFE"/>
          <w:lang w:val="kk-KZ"/>
        </w:rPr>
        <w:t>кіріспе</w:t>
      </w:r>
      <w:r w:rsidR="00C333A8" w:rsidRPr="00B75A9A">
        <w:rPr>
          <w:rFonts w:ascii="Times New Roman" w:eastAsia="Times New Roman" w:hAnsi="Times New Roman" w:cs="Times New Roman"/>
          <w:color w:val="000000"/>
          <w:sz w:val="28"/>
          <w:szCs w:val="28"/>
          <w:shd w:val="clear" w:color="auto" w:fill="FEFEFE"/>
          <w:lang w:val="kk-KZ"/>
        </w:rPr>
        <w:t>ден</w:t>
      </w:r>
      <w:r w:rsidR="00E1151B" w:rsidRPr="00B75A9A">
        <w:rPr>
          <w:rFonts w:ascii="Times New Roman" w:eastAsia="Times New Roman" w:hAnsi="Times New Roman" w:cs="Times New Roman"/>
          <w:color w:val="000000"/>
          <w:sz w:val="28"/>
          <w:szCs w:val="28"/>
          <w:shd w:val="clear" w:color="auto" w:fill="FEFEFE"/>
          <w:lang w:val="kk-KZ"/>
        </w:rPr>
        <w:t>, екі</w:t>
      </w:r>
      <w:r w:rsidR="00C333A8" w:rsidRPr="00B75A9A">
        <w:rPr>
          <w:rFonts w:ascii="Times New Roman" w:eastAsia="Times New Roman" w:hAnsi="Times New Roman" w:cs="Times New Roman"/>
          <w:color w:val="000000"/>
          <w:sz w:val="28"/>
          <w:szCs w:val="28"/>
          <w:shd w:val="clear" w:color="auto" w:fill="FEFEFE"/>
          <w:lang w:val="kk-KZ"/>
        </w:rPr>
        <w:t xml:space="preserve"> тараудан, қорытындыдан және </w:t>
      </w:r>
      <w:r w:rsidRPr="00B75A9A">
        <w:rPr>
          <w:rFonts w:ascii="Times New Roman" w:eastAsia="Times New Roman" w:hAnsi="Times New Roman" w:cs="Times New Roman"/>
          <w:color w:val="000000"/>
          <w:sz w:val="28"/>
          <w:szCs w:val="28"/>
          <w:shd w:val="clear" w:color="auto" w:fill="FEFEFE"/>
          <w:lang w:val="kk-KZ"/>
        </w:rPr>
        <w:t xml:space="preserve">пайдаланылған </w:t>
      </w:r>
      <w:r w:rsidRPr="00B75A9A">
        <w:rPr>
          <w:rFonts w:ascii="Times New Roman" w:eastAsia="Times New Roman" w:hAnsi="Times New Roman" w:cs="Times New Roman"/>
          <w:sz w:val="28"/>
          <w:szCs w:val="28"/>
          <w:lang w:val="kk-KZ"/>
        </w:rPr>
        <w:t>әдебиеттер</w:t>
      </w:r>
      <w:r w:rsidR="00C333A8" w:rsidRPr="00B75A9A">
        <w:rPr>
          <w:rFonts w:ascii="Times New Roman" w:eastAsia="Times New Roman" w:hAnsi="Times New Roman" w:cs="Times New Roman"/>
          <w:color w:val="000000"/>
          <w:sz w:val="28"/>
          <w:szCs w:val="28"/>
          <w:shd w:val="clear" w:color="auto" w:fill="FEFEFE"/>
          <w:lang w:val="kk-KZ"/>
        </w:rPr>
        <w:t xml:space="preserve"> тізімінен.</w:t>
      </w:r>
    </w:p>
    <w:p w14:paraId="64CC1E7B" w14:textId="77777777" w:rsidR="00BA7984" w:rsidRPr="00B75A9A" w:rsidRDefault="00BA7984" w:rsidP="005C7CD9">
      <w:pPr>
        <w:spacing w:after="0" w:line="240" w:lineRule="auto"/>
        <w:ind w:firstLine="709"/>
        <w:jc w:val="both"/>
        <w:rPr>
          <w:rFonts w:ascii="Times New Roman" w:eastAsia="Times New Roman" w:hAnsi="Times New Roman" w:cs="Times New Roman"/>
          <w:noProof/>
          <w:sz w:val="28"/>
          <w:szCs w:val="28"/>
          <w:lang w:val="kk-KZ"/>
        </w:rPr>
      </w:pPr>
      <w:r w:rsidRPr="00B75A9A">
        <w:rPr>
          <w:rFonts w:ascii="Times New Roman" w:eastAsia="Times New Roman" w:hAnsi="Times New Roman" w:cs="Times New Roman"/>
          <w:b/>
          <w:bCs/>
          <w:sz w:val="28"/>
          <w:szCs w:val="28"/>
          <w:lang w:val="kk-KZ"/>
        </w:rPr>
        <w:t xml:space="preserve">Диссертацияның негізгі мазмұны. </w:t>
      </w:r>
      <w:r w:rsidRPr="00B75A9A">
        <w:rPr>
          <w:rFonts w:ascii="Times New Roman" w:eastAsia="Times New Roman" w:hAnsi="Times New Roman" w:cs="Times New Roman"/>
          <w:sz w:val="28"/>
          <w:szCs w:val="28"/>
          <w:lang w:val="kk-KZ"/>
        </w:rPr>
        <w:t>Диссертациялық жұмыстың кіріспе бөлімінде зерттеу тақырыбының өзектілігі мен ғылыми жаңалығы негізделіп, зерттеу мақсаттары айқындалған. Қойылған мақсаттарға жету үшін шешілуі тиіс нақты ғылыми міндеттер тұжырымдалып, қорғауға ұсынылатын негізгі ғылыми нәтижелер мен қағидалар көрсетілген. Сонымен қатар, жұмыстың құрылымы мен негізгі мазмұнына қысқаша шолу берілген.</w:t>
      </w:r>
    </w:p>
    <w:p w14:paraId="05BA37E4" w14:textId="77777777" w:rsidR="00BA7984" w:rsidRPr="00B75A9A" w:rsidRDefault="00BA7984" w:rsidP="005C7CD9">
      <w:pPr>
        <w:spacing w:after="0" w:line="240" w:lineRule="auto"/>
        <w:ind w:firstLine="709"/>
        <w:jc w:val="both"/>
        <w:rPr>
          <w:rFonts w:ascii="Times New Roman" w:eastAsia="Times New Roman" w:hAnsi="Times New Roman" w:cs="Times New Roman"/>
          <w:sz w:val="28"/>
          <w:szCs w:val="28"/>
          <w:lang w:val="kk-KZ"/>
        </w:rPr>
      </w:pPr>
      <w:r w:rsidRPr="00B75A9A">
        <w:rPr>
          <w:rFonts w:ascii="Times New Roman" w:eastAsia="Times New Roman" w:hAnsi="Times New Roman" w:cs="Times New Roman"/>
          <w:b/>
          <w:bCs/>
          <w:sz w:val="28"/>
          <w:szCs w:val="28"/>
          <w:lang w:val="kk-KZ"/>
        </w:rPr>
        <w:t xml:space="preserve">Бірінші бөлімде </w:t>
      </w:r>
      <w:r w:rsidRPr="00B75A9A">
        <w:rPr>
          <w:rFonts w:ascii="Times New Roman" w:eastAsia="Times New Roman" w:hAnsi="Times New Roman" w:cs="Times New Roman"/>
          <w:bCs/>
          <w:sz w:val="28"/>
          <w:szCs w:val="28"/>
          <w:lang w:val="kk-KZ"/>
        </w:rPr>
        <w:t>ж</w:t>
      </w:r>
      <w:r w:rsidRPr="00B75A9A">
        <w:rPr>
          <w:rFonts w:ascii="Times New Roman" w:eastAsia="Times New Roman" w:hAnsi="Times New Roman" w:cs="Times New Roman"/>
          <w:sz w:val="28"/>
          <w:szCs w:val="28"/>
          <w:lang w:val="kk-KZ"/>
        </w:rPr>
        <w:t>азықтықтағы</w:t>
      </w:r>
      <w:r w:rsidRPr="00B75A9A">
        <w:rPr>
          <w:rFonts w:ascii="Times New Roman" w:eastAsia="Times New Roman" w:hAnsi="Times New Roman" w:cs="Times New Roman"/>
          <w:bCs/>
          <w:sz w:val="28"/>
          <w:szCs w:val="28"/>
          <w:lang w:val="kk-KZ"/>
        </w:rPr>
        <w:t xml:space="preserve"> нормаль туындылы жоғарғы ретті эллипстік теңдеулер үшін шеттік есептерді бірбайланысты облыстарда қойылуы қарастырылады.</w:t>
      </w:r>
    </w:p>
    <w:p w14:paraId="53FEEC2F" w14:textId="560BC36D" w:rsidR="00BA7984" w:rsidRPr="00B75A9A" w:rsidRDefault="00A07FF5" w:rsidP="000358A3">
      <w:pPr>
        <w:spacing w:after="0" w:line="240" w:lineRule="auto"/>
        <w:ind w:firstLine="708"/>
        <w:jc w:val="both"/>
        <w:rPr>
          <w:rFonts w:ascii="Times New Roman" w:eastAsia="Times New Roman" w:hAnsi="Times New Roman" w:cs="Times New Roman"/>
          <w:sz w:val="28"/>
          <w:szCs w:val="28"/>
          <w:lang w:val="kk-KZ"/>
        </w:rPr>
      </w:pPr>
      <w:r w:rsidRPr="00B75A9A">
        <w:rPr>
          <w:rFonts w:ascii="Times New Roman" w:hAnsi="Times New Roman" w:cs="Times New Roman"/>
          <w:position w:val="-4"/>
          <w:sz w:val="28"/>
          <w:szCs w:val="28"/>
        </w:rPr>
        <w:object w:dxaOrig="300" w:dyaOrig="279" w14:anchorId="3416C793">
          <v:shape id="_x0000_i1027" type="#_x0000_t75" style="width:15.8pt;height:15.8pt" o:ole="">
            <v:imagedata r:id="rId18" o:title=""/>
          </v:shape>
          <o:OLEObject Type="Embed" ProgID="Equation.DSMT4" ShapeID="_x0000_i1027" DrawAspect="Content" ObjectID="_1840331481" r:id="rId19"/>
        </w:object>
      </w:r>
      <w:r w:rsidR="00BA7984" w:rsidRPr="00B75A9A">
        <w:rPr>
          <w:rFonts w:ascii="Times New Roman" w:eastAsia="Times New Roman" w:hAnsi="Times New Roman" w:cs="Times New Roman"/>
          <w:sz w:val="28"/>
          <w:szCs w:val="28"/>
          <w:lang w:val="kk-KZ"/>
        </w:rPr>
        <w:t xml:space="preserve"> облысы тегіс </w:t>
      </w:r>
      <w:r w:rsidRPr="00B75A9A">
        <w:rPr>
          <w:rFonts w:ascii="Times New Roman" w:hAnsi="Times New Roman" w:cs="Times New Roman"/>
          <w:position w:val="-4"/>
          <w:sz w:val="28"/>
          <w:szCs w:val="28"/>
        </w:rPr>
        <w:object w:dxaOrig="240" w:dyaOrig="279" w14:anchorId="68F312C3">
          <v:shape id="_x0000_i1028" type="#_x0000_t75" style="width:11.85pt;height:15.8pt" o:ole="">
            <v:imagedata r:id="rId20" o:title=""/>
          </v:shape>
          <o:OLEObject Type="Embed" ProgID="Equation.DSMT4" ShapeID="_x0000_i1028" DrawAspect="Content" ObjectID="_1840331482" r:id="rId21"/>
        </w:object>
      </w:r>
      <w:r w:rsidR="00BA7984" w:rsidRPr="00B75A9A">
        <w:rPr>
          <w:rFonts w:ascii="Times New Roman" w:eastAsia="Times New Roman" w:hAnsi="Times New Roman" w:cs="Times New Roman"/>
          <w:position w:val="-4"/>
          <w:sz w:val="28"/>
          <w:szCs w:val="28"/>
          <w:lang w:val="kk-KZ"/>
        </w:rPr>
        <w:t xml:space="preserve"> </w:t>
      </w:r>
      <w:r w:rsidR="00BA7984" w:rsidRPr="00B75A9A">
        <w:rPr>
          <w:rFonts w:ascii="Times New Roman" w:eastAsia="Times New Roman" w:hAnsi="Times New Roman" w:cs="Times New Roman"/>
          <w:sz w:val="28"/>
          <w:szCs w:val="28"/>
          <w:lang w:val="kk-KZ"/>
        </w:rPr>
        <w:t xml:space="preserve">контурымен шектелген болсын. </w:t>
      </w:r>
      <w:r w:rsidRPr="00B75A9A">
        <w:rPr>
          <w:rFonts w:ascii="Times New Roman" w:hAnsi="Times New Roman" w:cs="Times New Roman"/>
          <w:position w:val="-4"/>
          <w:sz w:val="28"/>
          <w:szCs w:val="28"/>
        </w:rPr>
        <w:object w:dxaOrig="240" w:dyaOrig="279" w14:anchorId="5023C42A">
          <v:shape id="_x0000_i1029" type="#_x0000_t75" style="width:11.85pt;height:15.8pt" o:ole="">
            <v:imagedata r:id="rId22" o:title=""/>
          </v:shape>
          <o:OLEObject Type="Embed" ProgID="Equation.DSMT4" ShapeID="_x0000_i1029" DrawAspect="Content" ObjectID="_1840331483" r:id="rId23"/>
        </w:object>
      </w:r>
      <w:r w:rsidR="00BA7984" w:rsidRPr="00B75A9A">
        <w:rPr>
          <w:rFonts w:ascii="Times New Roman" w:eastAsia="Times New Roman" w:hAnsi="Times New Roman" w:cs="Times New Roman"/>
          <w:sz w:val="28"/>
          <w:szCs w:val="28"/>
          <w:lang w:val="kk-KZ"/>
        </w:rPr>
        <w:t xml:space="preserve"> контурының </w:t>
      </w:r>
      <w:r w:rsidRPr="00B75A9A">
        <w:rPr>
          <w:rFonts w:ascii="Times New Roman" w:hAnsi="Times New Roman" w:cs="Times New Roman"/>
          <w:position w:val="-6"/>
          <w:sz w:val="28"/>
          <w:szCs w:val="28"/>
        </w:rPr>
        <w:object w:dxaOrig="160" w:dyaOrig="260" w14:anchorId="07296CBB">
          <v:shape id="_x0000_i1030" type="#_x0000_t75" style="width:9.5pt;height:11.85pt" o:ole="">
            <v:imagedata r:id="rId24" o:title=""/>
          </v:shape>
          <o:OLEObject Type="Embed" ProgID="Equation.DSMT4" ShapeID="_x0000_i1030" DrawAspect="Content" ObjectID="_1840331484" r:id="rId25"/>
        </w:object>
      </w:r>
      <w:r w:rsidR="00BA7984" w:rsidRPr="00B75A9A">
        <w:rPr>
          <w:rFonts w:ascii="Times New Roman" w:eastAsia="Times New Roman" w:hAnsi="Times New Roman" w:cs="Times New Roman"/>
          <w:position w:val="-6"/>
          <w:sz w:val="28"/>
          <w:szCs w:val="28"/>
          <w:lang w:val="kk-KZ"/>
        </w:rPr>
        <w:t xml:space="preserve"> </w:t>
      </w:r>
      <w:r w:rsidR="00BA7984" w:rsidRPr="00B75A9A">
        <w:rPr>
          <w:rFonts w:ascii="Times New Roman" w:eastAsia="Times New Roman" w:hAnsi="Times New Roman" w:cs="Times New Roman"/>
          <w:sz w:val="28"/>
          <w:szCs w:val="28"/>
          <w:lang w:val="kk-KZ"/>
        </w:rPr>
        <w:t xml:space="preserve">нүктесінде жүргізілген ішкі нормаль </w:t>
      </w:r>
      <w:r w:rsidRPr="00B75A9A">
        <w:rPr>
          <w:rFonts w:ascii="Times New Roman" w:hAnsi="Times New Roman" w:cs="Times New Roman"/>
          <w:position w:val="-12"/>
          <w:sz w:val="28"/>
          <w:szCs w:val="28"/>
        </w:rPr>
        <w:object w:dxaOrig="2160" w:dyaOrig="380" w14:anchorId="5B3D03DF">
          <v:shape id="_x0000_i1031" type="#_x0000_t75" style="width:110pt;height:18.2pt" o:ole="">
            <v:imagedata r:id="rId26" o:title=""/>
          </v:shape>
          <o:OLEObject Type="Embed" ProgID="Equation.DSMT4" ShapeID="_x0000_i1031" DrawAspect="Content" ObjectID="_1840331485" r:id="rId27"/>
        </w:object>
      </w:r>
      <w:r w:rsidR="00B547B6" w:rsidRPr="00B75A9A">
        <w:rPr>
          <w:rFonts w:ascii="Times New Roman" w:hAnsi="Times New Roman" w:cs="Times New Roman"/>
          <w:position w:val="-12"/>
          <w:sz w:val="28"/>
          <w:szCs w:val="28"/>
          <w:lang w:val="kk-KZ"/>
        </w:rPr>
        <w:t xml:space="preserve"> </w:t>
      </w:r>
      <w:r w:rsidR="00BA7984" w:rsidRPr="00B75A9A">
        <w:rPr>
          <w:rFonts w:ascii="Times New Roman" w:eastAsia="Times New Roman" w:hAnsi="Times New Roman" w:cs="Times New Roman"/>
          <w:sz w:val="28"/>
          <w:szCs w:val="28"/>
          <w:lang w:val="kk-KZ"/>
        </w:rPr>
        <w:t xml:space="preserve">болсын. </w:t>
      </w:r>
      <w:r w:rsidRPr="00B75A9A">
        <w:rPr>
          <w:rFonts w:ascii="Times New Roman" w:hAnsi="Times New Roman" w:cs="Times New Roman"/>
          <w:position w:val="-4"/>
          <w:sz w:val="28"/>
          <w:szCs w:val="28"/>
        </w:rPr>
        <w:object w:dxaOrig="240" w:dyaOrig="279" w14:anchorId="4ECA55DB">
          <v:shape id="_x0000_i1032" type="#_x0000_t75" style="width:11.85pt;height:15.8pt" o:ole="">
            <v:imagedata r:id="rId28" o:title=""/>
          </v:shape>
          <o:OLEObject Type="Embed" ProgID="Equation.DSMT4" ShapeID="_x0000_i1032" DrawAspect="Content" ObjectID="_1840331486" r:id="rId29"/>
        </w:object>
      </w:r>
      <w:r w:rsidR="00BA7984" w:rsidRPr="00B75A9A">
        <w:rPr>
          <w:rFonts w:ascii="Times New Roman" w:eastAsia="Times New Roman" w:hAnsi="Times New Roman" w:cs="Times New Roman"/>
          <w:position w:val="-6"/>
          <w:sz w:val="28"/>
          <w:szCs w:val="28"/>
          <w:lang w:val="kk-KZ"/>
        </w:rPr>
        <w:t xml:space="preserve"> </w:t>
      </w:r>
      <w:r w:rsidR="00BA7984" w:rsidRPr="00B75A9A">
        <w:rPr>
          <w:rFonts w:ascii="Times New Roman" w:eastAsia="Times New Roman" w:hAnsi="Times New Roman" w:cs="Times New Roman"/>
          <w:sz w:val="28"/>
          <w:szCs w:val="28"/>
          <w:lang w:val="kk-KZ"/>
        </w:rPr>
        <w:t xml:space="preserve">контуры </w:t>
      </w:r>
      <w:r w:rsidRPr="00B75A9A">
        <w:rPr>
          <w:rFonts w:ascii="Times New Roman" w:hAnsi="Times New Roman" w:cs="Times New Roman"/>
          <w:position w:val="-10"/>
          <w:sz w:val="28"/>
          <w:szCs w:val="28"/>
        </w:rPr>
        <w:object w:dxaOrig="2100" w:dyaOrig="400" w14:anchorId="434C9637">
          <v:shape id="_x0000_i1033" type="#_x0000_t75" style="width:106pt;height:18.2pt" o:ole="">
            <v:imagedata r:id="rId30" o:title=""/>
          </v:shape>
          <o:OLEObject Type="Embed" ProgID="Equation.DSMT4" ShapeID="_x0000_i1033" DrawAspect="Content" ObjectID="_1840331487" r:id="rId31"/>
        </w:object>
      </w:r>
      <w:r w:rsidR="00BA7984" w:rsidRPr="00B75A9A">
        <w:rPr>
          <w:rFonts w:ascii="Times New Roman" w:eastAsia="Times New Roman" w:hAnsi="Times New Roman" w:cs="Times New Roman"/>
          <w:sz w:val="28"/>
          <w:szCs w:val="28"/>
          <w:lang w:val="kk-KZ"/>
        </w:rPr>
        <w:t xml:space="preserve"> класына жатса, онда </w:t>
      </w:r>
      <w:r w:rsidRPr="00B75A9A">
        <w:rPr>
          <w:rFonts w:ascii="Times New Roman" w:hAnsi="Times New Roman" w:cs="Times New Roman"/>
          <w:position w:val="-12"/>
          <w:sz w:val="28"/>
          <w:szCs w:val="28"/>
        </w:rPr>
        <w:object w:dxaOrig="1760" w:dyaOrig="420" w14:anchorId="6C2B85C8">
          <v:shape id="_x0000_i1034" type="#_x0000_t75" style="width:86.25pt;height:20.55pt" o:ole="">
            <v:imagedata r:id="rId32" o:title=""/>
          </v:shape>
          <o:OLEObject Type="Embed" ProgID="Equation.DSMT4" ShapeID="_x0000_i1034" DrawAspect="Content" ObjectID="_1840331488" r:id="rId33"/>
        </w:object>
      </w:r>
      <w:r w:rsidR="00BA7984" w:rsidRPr="00B75A9A">
        <w:rPr>
          <w:rFonts w:ascii="Times New Roman" w:eastAsia="Times New Roman" w:hAnsi="Times New Roman" w:cs="Times New Roman"/>
          <w:sz w:val="28"/>
          <w:szCs w:val="28"/>
          <w:lang w:val="kk-KZ"/>
        </w:rPr>
        <w:t xml:space="preserve"> болады. Осы </w:t>
      </w:r>
      <w:r w:rsidRPr="00B75A9A">
        <w:rPr>
          <w:rFonts w:ascii="Times New Roman" w:hAnsi="Times New Roman" w:cs="Times New Roman"/>
          <w:position w:val="-4"/>
          <w:sz w:val="28"/>
          <w:szCs w:val="28"/>
        </w:rPr>
        <w:object w:dxaOrig="300" w:dyaOrig="279" w14:anchorId="5CB846A3">
          <v:shape id="_x0000_i1035" type="#_x0000_t75" style="width:15.8pt;height:15.8pt" o:ole="">
            <v:imagedata r:id="rId34" o:title=""/>
          </v:shape>
          <o:OLEObject Type="Embed" ProgID="Equation.DSMT4" ShapeID="_x0000_i1035" DrawAspect="Content" ObjectID="_1840331489" r:id="rId35"/>
        </w:object>
      </w:r>
      <w:r w:rsidR="00BA7984" w:rsidRPr="00B75A9A">
        <w:rPr>
          <w:rFonts w:ascii="Times New Roman" w:eastAsia="Times New Roman" w:hAnsi="Times New Roman" w:cs="Times New Roman"/>
          <w:position w:val="-4"/>
          <w:sz w:val="28"/>
          <w:szCs w:val="28"/>
          <w:lang w:val="kk-KZ"/>
        </w:rPr>
        <w:t xml:space="preserve"> </w:t>
      </w:r>
      <w:r w:rsidR="00BA7984" w:rsidRPr="00B75A9A">
        <w:rPr>
          <w:rFonts w:ascii="Times New Roman" w:eastAsia="Times New Roman" w:hAnsi="Times New Roman" w:cs="Times New Roman"/>
          <w:sz w:val="28"/>
          <w:szCs w:val="28"/>
          <w:lang w:val="kk-KZ"/>
        </w:rPr>
        <w:t>облысында келесі түрдегі жоғарғы ретті эллипстік теңдеуді қарастырамыз:</w:t>
      </w:r>
    </w:p>
    <w:p w14:paraId="75B7B66A" w14:textId="77777777" w:rsidR="00204CB0" w:rsidRPr="00B75A9A" w:rsidRDefault="00204CB0" w:rsidP="000358A3">
      <w:pPr>
        <w:spacing w:after="0" w:line="240" w:lineRule="auto"/>
        <w:ind w:firstLine="708"/>
        <w:jc w:val="both"/>
        <w:rPr>
          <w:rFonts w:ascii="Times New Roman" w:eastAsia="Times New Roman" w:hAnsi="Times New Roman" w:cs="Times New Roman"/>
          <w:sz w:val="28"/>
          <w:szCs w:val="28"/>
          <w:lang w:val="kk-KZ"/>
        </w:rPr>
      </w:pPr>
    </w:p>
    <w:p w14:paraId="23DDFD91" w14:textId="4671D5C7" w:rsidR="00BA7984" w:rsidRPr="00B75A9A" w:rsidRDefault="00A07FF5" w:rsidP="000358A3">
      <w:pPr>
        <w:spacing w:after="0" w:line="240" w:lineRule="auto"/>
        <w:jc w:val="right"/>
        <w:rPr>
          <w:rFonts w:ascii="Times New Roman" w:eastAsia="Times New Roman" w:hAnsi="Times New Roman" w:cs="Times New Roman"/>
          <w:sz w:val="28"/>
          <w:szCs w:val="28"/>
          <w:lang w:val="kk-KZ"/>
        </w:rPr>
      </w:pPr>
      <w:r w:rsidRPr="00B75A9A">
        <w:rPr>
          <w:rFonts w:ascii="Times New Roman" w:hAnsi="Times New Roman" w:cs="Times New Roman"/>
          <w:position w:val="-34"/>
          <w:sz w:val="28"/>
          <w:szCs w:val="28"/>
        </w:rPr>
        <w:object w:dxaOrig="4700" w:dyaOrig="820" w14:anchorId="247AB428">
          <v:shape id="_x0000_i1036" type="#_x0000_t75" style="width:234.2pt;height:43.5pt" o:ole="">
            <v:imagedata r:id="rId36" o:title=""/>
          </v:shape>
          <o:OLEObject Type="Embed" ProgID="Equation.DSMT4" ShapeID="_x0000_i1036" DrawAspect="Content" ObjectID="_1840331490" r:id="rId37"/>
        </w:object>
      </w:r>
      <w:r w:rsidR="00BA7984" w:rsidRPr="00B75A9A">
        <w:rPr>
          <w:rFonts w:ascii="Times New Roman" w:eastAsia="Times New Roman" w:hAnsi="Times New Roman" w:cs="Times New Roman"/>
          <w:position w:val="-12"/>
          <w:sz w:val="28"/>
          <w:szCs w:val="28"/>
          <w:lang w:val="kk-KZ"/>
        </w:rPr>
        <w:t xml:space="preserve">                            </w:t>
      </w:r>
      <w:r w:rsidR="00B70E2D" w:rsidRPr="00B75A9A">
        <w:rPr>
          <w:rFonts w:ascii="Times New Roman" w:eastAsia="Times New Roman" w:hAnsi="Times New Roman" w:cs="Times New Roman"/>
          <w:sz w:val="28"/>
          <w:szCs w:val="28"/>
          <w:lang w:val="kk-KZ"/>
        </w:rPr>
        <w:t>(1</w:t>
      </w:r>
      <w:r w:rsidR="00BA7984" w:rsidRPr="00B75A9A">
        <w:rPr>
          <w:rFonts w:ascii="Times New Roman" w:eastAsia="Times New Roman" w:hAnsi="Times New Roman" w:cs="Times New Roman"/>
          <w:sz w:val="28"/>
          <w:szCs w:val="28"/>
          <w:lang w:val="kk-KZ"/>
        </w:rPr>
        <w:t>)</w:t>
      </w:r>
      <w:r w:rsidR="00A6134E" w:rsidRPr="00B75A9A">
        <w:rPr>
          <w:rFonts w:ascii="Times New Roman" w:eastAsia="Times New Roman" w:hAnsi="Times New Roman" w:cs="Times New Roman"/>
          <w:sz w:val="28"/>
          <w:szCs w:val="28"/>
          <w:lang w:val="kk-KZ"/>
        </w:rPr>
        <w:t xml:space="preserve"> </w:t>
      </w:r>
    </w:p>
    <w:p w14:paraId="16555D4C" w14:textId="77777777" w:rsidR="00BA7984" w:rsidRPr="00B75A9A" w:rsidRDefault="00BA7984" w:rsidP="000358A3">
      <w:pPr>
        <w:spacing w:after="0" w:line="240" w:lineRule="auto"/>
        <w:rPr>
          <w:rFonts w:ascii="Times New Roman" w:eastAsia="Times New Roman" w:hAnsi="Times New Roman" w:cs="Times New Roman"/>
          <w:position w:val="-12"/>
          <w:sz w:val="28"/>
          <w:szCs w:val="28"/>
          <w:lang w:val="kk-KZ"/>
        </w:rPr>
      </w:pPr>
    </w:p>
    <w:p w14:paraId="7BD4B087" w14:textId="449FD575" w:rsidR="00BA7984" w:rsidRPr="00B75A9A" w:rsidRDefault="00BA7984" w:rsidP="0089298A">
      <w:pPr>
        <w:spacing w:after="0" w:line="240" w:lineRule="auto"/>
        <w:jc w:val="both"/>
        <w:rPr>
          <w:rFonts w:ascii="Times New Roman" w:eastAsia="Times New Roman" w:hAnsi="Times New Roman" w:cs="Times New Roman"/>
          <w:position w:val="-12"/>
          <w:sz w:val="28"/>
          <w:szCs w:val="28"/>
          <w:lang w:val="kk-KZ"/>
        </w:rPr>
      </w:pPr>
      <w:r w:rsidRPr="00B75A9A">
        <w:rPr>
          <w:rFonts w:ascii="Times New Roman" w:eastAsia="Times New Roman" w:hAnsi="Times New Roman" w:cs="Times New Roman"/>
          <w:sz w:val="28"/>
          <w:szCs w:val="28"/>
          <w:lang w:val="kk-KZ"/>
        </w:rPr>
        <w:t>мұндағы</w:t>
      </w:r>
      <w:r w:rsidRPr="00B75A9A">
        <w:rPr>
          <w:rFonts w:ascii="Times New Roman" w:eastAsia="Times New Roman" w:hAnsi="Times New Roman" w:cs="Times New Roman"/>
          <w:position w:val="-34"/>
          <w:sz w:val="28"/>
          <w:szCs w:val="28"/>
          <w:lang w:val="kk-KZ"/>
        </w:rPr>
        <w:t xml:space="preserve"> </w:t>
      </w:r>
      <w:r w:rsidR="00A07FF5" w:rsidRPr="00B75A9A">
        <w:rPr>
          <w:rFonts w:ascii="Times New Roman" w:hAnsi="Times New Roman" w:cs="Times New Roman"/>
          <w:position w:val="-12"/>
          <w:sz w:val="28"/>
          <w:szCs w:val="28"/>
        </w:rPr>
        <w:object w:dxaOrig="859" w:dyaOrig="380" w14:anchorId="125E2D50">
          <v:shape id="_x0000_i1037" type="#_x0000_t75" style="width:44.3pt;height:18.2pt" o:ole="">
            <v:imagedata r:id="rId38" o:title=""/>
          </v:shape>
          <o:OLEObject Type="Embed" ProgID="Equation.DSMT4" ShapeID="_x0000_i1037" DrawAspect="Content" ObjectID="_1840331491" r:id="rId39"/>
        </w:object>
      </w:r>
      <w:r w:rsidR="00A07FF5" w:rsidRPr="00B75A9A">
        <w:rPr>
          <w:rFonts w:ascii="Times New Roman" w:hAnsi="Times New Roman" w:cs="Times New Roman"/>
          <w:position w:val="-12"/>
          <w:sz w:val="28"/>
          <w:szCs w:val="28"/>
        </w:rPr>
        <w:object w:dxaOrig="3120" w:dyaOrig="440" w14:anchorId="41FD142E">
          <v:shape id="_x0000_i1038" type="#_x0000_t75" style="width:155.1pt;height:20.55pt" o:ole="">
            <v:imagedata r:id="rId40" o:title=""/>
          </v:shape>
          <o:OLEObject Type="Embed" ProgID="Equation.DSMT4" ShapeID="_x0000_i1038" DrawAspect="Content" ObjectID="_1840331492" r:id="rId41"/>
        </w:object>
      </w:r>
      <w:r w:rsidR="0089298A" w:rsidRPr="00B75A9A">
        <w:rPr>
          <w:rFonts w:ascii="Times New Roman" w:eastAsia="Times New Roman" w:hAnsi="Times New Roman" w:cs="Times New Roman"/>
          <w:position w:val="-12"/>
          <w:sz w:val="28"/>
          <w:szCs w:val="28"/>
          <w:lang w:val="kk-KZ"/>
        </w:rPr>
        <w:t xml:space="preserve"> </w:t>
      </w:r>
      <w:r w:rsidRPr="00B75A9A">
        <w:rPr>
          <w:rFonts w:ascii="Times New Roman" w:eastAsia="Times New Roman" w:hAnsi="Times New Roman" w:cs="Times New Roman"/>
          <w:sz w:val="28"/>
          <w:szCs w:val="28"/>
          <w:lang w:val="kk-KZ"/>
        </w:rPr>
        <w:t>Сипаттамалық көпмүшенің түбірлері нақты осьте жатпайды және</w:t>
      </w:r>
      <w:r w:rsidRPr="00B75A9A">
        <w:rPr>
          <w:rFonts w:ascii="Times New Roman" w:eastAsia="Times New Roman" w:hAnsi="Times New Roman" w:cs="Times New Roman"/>
          <w:position w:val="-12"/>
          <w:sz w:val="28"/>
          <w:szCs w:val="28"/>
          <w:lang w:val="kk-KZ"/>
        </w:rPr>
        <w:t xml:space="preserve"> </w:t>
      </w:r>
      <w:r w:rsidR="00A07FF5" w:rsidRPr="00B75A9A">
        <w:rPr>
          <w:rFonts w:ascii="Times New Roman" w:hAnsi="Times New Roman" w:cs="Times New Roman"/>
          <w:position w:val="-12"/>
          <w:sz w:val="28"/>
          <w:szCs w:val="28"/>
        </w:rPr>
        <w:object w:dxaOrig="820" w:dyaOrig="380" w14:anchorId="24FBF271">
          <v:shape id="_x0000_i1039" type="#_x0000_t75" style="width:43.5pt;height:18.2pt" o:ole="">
            <v:imagedata r:id="rId42" o:title=""/>
          </v:shape>
          <o:OLEObject Type="Embed" ProgID="Equation.DSMT4" ShapeID="_x0000_i1039" DrawAspect="Content" ObjectID="_1840331493" r:id="rId43"/>
        </w:object>
      </w:r>
    </w:p>
    <w:p w14:paraId="298517FE" w14:textId="77777777" w:rsidR="00BA7984" w:rsidRPr="00B75A9A" w:rsidRDefault="00BA7984" w:rsidP="000358A3">
      <w:pPr>
        <w:spacing w:after="0" w:line="240" w:lineRule="auto"/>
        <w:rPr>
          <w:rFonts w:ascii="Times New Roman" w:eastAsia="Times New Roman" w:hAnsi="Times New Roman" w:cs="Times New Roman"/>
          <w:position w:val="-12"/>
          <w:sz w:val="28"/>
          <w:szCs w:val="28"/>
          <w:lang w:val="kk-KZ"/>
        </w:rPr>
      </w:pPr>
    </w:p>
    <w:p w14:paraId="71F622F1" w14:textId="77777777" w:rsidR="00BA7984" w:rsidRPr="00B75A9A" w:rsidRDefault="00A07FF5" w:rsidP="000358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position w:val="-36"/>
          <w:sz w:val="28"/>
          <w:szCs w:val="28"/>
          <w:lang w:val="kk-KZ"/>
        </w:rPr>
      </w:pPr>
      <w:r w:rsidRPr="00B75A9A">
        <w:rPr>
          <w:rFonts w:ascii="Times New Roman" w:hAnsi="Times New Roman" w:cs="Times New Roman"/>
          <w:position w:val="-36"/>
          <w:sz w:val="28"/>
          <w:szCs w:val="28"/>
        </w:rPr>
        <w:object w:dxaOrig="1740" w:dyaOrig="820" w14:anchorId="7090A8B2">
          <v:shape id="_x0000_i1040" type="#_x0000_t75" style="width:87.8pt;height:43.5pt" o:ole="">
            <v:imagedata r:id="rId44" o:title=""/>
          </v:shape>
          <o:OLEObject Type="Embed" ProgID="Equation.DSMT4" ShapeID="_x0000_i1040" DrawAspect="Content" ObjectID="_1840331494" r:id="rId45"/>
        </w:object>
      </w:r>
    </w:p>
    <w:p w14:paraId="0AA7762F" w14:textId="77777777" w:rsidR="000358A3" w:rsidRPr="00B75A9A" w:rsidRDefault="000358A3" w:rsidP="000358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02124"/>
          <w:sz w:val="28"/>
          <w:szCs w:val="28"/>
          <w:lang w:val="kk-KZ"/>
        </w:rPr>
      </w:pPr>
    </w:p>
    <w:p w14:paraId="556D9BA6" w14:textId="77777777" w:rsidR="00BA7984" w:rsidRPr="00B75A9A" w:rsidRDefault="00BA7984" w:rsidP="000358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02124"/>
          <w:sz w:val="28"/>
          <w:szCs w:val="28"/>
          <w:lang w:val="kk-KZ"/>
        </w:rPr>
      </w:pPr>
      <w:r w:rsidRPr="00B75A9A">
        <w:rPr>
          <w:rFonts w:ascii="Times New Roman" w:eastAsia="Times New Roman" w:hAnsi="Times New Roman" w:cs="Times New Roman"/>
          <w:color w:val="202124"/>
          <w:sz w:val="28"/>
          <w:szCs w:val="28"/>
          <w:lang w:val="kk-KZ"/>
        </w:rPr>
        <w:t>болғанда эллипстік шарт орындалады. Осылайша,</w:t>
      </w:r>
    </w:p>
    <w:p w14:paraId="68F92072" w14:textId="77777777" w:rsidR="00BA7984" w:rsidRPr="00B75A9A" w:rsidRDefault="00BA7984" w:rsidP="000358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02124"/>
          <w:sz w:val="28"/>
          <w:szCs w:val="28"/>
          <w:lang w:val="kk-KZ"/>
        </w:rPr>
      </w:pPr>
    </w:p>
    <w:p w14:paraId="385E99E5" w14:textId="717EE252" w:rsidR="00BA7984" w:rsidRPr="00B75A9A" w:rsidRDefault="00A07FF5" w:rsidP="001A3226">
      <w:pPr>
        <w:spacing w:after="0" w:line="240" w:lineRule="auto"/>
        <w:jc w:val="right"/>
        <w:rPr>
          <w:rFonts w:ascii="Times New Roman" w:eastAsia="Times New Roman" w:hAnsi="Times New Roman" w:cs="Times New Roman"/>
          <w:sz w:val="28"/>
          <w:szCs w:val="28"/>
          <w:lang w:val="kk-KZ"/>
        </w:rPr>
      </w:pPr>
      <w:r w:rsidRPr="00B75A9A">
        <w:rPr>
          <w:rFonts w:ascii="Times New Roman" w:hAnsi="Times New Roman" w:cs="Times New Roman"/>
          <w:position w:val="-32"/>
          <w:sz w:val="28"/>
          <w:szCs w:val="28"/>
        </w:rPr>
        <w:object w:dxaOrig="4060" w:dyaOrig="780" w14:anchorId="78A4B816">
          <v:shape id="_x0000_i1041" type="#_x0000_t75" style="width:201.75pt;height:38pt" o:ole="">
            <v:imagedata r:id="rId46" o:title=""/>
          </v:shape>
          <o:OLEObject Type="Embed" ProgID="Equation.DSMT4" ShapeID="_x0000_i1041" DrawAspect="Content" ObjectID="_1840331495" r:id="rId47"/>
        </w:object>
      </w:r>
      <w:r w:rsidR="00BA7984" w:rsidRPr="00B75A9A">
        <w:rPr>
          <w:rFonts w:ascii="Times New Roman" w:eastAsia="Times New Roman" w:hAnsi="Times New Roman" w:cs="Times New Roman"/>
          <w:sz w:val="28"/>
          <w:szCs w:val="28"/>
          <w:lang w:val="kk-KZ"/>
        </w:rPr>
        <w:t xml:space="preserve">            </w:t>
      </w:r>
      <w:r w:rsidR="001A3226" w:rsidRPr="00B75A9A">
        <w:rPr>
          <w:rFonts w:ascii="Times New Roman" w:eastAsia="Times New Roman" w:hAnsi="Times New Roman" w:cs="Times New Roman"/>
          <w:sz w:val="28"/>
          <w:szCs w:val="28"/>
          <w:lang w:val="kk-KZ"/>
        </w:rPr>
        <w:t xml:space="preserve">                          </w:t>
      </w:r>
      <w:r w:rsidR="00B70E2D" w:rsidRPr="00B75A9A">
        <w:rPr>
          <w:rFonts w:ascii="Times New Roman" w:eastAsia="Times New Roman" w:hAnsi="Times New Roman" w:cs="Times New Roman"/>
          <w:sz w:val="28"/>
          <w:szCs w:val="28"/>
          <w:lang w:val="kk-KZ"/>
        </w:rPr>
        <w:t>(</w:t>
      </w:r>
      <w:r w:rsidR="001A3226" w:rsidRPr="00B75A9A">
        <w:rPr>
          <w:rFonts w:ascii="Times New Roman" w:eastAsia="Times New Roman" w:hAnsi="Times New Roman" w:cs="Times New Roman"/>
          <w:sz w:val="28"/>
          <w:szCs w:val="28"/>
          <w:lang w:val="kk-KZ"/>
        </w:rPr>
        <w:t>2)</w:t>
      </w:r>
      <w:r w:rsidR="00A6134E" w:rsidRPr="00B75A9A">
        <w:rPr>
          <w:rFonts w:ascii="Times New Roman" w:eastAsia="Times New Roman" w:hAnsi="Times New Roman" w:cs="Times New Roman"/>
          <w:sz w:val="28"/>
          <w:szCs w:val="28"/>
          <w:lang w:val="kk-KZ"/>
        </w:rPr>
        <w:t xml:space="preserve"> </w:t>
      </w:r>
    </w:p>
    <w:p w14:paraId="2042AFEC" w14:textId="77777777" w:rsidR="001A3226" w:rsidRPr="00B75A9A" w:rsidRDefault="001A3226" w:rsidP="001A3226">
      <w:pPr>
        <w:spacing w:after="0" w:line="240" w:lineRule="auto"/>
        <w:jc w:val="right"/>
        <w:rPr>
          <w:rFonts w:ascii="Times New Roman" w:eastAsia="Times New Roman" w:hAnsi="Times New Roman" w:cs="Times New Roman"/>
          <w:sz w:val="28"/>
          <w:szCs w:val="28"/>
          <w:lang w:val="kk-KZ"/>
        </w:rPr>
      </w:pPr>
    </w:p>
    <w:p w14:paraId="7FBB6B86" w14:textId="1C5507DD" w:rsidR="001A3226" w:rsidRPr="00B75A9A" w:rsidRDefault="001A3226" w:rsidP="0089298A">
      <w:pPr>
        <w:spacing w:after="0" w:line="240" w:lineRule="auto"/>
        <w:jc w:val="both"/>
        <w:rPr>
          <w:rFonts w:ascii="Times New Roman" w:eastAsia="Times New Roman" w:hAnsi="Times New Roman" w:cs="Times New Roman"/>
          <w:color w:val="202124"/>
          <w:sz w:val="28"/>
          <w:szCs w:val="28"/>
          <w:lang w:val="kk-KZ"/>
        </w:rPr>
      </w:pPr>
      <w:r w:rsidRPr="00B75A9A">
        <w:rPr>
          <w:rFonts w:ascii="Times New Roman" w:eastAsia="Times New Roman" w:hAnsi="Times New Roman" w:cs="Times New Roman"/>
          <w:color w:val="202124"/>
          <w:sz w:val="28"/>
          <w:szCs w:val="28"/>
          <w:lang w:val="kk-KZ"/>
        </w:rPr>
        <w:t xml:space="preserve">мұндағы </w:t>
      </w:r>
      <w:r w:rsidRPr="00B75A9A">
        <w:rPr>
          <w:rFonts w:ascii="Times New Roman" w:hAnsi="Times New Roman" w:cs="Times New Roman"/>
          <w:position w:val="-12"/>
          <w:sz w:val="28"/>
          <w:szCs w:val="28"/>
        </w:rPr>
        <w:object w:dxaOrig="260" w:dyaOrig="380" w14:anchorId="623714E8">
          <v:shape id="_x0000_i1042" type="#_x0000_t75" style="width:11.85pt;height:18.2pt" o:ole="">
            <v:imagedata r:id="rId48" o:title=""/>
          </v:shape>
          <o:OLEObject Type="Embed" ProgID="Equation.DSMT4" ShapeID="_x0000_i1042" DrawAspect="Content" ObjectID="_1840331496" r:id="rId49"/>
        </w:object>
      </w:r>
      <w:r w:rsidRPr="00B75A9A">
        <w:rPr>
          <w:rFonts w:ascii="Times New Roman" w:eastAsia="Times New Roman" w:hAnsi="Times New Roman" w:cs="Times New Roman"/>
          <w:color w:val="202124"/>
          <w:sz w:val="28"/>
          <w:szCs w:val="28"/>
          <w:lang w:val="kk-KZ"/>
        </w:rPr>
        <w:t xml:space="preserve"> жоғарғы жарты жазықтықта жататын әр түрлі түбірлері және</w:t>
      </w:r>
      <w:r w:rsidR="0089298A" w:rsidRPr="00B75A9A">
        <w:rPr>
          <w:rFonts w:ascii="Times New Roman" w:eastAsia="Times New Roman" w:hAnsi="Times New Roman" w:cs="Times New Roman"/>
          <w:color w:val="202124"/>
          <w:sz w:val="28"/>
          <w:szCs w:val="28"/>
          <w:lang w:val="kk-KZ"/>
        </w:rPr>
        <w:t xml:space="preserve"> </w:t>
      </w:r>
      <w:r w:rsidRPr="00B75A9A">
        <w:rPr>
          <w:rFonts w:ascii="Times New Roman" w:eastAsia="Times New Roman" w:hAnsi="Times New Roman" w:cs="Times New Roman"/>
          <w:color w:val="202124"/>
          <w:sz w:val="28"/>
          <w:szCs w:val="28"/>
          <w:lang w:val="kk-KZ"/>
        </w:rPr>
        <w:t xml:space="preserve">олардың еселіктерінің қосындысы </w:t>
      </w:r>
      <w:r w:rsidRPr="00B75A9A">
        <w:rPr>
          <w:rFonts w:ascii="Times New Roman" w:hAnsi="Times New Roman" w:cs="Times New Roman"/>
          <w:position w:val="-12"/>
          <w:sz w:val="28"/>
          <w:szCs w:val="28"/>
        </w:rPr>
        <w:object w:dxaOrig="1140" w:dyaOrig="380" w14:anchorId="7629FE4A">
          <v:shape id="_x0000_i1043" type="#_x0000_t75" style="width:56.2pt;height:18.2pt" o:ole="">
            <v:imagedata r:id="rId50" o:title=""/>
          </v:shape>
          <o:OLEObject Type="Embed" ProgID="Equation.DSMT4" ShapeID="_x0000_i1043" DrawAspect="Content" ObjectID="_1840331497" r:id="rId51"/>
        </w:object>
      </w:r>
      <w:r w:rsidRPr="00B75A9A">
        <w:rPr>
          <w:rFonts w:ascii="Times New Roman" w:eastAsia="Times New Roman" w:hAnsi="Times New Roman" w:cs="Times New Roman"/>
          <w:sz w:val="28"/>
          <w:szCs w:val="28"/>
          <w:lang w:val="kk-KZ"/>
        </w:rPr>
        <w:t xml:space="preserve"> </w:t>
      </w:r>
      <w:r w:rsidRPr="00B75A9A">
        <w:rPr>
          <w:rFonts w:ascii="Times New Roman" w:eastAsia="Times New Roman" w:hAnsi="Times New Roman" w:cs="Times New Roman"/>
          <w:color w:val="202124"/>
          <w:sz w:val="28"/>
          <w:szCs w:val="28"/>
          <w:lang w:val="kk-KZ"/>
        </w:rPr>
        <w:t xml:space="preserve"> </w:t>
      </w:r>
      <w:r w:rsidRPr="00B75A9A">
        <w:rPr>
          <w:rFonts w:ascii="Times New Roman" w:hAnsi="Times New Roman" w:cs="Times New Roman"/>
          <w:position w:val="-6"/>
          <w:sz w:val="28"/>
          <w:szCs w:val="28"/>
        </w:rPr>
        <w:object w:dxaOrig="160" w:dyaOrig="300" w14:anchorId="440D604F">
          <v:shape id="_x0000_i1044" type="#_x0000_t75" style="width:9.5pt;height:15.8pt" o:ole="">
            <v:imagedata r:id="rId52" o:title=""/>
          </v:shape>
          <o:OLEObject Type="Embed" ProgID="Equation.DSMT4" ShapeID="_x0000_i1044" DrawAspect="Content" ObjectID="_1840331498" r:id="rId53"/>
        </w:object>
      </w:r>
      <w:r w:rsidRPr="00B75A9A">
        <w:rPr>
          <w:rFonts w:ascii="Times New Roman" w:eastAsia="Times New Roman" w:hAnsi="Times New Roman" w:cs="Times New Roman"/>
          <w:sz w:val="28"/>
          <w:szCs w:val="28"/>
          <w:lang w:val="kk-KZ"/>
        </w:rPr>
        <w:t xml:space="preserve">-ге </w:t>
      </w:r>
      <w:r w:rsidRPr="00B75A9A">
        <w:rPr>
          <w:rFonts w:ascii="Times New Roman" w:eastAsia="Times New Roman" w:hAnsi="Times New Roman" w:cs="Times New Roman"/>
          <w:color w:val="202124"/>
          <w:sz w:val="28"/>
          <w:szCs w:val="28"/>
          <w:lang w:val="kk-KZ"/>
        </w:rPr>
        <w:t>тең.</w:t>
      </w:r>
      <w:r w:rsidR="0089298A" w:rsidRPr="00B75A9A">
        <w:rPr>
          <w:rFonts w:ascii="Times New Roman" w:eastAsia="Times New Roman" w:hAnsi="Times New Roman" w:cs="Times New Roman"/>
          <w:color w:val="202124"/>
          <w:sz w:val="28"/>
          <w:szCs w:val="28"/>
          <w:lang w:val="kk-KZ"/>
        </w:rPr>
        <w:t xml:space="preserve"> </w:t>
      </w:r>
      <w:r w:rsidRPr="00B75A9A">
        <w:rPr>
          <w:rFonts w:ascii="Times New Roman" w:eastAsia="Times New Roman" w:hAnsi="Times New Roman" w:cs="Times New Roman"/>
          <w:color w:val="202124"/>
          <w:sz w:val="28"/>
          <w:szCs w:val="28"/>
          <w:lang w:val="kk-KZ"/>
        </w:rPr>
        <w:t xml:space="preserve">Дирихле-Нейманның </w:t>
      </w:r>
      <w:r w:rsidRPr="00B75A9A">
        <w:rPr>
          <w:rFonts w:ascii="Times New Roman" w:eastAsia="Times New Roman" w:hAnsi="Times New Roman" w:cs="Times New Roman"/>
          <w:color w:val="202124"/>
          <w:sz w:val="28"/>
          <w:szCs w:val="28"/>
          <w:lang w:val="kk-KZ"/>
        </w:rPr>
        <w:lastRenderedPageBreak/>
        <w:t>жалпыланған</w:t>
      </w:r>
      <w:r w:rsidR="0089298A" w:rsidRPr="00B75A9A">
        <w:rPr>
          <w:rFonts w:ascii="Times New Roman" w:eastAsia="Times New Roman" w:hAnsi="Times New Roman" w:cs="Times New Roman"/>
          <w:color w:val="202124"/>
          <w:sz w:val="28"/>
          <w:szCs w:val="28"/>
          <w:lang w:val="kk-KZ"/>
        </w:rPr>
        <w:t xml:space="preserve"> есебінің шешімін табу деп, (1</w:t>
      </w:r>
      <w:r w:rsidRPr="00B75A9A">
        <w:rPr>
          <w:rFonts w:ascii="Times New Roman" w:eastAsia="Times New Roman" w:hAnsi="Times New Roman" w:cs="Times New Roman"/>
          <w:color w:val="202124"/>
          <w:sz w:val="28"/>
          <w:szCs w:val="28"/>
          <w:lang w:val="kk-KZ"/>
        </w:rPr>
        <w:t>)</w:t>
      </w:r>
      <w:r w:rsidR="0089298A" w:rsidRPr="00B75A9A">
        <w:rPr>
          <w:rFonts w:ascii="Times New Roman" w:eastAsia="Times New Roman" w:hAnsi="Times New Roman" w:cs="Times New Roman"/>
          <w:color w:val="202124"/>
          <w:sz w:val="28"/>
          <w:szCs w:val="28"/>
          <w:lang w:val="kk-KZ"/>
        </w:rPr>
        <w:t xml:space="preserve"> </w:t>
      </w:r>
      <w:r w:rsidRPr="00B75A9A">
        <w:rPr>
          <w:rFonts w:ascii="Times New Roman" w:eastAsia="Times New Roman" w:hAnsi="Times New Roman" w:cs="Times New Roman"/>
          <w:color w:val="202124"/>
          <w:sz w:val="28"/>
          <w:szCs w:val="28"/>
          <w:lang w:val="kk-KZ"/>
        </w:rPr>
        <w:t xml:space="preserve">теңдеуінің D облысында келесі шеттік шарттарды қанағаттандыратын </w:t>
      </w:r>
      <w:r w:rsidRPr="00B75A9A">
        <w:rPr>
          <w:rFonts w:ascii="Times New Roman" w:hAnsi="Times New Roman" w:cs="Times New Roman"/>
          <w:position w:val="-12"/>
          <w:sz w:val="28"/>
          <w:szCs w:val="28"/>
        </w:rPr>
        <w:object w:dxaOrig="820" w:dyaOrig="360" w14:anchorId="50348141">
          <v:shape id="_x0000_i1045" type="#_x0000_t75" style="width:43.5pt;height:18.2pt" o:ole="">
            <v:imagedata r:id="rId54" o:title=""/>
          </v:shape>
          <o:OLEObject Type="Embed" ProgID="Equation.DSMT4" ShapeID="_x0000_i1045" DrawAspect="Content" ObjectID="_1840331499" r:id="rId55"/>
        </w:object>
      </w:r>
      <w:r w:rsidR="00B547B6" w:rsidRPr="00B75A9A">
        <w:rPr>
          <w:rFonts w:ascii="Times New Roman" w:hAnsi="Times New Roman" w:cs="Times New Roman"/>
          <w:position w:val="-12"/>
          <w:sz w:val="28"/>
          <w:szCs w:val="28"/>
          <w:lang w:val="kk-KZ"/>
        </w:rPr>
        <w:t xml:space="preserve"> </w:t>
      </w:r>
      <w:r w:rsidRPr="00B75A9A">
        <w:rPr>
          <w:rFonts w:ascii="Times New Roman" w:eastAsia="Times New Roman" w:hAnsi="Times New Roman" w:cs="Times New Roman"/>
          <w:color w:val="202124"/>
          <w:sz w:val="28"/>
          <w:szCs w:val="28"/>
          <w:lang w:val="kk-KZ"/>
        </w:rPr>
        <w:t>функциясын табуды айтамыз</w:t>
      </w:r>
    </w:p>
    <w:p w14:paraId="5418E7D1" w14:textId="77777777" w:rsidR="00BA7984" w:rsidRPr="00B75A9A" w:rsidRDefault="00BA7984" w:rsidP="001A3226">
      <w:pPr>
        <w:spacing w:after="0" w:line="240" w:lineRule="auto"/>
        <w:rPr>
          <w:rFonts w:ascii="Times New Roman" w:eastAsia="Times New Roman" w:hAnsi="Times New Roman" w:cs="Times New Roman"/>
          <w:color w:val="202124"/>
          <w:sz w:val="28"/>
          <w:szCs w:val="28"/>
          <w:lang w:val="kk-KZ"/>
        </w:rPr>
      </w:pPr>
    </w:p>
    <w:p w14:paraId="5A822BBE" w14:textId="63DDBA01" w:rsidR="001A3226" w:rsidRPr="00B75A9A" w:rsidRDefault="001A3226" w:rsidP="001A3226">
      <w:pPr>
        <w:spacing w:after="0" w:line="240" w:lineRule="auto"/>
        <w:jc w:val="right"/>
        <w:rPr>
          <w:rFonts w:ascii="Times New Roman" w:eastAsia="Times New Roman" w:hAnsi="Times New Roman" w:cs="Times New Roman"/>
          <w:sz w:val="28"/>
          <w:szCs w:val="28"/>
          <w:lang w:val="kk-KZ"/>
        </w:rPr>
      </w:pPr>
      <w:r w:rsidRPr="00B75A9A">
        <w:rPr>
          <w:rFonts w:ascii="Times New Roman" w:eastAsia="Times New Roman" w:hAnsi="Times New Roman" w:cs="Times New Roman"/>
          <w:sz w:val="28"/>
          <w:szCs w:val="28"/>
          <w:lang w:val="kk-KZ"/>
        </w:rPr>
        <w:t xml:space="preserve">     </w:t>
      </w:r>
      <w:r w:rsidRPr="00B75A9A">
        <w:rPr>
          <w:rFonts w:ascii="Times New Roman" w:hAnsi="Times New Roman" w:cs="Times New Roman"/>
          <w:position w:val="-36"/>
          <w:sz w:val="28"/>
          <w:szCs w:val="28"/>
        </w:rPr>
        <w:object w:dxaOrig="3140" w:dyaOrig="859" w14:anchorId="094F6A31">
          <v:shape id="_x0000_i1046" type="#_x0000_t75" style="width:155.85pt;height:44.3pt" o:ole="">
            <v:imagedata r:id="rId56" o:title=""/>
          </v:shape>
          <o:OLEObject Type="Embed" ProgID="Equation.DSMT4" ShapeID="_x0000_i1046" DrawAspect="Content" ObjectID="_1840331500" r:id="rId57"/>
        </w:object>
      </w:r>
      <w:r w:rsidRPr="00B75A9A">
        <w:rPr>
          <w:rFonts w:ascii="Times New Roman" w:eastAsia="Times New Roman" w:hAnsi="Times New Roman" w:cs="Times New Roman"/>
          <w:sz w:val="28"/>
          <w:szCs w:val="28"/>
          <w:lang w:val="kk-KZ"/>
        </w:rPr>
        <w:t xml:space="preserve">      </w:t>
      </w:r>
      <w:r w:rsidR="00B70E2D" w:rsidRPr="00B75A9A">
        <w:rPr>
          <w:rFonts w:ascii="Times New Roman" w:eastAsia="Times New Roman" w:hAnsi="Times New Roman" w:cs="Times New Roman"/>
          <w:sz w:val="28"/>
          <w:szCs w:val="28"/>
          <w:lang w:val="kk-KZ"/>
        </w:rPr>
        <w:t xml:space="preserve">                             (</w:t>
      </w:r>
      <w:r w:rsidRPr="00B75A9A">
        <w:rPr>
          <w:rFonts w:ascii="Times New Roman" w:eastAsia="Times New Roman" w:hAnsi="Times New Roman" w:cs="Times New Roman"/>
          <w:sz w:val="28"/>
          <w:szCs w:val="28"/>
          <w:lang w:val="kk-KZ"/>
        </w:rPr>
        <w:t>3)</w:t>
      </w:r>
    </w:p>
    <w:p w14:paraId="4ED50AAA" w14:textId="77777777" w:rsidR="001A3226" w:rsidRPr="00B75A9A" w:rsidRDefault="001A3226" w:rsidP="001A3226">
      <w:pPr>
        <w:spacing w:after="0" w:line="240" w:lineRule="auto"/>
        <w:jc w:val="right"/>
        <w:rPr>
          <w:rFonts w:ascii="Times New Roman" w:eastAsia="Times New Roman" w:hAnsi="Times New Roman" w:cs="Times New Roman"/>
          <w:sz w:val="28"/>
          <w:szCs w:val="28"/>
          <w:lang w:val="kk-KZ"/>
        </w:rPr>
      </w:pPr>
    </w:p>
    <w:p w14:paraId="5E06F226" w14:textId="77777777" w:rsidR="001A3226" w:rsidRPr="00B75A9A" w:rsidRDefault="001A3226" w:rsidP="0089298A">
      <w:pPr>
        <w:spacing w:after="0" w:line="240" w:lineRule="auto"/>
        <w:rPr>
          <w:rFonts w:ascii="Times New Roman" w:eastAsia="Times New Roman" w:hAnsi="Times New Roman" w:cs="Times New Roman"/>
          <w:color w:val="202124"/>
          <w:sz w:val="28"/>
          <w:szCs w:val="28"/>
          <w:lang w:val="kk-KZ"/>
        </w:rPr>
      </w:pPr>
      <w:r w:rsidRPr="00B75A9A">
        <w:rPr>
          <w:rFonts w:ascii="Times New Roman" w:eastAsia="Times New Roman" w:hAnsi="Times New Roman" w:cs="Times New Roman"/>
          <w:color w:val="202124"/>
          <w:sz w:val="28"/>
          <w:szCs w:val="28"/>
          <w:lang w:val="kk-KZ"/>
        </w:rPr>
        <w:t xml:space="preserve">мұндағы </w:t>
      </w:r>
      <w:r w:rsidRPr="00B75A9A">
        <w:rPr>
          <w:rFonts w:ascii="Times New Roman" w:hAnsi="Times New Roman" w:cs="Times New Roman"/>
          <w:position w:val="-12"/>
          <w:sz w:val="28"/>
          <w:szCs w:val="28"/>
        </w:rPr>
        <w:object w:dxaOrig="1280" w:dyaOrig="380" w14:anchorId="46A98988">
          <v:shape id="_x0000_i1047" type="#_x0000_t75" style="width:63.3pt;height:18.2pt" o:ole="">
            <v:imagedata r:id="rId58" o:title=""/>
          </v:shape>
          <o:OLEObject Type="Embed" ProgID="Equation.DSMT4" ShapeID="_x0000_i1047" DrawAspect="Content" ObjectID="_1840331501" r:id="rId59"/>
        </w:object>
      </w:r>
      <w:r w:rsidRPr="00B75A9A">
        <w:rPr>
          <w:rFonts w:ascii="Times New Roman" w:eastAsia="Times New Roman" w:hAnsi="Times New Roman" w:cs="Times New Roman"/>
          <w:position w:val="-12"/>
          <w:sz w:val="28"/>
          <w:szCs w:val="28"/>
          <w:lang w:val="kk-KZ"/>
        </w:rPr>
        <w:t xml:space="preserve"> </w:t>
      </w:r>
      <w:r w:rsidRPr="00B75A9A">
        <w:rPr>
          <w:rFonts w:ascii="Times New Roman" w:eastAsia="Times New Roman" w:hAnsi="Times New Roman" w:cs="Times New Roman"/>
          <w:color w:val="202124"/>
          <w:sz w:val="28"/>
          <w:szCs w:val="28"/>
          <w:lang w:val="kk-KZ"/>
        </w:rPr>
        <w:t xml:space="preserve">сыртқы бірлік </w:t>
      </w:r>
      <w:r w:rsidRPr="00B75A9A">
        <w:rPr>
          <w:rFonts w:ascii="Times New Roman" w:eastAsia="Times New Roman" w:hAnsi="Times New Roman" w:cs="Times New Roman"/>
          <w:sz w:val="28"/>
          <w:szCs w:val="28"/>
          <w:lang w:val="kk-KZ"/>
        </w:rPr>
        <w:t>нормаль</w:t>
      </w:r>
      <w:r w:rsidRPr="00B75A9A">
        <w:rPr>
          <w:rFonts w:ascii="Times New Roman" w:eastAsia="Times New Roman" w:hAnsi="Times New Roman" w:cs="Times New Roman"/>
          <w:color w:val="202124"/>
          <w:sz w:val="28"/>
          <w:szCs w:val="28"/>
          <w:lang w:val="kk-KZ"/>
        </w:rPr>
        <w:t>ді көрсетеді. Бұл жерде шекаралық</w:t>
      </w:r>
    </w:p>
    <w:p w14:paraId="4B848634" w14:textId="77777777" w:rsidR="001A3226" w:rsidRPr="00B75A9A" w:rsidRDefault="001A3226" w:rsidP="0089298A">
      <w:pPr>
        <w:spacing w:after="0" w:line="240" w:lineRule="auto"/>
        <w:rPr>
          <w:rFonts w:ascii="Times New Roman" w:eastAsia="Times New Roman" w:hAnsi="Times New Roman" w:cs="Times New Roman"/>
          <w:color w:val="202124"/>
          <w:sz w:val="28"/>
          <w:szCs w:val="28"/>
          <w:lang w:val="kk-KZ"/>
        </w:rPr>
      </w:pPr>
      <w:r w:rsidRPr="00B75A9A">
        <w:rPr>
          <w:rFonts w:ascii="Times New Roman" w:eastAsia="Times New Roman" w:hAnsi="Times New Roman" w:cs="Times New Roman"/>
          <w:color w:val="202124"/>
          <w:sz w:val="28"/>
          <w:szCs w:val="28"/>
          <w:lang w:val="kk-KZ"/>
        </w:rPr>
        <w:t xml:space="preserve">дифференциалдық оператор ретінде </w:t>
      </w:r>
      <w:r w:rsidRPr="00B75A9A">
        <w:rPr>
          <w:rFonts w:ascii="Times New Roman" w:hAnsi="Times New Roman" w:cs="Times New Roman"/>
          <w:position w:val="-6"/>
          <w:sz w:val="28"/>
          <w:szCs w:val="28"/>
        </w:rPr>
        <w:object w:dxaOrig="440" w:dyaOrig="300" w14:anchorId="710DF4EE">
          <v:shape id="_x0000_i1048" type="#_x0000_t75" style="width:20.55pt;height:15.8pt" o:ole="">
            <v:imagedata r:id="rId60" o:title=""/>
          </v:shape>
          <o:OLEObject Type="Embed" ProgID="Equation.DSMT4" ShapeID="_x0000_i1048" DrawAspect="Content" ObjectID="_1840331502" r:id="rId61"/>
        </w:object>
      </w:r>
      <w:r w:rsidRPr="00B75A9A">
        <w:rPr>
          <w:rFonts w:ascii="Times New Roman" w:eastAsia="Times New Roman" w:hAnsi="Times New Roman" w:cs="Times New Roman"/>
          <w:color w:val="202124"/>
          <w:sz w:val="28"/>
          <w:szCs w:val="28"/>
          <w:lang w:val="kk-KZ"/>
        </w:rPr>
        <w:t xml:space="preserve">ші ретті </w:t>
      </w:r>
      <w:r w:rsidRPr="00B75A9A">
        <w:rPr>
          <w:rFonts w:ascii="Times New Roman" w:eastAsia="Times New Roman" w:hAnsi="Times New Roman" w:cs="Times New Roman"/>
          <w:sz w:val="28"/>
          <w:szCs w:val="28"/>
          <w:lang w:val="kk-KZ"/>
        </w:rPr>
        <w:t>нормаль</w:t>
      </w:r>
      <w:r w:rsidRPr="00B75A9A">
        <w:rPr>
          <w:rFonts w:ascii="Times New Roman" w:eastAsia="Times New Roman" w:hAnsi="Times New Roman" w:cs="Times New Roman"/>
          <w:color w:val="202124"/>
          <w:sz w:val="28"/>
          <w:szCs w:val="28"/>
          <w:lang w:val="kk-KZ"/>
        </w:rPr>
        <w:t xml:space="preserve"> туындысы келесі</w:t>
      </w:r>
    </w:p>
    <w:p w14:paraId="361D5008" w14:textId="77777777" w:rsidR="00C346FE" w:rsidRPr="00B75A9A" w:rsidRDefault="00C346FE" w:rsidP="0089298A">
      <w:pPr>
        <w:spacing w:after="0" w:line="240" w:lineRule="auto"/>
        <w:rPr>
          <w:rFonts w:ascii="Times New Roman" w:eastAsia="Times New Roman" w:hAnsi="Times New Roman" w:cs="Times New Roman"/>
          <w:color w:val="202124"/>
          <w:sz w:val="28"/>
          <w:szCs w:val="28"/>
          <w:lang w:val="kk-KZ"/>
        </w:rPr>
      </w:pPr>
      <w:r w:rsidRPr="00B75A9A">
        <w:rPr>
          <w:rFonts w:ascii="Times New Roman" w:eastAsia="Times New Roman" w:hAnsi="Times New Roman" w:cs="Times New Roman"/>
          <w:color w:val="202124"/>
          <w:sz w:val="28"/>
          <w:szCs w:val="28"/>
          <w:lang w:val="kk-KZ"/>
        </w:rPr>
        <w:t>формуламен анықталады</w:t>
      </w:r>
    </w:p>
    <w:p w14:paraId="1D942643" w14:textId="77777777" w:rsidR="00C346FE" w:rsidRPr="00B75A9A" w:rsidRDefault="00C346FE" w:rsidP="000358A3">
      <w:pPr>
        <w:spacing w:after="0" w:line="240" w:lineRule="auto"/>
        <w:jc w:val="center"/>
        <w:rPr>
          <w:rFonts w:ascii="Times New Roman" w:eastAsia="Times New Roman" w:hAnsi="Times New Roman" w:cs="Times New Roman"/>
          <w:color w:val="202124"/>
          <w:sz w:val="28"/>
          <w:szCs w:val="28"/>
          <w:lang w:val="kk-KZ"/>
        </w:rPr>
      </w:pPr>
    </w:p>
    <w:p w14:paraId="578CACA2" w14:textId="77777777" w:rsidR="00BA7984" w:rsidRPr="00B75A9A" w:rsidRDefault="00A07FF5" w:rsidP="000358A3">
      <w:pPr>
        <w:spacing w:after="0" w:line="240" w:lineRule="auto"/>
        <w:jc w:val="center"/>
        <w:rPr>
          <w:rFonts w:ascii="Times New Roman" w:hAnsi="Times New Roman" w:cs="Times New Roman"/>
          <w:position w:val="-36"/>
          <w:sz w:val="28"/>
          <w:szCs w:val="28"/>
          <w:lang w:val="kk-KZ"/>
        </w:rPr>
      </w:pPr>
      <w:r w:rsidRPr="00B75A9A">
        <w:rPr>
          <w:rFonts w:ascii="Times New Roman" w:hAnsi="Times New Roman" w:cs="Times New Roman"/>
          <w:position w:val="-36"/>
          <w:sz w:val="28"/>
          <w:szCs w:val="28"/>
        </w:rPr>
        <w:object w:dxaOrig="4860" w:dyaOrig="900" w14:anchorId="3F7A3616">
          <v:shape id="_x0000_i1049" type="#_x0000_t75" style="width:242.9pt;height:45.9pt" o:ole="">
            <v:imagedata r:id="rId62" o:title=""/>
          </v:shape>
          <o:OLEObject Type="Embed" ProgID="Equation.DSMT4" ShapeID="_x0000_i1049" DrawAspect="Content" ObjectID="_1840331503" r:id="rId63"/>
        </w:object>
      </w:r>
    </w:p>
    <w:p w14:paraId="4AC7A9F4" w14:textId="77777777" w:rsidR="001A3226" w:rsidRPr="00B75A9A" w:rsidRDefault="001A3226" w:rsidP="000358A3">
      <w:pPr>
        <w:spacing w:after="0" w:line="240" w:lineRule="auto"/>
        <w:jc w:val="center"/>
        <w:rPr>
          <w:rFonts w:ascii="Times New Roman" w:hAnsi="Times New Roman" w:cs="Times New Roman"/>
          <w:position w:val="-36"/>
          <w:sz w:val="28"/>
          <w:szCs w:val="28"/>
          <w:lang w:val="kk-KZ"/>
        </w:rPr>
      </w:pPr>
    </w:p>
    <w:p w14:paraId="68CFCD14" w14:textId="7F03F9C4" w:rsidR="001A3226" w:rsidRPr="00B75A9A" w:rsidRDefault="001A3226" w:rsidP="009850F2">
      <w:pPr>
        <w:spacing w:after="0" w:line="240" w:lineRule="auto"/>
        <w:jc w:val="both"/>
        <w:rPr>
          <w:rFonts w:ascii="Times New Roman" w:eastAsia="Times New Roman" w:hAnsi="Times New Roman" w:cs="Times New Roman"/>
          <w:position w:val="-36"/>
          <w:sz w:val="28"/>
          <w:szCs w:val="28"/>
          <w:lang w:val="kk-KZ"/>
        </w:rPr>
      </w:pPr>
      <w:r w:rsidRPr="00B75A9A">
        <w:rPr>
          <w:rFonts w:ascii="Times New Roman" w:hAnsi="Times New Roman" w:cs="Times New Roman"/>
          <w:position w:val="-12"/>
          <w:sz w:val="28"/>
          <w:szCs w:val="28"/>
        </w:rPr>
        <w:object w:dxaOrig="3700" w:dyaOrig="380" w14:anchorId="4E79CBEC">
          <v:shape id="_x0000_i1050" type="#_x0000_t75" style="width:181.2pt;height:18.2pt" o:ole="">
            <v:imagedata r:id="rId64" o:title=""/>
          </v:shape>
          <o:OLEObject Type="Embed" ProgID="Equation.DSMT4" ShapeID="_x0000_i1050" DrawAspect="Content" ObjectID="_1840331504" r:id="rId65"/>
        </w:object>
      </w:r>
      <w:r w:rsidRPr="00B75A9A">
        <w:rPr>
          <w:rFonts w:ascii="Times New Roman" w:eastAsia="Times New Roman" w:hAnsi="Times New Roman" w:cs="Times New Roman"/>
          <w:color w:val="202124"/>
          <w:sz w:val="28"/>
          <w:szCs w:val="28"/>
          <w:lang w:val="kk-KZ"/>
        </w:rPr>
        <w:t xml:space="preserve"> </w:t>
      </w:r>
      <w:r w:rsidRPr="00B75A9A">
        <w:rPr>
          <w:rFonts w:ascii="Times New Roman" w:hAnsi="Times New Roman" w:cs="Times New Roman"/>
          <w:position w:val="-4"/>
          <w:sz w:val="28"/>
          <w:szCs w:val="28"/>
        </w:rPr>
        <w:object w:dxaOrig="240" w:dyaOrig="279" w14:anchorId="31910616">
          <v:shape id="_x0000_i1051" type="#_x0000_t75" style="width:11.85pt;height:15.8pt" o:ole="">
            <v:imagedata r:id="rId66" o:title=""/>
          </v:shape>
          <o:OLEObject Type="Embed" ProgID="Equation.DSMT4" ShapeID="_x0000_i1051" DrawAspect="Content" ObjectID="_1840331505" r:id="rId67"/>
        </w:object>
      </w:r>
      <w:r w:rsidR="0089298A" w:rsidRPr="00B75A9A">
        <w:rPr>
          <w:rFonts w:ascii="Times New Roman" w:hAnsi="Times New Roman" w:cs="Times New Roman"/>
          <w:position w:val="-4"/>
          <w:sz w:val="28"/>
          <w:szCs w:val="28"/>
          <w:lang w:val="kk-KZ"/>
        </w:rPr>
        <w:t xml:space="preserve"> </w:t>
      </w:r>
      <w:r w:rsidRPr="00B75A9A">
        <w:rPr>
          <w:rFonts w:ascii="Times New Roman" w:eastAsia="Times New Roman" w:hAnsi="Times New Roman" w:cs="Times New Roman"/>
          <w:color w:val="202124"/>
          <w:sz w:val="28"/>
          <w:szCs w:val="28"/>
          <w:lang w:val="kk-KZ"/>
        </w:rPr>
        <w:t>контурының қалыпты параметрленуі болсын.</w:t>
      </w:r>
    </w:p>
    <w:p w14:paraId="782406F2" w14:textId="62CE4FC8" w:rsidR="001A3226" w:rsidRPr="00B75A9A" w:rsidRDefault="001A3226" w:rsidP="00351B9E">
      <w:pPr>
        <w:spacing w:after="0" w:line="240" w:lineRule="auto"/>
        <w:jc w:val="both"/>
        <w:rPr>
          <w:rFonts w:ascii="Times New Roman" w:eastAsia="Times New Roman" w:hAnsi="Times New Roman" w:cs="Times New Roman"/>
          <w:color w:val="202124"/>
          <w:sz w:val="28"/>
          <w:szCs w:val="28"/>
          <w:lang w:val="kk-KZ"/>
        </w:rPr>
      </w:pPr>
      <w:r w:rsidRPr="00B75A9A">
        <w:rPr>
          <w:rFonts w:ascii="Times New Roman" w:eastAsia="Times New Roman" w:hAnsi="Times New Roman" w:cs="Times New Roman"/>
          <w:color w:val="202124"/>
          <w:sz w:val="28"/>
          <w:szCs w:val="28"/>
          <w:lang w:val="kk-KZ"/>
        </w:rPr>
        <w:t xml:space="preserve">Бекітілген </w:t>
      </w:r>
      <w:r w:rsidRPr="00B75A9A">
        <w:rPr>
          <w:rFonts w:ascii="Times New Roman" w:hAnsi="Times New Roman" w:cs="Times New Roman"/>
          <w:position w:val="-12"/>
          <w:sz w:val="28"/>
          <w:szCs w:val="28"/>
        </w:rPr>
        <w:object w:dxaOrig="980" w:dyaOrig="360" w14:anchorId="23A33C4E">
          <v:shape id="_x0000_i1052" type="#_x0000_t75" style="width:46.7pt;height:18.2pt" o:ole="">
            <v:imagedata r:id="rId68" o:title=""/>
          </v:shape>
          <o:OLEObject Type="Embed" ProgID="Equation.DSMT4" ShapeID="_x0000_i1052" DrawAspect="Content" ObjectID="_1840331506" r:id="rId69"/>
        </w:object>
      </w:r>
      <w:r w:rsidR="0089298A" w:rsidRPr="00B75A9A">
        <w:rPr>
          <w:rFonts w:ascii="Times New Roman" w:hAnsi="Times New Roman" w:cs="Times New Roman"/>
          <w:position w:val="-12"/>
          <w:sz w:val="28"/>
          <w:szCs w:val="28"/>
          <w:lang w:val="kk-KZ"/>
        </w:rPr>
        <w:t xml:space="preserve"> </w:t>
      </w:r>
      <w:r w:rsidRPr="00B75A9A">
        <w:rPr>
          <w:rFonts w:ascii="Times New Roman" w:eastAsia="Times New Roman" w:hAnsi="Times New Roman" w:cs="Times New Roman"/>
          <w:color w:val="202124"/>
          <w:sz w:val="28"/>
          <w:szCs w:val="28"/>
          <w:lang w:val="kk-KZ"/>
        </w:rPr>
        <w:t xml:space="preserve">нүктесінен сағат тіліне </w:t>
      </w:r>
      <w:r w:rsidR="00351B9E">
        <w:rPr>
          <w:rFonts w:ascii="Times New Roman" w:eastAsia="Times New Roman" w:hAnsi="Times New Roman" w:cs="Times New Roman"/>
          <w:color w:val="202124"/>
          <w:sz w:val="28"/>
          <w:szCs w:val="28"/>
          <w:lang w:val="kk-KZ"/>
        </w:rPr>
        <w:t xml:space="preserve">қарама - </w:t>
      </w:r>
      <w:r w:rsidRPr="00B75A9A">
        <w:rPr>
          <w:rFonts w:ascii="Times New Roman" w:eastAsia="Times New Roman" w:hAnsi="Times New Roman" w:cs="Times New Roman"/>
          <w:color w:val="202124"/>
          <w:sz w:val="28"/>
          <w:szCs w:val="28"/>
          <w:lang w:val="kk-KZ"/>
        </w:rPr>
        <w:t xml:space="preserve">қарсы бағытталған доғаның ұзындығы s параметрі болып табылады. Cәйкесінше, </w:t>
      </w:r>
      <w:r w:rsidRPr="00B75A9A">
        <w:rPr>
          <w:rFonts w:ascii="Times New Roman" w:hAnsi="Times New Roman" w:cs="Times New Roman"/>
          <w:position w:val="-12"/>
          <w:sz w:val="28"/>
          <w:szCs w:val="28"/>
        </w:rPr>
        <w:object w:dxaOrig="2380" w:dyaOrig="380" w14:anchorId="484D4CA9">
          <v:shape id="_x0000_i1053" type="#_x0000_t75" style="width:118.7pt;height:18.2pt" o:ole="">
            <v:imagedata r:id="rId70" o:title=""/>
          </v:shape>
          <o:OLEObject Type="Embed" ProgID="Equation.DSMT4" ShapeID="_x0000_i1053" DrawAspect="Content" ObjectID="_1840331507" r:id="rId71"/>
        </w:object>
      </w:r>
      <w:r w:rsidR="00B547B6" w:rsidRPr="00B75A9A">
        <w:rPr>
          <w:rFonts w:ascii="Times New Roman" w:hAnsi="Times New Roman" w:cs="Times New Roman"/>
          <w:position w:val="-12"/>
          <w:sz w:val="28"/>
          <w:szCs w:val="28"/>
          <w:lang w:val="kk-KZ"/>
        </w:rPr>
        <w:t xml:space="preserve">     </w:t>
      </w:r>
      <w:r w:rsidRPr="00B75A9A">
        <w:rPr>
          <w:rFonts w:ascii="Times New Roman" w:eastAsia="Times New Roman" w:hAnsi="Times New Roman" w:cs="Times New Roman"/>
          <w:color w:val="202124"/>
          <w:sz w:val="28"/>
          <w:szCs w:val="28"/>
          <w:lang w:val="kk-KZ"/>
        </w:rPr>
        <w:t xml:space="preserve">жанама бірлік векторы </w:t>
      </w:r>
      <w:r w:rsidRPr="00B75A9A">
        <w:rPr>
          <w:rFonts w:ascii="Times New Roman" w:hAnsi="Times New Roman" w:cs="Times New Roman"/>
          <w:position w:val="-12"/>
          <w:sz w:val="28"/>
          <w:szCs w:val="28"/>
        </w:rPr>
        <w:object w:dxaOrig="2200" w:dyaOrig="380" w14:anchorId="5882BE71">
          <v:shape id="_x0000_i1054" type="#_x0000_t75" style="width:110.75pt;height:18.2pt" o:ole="">
            <v:imagedata r:id="rId72" o:title=""/>
          </v:shape>
          <o:OLEObject Type="Embed" ProgID="Equation.DSMT4" ShapeID="_x0000_i1054" DrawAspect="Content" ObjectID="_1840331508" r:id="rId73"/>
        </w:object>
      </w:r>
      <w:r w:rsidR="0089298A" w:rsidRPr="00B75A9A">
        <w:rPr>
          <w:rFonts w:ascii="Times New Roman" w:hAnsi="Times New Roman" w:cs="Times New Roman"/>
          <w:position w:val="-12"/>
          <w:sz w:val="28"/>
          <w:szCs w:val="28"/>
          <w:lang w:val="kk-KZ"/>
        </w:rPr>
        <w:t xml:space="preserve"> </w:t>
      </w:r>
      <w:r w:rsidRPr="00B75A9A">
        <w:rPr>
          <w:rFonts w:ascii="Times New Roman" w:eastAsia="Times New Roman" w:hAnsi="Times New Roman" w:cs="Times New Roman"/>
          <w:color w:val="202124"/>
          <w:sz w:val="28"/>
          <w:szCs w:val="28"/>
          <w:lang w:val="kk-KZ"/>
        </w:rPr>
        <w:t>нормальмен теңдігімен байланысады</w:t>
      </w:r>
      <w:r w:rsidR="0089298A" w:rsidRPr="00B75A9A">
        <w:rPr>
          <w:rFonts w:ascii="Times New Roman" w:eastAsia="Times New Roman" w:hAnsi="Times New Roman" w:cs="Times New Roman"/>
          <w:color w:val="202124"/>
          <w:sz w:val="28"/>
          <w:szCs w:val="28"/>
          <w:lang w:val="kk-KZ"/>
        </w:rPr>
        <w:t>.</w:t>
      </w:r>
    </w:p>
    <w:p w14:paraId="192B5A84" w14:textId="306F4F7B" w:rsidR="00C346FE" w:rsidRPr="00B75A9A" w:rsidRDefault="00C346FE" w:rsidP="00351B9E">
      <w:pPr>
        <w:spacing w:after="0" w:line="240" w:lineRule="auto"/>
        <w:ind w:firstLine="708"/>
        <w:jc w:val="both"/>
        <w:rPr>
          <w:rFonts w:ascii="Times New Roman" w:eastAsia="Times New Roman" w:hAnsi="Times New Roman" w:cs="Times New Roman"/>
          <w:color w:val="202124"/>
          <w:sz w:val="28"/>
          <w:szCs w:val="28"/>
          <w:lang w:val="kk-KZ"/>
        </w:rPr>
      </w:pPr>
      <w:r w:rsidRPr="00B75A9A">
        <w:rPr>
          <w:rFonts w:ascii="Times New Roman" w:eastAsia="Times New Roman" w:hAnsi="Times New Roman" w:cs="Times New Roman"/>
          <w:color w:val="202124"/>
          <w:sz w:val="28"/>
          <w:szCs w:val="28"/>
          <w:lang w:val="kk-KZ"/>
        </w:rPr>
        <w:t xml:space="preserve">Одан әрі </w:t>
      </w:r>
      <w:r w:rsidRPr="00B75A9A">
        <w:rPr>
          <w:rFonts w:ascii="Times New Roman" w:hAnsi="Times New Roman" w:cs="Times New Roman"/>
          <w:position w:val="-10"/>
          <w:sz w:val="28"/>
          <w:szCs w:val="28"/>
        </w:rPr>
        <w:object w:dxaOrig="2160" w:dyaOrig="400" w14:anchorId="2AD0E718">
          <v:shape id="_x0000_i1055" type="#_x0000_t75" style="width:110pt;height:18.2pt" o:ole="">
            <v:imagedata r:id="rId74" o:title=""/>
          </v:shape>
          <o:OLEObject Type="Embed" ProgID="Equation.DSMT4" ShapeID="_x0000_i1055" DrawAspect="Content" ObjectID="_1840331509" r:id="rId75"/>
        </w:object>
      </w:r>
      <w:r w:rsidR="0089298A" w:rsidRPr="00B75A9A">
        <w:rPr>
          <w:rFonts w:ascii="Times New Roman" w:hAnsi="Times New Roman" w:cs="Times New Roman"/>
          <w:position w:val="-10"/>
          <w:sz w:val="28"/>
          <w:szCs w:val="28"/>
          <w:lang w:val="kk-KZ"/>
        </w:rPr>
        <w:t xml:space="preserve"> </w:t>
      </w:r>
      <w:r w:rsidRPr="00B75A9A">
        <w:rPr>
          <w:rFonts w:ascii="Times New Roman" w:eastAsia="Times New Roman" w:hAnsi="Times New Roman" w:cs="Times New Roman"/>
          <w:color w:val="202124"/>
          <w:sz w:val="28"/>
          <w:szCs w:val="28"/>
          <w:lang w:val="kk-KZ"/>
        </w:rPr>
        <w:t xml:space="preserve">Γ </w:t>
      </w:r>
      <w:r w:rsidRPr="00B75A9A">
        <w:rPr>
          <w:rFonts w:ascii="Times New Roman" w:eastAsia="Times New Roman" w:hAnsi="Times New Roman" w:cs="Times New Roman"/>
          <w:color w:val="202124"/>
          <w:position w:val="-10"/>
          <w:sz w:val="28"/>
          <w:szCs w:val="28"/>
          <w:lang w:val="kk-KZ"/>
        </w:rPr>
        <w:t xml:space="preserve"> </w:t>
      </w:r>
      <w:r w:rsidRPr="00B75A9A">
        <w:rPr>
          <w:rFonts w:ascii="Times New Roman" w:eastAsia="Times New Roman" w:hAnsi="Times New Roman" w:cs="Times New Roman"/>
          <w:color w:val="202124"/>
          <w:sz w:val="28"/>
          <w:szCs w:val="28"/>
          <w:lang w:val="kk-KZ"/>
        </w:rPr>
        <w:t xml:space="preserve">класына жатады деген болжаммен </w:t>
      </w:r>
      <w:r w:rsidRPr="00B75A9A">
        <w:rPr>
          <w:rFonts w:ascii="Times New Roman" w:hAnsi="Times New Roman" w:cs="Times New Roman"/>
          <w:position w:val="-12"/>
          <w:sz w:val="28"/>
          <w:szCs w:val="28"/>
        </w:rPr>
        <w:object w:dxaOrig="520" w:dyaOrig="360" w14:anchorId="2B3E48BB">
          <v:shape id="_x0000_i1056" type="#_x0000_t75" style="width:27.7pt;height:18.2pt" o:ole="">
            <v:imagedata r:id="rId76" o:title=""/>
          </v:shape>
          <o:OLEObject Type="Embed" ProgID="Equation.DSMT4" ShapeID="_x0000_i1056" DrawAspect="Content" ObjectID="_1840331510" r:id="rId77"/>
        </w:object>
      </w:r>
    </w:p>
    <w:p w14:paraId="35EF00DF" w14:textId="2F75A0E6" w:rsidR="00C346FE" w:rsidRPr="00B75A9A" w:rsidRDefault="00C346FE" w:rsidP="00351B9E">
      <w:pPr>
        <w:spacing w:after="0" w:line="240" w:lineRule="auto"/>
        <w:jc w:val="both"/>
        <w:rPr>
          <w:rFonts w:ascii="Times New Roman" w:eastAsia="Times New Roman" w:hAnsi="Times New Roman" w:cs="Times New Roman"/>
          <w:sz w:val="28"/>
          <w:szCs w:val="28"/>
          <w:lang w:val="kk-KZ"/>
        </w:rPr>
      </w:pPr>
      <w:r w:rsidRPr="00B75A9A">
        <w:rPr>
          <w:rFonts w:ascii="Times New Roman" w:eastAsia="Times New Roman" w:hAnsi="Times New Roman" w:cs="Times New Roman"/>
          <w:sz w:val="28"/>
          <w:szCs w:val="28"/>
          <w:lang w:val="kk-KZ"/>
        </w:rPr>
        <w:t xml:space="preserve">периодтық функциясы ретінде аламыз. </w:t>
      </w:r>
      <w:r w:rsidRPr="00B75A9A">
        <w:rPr>
          <w:rFonts w:ascii="Times New Roman" w:hAnsi="Times New Roman" w:cs="Times New Roman"/>
          <w:position w:val="-6"/>
          <w:sz w:val="28"/>
          <w:szCs w:val="28"/>
        </w:rPr>
        <w:object w:dxaOrig="520" w:dyaOrig="300" w14:anchorId="0F78EC94">
          <v:shape id="_x0000_i1057" type="#_x0000_t75" style="width:27.7pt;height:15.8pt" o:ole="">
            <v:imagedata r:id="rId78" o:title=""/>
          </v:shape>
          <o:OLEObject Type="Embed" ProgID="Equation.DSMT4" ShapeID="_x0000_i1057" DrawAspect="Content" ObjectID="_1840331511" r:id="rId79"/>
        </w:object>
      </w:r>
      <w:r w:rsidRPr="00B75A9A">
        <w:rPr>
          <w:rFonts w:ascii="Times New Roman" w:eastAsia="Times New Roman" w:hAnsi="Times New Roman" w:cs="Times New Roman"/>
          <w:sz w:val="28"/>
          <w:szCs w:val="28"/>
          <w:lang w:val="kk-KZ"/>
        </w:rPr>
        <w:t>жағдайында бұл шартты</w:t>
      </w:r>
      <w:r w:rsidR="0089298A" w:rsidRPr="00B75A9A">
        <w:rPr>
          <w:rFonts w:ascii="Times New Roman" w:eastAsia="Times New Roman" w:hAnsi="Times New Roman" w:cs="Times New Roman"/>
          <w:sz w:val="28"/>
          <w:szCs w:val="28"/>
          <w:lang w:val="kk-KZ"/>
        </w:rPr>
        <w:t xml:space="preserve"> </w:t>
      </w:r>
      <w:r w:rsidRPr="00B75A9A">
        <w:rPr>
          <w:rFonts w:ascii="Times New Roman" w:eastAsia="Times New Roman" w:hAnsi="Times New Roman" w:cs="Times New Roman"/>
          <w:sz w:val="28"/>
          <w:szCs w:val="28"/>
          <w:lang w:val="kk-KZ"/>
        </w:rPr>
        <w:t xml:space="preserve">күшейтеміз </w:t>
      </w:r>
      <w:r w:rsidRPr="00B75A9A">
        <w:rPr>
          <w:rFonts w:ascii="Times New Roman" w:hAnsi="Times New Roman" w:cs="Times New Roman"/>
          <w:position w:val="-6"/>
          <w:sz w:val="28"/>
          <w:szCs w:val="28"/>
        </w:rPr>
        <w:object w:dxaOrig="1140" w:dyaOrig="360" w14:anchorId="2D18978C">
          <v:shape id="_x0000_i1058" type="#_x0000_t75" style="width:56.2pt;height:18.2pt" o:ole="">
            <v:imagedata r:id="rId80" o:title=""/>
          </v:shape>
          <o:OLEObject Type="Embed" ProgID="Equation.DSMT4" ShapeID="_x0000_i1058" DrawAspect="Content" ObjectID="_1840331512" r:id="rId81"/>
        </w:object>
      </w:r>
      <w:r w:rsidR="0089298A" w:rsidRPr="00B75A9A">
        <w:rPr>
          <w:rFonts w:ascii="Times New Roman" w:hAnsi="Times New Roman" w:cs="Times New Roman"/>
          <w:position w:val="-6"/>
          <w:sz w:val="28"/>
          <w:szCs w:val="28"/>
          <w:lang w:val="kk-KZ"/>
        </w:rPr>
        <w:t xml:space="preserve"> </w:t>
      </w:r>
      <w:r w:rsidRPr="00B75A9A">
        <w:rPr>
          <w:rFonts w:ascii="Times New Roman" w:eastAsia="Times New Roman" w:hAnsi="Times New Roman" w:cs="Times New Roman"/>
          <w:sz w:val="28"/>
          <w:szCs w:val="28"/>
          <w:lang w:val="kk-KZ"/>
        </w:rPr>
        <w:t>қандай да бір</w:t>
      </w:r>
      <w:r w:rsidRPr="00B75A9A">
        <w:rPr>
          <w:rFonts w:ascii="Times New Roman" w:hAnsi="Times New Roman" w:cs="Times New Roman"/>
          <w:position w:val="-6"/>
          <w:sz w:val="28"/>
          <w:szCs w:val="28"/>
        </w:rPr>
        <w:object w:dxaOrig="720" w:dyaOrig="300" w14:anchorId="237AAF07">
          <v:shape id="_x0000_i1059" type="#_x0000_t75" style="width:37.2pt;height:15.8pt" o:ole="">
            <v:imagedata r:id="rId82" o:title=""/>
          </v:shape>
          <o:OLEObject Type="Embed" ProgID="Equation.DSMT4" ShapeID="_x0000_i1059" DrawAspect="Content" ObjectID="_1840331513" r:id="rId83"/>
        </w:object>
      </w:r>
      <w:r w:rsidRPr="00B75A9A">
        <w:rPr>
          <w:rFonts w:ascii="Times New Roman" w:eastAsia="Times New Roman" w:hAnsi="Times New Roman" w:cs="Times New Roman"/>
          <w:color w:val="202124"/>
          <w:sz w:val="28"/>
          <w:szCs w:val="28"/>
          <w:lang w:val="kk-KZ"/>
        </w:rPr>
        <w:t xml:space="preserve">. Осыған байланысты </w:t>
      </w:r>
      <w:r w:rsidRPr="00B75A9A">
        <w:rPr>
          <w:rFonts w:ascii="Times New Roman" w:hAnsi="Times New Roman" w:cs="Times New Roman"/>
          <w:position w:val="-6"/>
          <w:sz w:val="28"/>
          <w:szCs w:val="28"/>
        </w:rPr>
        <w:object w:dxaOrig="680" w:dyaOrig="360" w14:anchorId="349958DD">
          <v:shape id="_x0000_i1060" type="#_x0000_t75" style="width:34pt;height:18.2pt" o:ole="">
            <v:imagedata r:id="rId84" o:title=""/>
          </v:shape>
          <o:OLEObject Type="Embed" ProgID="Equation.DSMT4" ShapeID="_x0000_i1060" DrawAspect="Content" ObjectID="_1840331514" r:id="rId85"/>
        </w:object>
      </w:r>
      <w:r w:rsidRPr="00B75A9A">
        <w:rPr>
          <w:rFonts w:ascii="Times New Roman" w:eastAsia="Times New Roman" w:hAnsi="Times New Roman" w:cs="Times New Roman"/>
          <w:color w:val="202124"/>
          <w:sz w:val="28"/>
          <w:szCs w:val="28"/>
          <w:lang w:val="kk-KZ"/>
        </w:rPr>
        <w:t xml:space="preserve"> деп,</w:t>
      </w:r>
    </w:p>
    <w:p w14:paraId="2D013651" w14:textId="4EAA5A9D" w:rsidR="00C346FE" w:rsidRPr="00B75A9A" w:rsidRDefault="00C346FE" w:rsidP="00351B9E">
      <w:pPr>
        <w:spacing w:after="0" w:line="240" w:lineRule="auto"/>
        <w:jc w:val="both"/>
        <w:rPr>
          <w:rFonts w:ascii="Times New Roman" w:eastAsia="Times New Roman" w:hAnsi="Times New Roman" w:cs="Times New Roman"/>
          <w:color w:val="202124"/>
          <w:sz w:val="28"/>
          <w:szCs w:val="28"/>
          <w:lang w:val="kk-KZ"/>
        </w:rPr>
      </w:pPr>
      <w:r w:rsidRPr="00B75A9A">
        <w:rPr>
          <w:rFonts w:ascii="Times New Roman" w:eastAsia="Times New Roman" w:hAnsi="Times New Roman" w:cs="Times New Roman"/>
          <w:color w:val="202124"/>
          <w:sz w:val="28"/>
          <w:szCs w:val="28"/>
          <w:lang w:val="kk-KZ"/>
        </w:rPr>
        <w:t xml:space="preserve">барлық </w:t>
      </w:r>
      <w:r w:rsidRPr="00B75A9A">
        <w:rPr>
          <w:rFonts w:ascii="Times New Roman" w:hAnsi="Times New Roman" w:cs="Times New Roman"/>
          <w:position w:val="-6"/>
          <w:sz w:val="28"/>
          <w:szCs w:val="28"/>
        </w:rPr>
        <w:object w:dxaOrig="720" w:dyaOrig="300" w14:anchorId="79F2EE66">
          <v:shape id="_x0000_i1061" type="#_x0000_t75" style="width:37.2pt;height:15.8pt" o:ole="">
            <v:imagedata r:id="rId86" o:title=""/>
          </v:shape>
          <o:OLEObject Type="Embed" ProgID="Equation.DSMT4" ShapeID="_x0000_i1061" DrawAspect="Content" ObjectID="_1840331515" r:id="rId87"/>
        </w:object>
      </w:r>
      <w:r w:rsidRPr="00B75A9A">
        <w:rPr>
          <w:rFonts w:ascii="Times New Roman" w:eastAsia="Times New Roman" w:hAnsi="Times New Roman" w:cs="Times New Roman"/>
          <w:color w:val="202124"/>
          <w:sz w:val="28"/>
          <w:szCs w:val="28"/>
          <w:lang w:val="kk-KZ"/>
        </w:rPr>
        <w:t xml:space="preserve"> үшін </w:t>
      </w:r>
      <w:r w:rsidRPr="00B75A9A">
        <w:rPr>
          <w:rFonts w:ascii="Times New Roman" w:hAnsi="Times New Roman" w:cs="Times New Roman"/>
          <w:position w:val="-6"/>
          <w:sz w:val="28"/>
          <w:szCs w:val="28"/>
        </w:rPr>
        <w:object w:dxaOrig="700" w:dyaOrig="360" w14:anchorId="77B0B045">
          <v:shape id="_x0000_i1062" type="#_x0000_t75" style="width:37.2pt;height:18.2pt" o:ole="">
            <v:imagedata r:id="rId88" o:title=""/>
          </v:shape>
          <o:OLEObject Type="Embed" ProgID="Equation.DSMT4" ShapeID="_x0000_i1062" DrawAspect="Content" ObjectID="_1840331516" r:id="rId89"/>
        </w:object>
      </w:r>
      <w:r w:rsidRPr="00B75A9A">
        <w:rPr>
          <w:rFonts w:ascii="Times New Roman" w:eastAsia="Times New Roman" w:hAnsi="Times New Roman" w:cs="Times New Roman"/>
          <w:color w:val="202124"/>
          <w:sz w:val="28"/>
          <w:szCs w:val="28"/>
          <w:lang w:val="kk-KZ"/>
        </w:rPr>
        <w:t xml:space="preserve"> кластарының бірігуін түсіну ыңғайлы</w:t>
      </w:r>
      <w:r w:rsidRPr="00B75A9A">
        <w:rPr>
          <w:rFonts w:ascii="Times New Roman" w:eastAsia="Times New Roman" w:hAnsi="Times New Roman" w:cs="Times New Roman"/>
          <w:sz w:val="28"/>
          <w:szCs w:val="28"/>
          <w:lang w:val="kk-KZ"/>
        </w:rPr>
        <w:t xml:space="preserve">. </w:t>
      </w:r>
      <w:r w:rsidRPr="00B75A9A">
        <w:rPr>
          <w:rFonts w:ascii="Times New Roman" w:eastAsia="Times New Roman" w:hAnsi="Times New Roman" w:cs="Times New Roman"/>
          <w:color w:val="202124"/>
          <w:sz w:val="28"/>
          <w:szCs w:val="28"/>
          <w:lang w:val="kk-KZ"/>
        </w:rPr>
        <w:t xml:space="preserve">Атап айтқанда, Γ барлық </w:t>
      </w:r>
      <w:r w:rsidRPr="00B75A9A">
        <w:rPr>
          <w:rFonts w:ascii="Times New Roman" w:hAnsi="Times New Roman" w:cs="Times New Roman"/>
          <w:position w:val="-6"/>
          <w:sz w:val="28"/>
          <w:szCs w:val="28"/>
        </w:rPr>
        <w:object w:dxaOrig="160" w:dyaOrig="300" w14:anchorId="50673296">
          <v:shape id="_x0000_i1063" type="#_x0000_t75" style="width:9.5pt;height:15.8pt" o:ole="">
            <v:imagedata r:id="rId90" o:title=""/>
          </v:shape>
          <o:OLEObject Type="Embed" ProgID="Equation.DSMT4" ShapeID="_x0000_i1063" DrawAspect="Content" ObjectID="_1840331517" r:id="rId91"/>
        </w:object>
      </w:r>
      <w:r w:rsidRPr="00B75A9A">
        <w:rPr>
          <w:rFonts w:ascii="Times New Roman" w:eastAsia="Times New Roman" w:hAnsi="Times New Roman" w:cs="Times New Roman"/>
          <w:color w:val="202124"/>
          <w:sz w:val="28"/>
          <w:szCs w:val="28"/>
          <w:lang w:val="kk-KZ"/>
        </w:rPr>
        <w:t>мәндері үшін осы классқа жатады</w:t>
      </w:r>
      <w:r w:rsidR="0089298A" w:rsidRPr="00B75A9A">
        <w:rPr>
          <w:rFonts w:ascii="Times New Roman" w:eastAsia="Times New Roman" w:hAnsi="Times New Roman" w:cs="Times New Roman"/>
          <w:color w:val="202124"/>
          <w:sz w:val="28"/>
          <w:szCs w:val="28"/>
          <w:lang w:val="kk-KZ"/>
        </w:rPr>
        <w:t>.</w:t>
      </w:r>
    </w:p>
    <w:p w14:paraId="228D89F5" w14:textId="77777777" w:rsidR="00C346FE" w:rsidRPr="00B75A9A" w:rsidRDefault="00C346FE" w:rsidP="00351B9E">
      <w:pPr>
        <w:spacing w:after="0" w:line="240" w:lineRule="auto"/>
        <w:jc w:val="both"/>
        <w:rPr>
          <w:rFonts w:ascii="Times New Roman" w:eastAsia="Times New Roman" w:hAnsi="Times New Roman" w:cs="Times New Roman"/>
          <w:color w:val="202124"/>
          <w:sz w:val="28"/>
          <w:szCs w:val="28"/>
          <w:lang w:val="kk-KZ"/>
        </w:rPr>
      </w:pPr>
      <w:r w:rsidRPr="00B75A9A">
        <w:rPr>
          <w:rFonts w:ascii="Times New Roman" w:eastAsia="Times New Roman" w:hAnsi="Times New Roman" w:cs="Times New Roman"/>
          <w:color w:val="202124"/>
          <w:sz w:val="28"/>
          <w:szCs w:val="28"/>
          <w:lang w:val="kk-KZ"/>
        </w:rPr>
        <w:tab/>
        <w:t xml:space="preserve">  Сонымен, </w:t>
      </w:r>
      <w:r w:rsidRPr="00B75A9A">
        <w:rPr>
          <w:rFonts w:ascii="Times New Roman" w:hAnsi="Times New Roman" w:cs="Times New Roman"/>
          <w:position w:val="-12"/>
          <w:sz w:val="28"/>
          <w:szCs w:val="28"/>
        </w:rPr>
        <w:object w:dxaOrig="620" w:dyaOrig="380" w14:anchorId="220C9782">
          <v:shape id="_x0000_i1064" type="#_x0000_t75" style="width:28.5pt;height:18.2pt" o:ole="">
            <v:imagedata r:id="rId92" o:title=""/>
          </v:shape>
          <o:OLEObject Type="Embed" ProgID="Equation.DSMT4" ShapeID="_x0000_i1064" DrawAspect="Content" ObjectID="_1840331518" r:id="rId93"/>
        </w:object>
      </w:r>
      <w:r w:rsidRPr="00B75A9A">
        <w:rPr>
          <w:rFonts w:ascii="Times New Roman" w:eastAsia="Times New Roman" w:hAnsi="Times New Roman" w:cs="Times New Roman"/>
          <w:color w:val="202124"/>
          <w:sz w:val="28"/>
          <w:szCs w:val="28"/>
          <w:lang w:val="kk-KZ"/>
        </w:rPr>
        <w:t xml:space="preserve"> функциялары, демек шекаралық дифференциалдық</w:t>
      </w:r>
    </w:p>
    <w:p w14:paraId="2AF24F40" w14:textId="653DA4D9" w:rsidR="009850F2" w:rsidRPr="00B75A9A" w:rsidRDefault="00C346FE" w:rsidP="00351B9E">
      <w:pPr>
        <w:spacing w:after="0" w:line="240" w:lineRule="auto"/>
        <w:jc w:val="both"/>
        <w:rPr>
          <w:rFonts w:ascii="Times New Roman" w:hAnsi="Times New Roman" w:cs="Times New Roman"/>
          <w:position w:val="-12"/>
          <w:sz w:val="28"/>
          <w:szCs w:val="28"/>
          <w:lang w:val="kk-KZ"/>
        </w:rPr>
      </w:pPr>
      <w:r w:rsidRPr="00B75A9A">
        <w:rPr>
          <w:rFonts w:ascii="Times New Roman" w:eastAsia="Times New Roman" w:hAnsi="Times New Roman" w:cs="Times New Roman"/>
          <w:color w:val="202124"/>
          <w:sz w:val="28"/>
          <w:szCs w:val="28"/>
          <w:lang w:val="kk-KZ"/>
        </w:rPr>
        <w:t>оп</w:t>
      </w:r>
      <w:r w:rsidR="0089298A" w:rsidRPr="00B75A9A">
        <w:rPr>
          <w:rFonts w:ascii="Times New Roman" w:eastAsia="Times New Roman" w:hAnsi="Times New Roman" w:cs="Times New Roman"/>
          <w:color w:val="202124"/>
          <w:sz w:val="28"/>
          <w:szCs w:val="28"/>
          <w:lang w:val="kk-KZ"/>
        </w:rPr>
        <w:t>ераторлардың коэффициенттері (</w:t>
      </w:r>
      <w:r w:rsidRPr="00B75A9A">
        <w:rPr>
          <w:rFonts w:ascii="Times New Roman" w:eastAsia="Times New Roman" w:hAnsi="Times New Roman" w:cs="Times New Roman"/>
          <w:color w:val="202124"/>
          <w:sz w:val="28"/>
          <w:szCs w:val="28"/>
          <w:lang w:val="kk-KZ"/>
        </w:rPr>
        <w:t xml:space="preserve">3) </w:t>
      </w:r>
      <w:r w:rsidRPr="00B75A9A">
        <w:rPr>
          <w:rFonts w:ascii="Times New Roman" w:hAnsi="Times New Roman" w:cs="Times New Roman"/>
          <w:position w:val="-12"/>
          <w:sz w:val="28"/>
          <w:szCs w:val="28"/>
        </w:rPr>
        <w:object w:dxaOrig="1719" w:dyaOrig="420" w14:anchorId="581D2919">
          <v:shape id="_x0000_i1065" type="#_x0000_t75" style="width:87.8pt;height:20.55pt" o:ole="">
            <v:imagedata r:id="rId94" o:title=""/>
          </v:shape>
          <o:OLEObject Type="Embed" ProgID="Equation.DSMT4" ShapeID="_x0000_i1065" DrawAspect="Content" ObjectID="_1840331519" r:id="rId95"/>
        </w:object>
      </w:r>
      <w:r w:rsidRPr="00B75A9A">
        <w:rPr>
          <w:rFonts w:ascii="Times New Roman" w:eastAsia="Times New Roman" w:hAnsi="Times New Roman" w:cs="Times New Roman"/>
          <w:color w:val="202124"/>
          <w:sz w:val="28"/>
          <w:szCs w:val="28"/>
          <w:lang w:val="kk-KZ"/>
        </w:rPr>
        <w:t xml:space="preserve"> және </w:t>
      </w:r>
      <w:r w:rsidRPr="00B75A9A">
        <w:rPr>
          <w:rFonts w:ascii="Times New Roman" w:hAnsi="Times New Roman" w:cs="Times New Roman"/>
          <w:position w:val="-12"/>
          <w:sz w:val="28"/>
          <w:szCs w:val="28"/>
        </w:rPr>
        <w:object w:dxaOrig="1620" w:dyaOrig="420" w14:anchorId="71BE79DF">
          <v:shape id="_x0000_i1066" type="#_x0000_t75" style="width:80.7pt;height:20.55pt" o:ole="">
            <v:imagedata r:id="rId96" o:title=""/>
          </v:shape>
          <o:OLEObject Type="Embed" ProgID="Equation.DSMT4" ShapeID="_x0000_i1066" DrawAspect="Content" ObjectID="_1840331520" r:id="rId97"/>
        </w:object>
      </w:r>
    </w:p>
    <w:p w14:paraId="2CD71C86" w14:textId="381BAD50" w:rsidR="003E463D" w:rsidRPr="00B75A9A" w:rsidRDefault="00C346FE" w:rsidP="00351B9E">
      <w:pPr>
        <w:jc w:val="both"/>
        <w:rPr>
          <w:rFonts w:ascii="Times New Roman" w:eastAsia="Times New Roman" w:hAnsi="Times New Roman" w:cs="Times New Roman"/>
          <w:color w:val="202124"/>
          <w:sz w:val="28"/>
          <w:szCs w:val="28"/>
          <w:lang w:val="kk-KZ"/>
        </w:rPr>
      </w:pPr>
      <w:r w:rsidRPr="00B75A9A">
        <w:rPr>
          <w:rFonts w:ascii="Times New Roman" w:eastAsia="Times New Roman" w:hAnsi="Times New Roman" w:cs="Times New Roman"/>
          <w:color w:val="202124"/>
          <w:sz w:val="28"/>
          <w:szCs w:val="28"/>
          <w:lang w:val="kk-KZ"/>
        </w:rPr>
        <w:t xml:space="preserve">  </w:t>
      </w:r>
      <w:r w:rsidR="0089298A" w:rsidRPr="00B75A9A">
        <w:rPr>
          <w:rFonts w:ascii="Times New Roman" w:eastAsia="Times New Roman" w:hAnsi="Times New Roman" w:cs="Times New Roman"/>
          <w:color w:val="202124"/>
          <w:sz w:val="28"/>
          <w:szCs w:val="28"/>
          <w:lang w:val="kk-KZ"/>
        </w:rPr>
        <w:t>класына жатады. (1</w:t>
      </w:r>
      <w:r w:rsidR="009850F2" w:rsidRPr="00B75A9A">
        <w:rPr>
          <w:rFonts w:ascii="Times New Roman" w:eastAsia="Times New Roman" w:hAnsi="Times New Roman" w:cs="Times New Roman"/>
          <w:color w:val="202124"/>
          <w:sz w:val="28"/>
          <w:szCs w:val="28"/>
          <w:lang w:val="kk-KZ"/>
        </w:rPr>
        <w:t>) теңдеудің шешімі келесі функциялар класынан ізделінеді</w:t>
      </w:r>
    </w:p>
    <w:p w14:paraId="536E0517" w14:textId="6E157363" w:rsidR="00BA7984" w:rsidRPr="00B75A9A" w:rsidRDefault="00A07FF5" w:rsidP="000358A3">
      <w:pPr>
        <w:spacing w:after="0" w:line="240" w:lineRule="auto"/>
        <w:jc w:val="right"/>
        <w:rPr>
          <w:rFonts w:ascii="Times New Roman" w:eastAsia="Times New Roman" w:hAnsi="Times New Roman" w:cs="Times New Roman"/>
          <w:color w:val="202124"/>
          <w:sz w:val="28"/>
          <w:szCs w:val="28"/>
          <w:lang w:val="kk-KZ"/>
        </w:rPr>
      </w:pPr>
      <w:r w:rsidRPr="00B75A9A">
        <w:rPr>
          <w:rFonts w:ascii="Times New Roman" w:hAnsi="Times New Roman" w:cs="Times New Roman"/>
          <w:position w:val="-36"/>
          <w:sz w:val="28"/>
          <w:szCs w:val="28"/>
        </w:rPr>
        <w:object w:dxaOrig="6220" w:dyaOrig="859" w14:anchorId="33565F64">
          <v:shape id="_x0000_i1067" type="#_x0000_t75" style="width:308.55pt;height:44.3pt" o:ole="">
            <v:imagedata r:id="rId98" o:title=""/>
          </v:shape>
          <o:OLEObject Type="Embed" ProgID="Equation.DSMT4" ShapeID="_x0000_i1067" DrawAspect="Content" ObjectID="_1840331521" r:id="rId99"/>
        </w:object>
      </w:r>
      <w:r w:rsidR="00BA7984" w:rsidRPr="00B75A9A">
        <w:rPr>
          <w:rFonts w:ascii="Times New Roman" w:eastAsia="Times New Roman" w:hAnsi="Times New Roman" w:cs="Times New Roman"/>
          <w:position w:val="-22"/>
          <w:sz w:val="28"/>
          <w:szCs w:val="28"/>
          <w:lang w:val="kk-KZ"/>
        </w:rPr>
        <w:t xml:space="preserve">      </w:t>
      </w:r>
      <w:r w:rsidR="00B70E2D" w:rsidRPr="00B75A9A">
        <w:rPr>
          <w:rFonts w:ascii="Times New Roman" w:eastAsia="Times New Roman" w:hAnsi="Times New Roman" w:cs="Times New Roman"/>
          <w:sz w:val="28"/>
          <w:szCs w:val="28"/>
          <w:lang w:val="kk-KZ"/>
        </w:rPr>
        <w:t xml:space="preserve">           (</w:t>
      </w:r>
      <w:r w:rsidR="00BA7984" w:rsidRPr="00B75A9A">
        <w:rPr>
          <w:rFonts w:ascii="Times New Roman" w:eastAsia="Times New Roman" w:hAnsi="Times New Roman" w:cs="Times New Roman"/>
          <w:sz w:val="28"/>
          <w:szCs w:val="28"/>
          <w:lang w:val="kk-KZ"/>
        </w:rPr>
        <w:t>4)</w:t>
      </w:r>
      <w:r w:rsidR="00BA7984" w:rsidRPr="00B75A9A">
        <w:rPr>
          <w:rFonts w:ascii="Times New Roman" w:eastAsia="Times New Roman" w:hAnsi="Times New Roman" w:cs="Times New Roman"/>
          <w:color w:val="202124"/>
          <w:sz w:val="28"/>
          <w:szCs w:val="28"/>
          <w:lang w:val="kk-KZ"/>
        </w:rPr>
        <w:t xml:space="preserve"> </w:t>
      </w:r>
    </w:p>
    <w:p w14:paraId="3EC616FA" w14:textId="77777777" w:rsidR="003E463D" w:rsidRPr="00B75A9A" w:rsidRDefault="003E463D" w:rsidP="000358A3">
      <w:pPr>
        <w:spacing w:after="0" w:line="240" w:lineRule="auto"/>
        <w:jc w:val="right"/>
        <w:rPr>
          <w:rFonts w:ascii="Times New Roman" w:eastAsia="Times New Roman" w:hAnsi="Times New Roman" w:cs="Times New Roman"/>
          <w:color w:val="202124"/>
          <w:sz w:val="28"/>
          <w:szCs w:val="28"/>
          <w:lang w:val="kk-KZ"/>
        </w:rPr>
      </w:pPr>
    </w:p>
    <w:p w14:paraId="506C4392" w14:textId="77777777" w:rsidR="003E463D" w:rsidRPr="00B75A9A" w:rsidRDefault="003E463D" w:rsidP="003E463D">
      <w:pPr>
        <w:spacing w:after="0" w:line="240" w:lineRule="auto"/>
        <w:rPr>
          <w:rFonts w:ascii="Times New Roman" w:eastAsia="Times New Roman" w:hAnsi="Times New Roman" w:cs="Times New Roman"/>
          <w:color w:val="202124"/>
          <w:sz w:val="28"/>
          <w:szCs w:val="28"/>
          <w:lang w:val="kk-KZ"/>
        </w:rPr>
      </w:pPr>
      <w:r w:rsidRPr="00B75A9A">
        <w:rPr>
          <w:rFonts w:ascii="Times New Roman" w:eastAsia="Times New Roman" w:hAnsi="Times New Roman" w:cs="Times New Roman"/>
          <w:color w:val="202124"/>
          <w:sz w:val="28"/>
          <w:szCs w:val="28"/>
          <w:lang w:val="kk-KZ"/>
        </w:rPr>
        <w:t xml:space="preserve">Өйткені бұл </w:t>
      </w:r>
      <w:r w:rsidRPr="00B75A9A">
        <w:rPr>
          <w:rFonts w:ascii="Times New Roman" w:hAnsi="Times New Roman" w:cs="Times New Roman"/>
          <w:position w:val="-6"/>
          <w:sz w:val="28"/>
          <w:szCs w:val="28"/>
        </w:rPr>
        <w:object w:dxaOrig="220" w:dyaOrig="240" w14:anchorId="13965114">
          <v:shape id="_x0000_i1068" type="#_x0000_t75" style="width:11.85pt;height:11.85pt" o:ole="">
            <v:imagedata r:id="rId100" o:title=""/>
          </v:shape>
          <o:OLEObject Type="Embed" ProgID="Equation.DSMT4" ShapeID="_x0000_i1068" DrawAspect="Content" ObjectID="_1840331522" r:id="rId101"/>
        </w:object>
      </w:r>
      <w:r w:rsidRPr="00B75A9A">
        <w:rPr>
          <w:rFonts w:ascii="Times New Roman" w:eastAsia="Times New Roman" w:hAnsi="Times New Roman" w:cs="Times New Roman"/>
          <w:color w:val="202124"/>
          <w:position w:val="-6"/>
          <w:sz w:val="28"/>
          <w:szCs w:val="28"/>
          <w:lang w:val="kk-KZ"/>
        </w:rPr>
        <w:t xml:space="preserve"> </w:t>
      </w:r>
      <w:r w:rsidRPr="00B75A9A">
        <w:rPr>
          <w:rFonts w:ascii="Times New Roman" w:eastAsia="Times New Roman" w:hAnsi="Times New Roman" w:cs="Times New Roman"/>
          <w:color w:val="202124"/>
          <w:sz w:val="28"/>
          <w:szCs w:val="28"/>
          <w:lang w:val="kk-KZ"/>
        </w:rPr>
        <w:t xml:space="preserve">класстың  элементтері үшін  </w:t>
      </w:r>
    </w:p>
    <w:p w14:paraId="64690E34" w14:textId="77777777" w:rsidR="003E463D" w:rsidRPr="00B75A9A" w:rsidRDefault="003E463D" w:rsidP="003E463D">
      <w:pPr>
        <w:spacing w:after="0" w:line="240" w:lineRule="auto"/>
        <w:rPr>
          <w:rFonts w:ascii="Times New Roman" w:eastAsia="Times New Roman" w:hAnsi="Times New Roman" w:cs="Times New Roman"/>
          <w:color w:val="202124"/>
          <w:sz w:val="28"/>
          <w:szCs w:val="28"/>
          <w:lang w:val="kk-KZ"/>
        </w:rPr>
      </w:pPr>
    </w:p>
    <w:p w14:paraId="2D52DCC0" w14:textId="348FD99F" w:rsidR="003E463D" w:rsidRPr="00B75A9A" w:rsidRDefault="003E463D" w:rsidP="00E1151B">
      <w:pPr>
        <w:spacing w:after="0" w:line="240" w:lineRule="auto"/>
        <w:jc w:val="center"/>
        <w:rPr>
          <w:rFonts w:ascii="Times New Roman" w:eastAsia="Times New Roman" w:hAnsi="Times New Roman" w:cs="Times New Roman"/>
          <w:color w:val="202124"/>
          <w:sz w:val="28"/>
          <w:szCs w:val="28"/>
          <w:lang w:val="kk-KZ"/>
        </w:rPr>
      </w:pPr>
      <w:r w:rsidRPr="00B75A9A">
        <w:rPr>
          <w:rFonts w:ascii="Times New Roman" w:hAnsi="Times New Roman" w:cs="Times New Roman"/>
          <w:position w:val="-34"/>
          <w:sz w:val="28"/>
          <w:szCs w:val="28"/>
        </w:rPr>
        <w:object w:dxaOrig="3320" w:dyaOrig="820" w14:anchorId="08B12644">
          <v:shape id="_x0000_i1069" type="#_x0000_t75" style="width:162.2pt;height:43.5pt" o:ole="">
            <v:imagedata r:id="rId102" o:title=""/>
          </v:shape>
          <o:OLEObject Type="Embed" ProgID="Equation.DSMT4" ShapeID="_x0000_i1069" DrawAspect="Content" ObjectID="_1840331523" r:id="rId103"/>
        </w:object>
      </w:r>
      <w:r w:rsidRPr="00B75A9A">
        <w:rPr>
          <w:rFonts w:ascii="Times New Roman" w:eastAsia="Times New Roman" w:hAnsi="Times New Roman" w:cs="Times New Roman"/>
          <w:color w:val="202124"/>
          <w:sz w:val="28"/>
          <w:szCs w:val="28"/>
          <w:lang w:val="kk-KZ"/>
        </w:rPr>
        <w:t>,</w:t>
      </w:r>
    </w:p>
    <w:p w14:paraId="5EEB6EE4" w14:textId="77777777" w:rsidR="003E463D" w:rsidRPr="00B75A9A" w:rsidRDefault="003E463D" w:rsidP="003E463D">
      <w:pPr>
        <w:spacing w:after="0" w:line="240" w:lineRule="auto"/>
        <w:jc w:val="right"/>
        <w:rPr>
          <w:rFonts w:ascii="Times New Roman" w:eastAsia="Times New Roman" w:hAnsi="Times New Roman" w:cs="Times New Roman"/>
          <w:color w:val="202124"/>
          <w:sz w:val="28"/>
          <w:szCs w:val="28"/>
          <w:lang w:val="kk-KZ"/>
        </w:rPr>
      </w:pPr>
    </w:p>
    <w:p w14:paraId="681DEFE3" w14:textId="1DD7CFA5" w:rsidR="003E463D" w:rsidRPr="00B75A9A" w:rsidRDefault="003E463D" w:rsidP="0089298A">
      <w:pPr>
        <w:spacing w:after="0" w:line="240" w:lineRule="auto"/>
        <w:jc w:val="both"/>
        <w:rPr>
          <w:rFonts w:ascii="Times New Roman" w:eastAsia="Times New Roman" w:hAnsi="Times New Roman" w:cs="Times New Roman"/>
          <w:color w:val="202124"/>
          <w:sz w:val="28"/>
          <w:szCs w:val="28"/>
          <w:lang w:val="kk-KZ"/>
        </w:rPr>
      </w:pPr>
      <w:r w:rsidRPr="00B75A9A">
        <w:rPr>
          <w:rFonts w:ascii="Times New Roman" w:eastAsia="Times New Roman" w:hAnsi="Times New Roman" w:cs="Times New Roman"/>
          <w:color w:val="202124"/>
          <w:sz w:val="28"/>
          <w:szCs w:val="28"/>
          <w:lang w:val="kk-KZ"/>
        </w:rPr>
        <w:t xml:space="preserve">теңдеуінің </w:t>
      </w:r>
      <w:r w:rsidRPr="00B75A9A">
        <w:rPr>
          <w:rFonts w:ascii="Times New Roman" w:hAnsi="Times New Roman" w:cs="Times New Roman"/>
          <w:position w:val="-12"/>
          <w:sz w:val="28"/>
          <w:szCs w:val="28"/>
        </w:rPr>
        <w:object w:dxaOrig="260" w:dyaOrig="360" w14:anchorId="0F15A272">
          <v:shape id="_x0000_i1070" type="#_x0000_t75" style="width:11.85pt;height:18.2pt" o:ole="">
            <v:imagedata r:id="rId104" o:title=""/>
          </v:shape>
          <o:OLEObject Type="Embed" ProgID="Equation.DSMT4" ShapeID="_x0000_i1070" DrawAspect="Content" ObjectID="_1840331524" r:id="rId105"/>
        </w:object>
      </w:r>
      <w:r w:rsidRPr="00B75A9A">
        <w:rPr>
          <w:rFonts w:ascii="Times New Roman" w:eastAsia="Times New Roman" w:hAnsi="Times New Roman" w:cs="Times New Roman"/>
          <w:color w:val="202124"/>
          <w:sz w:val="28"/>
          <w:szCs w:val="28"/>
          <w:lang w:val="kk-KZ"/>
        </w:rPr>
        <w:t xml:space="preserve"> оң жағы </w:t>
      </w:r>
      <w:r w:rsidRPr="00B75A9A">
        <w:rPr>
          <w:rFonts w:ascii="Times New Roman" w:hAnsi="Times New Roman" w:cs="Times New Roman"/>
          <w:position w:val="-12"/>
          <w:sz w:val="28"/>
          <w:szCs w:val="28"/>
        </w:rPr>
        <w:object w:dxaOrig="840" w:dyaOrig="440" w14:anchorId="4C05BB8A">
          <v:shape id="_x0000_i1071" type="#_x0000_t75" style="width:45.1pt;height:20.55pt" o:ole="">
            <v:imagedata r:id="rId106" o:title=""/>
          </v:shape>
          <o:OLEObject Type="Embed" ProgID="Equation.DSMT4" ShapeID="_x0000_i1071" DrawAspect="Content" ObjectID="_1840331525" r:id="rId107"/>
        </w:object>
      </w:r>
      <w:r w:rsidRPr="00B75A9A">
        <w:rPr>
          <w:rFonts w:ascii="Times New Roman" w:eastAsia="Times New Roman" w:hAnsi="Times New Roman" w:cs="Times New Roman"/>
          <w:position w:val="-20"/>
          <w:sz w:val="28"/>
          <w:szCs w:val="28"/>
          <w:lang w:val="kk-KZ"/>
        </w:rPr>
        <w:t xml:space="preserve"> </w:t>
      </w:r>
      <w:r w:rsidRPr="00B75A9A">
        <w:rPr>
          <w:rFonts w:ascii="Times New Roman" w:eastAsia="Times New Roman" w:hAnsi="Times New Roman" w:cs="Times New Roman"/>
          <w:color w:val="202124"/>
          <w:sz w:val="28"/>
          <w:szCs w:val="28"/>
          <w:lang w:val="kk-KZ"/>
        </w:rPr>
        <w:t>кеңістігіне тиесілі болуы керек.</w:t>
      </w:r>
      <w:r w:rsidR="00B547B6" w:rsidRPr="00B75A9A">
        <w:rPr>
          <w:rFonts w:ascii="Times New Roman" w:eastAsia="Times New Roman" w:hAnsi="Times New Roman" w:cs="Times New Roman"/>
          <w:color w:val="202124"/>
          <w:sz w:val="28"/>
          <w:szCs w:val="28"/>
          <w:lang w:val="kk-KZ"/>
        </w:rPr>
        <w:t xml:space="preserve"> </w:t>
      </w:r>
      <w:r w:rsidRPr="00B75A9A">
        <w:rPr>
          <w:rFonts w:ascii="Times New Roman" w:eastAsia="Times New Roman" w:hAnsi="Times New Roman" w:cs="Times New Roman"/>
          <w:color w:val="000000" w:themeColor="text1"/>
          <w:kern w:val="24"/>
          <w:sz w:val="28"/>
          <w:szCs w:val="28"/>
          <w:lang w:val="kk-KZ"/>
        </w:rPr>
        <w:t>Оператордың фредгольмді шешімділігі және есептің индексі келесі шенелген</w:t>
      </w:r>
      <w:r w:rsidR="0089298A" w:rsidRPr="00B75A9A">
        <w:rPr>
          <w:rFonts w:ascii="Times New Roman" w:eastAsia="Times New Roman" w:hAnsi="Times New Roman" w:cs="Times New Roman"/>
          <w:color w:val="202124"/>
          <w:sz w:val="28"/>
          <w:szCs w:val="28"/>
          <w:lang w:val="kk-KZ"/>
        </w:rPr>
        <w:t xml:space="preserve"> </w:t>
      </w:r>
      <w:r w:rsidRPr="00B75A9A">
        <w:rPr>
          <w:rFonts w:ascii="Times New Roman" w:eastAsia="Times New Roman" w:hAnsi="Times New Roman" w:cs="Times New Roman"/>
          <w:color w:val="000000" w:themeColor="text1"/>
          <w:kern w:val="24"/>
          <w:sz w:val="28"/>
          <w:szCs w:val="28"/>
          <w:lang w:val="kk-KZ"/>
        </w:rPr>
        <w:t>операторға қатысты анықталады</w:t>
      </w:r>
    </w:p>
    <w:p w14:paraId="5F88CFA6" w14:textId="77777777" w:rsidR="00BA7984" w:rsidRPr="00B75A9A" w:rsidRDefault="00BA7984" w:rsidP="000358A3">
      <w:pPr>
        <w:spacing w:after="0" w:line="240" w:lineRule="auto"/>
        <w:jc w:val="both"/>
        <w:rPr>
          <w:rFonts w:ascii="Times New Roman" w:eastAsia="Times New Roman" w:hAnsi="Times New Roman" w:cs="Times New Roman"/>
          <w:color w:val="000000" w:themeColor="text1"/>
          <w:kern w:val="24"/>
          <w:sz w:val="28"/>
          <w:szCs w:val="28"/>
          <w:lang w:val="kk-KZ"/>
        </w:rPr>
      </w:pPr>
    </w:p>
    <w:p w14:paraId="1E92FAA2" w14:textId="77777777" w:rsidR="00BA7984" w:rsidRPr="00B75A9A" w:rsidRDefault="00A07FF5" w:rsidP="000358A3">
      <w:pPr>
        <w:spacing w:after="0" w:line="240" w:lineRule="auto"/>
        <w:jc w:val="center"/>
        <w:rPr>
          <w:rFonts w:ascii="Times New Roman" w:hAnsi="Times New Roman" w:cs="Times New Roman"/>
          <w:position w:val="-36"/>
          <w:sz w:val="28"/>
          <w:szCs w:val="28"/>
          <w:lang w:val="kk-KZ"/>
        </w:rPr>
      </w:pPr>
      <w:r w:rsidRPr="00B75A9A">
        <w:rPr>
          <w:rFonts w:ascii="Times New Roman" w:hAnsi="Times New Roman" w:cs="Times New Roman"/>
          <w:position w:val="-36"/>
          <w:sz w:val="28"/>
          <w:szCs w:val="28"/>
        </w:rPr>
        <w:object w:dxaOrig="4040" w:dyaOrig="820" w14:anchorId="12F88BF4">
          <v:shape id="_x0000_i1072" type="#_x0000_t75" style="width:201.75pt;height:43.5pt" o:ole="">
            <v:imagedata r:id="rId108" o:title=""/>
          </v:shape>
          <o:OLEObject Type="Embed" ProgID="Equation.DSMT4" ShapeID="_x0000_i1072" DrawAspect="Content" ObjectID="_1840331526" r:id="rId109"/>
        </w:object>
      </w:r>
    </w:p>
    <w:p w14:paraId="07A5DED7" w14:textId="77777777" w:rsidR="000358A3" w:rsidRPr="00B75A9A" w:rsidRDefault="000358A3" w:rsidP="000358A3">
      <w:pPr>
        <w:spacing w:after="0" w:line="240" w:lineRule="auto"/>
        <w:rPr>
          <w:rFonts w:ascii="Times New Roman" w:eastAsia="Times New Roman" w:hAnsi="Times New Roman" w:cs="Times New Roman"/>
          <w:color w:val="000000" w:themeColor="text1"/>
          <w:kern w:val="24"/>
          <w:sz w:val="28"/>
          <w:szCs w:val="28"/>
          <w:lang w:val="kk-KZ"/>
        </w:rPr>
      </w:pPr>
    </w:p>
    <w:p w14:paraId="01628440" w14:textId="21A9EEE9" w:rsidR="00BA7984" w:rsidRPr="00B75A9A" w:rsidRDefault="00B547B6" w:rsidP="000358A3">
      <w:pPr>
        <w:spacing w:after="0" w:line="240" w:lineRule="auto"/>
        <w:jc w:val="both"/>
        <w:rPr>
          <w:rFonts w:ascii="Times New Roman" w:eastAsia="Times New Roman" w:hAnsi="Times New Roman" w:cs="Times New Roman"/>
          <w:color w:val="000000" w:themeColor="text1"/>
          <w:kern w:val="24"/>
          <w:sz w:val="28"/>
          <w:szCs w:val="28"/>
          <w:lang w:val="kk-KZ"/>
        </w:rPr>
      </w:pPr>
      <w:r w:rsidRPr="00B75A9A">
        <w:rPr>
          <w:rFonts w:ascii="Times New Roman" w:eastAsia="Times New Roman" w:hAnsi="Times New Roman" w:cs="Times New Roman"/>
          <w:color w:val="000000" w:themeColor="text1"/>
          <w:kern w:val="24"/>
          <w:sz w:val="28"/>
          <w:szCs w:val="28"/>
          <w:lang w:val="kk-KZ"/>
        </w:rPr>
        <w:t>(1) теңдеуі мен (3</w:t>
      </w:r>
      <w:r w:rsidR="00BA7984" w:rsidRPr="00B75A9A">
        <w:rPr>
          <w:rFonts w:ascii="Times New Roman" w:eastAsia="Times New Roman" w:hAnsi="Times New Roman" w:cs="Times New Roman"/>
          <w:color w:val="000000" w:themeColor="text1"/>
          <w:kern w:val="24"/>
          <w:sz w:val="28"/>
          <w:szCs w:val="28"/>
          <w:lang w:val="kk-KZ"/>
        </w:rPr>
        <w:t xml:space="preserve">) шеттік шартын ескере отырып </w:t>
      </w:r>
      <w:r w:rsidR="00A07FF5" w:rsidRPr="00B75A9A">
        <w:rPr>
          <w:rFonts w:ascii="Times New Roman" w:hAnsi="Times New Roman" w:cs="Times New Roman"/>
          <w:position w:val="-12"/>
          <w:sz w:val="28"/>
          <w:szCs w:val="28"/>
        </w:rPr>
        <w:object w:dxaOrig="560" w:dyaOrig="360" w14:anchorId="641DDBEA">
          <v:shape id="_x0000_i1073" type="#_x0000_t75" style="width:26.9pt;height:18.2pt" o:ole="">
            <v:imagedata r:id="rId110" o:title=""/>
          </v:shape>
          <o:OLEObject Type="Embed" ProgID="Equation.DSMT4" ShapeID="_x0000_i1073" DrawAspect="Content" ObjectID="_1840331527" r:id="rId111"/>
        </w:object>
      </w:r>
      <w:r w:rsidR="00BA7984" w:rsidRPr="00B75A9A">
        <w:rPr>
          <w:rFonts w:ascii="Times New Roman" w:eastAsia="Times New Roman" w:hAnsi="Times New Roman" w:cs="Times New Roman"/>
          <w:color w:val="000000" w:themeColor="text1"/>
          <w:kern w:val="24"/>
          <w:sz w:val="28"/>
          <w:szCs w:val="28"/>
          <w:lang w:val="kk-KZ"/>
        </w:rPr>
        <w:t xml:space="preserve"> және </w:t>
      </w:r>
      <w:r w:rsidR="00A07FF5" w:rsidRPr="00B75A9A">
        <w:rPr>
          <w:rFonts w:ascii="Times New Roman" w:hAnsi="Times New Roman" w:cs="Times New Roman"/>
          <w:position w:val="-4"/>
          <w:sz w:val="28"/>
          <w:szCs w:val="28"/>
        </w:rPr>
        <w:object w:dxaOrig="260" w:dyaOrig="279" w14:anchorId="688A9CC3">
          <v:shape id="_x0000_i1074" type="#_x0000_t75" style="width:11.85pt;height:15.8pt" o:ole="">
            <v:imagedata r:id="rId112" o:title=""/>
          </v:shape>
          <o:OLEObject Type="Embed" ProgID="Equation.DSMT4" ShapeID="_x0000_i1074" DrawAspect="Content" ObjectID="_1840331528" r:id="rId113"/>
        </w:object>
      </w:r>
      <w:r w:rsidR="00BA7984" w:rsidRPr="00B75A9A">
        <w:rPr>
          <w:rFonts w:ascii="Times New Roman" w:eastAsia="Times New Roman" w:hAnsi="Times New Roman" w:cs="Times New Roman"/>
          <w:position w:val="-4"/>
          <w:sz w:val="28"/>
          <w:szCs w:val="28"/>
          <w:lang w:val="kk-KZ"/>
        </w:rPr>
        <w:t xml:space="preserve"> </w:t>
      </w:r>
      <w:r w:rsidR="00BA7984" w:rsidRPr="00B75A9A">
        <w:rPr>
          <w:rFonts w:ascii="Times New Roman" w:eastAsia="Times New Roman" w:hAnsi="Times New Roman" w:cs="Times New Roman"/>
          <w:sz w:val="28"/>
          <w:szCs w:val="28"/>
          <w:lang w:val="kk-KZ"/>
        </w:rPr>
        <w:t>(</w:t>
      </w:r>
      <w:r w:rsidR="00A07FF5" w:rsidRPr="00B75A9A">
        <w:rPr>
          <w:rFonts w:ascii="Times New Roman" w:hAnsi="Times New Roman" w:cs="Times New Roman"/>
          <w:position w:val="-6"/>
          <w:sz w:val="28"/>
          <w:szCs w:val="28"/>
        </w:rPr>
        <w:object w:dxaOrig="660" w:dyaOrig="300" w14:anchorId="28ACCF3D">
          <v:shape id="_x0000_i1075" type="#_x0000_t75" style="width:34pt;height:15.8pt" o:ole="">
            <v:imagedata r:id="rId114" o:title=""/>
          </v:shape>
          <o:OLEObject Type="Embed" ProgID="Equation.DSMT4" ShapeID="_x0000_i1075" DrawAspect="Content" ObjectID="_1840331529" r:id="rId115"/>
        </w:object>
      </w:r>
      <w:r w:rsidRPr="00B75A9A">
        <w:rPr>
          <w:rFonts w:ascii="Times New Roman" w:eastAsia="Times New Roman" w:hAnsi="Times New Roman" w:cs="Times New Roman"/>
          <w:position w:val="-6"/>
          <w:sz w:val="28"/>
          <w:szCs w:val="28"/>
          <w:lang w:val="kk-KZ"/>
        </w:rPr>
        <w:t xml:space="preserve"> </w:t>
      </w:r>
      <w:r w:rsidR="00BA7984" w:rsidRPr="00B75A9A">
        <w:rPr>
          <w:rFonts w:ascii="Times New Roman" w:eastAsia="Times New Roman" w:hAnsi="Times New Roman" w:cs="Times New Roman"/>
          <w:position w:val="-20"/>
          <w:sz w:val="28"/>
          <w:szCs w:val="28"/>
          <w:lang w:val="kk-KZ"/>
        </w:rPr>
        <w:t xml:space="preserve"> </w:t>
      </w:r>
      <w:r w:rsidR="00BA7984" w:rsidRPr="00B75A9A">
        <w:rPr>
          <w:rFonts w:ascii="Times New Roman" w:eastAsia="Times New Roman" w:hAnsi="Times New Roman" w:cs="Times New Roman"/>
          <w:color w:val="000000" w:themeColor="text1"/>
          <w:kern w:val="24"/>
          <w:sz w:val="28"/>
          <w:szCs w:val="28"/>
          <w:lang w:val="kk-KZ"/>
        </w:rPr>
        <w:t xml:space="preserve">жәнe </w:t>
      </w:r>
      <w:r w:rsidR="00A07FF5" w:rsidRPr="00B75A9A">
        <w:rPr>
          <w:rFonts w:ascii="Times New Roman" w:hAnsi="Times New Roman" w:cs="Times New Roman"/>
          <w:position w:val="-6"/>
          <w:sz w:val="28"/>
          <w:szCs w:val="28"/>
        </w:rPr>
        <w:object w:dxaOrig="660" w:dyaOrig="300" w14:anchorId="08972E4E">
          <v:shape id="_x0000_i1076" type="#_x0000_t75" style="width:34pt;height:15.8pt" o:ole="">
            <v:imagedata r:id="rId116" o:title=""/>
          </v:shape>
          <o:OLEObject Type="Embed" ProgID="Equation.DSMT4" ShapeID="_x0000_i1076" DrawAspect="Content" ObjectID="_1840331530" r:id="rId117"/>
        </w:object>
      </w:r>
      <w:r w:rsidR="00BA7984" w:rsidRPr="00B75A9A">
        <w:rPr>
          <w:rFonts w:ascii="Times New Roman" w:eastAsia="Times New Roman" w:hAnsi="Times New Roman" w:cs="Times New Roman"/>
          <w:position w:val="-6"/>
          <w:sz w:val="28"/>
          <w:szCs w:val="28"/>
          <w:lang w:val="kk-KZ"/>
        </w:rPr>
        <w:t xml:space="preserve"> </w:t>
      </w:r>
      <w:r w:rsidR="00BA7984" w:rsidRPr="00B75A9A">
        <w:rPr>
          <w:rFonts w:ascii="Times New Roman" w:eastAsia="Times New Roman" w:hAnsi="Times New Roman" w:cs="Times New Roman"/>
          <w:color w:val="000000" w:themeColor="text1"/>
          <w:kern w:val="24"/>
          <w:sz w:val="28"/>
          <w:szCs w:val="28"/>
          <w:lang w:val="kk-KZ"/>
        </w:rPr>
        <w:t xml:space="preserve">өлшемді) матрицаларды аламыз. Осылардың көмегімен </w:t>
      </w:r>
      <w:r w:rsidR="00A07FF5" w:rsidRPr="00B75A9A">
        <w:rPr>
          <w:rFonts w:ascii="Times New Roman" w:hAnsi="Times New Roman" w:cs="Times New Roman"/>
          <w:position w:val="-12"/>
          <w:sz w:val="28"/>
          <w:szCs w:val="28"/>
        </w:rPr>
        <w:object w:dxaOrig="2220" w:dyaOrig="360" w14:anchorId="2AD82354">
          <v:shape id="_x0000_i1077" type="#_x0000_t75" style="width:110.75pt;height:18.2pt" o:ole="">
            <v:imagedata r:id="rId118" o:title=""/>
          </v:shape>
          <o:OLEObject Type="Embed" ProgID="Equation.DSMT4" ShapeID="_x0000_i1077" DrawAspect="Content" ObjectID="_1840331531" r:id="rId119"/>
        </w:object>
      </w:r>
      <w:r w:rsidR="00BA7984" w:rsidRPr="00B75A9A">
        <w:rPr>
          <w:rFonts w:ascii="Times New Roman" w:eastAsia="Times New Roman" w:hAnsi="Times New Roman" w:cs="Times New Roman"/>
          <w:color w:val="000000" w:themeColor="text1"/>
          <w:kern w:val="24"/>
          <w:sz w:val="28"/>
          <w:szCs w:val="28"/>
          <w:lang w:val="kk-KZ"/>
        </w:rPr>
        <w:t xml:space="preserve"> </w:t>
      </w:r>
      <w:r w:rsidRPr="00B75A9A">
        <w:rPr>
          <w:rFonts w:ascii="Times New Roman" w:eastAsia="Times New Roman" w:hAnsi="Times New Roman" w:cs="Times New Roman"/>
          <w:color w:val="000000" w:themeColor="text1"/>
          <w:kern w:val="24"/>
          <w:sz w:val="28"/>
          <w:szCs w:val="28"/>
          <w:lang w:val="kk-KZ"/>
        </w:rPr>
        <w:t xml:space="preserve"> </w:t>
      </w:r>
      <w:r w:rsidR="00BA7984" w:rsidRPr="00B75A9A">
        <w:rPr>
          <w:rFonts w:ascii="Times New Roman" w:eastAsia="Times New Roman" w:hAnsi="Times New Roman" w:cs="Times New Roman"/>
          <w:color w:val="000000" w:themeColor="text1"/>
          <w:kern w:val="24"/>
          <w:sz w:val="28"/>
          <w:szCs w:val="28"/>
          <w:lang w:val="kk-KZ"/>
        </w:rPr>
        <w:t>(</w:t>
      </w:r>
      <w:r w:rsidR="00A07FF5" w:rsidRPr="00B75A9A">
        <w:rPr>
          <w:rFonts w:ascii="Times New Roman" w:hAnsi="Times New Roman" w:cs="Times New Roman"/>
          <w:position w:val="-6"/>
          <w:sz w:val="28"/>
          <w:szCs w:val="28"/>
        </w:rPr>
        <w:object w:dxaOrig="499" w:dyaOrig="300" w14:anchorId="40D021CF">
          <v:shape id="_x0000_i1078" type="#_x0000_t75" style="width:25.3pt;height:15.8pt" o:ole="">
            <v:imagedata r:id="rId120" o:title=""/>
          </v:shape>
          <o:OLEObject Type="Embed" ProgID="Equation.DSMT4" ShapeID="_x0000_i1078" DrawAspect="Content" ObjectID="_1840331532" r:id="rId121"/>
        </w:object>
      </w:r>
      <w:r w:rsidR="00BA7984" w:rsidRPr="00B75A9A">
        <w:rPr>
          <w:rFonts w:ascii="Times New Roman" w:eastAsia="Times New Roman" w:hAnsi="Times New Roman" w:cs="Times New Roman"/>
          <w:position w:val="-6"/>
          <w:sz w:val="28"/>
          <w:szCs w:val="28"/>
          <w:lang w:val="kk-KZ"/>
        </w:rPr>
        <w:t xml:space="preserve"> </w:t>
      </w:r>
      <w:r w:rsidR="00BA7984" w:rsidRPr="00B75A9A">
        <w:rPr>
          <w:rFonts w:ascii="Times New Roman" w:eastAsia="Times New Roman" w:hAnsi="Times New Roman" w:cs="Times New Roman"/>
          <w:color w:val="000000" w:themeColor="text1"/>
          <w:kern w:val="24"/>
          <w:sz w:val="28"/>
          <w:szCs w:val="28"/>
          <w:lang w:val="kk-KZ"/>
        </w:rPr>
        <w:t>өлшемді) матрицалық функция құрылады.</w:t>
      </w:r>
    </w:p>
    <w:p w14:paraId="3B7829D2" w14:textId="77777777" w:rsidR="00BA7984" w:rsidRPr="00B75A9A" w:rsidRDefault="00BA7984" w:rsidP="000358A3">
      <w:pPr>
        <w:spacing w:after="0" w:line="240" w:lineRule="auto"/>
        <w:jc w:val="both"/>
        <w:rPr>
          <w:rFonts w:ascii="Times New Roman" w:eastAsia="Times New Roman" w:hAnsi="Times New Roman" w:cs="Times New Roman"/>
          <w:color w:val="202124"/>
          <w:sz w:val="28"/>
          <w:szCs w:val="28"/>
          <w:lang w:val="kk-KZ"/>
        </w:rPr>
      </w:pPr>
    </w:p>
    <w:p w14:paraId="0BE93B54" w14:textId="2C2A412E" w:rsidR="00BA7984" w:rsidRPr="00B75A9A" w:rsidRDefault="00E77AA4" w:rsidP="00351B9E">
      <w:pPr>
        <w:spacing w:after="0" w:line="240" w:lineRule="auto"/>
        <w:ind w:firstLine="708"/>
        <w:jc w:val="both"/>
        <w:rPr>
          <w:rFonts w:ascii="Times New Roman" w:eastAsia="Times New Roman" w:hAnsi="Times New Roman" w:cs="Times New Roman"/>
          <w:color w:val="000000" w:themeColor="text1"/>
          <w:kern w:val="24"/>
          <w:sz w:val="28"/>
          <w:szCs w:val="28"/>
          <w:lang w:val="kk-KZ"/>
        </w:rPr>
      </w:pPr>
      <w:r w:rsidRPr="00B75A9A">
        <w:rPr>
          <w:rFonts w:ascii="Times New Roman" w:eastAsia="Times New Roman" w:hAnsi="Times New Roman" w:cs="Times New Roman"/>
          <w:b/>
          <w:bCs/>
          <w:color w:val="000000" w:themeColor="text1"/>
          <w:kern w:val="24"/>
          <w:sz w:val="28"/>
          <w:szCs w:val="28"/>
          <w:lang w:val="kk-KZ"/>
        </w:rPr>
        <w:t>Теорема 1</w:t>
      </w:r>
      <w:r w:rsidR="00B402DE">
        <w:rPr>
          <w:rFonts w:ascii="Times New Roman" w:eastAsia="Times New Roman" w:hAnsi="Times New Roman" w:cs="Times New Roman"/>
          <w:b/>
          <w:bCs/>
          <w:color w:val="000000" w:themeColor="text1"/>
          <w:kern w:val="24"/>
          <w:sz w:val="28"/>
          <w:szCs w:val="28"/>
          <w:lang w:val="kk-KZ"/>
        </w:rPr>
        <w:t>.</w:t>
      </w:r>
      <w:r w:rsidR="00BA7984" w:rsidRPr="00B75A9A">
        <w:rPr>
          <w:rFonts w:ascii="Times New Roman" w:eastAsia="Times New Roman" w:hAnsi="Times New Roman" w:cs="Times New Roman"/>
          <w:color w:val="000000" w:themeColor="text1"/>
          <w:kern w:val="24"/>
          <w:sz w:val="28"/>
          <w:szCs w:val="28"/>
          <w:lang w:val="kk-KZ"/>
        </w:rPr>
        <w:t xml:space="preserve">  Егер</w:t>
      </w:r>
    </w:p>
    <w:p w14:paraId="0D95C2E3" w14:textId="77777777" w:rsidR="00BA7984" w:rsidRPr="00B75A9A" w:rsidRDefault="00BA7984" w:rsidP="000358A3">
      <w:pPr>
        <w:spacing w:after="0" w:line="240" w:lineRule="auto"/>
        <w:jc w:val="both"/>
        <w:rPr>
          <w:rFonts w:ascii="Times New Roman" w:eastAsia="Times New Roman" w:hAnsi="Times New Roman" w:cs="Times New Roman"/>
          <w:sz w:val="28"/>
          <w:szCs w:val="28"/>
          <w:lang w:val="kk-KZ"/>
        </w:rPr>
      </w:pPr>
    </w:p>
    <w:p w14:paraId="456228E0" w14:textId="5E7058C1" w:rsidR="00BA7984" w:rsidRPr="00B75A9A" w:rsidRDefault="00BA7984" w:rsidP="00B70E2D">
      <w:pPr>
        <w:spacing w:after="0" w:line="240" w:lineRule="auto"/>
        <w:jc w:val="right"/>
        <w:rPr>
          <w:rFonts w:ascii="Times New Roman" w:eastAsia="Times New Roman" w:hAnsi="Times New Roman" w:cs="Times New Roman"/>
          <w:i/>
          <w:color w:val="000000" w:themeColor="text1"/>
          <w:kern w:val="24"/>
          <w:sz w:val="28"/>
          <w:szCs w:val="28"/>
          <w:lang w:val="kk-KZ"/>
        </w:rPr>
      </w:pPr>
      <w:r w:rsidRPr="00B75A9A">
        <w:rPr>
          <w:rFonts w:ascii="Times New Roman" w:eastAsia="Times New Roman" w:hAnsi="Times New Roman" w:cs="Times New Roman"/>
          <w:color w:val="000000" w:themeColor="text1"/>
          <w:kern w:val="24"/>
          <w:sz w:val="28"/>
          <w:szCs w:val="28"/>
          <w:lang w:val="kk-KZ"/>
        </w:rPr>
        <w:t xml:space="preserve">                                         </w:t>
      </w:r>
      <w:r w:rsidR="00A07FF5" w:rsidRPr="00B75A9A">
        <w:rPr>
          <w:rFonts w:ascii="Times New Roman" w:hAnsi="Times New Roman" w:cs="Times New Roman"/>
          <w:position w:val="-12"/>
          <w:sz w:val="28"/>
          <w:szCs w:val="28"/>
        </w:rPr>
        <w:object w:dxaOrig="2460" w:dyaOrig="360" w14:anchorId="0BADE94E">
          <v:shape id="_x0000_i1079" type="#_x0000_t75" style="width:123.45pt;height:18.2pt" o:ole="">
            <v:imagedata r:id="rId122" o:title=""/>
          </v:shape>
          <o:OLEObject Type="Embed" ProgID="Equation.DSMT4" ShapeID="_x0000_i1079" DrawAspect="Content" ObjectID="_1840331533" r:id="rId123"/>
        </w:object>
      </w:r>
      <w:r w:rsidRPr="00B75A9A">
        <w:rPr>
          <w:rFonts w:ascii="Times New Roman" w:eastAsia="Times New Roman" w:hAnsi="Times New Roman" w:cs="Times New Roman"/>
          <w:i/>
          <w:color w:val="000000" w:themeColor="text1"/>
          <w:kern w:val="24"/>
          <w:sz w:val="28"/>
          <w:szCs w:val="28"/>
          <w:lang w:val="kk-KZ"/>
        </w:rPr>
        <w:t xml:space="preserve">        </w:t>
      </w:r>
      <w:r w:rsidR="00B70E2D" w:rsidRPr="00B75A9A">
        <w:rPr>
          <w:rFonts w:ascii="Times New Roman" w:eastAsia="Times New Roman" w:hAnsi="Times New Roman" w:cs="Times New Roman"/>
          <w:i/>
          <w:color w:val="000000" w:themeColor="text1"/>
          <w:kern w:val="24"/>
          <w:sz w:val="28"/>
          <w:szCs w:val="28"/>
          <w:lang w:val="kk-KZ"/>
        </w:rPr>
        <w:t xml:space="preserve"> </w:t>
      </w:r>
      <w:r w:rsidRPr="00B75A9A">
        <w:rPr>
          <w:rFonts w:ascii="Times New Roman" w:eastAsia="Times New Roman" w:hAnsi="Times New Roman" w:cs="Times New Roman"/>
          <w:i/>
          <w:color w:val="000000" w:themeColor="text1"/>
          <w:kern w:val="24"/>
          <w:sz w:val="28"/>
          <w:szCs w:val="28"/>
          <w:lang w:val="kk-KZ"/>
        </w:rPr>
        <w:t xml:space="preserve">                                         </w:t>
      </w:r>
      <w:r w:rsidR="00B70E2D" w:rsidRPr="00B75A9A">
        <w:rPr>
          <w:rFonts w:ascii="Times New Roman" w:eastAsia="Cambria Math" w:hAnsi="Times New Roman" w:cs="Times New Roman"/>
          <w:color w:val="000000" w:themeColor="text1"/>
          <w:kern w:val="24"/>
          <w:sz w:val="28"/>
          <w:szCs w:val="28"/>
          <w:lang w:val="kk-KZ"/>
        </w:rPr>
        <w:t>(</w:t>
      </w:r>
      <w:r w:rsidRPr="00B75A9A">
        <w:rPr>
          <w:rFonts w:ascii="Times New Roman" w:eastAsia="Cambria Math" w:hAnsi="Times New Roman" w:cs="Times New Roman"/>
          <w:color w:val="000000" w:themeColor="text1"/>
          <w:kern w:val="24"/>
          <w:sz w:val="28"/>
          <w:szCs w:val="28"/>
          <w:lang w:val="kk-KZ"/>
        </w:rPr>
        <w:t>5)</w:t>
      </w:r>
    </w:p>
    <w:p w14:paraId="61C6EBDF" w14:textId="77777777" w:rsidR="00BA7984" w:rsidRPr="00B75A9A" w:rsidRDefault="00BA7984" w:rsidP="000358A3">
      <w:pPr>
        <w:spacing w:after="0" w:line="240" w:lineRule="auto"/>
        <w:jc w:val="both"/>
        <w:rPr>
          <w:rFonts w:ascii="Times New Roman" w:eastAsia="Times New Roman" w:hAnsi="Times New Roman" w:cs="Times New Roman"/>
          <w:sz w:val="28"/>
          <w:szCs w:val="28"/>
          <w:lang w:val="kk-KZ"/>
        </w:rPr>
      </w:pPr>
    </w:p>
    <w:p w14:paraId="2753A354" w14:textId="12F148EA" w:rsidR="00BA7984" w:rsidRPr="00B75A9A" w:rsidRDefault="00B547B6" w:rsidP="000358A3">
      <w:pPr>
        <w:spacing w:after="0" w:line="240" w:lineRule="auto"/>
        <w:jc w:val="both"/>
        <w:rPr>
          <w:rFonts w:ascii="Times New Roman" w:hAnsi="Times New Roman" w:cs="Times New Roman"/>
          <w:color w:val="000000" w:themeColor="text1"/>
          <w:kern w:val="24"/>
          <w:sz w:val="28"/>
          <w:szCs w:val="28"/>
          <w:lang w:val="kk-KZ"/>
        </w:rPr>
      </w:pPr>
      <w:r w:rsidRPr="00B75A9A">
        <w:rPr>
          <w:rFonts w:ascii="Times New Roman" w:hAnsi="Times New Roman" w:cs="Times New Roman"/>
          <w:color w:val="000000" w:themeColor="text1"/>
          <w:kern w:val="24"/>
          <w:sz w:val="28"/>
          <w:szCs w:val="28"/>
          <w:lang w:val="kk-KZ"/>
        </w:rPr>
        <w:t>шарты орындалса, (1), (</w:t>
      </w:r>
      <w:r w:rsidR="00BA7984" w:rsidRPr="00B75A9A">
        <w:rPr>
          <w:rFonts w:ascii="Times New Roman" w:hAnsi="Times New Roman" w:cs="Times New Roman"/>
          <w:color w:val="000000" w:themeColor="text1"/>
          <w:kern w:val="24"/>
          <w:sz w:val="28"/>
          <w:szCs w:val="28"/>
          <w:lang w:val="kk-KZ"/>
        </w:rPr>
        <w:t xml:space="preserve">3) есебі </w:t>
      </w:r>
      <w:r w:rsidR="00A07FF5" w:rsidRPr="00B75A9A">
        <w:rPr>
          <w:rFonts w:ascii="Times New Roman" w:hAnsi="Times New Roman" w:cs="Times New Roman"/>
          <w:position w:val="-12"/>
          <w:sz w:val="28"/>
          <w:szCs w:val="28"/>
        </w:rPr>
        <w:object w:dxaOrig="1040" w:dyaOrig="440" w14:anchorId="29DC066A">
          <v:shape id="_x0000_i1080" type="#_x0000_t75" style="width:53.8pt;height:20.55pt" o:ole="">
            <v:imagedata r:id="rId124" o:title=""/>
          </v:shape>
          <o:OLEObject Type="Embed" ProgID="Equation.DSMT4" ShapeID="_x0000_i1080" DrawAspect="Content" ObjectID="_1840331534" r:id="rId125"/>
        </w:object>
      </w:r>
      <w:r w:rsidR="00BA7984" w:rsidRPr="00B75A9A">
        <w:rPr>
          <w:rFonts w:ascii="Times New Roman" w:hAnsi="Times New Roman" w:cs="Times New Roman"/>
          <w:color w:val="000000" w:themeColor="text1"/>
          <w:kern w:val="24"/>
          <w:sz w:val="28"/>
          <w:szCs w:val="28"/>
          <w:lang w:val="kk-KZ"/>
        </w:rPr>
        <w:t xml:space="preserve"> кеңістігінде фредгольмді шешімді және оның индексі келесі формуламен анықталады:</w:t>
      </w:r>
    </w:p>
    <w:p w14:paraId="4EAD94C6" w14:textId="77777777" w:rsidR="00BA7984" w:rsidRPr="00B75A9A" w:rsidRDefault="00BA7984" w:rsidP="000358A3">
      <w:pPr>
        <w:spacing w:after="0" w:line="240" w:lineRule="auto"/>
        <w:jc w:val="both"/>
        <w:rPr>
          <w:rFonts w:ascii="Times New Roman" w:eastAsia="Times New Roman" w:hAnsi="Times New Roman" w:cs="Times New Roman"/>
          <w:sz w:val="28"/>
          <w:szCs w:val="28"/>
          <w:lang w:val="kk-KZ"/>
        </w:rPr>
      </w:pPr>
    </w:p>
    <w:p w14:paraId="74313FCD" w14:textId="5F1CB85F" w:rsidR="00BA7984" w:rsidRPr="00B75A9A" w:rsidRDefault="00A07FF5" w:rsidP="000358A3">
      <w:pPr>
        <w:spacing w:after="0" w:line="240" w:lineRule="auto"/>
        <w:jc w:val="right"/>
        <w:rPr>
          <w:rFonts w:ascii="Times New Roman" w:eastAsia="Cambria Math" w:hAnsi="Times New Roman" w:cs="Times New Roman"/>
          <w:color w:val="000000" w:themeColor="text1"/>
          <w:kern w:val="24"/>
          <w:sz w:val="28"/>
          <w:szCs w:val="28"/>
          <w:lang w:val="kk-KZ"/>
        </w:rPr>
      </w:pPr>
      <w:r w:rsidRPr="00B75A9A">
        <w:rPr>
          <w:rFonts w:ascii="Times New Roman" w:hAnsi="Times New Roman" w:cs="Times New Roman"/>
          <w:position w:val="-28"/>
          <w:sz w:val="28"/>
          <w:szCs w:val="28"/>
        </w:rPr>
        <w:object w:dxaOrig="4040" w:dyaOrig="720" w14:anchorId="78EEE95F">
          <v:shape id="_x0000_i1081" type="#_x0000_t75" style="width:201.75pt;height:37.2pt" o:ole="">
            <v:imagedata r:id="rId126" o:title=""/>
          </v:shape>
          <o:OLEObject Type="Embed" ProgID="Equation.DSMT4" ShapeID="_x0000_i1081" DrawAspect="Content" ObjectID="_1840331535" r:id="rId127"/>
        </w:object>
      </w:r>
      <w:r w:rsidR="00BA7984" w:rsidRPr="00B75A9A">
        <w:rPr>
          <w:rFonts w:ascii="Times New Roman" w:eastAsia="Times New Roman" w:hAnsi="Times New Roman" w:cs="Times New Roman"/>
          <w:position w:val="-12"/>
          <w:sz w:val="28"/>
          <w:szCs w:val="28"/>
          <w:lang w:val="kk-KZ"/>
        </w:rPr>
        <w:t xml:space="preserve">                                      </w:t>
      </w:r>
      <w:r w:rsidR="00BA7984" w:rsidRPr="00B75A9A">
        <w:rPr>
          <w:rFonts w:ascii="Times New Roman" w:eastAsia="Times New Roman" w:hAnsi="Times New Roman" w:cs="Times New Roman"/>
          <w:i/>
          <w:color w:val="000000" w:themeColor="text1"/>
          <w:kern w:val="24"/>
          <w:sz w:val="28"/>
          <w:szCs w:val="28"/>
          <w:lang w:val="kk-KZ"/>
        </w:rPr>
        <w:t xml:space="preserve"> </w:t>
      </w:r>
      <w:r w:rsidR="00B70E2D" w:rsidRPr="00B75A9A">
        <w:rPr>
          <w:rFonts w:ascii="Times New Roman" w:eastAsia="Cambria Math" w:hAnsi="Times New Roman" w:cs="Times New Roman"/>
          <w:color w:val="000000" w:themeColor="text1"/>
          <w:kern w:val="24"/>
          <w:sz w:val="28"/>
          <w:szCs w:val="28"/>
          <w:lang w:val="kk-KZ"/>
        </w:rPr>
        <w:t>(</w:t>
      </w:r>
      <w:r w:rsidR="00BA7984" w:rsidRPr="00B75A9A">
        <w:rPr>
          <w:rFonts w:ascii="Times New Roman" w:eastAsia="Cambria Math" w:hAnsi="Times New Roman" w:cs="Times New Roman"/>
          <w:color w:val="000000" w:themeColor="text1"/>
          <w:kern w:val="24"/>
          <w:sz w:val="28"/>
          <w:szCs w:val="28"/>
          <w:lang w:val="kk-KZ"/>
        </w:rPr>
        <w:t>6)</w:t>
      </w:r>
    </w:p>
    <w:p w14:paraId="20698D71" w14:textId="77777777" w:rsidR="00BA7984" w:rsidRPr="00B75A9A" w:rsidRDefault="00BA7984" w:rsidP="000358A3">
      <w:pPr>
        <w:spacing w:after="0" w:line="240" w:lineRule="auto"/>
        <w:rPr>
          <w:rFonts w:ascii="Times New Roman" w:eastAsia="Cambria Math" w:hAnsi="Times New Roman" w:cs="Times New Roman"/>
          <w:color w:val="000000" w:themeColor="text1"/>
          <w:kern w:val="24"/>
          <w:sz w:val="28"/>
          <w:szCs w:val="28"/>
          <w:lang w:val="kk-KZ"/>
        </w:rPr>
      </w:pPr>
    </w:p>
    <w:p w14:paraId="6F81C959" w14:textId="3525EDA4" w:rsidR="00BA7984" w:rsidRPr="00B75A9A" w:rsidRDefault="00BA7984" w:rsidP="000358A3">
      <w:pPr>
        <w:spacing w:after="0" w:line="240" w:lineRule="auto"/>
        <w:jc w:val="both"/>
        <w:rPr>
          <w:rFonts w:ascii="Times New Roman" w:eastAsia="Times New Roman" w:hAnsi="Times New Roman" w:cs="Times New Roman"/>
          <w:sz w:val="28"/>
          <w:szCs w:val="28"/>
          <w:lang w:val="kk-KZ"/>
        </w:rPr>
      </w:pPr>
      <w:r w:rsidRPr="00B75A9A">
        <w:rPr>
          <w:rFonts w:ascii="Times New Roman" w:eastAsia="Cambria Math" w:hAnsi="Times New Roman" w:cs="Times New Roman"/>
          <w:color w:val="000000" w:themeColor="text1"/>
          <w:kern w:val="24"/>
          <w:sz w:val="28"/>
          <w:szCs w:val="28"/>
          <w:lang w:val="kk-KZ"/>
        </w:rPr>
        <w:t>мұндағы</w:t>
      </w:r>
      <w:r w:rsidRPr="00B75A9A">
        <w:rPr>
          <w:rFonts w:ascii="Times New Roman" w:eastAsia="Times New Roman" w:hAnsi="Times New Roman" w:cs="Times New Roman"/>
          <w:sz w:val="28"/>
          <w:szCs w:val="28"/>
          <w:lang w:val="kk-KZ"/>
        </w:rPr>
        <w:t xml:space="preserve"> </w:t>
      </w:r>
      <w:r w:rsidR="00A07FF5" w:rsidRPr="00B75A9A">
        <w:rPr>
          <w:rFonts w:ascii="Times New Roman" w:hAnsi="Times New Roman" w:cs="Times New Roman"/>
          <w:position w:val="-4"/>
          <w:sz w:val="28"/>
          <w:szCs w:val="28"/>
        </w:rPr>
        <w:object w:dxaOrig="240" w:dyaOrig="279" w14:anchorId="007BCBB0">
          <v:shape id="_x0000_i1082" type="#_x0000_t75" style="width:11.85pt;height:15.8pt" o:ole="">
            <v:imagedata r:id="rId128" o:title=""/>
          </v:shape>
          <o:OLEObject Type="Embed" ProgID="Equation.DSMT4" ShapeID="_x0000_i1082" DrawAspect="Content" ObjectID="_1840331536" r:id="rId129"/>
        </w:object>
      </w:r>
      <w:r w:rsidRPr="00B75A9A">
        <w:rPr>
          <w:rFonts w:ascii="Times New Roman" w:eastAsia="Times New Roman" w:hAnsi="Times New Roman" w:cs="Times New Roman"/>
          <w:position w:val="-12"/>
          <w:sz w:val="28"/>
          <w:szCs w:val="28"/>
          <w:lang w:val="kk-KZ"/>
        </w:rPr>
        <w:t xml:space="preserve"> </w:t>
      </w:r>
      <w:r w:rsidRPr="00B75A9A">
        <w:rPr>
          <w:rFonts w:ascii="Times New Roman" w:hAnsi="Times New Roman" w:cs="Times New Roman"/>
          <w:color w:val="000000" w:themeColor="text1"/>
          <w:kern w:val="24"/>
          <w:sz w:val="28"/>
          <w:szCs w:val="28"/>
          <w:lang w:val="kk-KZ"/>
        </w:rPr>
        <w:t>контуры бойынша аргументтің үзіліссіз тармағының өсімшесі сағат тіліне қарсы бағытта жүзеге асады.</w:t>
      </w:r>
      <w:r w:rsidR="00B547B6" w:rsidRPr="00B75A9A">
        <w:rPr>
          <w:rFonts w:ascii="Times New Roman" w:eastAsia="Times New Roman" w:hAnsi="Times New Roman" w:cs="Times New Roman"/>
          <w:sz w:val="28"/>
          <w:szCs w:val="28"/>
          <w:lang w:val="kk-KZ"/>
        </w:rPr>
        <w:t xml:space="preserve"> </w:t>
      </w:r>
      <w:r w:rsidRPr="00B75A9A">
        <w:rPr>
          <w:rFonts w:ascii="Times New Roman" w:eastAsia="Times New Roman" w:hAnsi="Times New Roman" w:cs="Times New Roman"/>
          <w:color w:val="000000" w:themeColor="text1"/>
          <w:kern w:val="24"/>
          <w:sz w:val="28"/>
          <w:szCs w:val="28"/>
          <w:lang w:val="kk-KZ"/>
        </w:rPr>
        <w:t xml:space="preserve"> Келесі екі жағдайды жеке қарастырайық:</w:t>
      </w:r>
    </w:p>
    <w:p w14:paraId="61165158" w14:textId="77777777" w:rsidR="00BA7984" w:rsidRPr="00B75A9A" w:rsidRDefault="00BA7984" w:rsidP="000358A3">
      <w:pPr>
        <w:spacing w:after="0" w:line="240" w:lineRule="auto"/>
        <w:jc w:val="both"/>
        <w:rPr>
          <w:rFonts w:ascii="Times New Roman" w:eastAsia="Times New Roman" w:hAnsi="Times New Roman" w:cs="Times New Roman"/>
          <w:color w:val="000000" w:themeColor="text1"/>
          <w:kern w:val="24"/>
          <w:sz w:val="28"/>
          <w:szCs w:val="28"/>
          <w:lang w:val="kk-KZ"/>
        </w:rPr>
      </w:pPr>
    </w:p>
    <w:p w14:paraId="303B7A1B" w14:textId="1FC076E6" w:rsidR="00BA7984" w:rsidRPr="00B75A9A" w:rsidRDefault="00A07FF5" w:rsidP="000358A3">
      <w:pPr>
        <w:spacing w:after="0" w:line="240" w:lineRule="auto"/>
        <w:jc w:val="right"/>
        <w:rPr>
          <w:rFonts w:ascii="Times New Roman" w:eastAsia="Times New Roman" w:hAnsi="Times New Roman" w:cs="Times New Roman"/>
          <w:bCs/>
          <w:sz w:val="28"/>
          <w:szCs w:val="28"/>
          <w:lang w:val="kk-KZ"/>
        </w:rPr>
      </w:pPr>
      <w:r w:rsidRPr="00B75A9A">
        <w:rPr>
          <w:rFonts w:ascii="Times New Roman" w:hAnsi="Times New Roman" w:cs="Times New Roman"/>
          <w:position w:val="-38"/>
          <w:sz w:val="28"/>
          <w:szCs w:val="28"/>
        </w:rPr>
        <w:object w:dxaOrig="2920" w:dyaOrig="900" w14:anchorId="2841E140">
          <v:shape id="_x0000_i1083" type="#_x0000_t75" style="width:146.35pt;height:45.9pt" o:ole="">
            <v:imagedata r:id="rId130" o:title=""/>
          </v:shape>
          <o:OLEObject Type="Embed" ProgID="Equation.DSMT4" ShapeID="_x0000_i1083" DrawAspect="Content" ObjectID="_1840331537" r:id="rId131"/>
        </w:object>
      </w:r>
      <w:r w:rsidR="00BA7984" w:rsidRPr="00B75A9A">
        <w:rPr>
          <w:rFonts w:ascii="Times New Roman" w:eastAsia="Times New Roman" w:hAnsi="Times New Roman" w:cs="Times New Roman"/>
          <w:position w:val="-12"/>
          <w:sz w:val="28"/>
          <w:szCs w:val="28"/>
          <w:lang w:val="kk-KZ"/>
        </w:rPr>
        <w:t xml:space="preserve">                                             </w:t>
      </w:r>
      <w:r w:rsidR="00B70E2D" w:rsidRPr="00B75A9A">
        <w:rPr>
          <w:rFonts w:ascii="Times New Roman" w:eastAsia="Times New Roman" w:hAnsi="Times New Roman" w:cs="Times New Roman"/>
          <w:bCs/>
          <w:sz w:val="28"/>
          <w:szCs w:val="28"/>
          <w:lang w:val="kk-KZ"/>
        </w:rPr>
        <w:t xml:space="preserve"> (</w:t>
      </w:r>
      <w:r w:rsidR="00BA7984" w:rsidRPr="00B75A9A">
        <w:rPr>
          <w:rFonts w:ascii="Times New Roman" w:eastAsia="Times New Roman" w:hAnsi="Times New Roman" w:cs="Times New Roman"/>
          <w:bCs/>
          <w:sz w:val="28"/>
          <w:szCs w:val="28"/>
          <w:lang w:val="kk-KZ"/>
        </w:rPr>
        <w:t>7)</w:t>
      </w:r>
    </w:p>
    <w:p w14:paraId="74C82F2E" w14:textId="77777777" w:rsidR="00BA7984" w:rsidRPr="00B75A9A" w:rsidRDefault="00BA7984" w:rsidP="00BA7984">
      <w:pPr>
        <w:spacing w:after="0" w:line="240" w:lineRule="auto"/>
        <w:jc w:val="right"/>
        <w:rPr>
          <w:rFonts w:ascii="Times New Roman" w:eastAsia="Times New Roman" w:hAnsi="Times New Roman" w:cs="Times New Roman"/>
          <w:b/>
          <w:bCs/>
          <w:sz w:val="28"/>
          <w:szCs w:val="28"/>
          <w:lang w:val="kk-KZ"/>
        </w:rPr>
      </w:pPr>
    </w:p>
    <w:p w14:paraId="3EC6DB97" w14:textId="77777777" w:rsidR="00BA7984" w:rsidRPr="00B75A9A" w:rsidRDefault="00BA7984" w:rsidP="00BA7984">
      <w:pPr>
        <w:spacing w:after="0" w:line="240" w:lineRule="auto"/>
        <w:jc w:val="both"/>
        <w:rPr>
          <w:rFonts w:ascii="Times New Roman" w:eastAsia="Times New Roman" w:hAnsi="Times New Roman" w:cs="Times New Roman"/>
          <w:color w:val="000000" w:themeColor="text1"/>
          <w:kern w:val="24"/>
          <w:sz w:val="28"/>
          <w:szCs w:val="28"/>
          <w:lang w:val="kk-KZ"/>
        </w:rPr>
      </w:pPr>
      <w:r w:rsidRPr="00B75A9A">
        <w:rPr>
          <w:rFonts w:ascii="Times New Roman" w:eastAsia="Times New Roman" w:hAnsi="Times New Roman" w:cs="Times New Roman"/>
          <w:color w:val="000000" w:themeColor="text1"/>
          <w:kern w:val="24"/>
          <w:sz w:val="28"/>
          <w:szCs w:val="28"/>
          <w:lang w:val="kk-KZ"/>
        </w:rPr>
        <w:t>(а) және (b) жағдайында есептер фредгольмді шешімді және индексі 0-ге тең болады.</w:t>
      </w:r>
    </w:p>
    <w:p w14:paraId="6DE30EA3" w14:textId="7DEB490A" w:rsidR="00BA7984" w:rsidRPr="00B75A9A" w:rsidRDefault="00B547B6" w:rsidP="000358A3">
      <w:pPr>
        <w:spacing w:after="0" w:line="240" w:lineRule="auto"/>
        <w:ind w:firstLine="708"/>
        <w:jc w:val="both"/>
        <w:rPr>
          <w:rFonts w:ascii="Times New Roman" w:eastAsia="Times New Roman" w:hAnsi="Times New Roman" w:cs="Times New Roman"/>
          <w:sz w:val="28"/>
          <w:szCs w:val="28"/>
          <w:lang w:val="kk-KZ"/>
        </w:rPr>
      </w:pPr>
      <w:r w:rsidRPr="00B75A9A">
        <w:rPr>
          <w:rFonts w:ascii="Times New Roman" w:eastAsia="Times New Roman" w:hAnsi="Times New Roman" w:cs="Times New Roman"/>
          <w:sz w:val="28"/>
          <w:szCs w:val="28"/>
          <w:lang w:val="kk-KZ"/>
        </w:rPr>
        <w:t>Әлбетте, (</w:t>
      </w:r>
      <w:r w:rsidR="00BA7984" w:rsidRPr="00B75A9A">
        <w:rPr>
          <w:rFonts w:ascii="Times New Roman" w:eastAsia="Times New Roman" w:hAnsi="Times New Roman" w:cs="Times New Roman"/>
          <w:sz w:val="28"/>
          <w:szCs w:val="28"/>
          <w:lang w:val="kk-KZ"/>
        </w:rPr>
        <w:t xml:space="preserve">5) шарт тек </w:t>
      </w:r>
      <w:r w:rsidR="00A07FF5" w:rsidRPr="00B75A9A">
        <w:rPr>
          <w:rFonts w:ascii="Times New Roman" w:hAnsi="Times New Roman" w:cs="Times New Roman"/>
          <w:position w:val="-12"/>
          <w:sz w:val="28"/>
          <w:szCs w:val="28"/>
        </w:rPr>
        <w:object w:dxaOrig="1219" w:dyaOrig="380" w14:anchorId="026B2494">
          <v:shape id="_x0000_i1084" type="#_x0000_t75" style="width:60.15pt;height:18.2pt" o:ole="">
            <v:imagedata r:id="rId132" o:title=""/>
          </v:shape>
          <o:OLEObject Type="Embed" ProgID="Equation.DSMT4" ShapeID="_x0000_i1084" DrawAspect="Content" ObjectID="_1840331538" r:id="rId133"/>
        </w:object>
      </w:r>
      <w:r w:rsidR="00BA7984" w:rsidRPr="00B75A9A">
        <w:rPr>
          <w:rFonts w:ascii="Times New Roman" w:eastAsia="Times New Roman" w:hAnsi="Times New Roman" w:cs="Times New Roman"/>
          <w:sz w:val="28"/>
          <w:szCs w:val="28"/>
          <w:lang w:val="kk-KZ"/>
        </w:rPr>
        <w:t xml:space="preserve"> сандар жиынына тәуелді, сондықтан бекітілген </w:t>
      </w:r>
      <w:r w:rsidR="00A07FF5" w:rsidRPr="00B75A9A">
        <w:rPr>
          <w:rFonts w:ascii="Times New Roman" w:hAnsi="Times New Roman" w:cs="Times New Roman"/>
          <w:position w:val="-16"/>
          <w:sz w:val="28"/>
          <w:szCs w:val="28"/>
        </w:rPr>
        <w:object w:dxaOrig="300" w:dyaOrig="420" w14:anchorId="6366F5F4">
          <v:shape id="_x0000_i1085" type="#_x0000_t75" style="width:15.8pt;height:20.55pt" o:ole="">
            <v:imagedata r:id="rId134" o:title=""/>
          </v:shape>
          <o:OLEObject Type="Embed" ProgID="Equation.DSMT4" ShapeID="_x0000_i1085" DrawAspect="Content" ObjectID="_1840331539" r:id="rId135"/>
        </w:object>
      </w:r>
      <w:r w:rsidRPr="00B75A9A">
        <w:rPr>
          <w:rFonts w:ascii="Times New Roman" w:eastAsia="Times New Roman" w:hAnsi="Times New Roman" w:cs="Times New Roman"/>
          <w:sz w:val="28"/>
          <w:szCs w:val="28"/>
          <w:lang w:val="kk-KZ"/>
        </w:rPr>
        <w:t xml:space="preserve"> үшін орындалған кезде (1), (</w:t>
      </w:r>
      <w:r w:rsidR="00BA7984" w:rsidRPr="00B75A9A">
        <w:rPr>
          <w:rFonts w:ascii="Times New Roman" w:eastAsia="Times New Roman" w:hAnsi="Times New Roman" w:cs="Times New Roman"/>
          <w:sz w:val="28"/>
          <w:szCs w:val="28"/>
          <w:lang w:val="kk-KZ"/>
        </w:rPr>
        <w:t>3) есебі кез-келген облыс</w:t>
      </w:r>
      <w:r w:rsidR="000358A3" w:rsidRPr="00B75A9A">
        <w:rPr>
          <w:rFonts w:ascii="Times New Roman" w:eastAsia="Times New Roman" w:hAnsi="Times New Roman" w:cs="Times New Roman"/>
          <w:sz w:val="28"/>
          <w:szCs w:val="28"/>
          <w:lang w:val="kk-KZ"/>
        </w:rPr>
        <w:t xml:space="preserve">та фредгольмді шешімді болады. </w:t>
      </w:r>
      <w:r w:rsidR="00A07FF5" w:rsidRPr="00B75A9A">
        <w:rPr>
          <w:rFonts w:ascii="Times New Roman" w:hAnsi="Times New Roman" w:cs="Times New Roman"/>
          <w:position w:val="-12"/>
          <w:sz w:val="28"/>
          <w:szCs w:val="28"/>
        </w:rPr>
        <w:object w:dxaOrig="1520" w:dyaOrig="380" w14:anchorId="7FF66BF7">
          <v:shape id="_x0000_i1086" type="#_x0000_t75" style="width:79.1pt;height:18.2pt" o:ole="">
            <v:imagedata r:id="rId136" o:title=""/>
          </v:shape>
          <o:OLEObject Type="Embed" ProgID="Equation.DSMT4" ShapeID="_x0000_i1086" DrawAspect="Content" ObjectID="_1840331540" r:id="rId137"/>
        </w:object>
      </w:r>
      <w:r w:rsidRPr="00B75A9A">
        <w:rPr>
          <w:rFonts w:ascii="Times New Roman" w:eastAsia="Times New Roman" w:hAnsi="Times New Roman" w:cs="Times New Roman"/>
          <w:sz w:val="28"/>
          <w:szCs w:val="28"/>
          <w:lang w:val="kk-KZ"/>
        </w:rPr>
        <w:t xml:space="preserve"> (</w:t>
      </w:r>
      <w:r w:rsidR="00BA7984" w:rsidRPr="00B75A9A">
        <w:rPr>
          <w:rFonts w:ascii="Times New Roman" w:eastAsia="Times New Roman" w:hAnsi="Times New Roman" w:cs="Times New Roman"/>
          <w:sz w:val="28"/>
          <w:szCs w:val="28"/>
          <w:lang w:val="kk-KZ"/>
        </w:rPr>
        <w:t xml:space="preserve">2) сипаттамалық теңдеудің барлық әртүрлі түбірлері болсын. Осы </w:t>
      </w:r>
      <w:r w:rsidR="00A07FF5" w:rsidRPr="00B75A9A">
        <w:rPr>
          <w:rFonts w:ascii="Times New Roman" w:hAnsi="Times New Roman" w:cs="Times New Roman"/>
          <w:position w:val="-12"/>
          <w:sz w:val="28"/>
          <w:szCs w:val="28"/>
        </w:rPr>
        <w:object w:dxaOrig="300" w:dyaOrig="380" w14:anchorId="2B98E57B">
          <v:shape id="_x0000_i1087" type="#_x0000_t75" style="width:15.8pt;height:18.2pt" o:ole="">
            <v:imagedata r:id="rId138" o:title=""/>
          </v:shape>
          <o:OLEObject Type="Embed" ProgID="Equation.DSMT4" ShapeID="_x0000_i1087" DrawAspect="Content" ObjectID="_1840331541" r:id="rId139"/>
        </w:object>
      </w:r>
      <w:r w:rsidR="00BA7984" w:rsidRPr="00B75A9A">
        <w:rPr>
          <w:rFonts w:ascii="Times New Roman" w:eastAsia="Times New Roman" w:hAnsi="Times New Roman" w:cs="Times New Roman"/>
          <w:sz w:val="28"/>
          <w:szCs w:val="28"/>
          <w:lang w:val="kk-KZ"/>
        </w:rPr>
        <w:t>-ға байланысты бөлшек сызықты функцияларын енгіземіз</w:t>
      </w:r>
    </w:p>
    <w:p w14:paraId="3AB57ACD" w14:textId="77777777" w:rsidR="00BA7984" w:rsidRPr="00B75A9A" w:rsidRDefault="00BA7984" w:rsidP="00BA7984">
      <w:pPr>
        <w:spacing w:after="0" w:line="240" w:lineRule="auto"/>
        <w:ind w:firstLine="708"/>
        <w:jc w:val="both"/>
        <w:rPr>
          <w:rFonts w:ascii="Times New Roman" w:eastAsia="Times New Roman" w:hAnsi="Times New Roman" w:cs="Times New Roman"/>
          <w:sz w:val="28"/>
          <w:szCs w:val="28"/>
          <w:lang w:val="kk-KZ"/>
        </w:rPr>
      </w:pPr>
    </w:p>
    <w:p w14:paraId="5F34E06A" w14:textId="43B5493C" w:rsidR="00BA7984" w:rsidRPr="00B75A9A" w:rsidRDefault="00A07FF5" w:rsidP="00BA7984">
      <w:pPr>
        <w:spacing w:after="0" w:line="240" w:lineRule="auto"/>
        <w:jc w:val="right"/>
        <w:rPr>
          <w:rFonts w:ascii="Times New Roman" w:eastAsia="Times New Roman" w:hAnsi="Times New Roman" w:cs="Times New Roman"/>
          <w:sz w:val="28"/>
          <w:szCs w:val="28"/>
          <w:lang w:val="kk-KZ"/>
        </w:rPr>
      </w:pPr>
      <w:r w:rsidRPr="00B75A9A">
        <w:rPr>
          <w:rFonts w:ascii="Times New Roman" w:hAnsi="Times New Roman" w:cs="Times New Roman"/>
          <w:position w:val="-34"/>
          <w:sz w:val="28"/>
          <w:szCs w:val="28"/>
        </w:rPr>
        <w:object w:dxaOrig="3580" w:dyaOrig="780" w14:anchorId="23A8782D">
          <v:shape id="_x0000_i1088" type="#_x0000_t75" style="width:178pt;height:38pt" o:ole="">
            <v:imagedata r:id="rId140" o:title=""/>
          </v:shape>
          <o:OLEObject Type="Embed" ProgID="Equation.DSMT4" ShapeID="_x0000_i1088" DrawAspect="Content" ObjectID="_1840331542" r:id="rId141"/>
        </w:object>
      </w:r>
      <w:r w:rsidR="00BA7984" w:rsidRPr="00B75A9A">
        <w:rPr>
          <w:rFonts w:ascii="Times New Roman" w:eastAsia="Times New Roman" w:hAnsi="Times New Roman" w:cs="Times New Roman"/>
          <w:sz w:val="28"/>
          <w:szCs w:val="28"/>
          <w:lang w:val="kk-KZ"/>
        </w:rPr>
        <w:t xml:space="preserve">,          </w:t>
      </w:r>
      <w:r w:rsidR="00B70E2D" w:rsidRPr="00B75A9A">
        <w:rPr>
          <w:rFonts w:ascii="Times New Roman" w:eastAsia="Times New Roman" w:hAnsi="Times New Roman" w:cs="Times New Roman"/>
          <w:sz w:val="28"/>
          <w:szCs w:val="28"/>
          <w:lang w:val="kk-KZ"/>
        </w:rPr>
        <w:t xml:space="preserve">                             (</w:t>
      </w:r>
      <w:r w:rsidR="00BA7984" w:rsidRPr="00B75A9A">
        <w:rPr>
          <w:rFonts w:ascii="Times New Roman" w:eastAsia="Times New Roman" w:hAnsi="Times New Roman" w:cs="Times New Roman"/>
          <w:sz w:val="28"/>
          <w:szCs w:val="28"/>
          <w:lang w:val="kk-KZ"/>
        </w:rPr>
        <w:t>8)</w:t>
      </w:r>
    </w:p>
    <w:p w14:paraId="0A922976" w14:textId="77777777" w:rsidR="00BA7984" w:rsidRPr="00B75A9A" w:rsidRDefault="00BA7984" w:rsidP="000358A3">
      <w:pPr>
        <w:spacing w:after="0" w:line="240" w:lineRule="auto"/>
        <w:rPr>
          <w:rFonts w:ascii="Times New Roman" w:eastAsia="Times New Roman" w:hAnsi="Times New Roman" w:cs="Times New Roman"/>
          <w:sz w:val="28"/>
          <w:szCs w:val="28"/>
          <w:lang w:val="kk-KZ"/>
        </w:rPr>
      </w:pPr>
    </w:p>
    <w:p w14:paraId="244D5D60" w14:textId="77777777" w:rsidR="00BA7984" w:rsidRPr="00B75A9A" w:rsidRDefault="00BA7984" w:rsidP="00BA7984">
      <w:pPr>
        <w:spacing w:after="0" w:line="240" w:lineRule="auto"/>
        <w:jc w:val="both"/>
        <w:rPr>
          <w:rFonts w:ascii="Times New Roman" w:eastAsia="Times New Roman" w:hAnsi="Times New Roman" w:cs="Times New Roman"/>
          <w:sz w:val="28"/>
          <w:szCs w:val="28"/>
          <w:lang w:val="kk-KZ"/>
        </w:rPr>
      </w:pPr>
      <w:r w:rsidRPr="00B75A9A">
        <w:rPr>
          <w:rFonts w:ascii="Times New Roman" w:eastAsia="Times New Roman" w:hAnsi="Times New Roman" w:cs="Times New Roman"/>
          <w:sz w:val="28"/>
          <w:szCs w:val="28"/>
          <w:lang w:val="kk-KZ"/>
        </w:rPr>
        <w:t xml:space="preserve">мұндағы Γ контурына </w:t>
      </w:r>
      <w:r w:rsidR="00A07FF5" w:rsidRPr="00B75A9A">
        <w:rPr>
          <w:rFonts w:ascii="Times New Roman" w:hAnsi="Times New Roman" w:cs="Times New Roman"/>
          <w:position w:val="-12"/>
          <w:sz w:val="28"/>
          <w:szCs w:val="28"/>
        </w:rPr>
        <w:object w:dxaOrig="1219" w:dyaOrig="380" w14:anchorId="11171DAF">
          <v:shape id="_x0000_i1089" type="#_x0000_t75" style="width:60.15pt;height:18.2pt" o:ole="">
            <v:imagedata r:id="rId142" o:title=""/>
          </v:shape>
          <o:OLEObject Type="Embed" ProgID="Equation.DSMT4" ShapeID="_x0000_i1089" DrawAspect="Content" ObjectID="_1840331543" r:id="rId143"/>
        </w:object>
      </w:r>
      <w:r w:rsidRPr="00B75A9A">
        <w:rPr>
          <w:rFonts w:ascii="Times New Roman" w:eastAsia="Times New Roman" w:hAnsi="Times New Roman" w:cs="Times New Roman"/>
          <w:sz w:val="28"/>
          <w:szCs w:val="28"/>
          <w:lang w:val="kk-KZ"/>
        </w:rPr>
        <w:t xml:space="preserve"> бірлік жанама векторынан тәуелділігі анық көрсетілген. Нақтылық үшін </w:t>
      </w:r>
      <w:r w:rsidR="00A07FF5" w:rsidRPr="00B75A9A">
        <w:rPr>
          <w:rFonts w:ascii="Times New Roman" w:hAnsi="Times New Roman" w:cs="Times New Roman"/>
          <w:position w:val="-6"/>
          <w:sz w:val="28"/>
          <w:szCs w:val="28"/>
        </w:rPr>
        <w:object w:dxaOrig="200" w:dyaOrig="240" w14:anchorId="3EDA730E">
          <v:shape id="_x0000_i1090" type="#_x0000_t75" style="width:9.5pt;height:11.85pt" o:ole="">
            <v:imagedata r:id="rId144" o:title=""/>
          </v:shape>
          <o:OLEObject Type="Embed" ProgID="Equation.DSMT4" ShapeID="_x0000_i1090" DrawAspect="Content" ObjectID="_1840331544" r:id="rId145"/>
        </w:object>
      </w:r>
      <w:r w:rsidRPr="00B75A9A">
        <w:rPr>
          <w:rFonts w:ascii="Times New Roman" w:eastAsia="Times New Roman" w:hAnsi="Times New Roman" w:cs="Times New Roman"/>
          <w:sz w:val="28"/>
          <w:szCs w:val="28"/>
          <w:lang w:val="kk-KZ"/>
        </w:rPr>
        <w:t xml:space="preserve"> векторы </w:t>
      </w:r>
      <w:r w:rsidR="00A07FF5" w:rsidRPr="00B75A9A">
        <w:rPr>
          <w:rFonts w:ascii="Times New Roman" w:hAnsi="Times New Roman" w:cs="Times New Roman"/>
          <w:position w:val="-12"/>
          <w:sz w:val="28"/>
          <w:szCs w:val="28"/>
        </w:rPr>
        <w:object w:dxaOrig="1219" w:dyaOrig="380" w14:anchorId="5D7CA791">
          <v:shape id="_x0000_i1091" type="#_x0000_t75" style="width:60.15pt;height:18.2pt" o:ole="">
            <v:imagedata r:id="rId146" o:title=""/>
          </v:shape>
          <o:OLEObject Type="Embed" ProgID="Equation.DSMT4" ShapeID="_x0000_i1091" DrawAspect="Content" ObjectID="_1840331545" r:id="rId147"/>
        </w:object>
      </w:r>
      <w:r w:rsidRPr="00B75A9A">
        <w:rPr>
          <w:rFonts w:ascii="Times New Roman" w:eastAsia="Times New Roman" w:hAnsi="Times New Roman" w:cs="Times New Roman"/>
          <w:sz w:val="28"/>
          <w:szCs w:val="28"/>
          <w:lang w:val="kk-KZ"/>
        </w:rPr>
        <w:t xml:space="preserve"> D облысына қарағанда оң бағытталған болсын, яғни D облысы осы вектордың сол жағында орналасқан.</w:t>
      </w:r>
    </w:p>
    <w:p w14:paraId="4703E69E" w14:textId="77777777" w:rsidR="00BA7984" w:rsidRPr="00B75A9A" w:rsidRDefault="00BA7984" w:rsidP="00BA7984">
      <w:pPr>
        <w:spacing w:after="0" w:line="240" w:lineRule="auto"/>
        <w:jc w:val="both"/>
        <w:rPr>
          <w:rFonts w:ascii="Times New Roman" w:eastAsia="Times New Roman" w:hAnsi="Times New Roman" w:cs="Times New Roman"/>
          <w:sz w:val="28"/>
          <w:szCs w:val="28"/>
          <w:lang w:val="kk-KZ"/>
        </w:rPr>
      </w:pPr>
      <w:r w:rsidRPr="00B75A9A">
        <w:rPr>
          <w:rFonts w:ascii="Times New Roman" w:eastAsia="Times New Roman" w:hAnsi="Times New Roman" w:cs="Times New Roman"/>
          <w:sz w:val="28"/>
          <w:szCs w:val="28"/>
          <w:lang w:val="kk-KZ"/>
        </w:rPr>
        <w:t>Атап айтқанда,</w:t>
      </w:r>
    </w:p>
    <w:p w14:paraId="7BB324D2" w14:textId="77777777" w:rsidR="000358A3" w:rsidRPr="00B75A9A" w:rsidRDefault="000358A3" w:rsidP="00BA7984">
      <w:pPr>
        <w:spacing w:after="0" w:line="240" w:lineRule="auto"/>
        <w:jc w:val="both"/>
        <w:rPr>
          <w:rFonts w:ascii="Times New Roman" w:eastAsia="Times New Roman" w:hAnsi="Times New Roman" w:cs="Times New Roman"/>
          <w:sz w:val="28"/>
          <w:szCs w:val="28"/>
          <w:lang w:val="kk-KZ"/>
        </w:rPr>
      </w:pPr>
    </w:p>
    <w:p w14:paraId="22987BEF" w14:textId="77777777" w:rsidR="00BA7984" w:rsidRPr="00B75A9A" w:rsidRDefault="00A07FF5" w:rsidP="00BA7984">
      <w:pPr>
        <w:spacing w:after="0" w:line="240" w:lineRule="auto"/>
        <w:jc w:val="center"/>
        <w:rPr>
          <w:rFonts w:ascii="Times New Roman" w:eastAsia="Times New Roman" w:hAnsi="Times New Roman" w:cs="Times New Roman"/>
          <w:sz w:val="28"/>
          <w:szCs w:val="28"/>
          <w:lang w:val="kk-KZ"/>
        </w:rPr>
      </w:pPr>
      <w:r w:rsidRPr="00B75A9A">
        <w:rPr>
          <w:rFonts w:ascii="Times New Roman" w:hAnsi="Times New Roman" w:cs="Times New Roman"/>
          <w:position w:val="-12"/>
          <w:sz w:val="28"/>
          <w:szCs w:val="28"/>
        </w:rPr>
        <w:object w:dxaOrig="1860" w:dyaOrig="380" w14:anchorId="12354A75">
          <v:shape id="_x0000_i1092" type="#_x0000_t75" style="width:94.15pt;height:18.2pt" o:ole="">
            <v:imagedata r:id="rId148" o:title=""/>
          </v:shape>
          <o:OLEObject Type="Embed" ProgID="Equation.DSMT4" ShapeID="_x0000_i1092" DrawAspect="Content" ObjectID="_1840331546" r:id="rId149"/>
        </w:object>
      </w:r>
    </w:p>
    <w:p w14:paraId="4ED74C2D" w14:textId="77777777" w:rsidR="00BA7984" w:rsidRPr="00B75A9A" w:rsidRDefault="00BA7984" w:rsidP="000358A3">
      <w:pPr>
        <w:spacing w:after="0" w:line="240" w:lineRule="auto"/>
        <w:rPr>
          <w:rFonts w:ascii="Times New Roman" w:eastAsia="Times New Roman" w:hAnsi="Times New Roman" w:cs="Times New Roman"/>
          <w:sz w:val="28"/>
          <w:szCs w:val="28"/>
          <w:lang w:val="kk-KZ"/>
        </w:rPr>
      </w:pPr>
    </w:p>
    <w:p w14:paraId="349237B6" w14:textId="77777777" w:rsidR="00BA7984" w:rsidRPr="00B75A9A" w:rsidRDefault="00A07FF5" w:rsidP="00BA7984">
      <w:pPr>
        <w:spacing w:after="0" w:line="240" w:lineRule="auto"/>
        <w:jc w:val="both"/>
        <w:rPr>
          <w:rFonts w:ascii="Times New Roman" w:eastAsia="Times New Roman" w:hAnsi="Times New Roman" w:cs="Times New Roman"/>
          <w:sz w:val="28"/>
          <w:szCs w:val="28"/>
          <w:lang w:val="kk-KZ"/>
        </w:rPr>
      </w:pPr>
      <w:r w:rsidRPr="00B75A9A">
        <w:rPr>
          <w:rFonts w:ascii="Times New Roman" w:hAnsi="Times New Roman" w:cs="Times New Roman"/>
          <w:position w:val="-12"/>
          <w:sz w:val="28"/>
          <w:szCs w:val="28"/>
        </w:rPr>
        <w:object w:dxaOrig="2740" w:dyaOrig="380" w14:anchorId="217629BF">
          <v:shape id="_x0000_i1093" type="#_x0000_t75" style="width:136.9pt;height:18.2pt" o:ole="">
            <v:imagedata r:id="rId150" o:title=""/>
          </v:shape>
          <o:OLEObject Type="Embed" ProgID="Equation.DSMT4" ShapeID="_x0000_i1093" DrawAspect="Content" ObjectID="_1840331547" r:id="rId151"/>
        </w:object>
      </w:r>
      <w:r w:rsidR="00BA7984" w:rsidRPr="00B75A9A">
        <w:rPr>
          <w:rFonts w:ascii="Times New Roman" w:eastAsia="Times New Roman" w:hAnsi="Times New Roman" w:cs="Times New Roman"/>
          <w:sz w:val="28"/>
          <w:szCs w:val="28"/>
          <w:lang w:val="kk-KZ"/>
        </w:rPr>
        <w:t xml:space="preserve"> </w:t>
      </w:r>
      <w:r w:rsidRPr="00B75A9A">
        <w:rPr>
          <w:rFonts w:ascii="Times New Roman" w:hAnsi="Times New Roman" w:cs="Times New Roman"/>
          <w:position w:val="-6"/>
          <w:sz w:val="28"/>
          <w:szCs w:val="28"/>
        </w:rPr>
        <w:object w:dxaOrig="160" w:dyaOrig="300" w14:anchorId="4D2C438D">
          <v:shape id="_x0000_i1094" type="#_x0000_t75" style="width:9.5pt;height:15.8pt" o:ole="">
            <v:imagedata r:id="rId152" o:title=""/>
          </v:shape>
          <o:OLEObject Type="Embed" ProgID="Equation.DSMT4" ShapeID="_x0000_i1094" DrawAspect="Content" ObjectID="_1840331548" r:id="rId153"/>
        </w:object>
      </w:r>
      <w:r w:rsidR="00BA7984" w:rsidRPr="00B75A9A">
        <w:rPr>
          <w:rFonts w:ascii="Times New Roman" w:eastAsia="Times New Roman" w:hAnsi="Times New Roman" w:cs="Times New Roman"/>
          <w:sz w:val="28"/>
          <w:szCs w:val="28"/>
          <w:lang w:val="kk-KZ"/>
        </w:rPr>
        <w:t xml:space="preserve"> –векторлық функциясына негізделген </w:t>
      </w:r>
      <w:r w:rsidRPr="00B75A9A">
        <w:rPr>
          <w:rFonts w:ascii="Times New Roman" w:hAnsi="Times New Roman" w:cs="Times New Roman"/>
          <w:position w:val="-12"/>
          <w:sz w:val="28"/>
          <w:szCs w:val="28"/>
        </w:rPr>
        <w:object w:dxaOrig="940" w:dyaOrig="380" w14:anchorId="362856C8">
          <v:shape id="_x0000_i1095" type="#_x0000_t75" style="width:46.7pt;height:18.2pt" o:ole="">
            <v:imagedata r:id="rId154" o:title=""/>
          </v:shape>
          <o:OLEObject Type="Embed" ProgID="Equation.DSMT4" ShapeID="_x0000_i1095" DrawAspect="Content" ObjectID="_1840331549" r:id="rId155"/>
        </w:object>
      </w:r>
      <w:r w:rsidR="00BA7984" w:rsidRPr="00B75A9A">
        <w:rPr>
          <w:rFonts w:ascii="Times New Roman" w:eastAsia="Times New Roman" w:hAnsi="Times New Roman" w:cs="Times New Roman"/>
          <w:sz w:val="28"/>
          <w:szCs w:val="28"/>
          <w:lang w:val="kk-KZ"/>
        </w:rPr>
        <w:t xml:space="preserve">нүктелерінің маңайындағы аналитикалық </w:t>
      </w:r>
      <w:r w:rsidRPr="00B75A9A">
        <w:rPr>
          <w:rFonts w:ascii="Times New Roman" w:hAnsi="Times New Roman" w:cs="Times New Roman"/>
          <w:position w:val="-6"/>
          <w:sz w:val="28"/>
          <w:szCs w:val="28"/>
        </w:rPr>
        <w:object w:dxaOrig="480" w:dyaOrig="300" w14:anchorId="44961956">
          <v:shape id="_x0000_i1096" type="#_x0000_t75" style="width:25.3pt;height:15.8pt" o:ole="">
            <v:imagedata r:id="rId156" o:title=""/>
          </v:shape>
          <o:OLEObject Type="Embed" ProgID="Equation.DSMT4" ShapeID="_x0000_i1096" DrawAspect="Content" ObjectID="_1840331550" r:id="rId157"/>
        </w:object>
      </w:r>
      <w:r w:rsidR="00BA7984" w:rsidRPr="00B75A9A">
        <w:rPr>
          <w:rFonts w:ascii="Times New Roman" w:eastAsia="Times New Roman" w:hAnsi="Times New Roman" w:cs="Times New Roman"/>
          <w:sz w:val="28"/>
          <w:szCs w:val="28"/>
          <w:lang w:val="kk-KZ"/>
        </w:rPr>
        <w:t xml:space="preserve"> блок матрицасын енгіземіз</w:t>
      </w:r>
    </w:p>
    <w:p w14:paraId="68700107" w14:textId="77777777" w:rsidR="00BA7984" w:rsidRPr="00B75A9A" w:rsidRDefault="00BA7984" w:rsidP="00BA7984">
      <w:pPr>
        <w:spacing w:after="0" w:line="240" w:lineRule="auto"/>
        <w:jc w:val="both"/>
        <w:rPr>
          <w:rFonts w:ascii="Times New Roman" w:eastAsia="Times New Roman" w:hAnsi="Times New Roman" w:cs="Times New Roman"/>
          <w:sz w:val="28"/>
          <w:szCs w:val="28"/>
          <w:lang w:val="kk-KZ"/>
        </w:rPr>
      </w:pPr>
    </w:p>
    <w:p w14:paraId="2BE4676D" w14:textId="0E29309D" w:rsidR="000358A3" w:rsidRPr="00B75A9A" w:rsidRDefault="00BA7984" w:rsidP="000358A3">
      <w:pPr>
        <w:spacing w:after="0" w:line="240" w:lineRule="auto"/>
        <w:jc w:val="right"/>
        <w:rPr>
          <w:rFonts w:ascii="Times New Roman" w:eastAsia="Times New Roman" w:hAnsi="Times New Roman" w:cs="Times New Roman"/>
          <w:sz w:val="28"/>
          <w:szCs w:val="28"/>
          <w:lang w:val="kk-KZ"/>
        </w:rPr>
      </w:pPr>
      <w:r w:rsidRPr="00B75A9A">
        <w:rPr>
          <w:rFonts w:ascii="Times New Roman" w:eastAsia="Times New Roman" w:hAnsi="Times New Roman" w:cs="Times New Roman"/>
          <w:sz w:val="28"/>
          <w:szCs w:val="28"/>
          <w:lang w:val="kk-KZ"/>
        </w:rPr>
        <w:t xml:space="preserve">                                    </w:t>
      </w:r>
      <w:r w:rsidR="009850F2" w:rsidRPr="00B75A9A">
        <w:rPr>
          <w:rFonts w:ascii="Times New Roman" w:eastAsia="Times New Roman" w:hAnsi="Times New Roman" w:cs="Times New Roman"/>
          <w:sz w:val="28"/>
          <w:szCs w:val="28"/>
          <w:lang w:val="kk-KZ"/>
        </w:rPr>
        <w:t xml:space="preserve"> </w:t>
      </w:r>
      <w:r w:rsidR="00A07FF5" w:rsidRPr="00B75A9A">
        <w:rPr>
          <w:rFonts w:ascii="Times New Roman" w:hAnsi="Times New Roman" w:cs="Times New Roman"/>
          <w:position w:val="-16"/>
          <w:sz w:val="28"/>
          <w:szCs w:val="28"/>
        </w:rPr>
        <w:object w:dxaOrig="3960" w:dyaOrig="420" w14:anchorId="4D56DA8C">
          <v:shape id="_x0000_i1097" type="#_x0000_t75" style="width:194.65pt;height:20.55pt" o:ole="">
            <v:imagedata r:id="rId158" o:title=""/>
          </v:shape>
          <o:OLEObject Type="Embed" ProgID="Equation.DSMT4" ShapeID="_x0000_i1097" DrawAspect="Content" ObjectID="_1840331551" r:id="rId159"/>
        </w:object>
      </w:r>
      <w:r w:rsidRPr="00B75A9A">
        <w:rPr>
          <w:rFonts w:ascii="Times New Roman" w:eastAsia="Times New Roman" w:hAnsi="Times New Roman" w:cs="Times New Roman"/>
          <w:sz w:val="28"/>
          <w:szCs w:val="28"/>
          <w:lang w:val="kk-KZ"/>
        </w:rPr>
        <w:t xml:space="preserve">   </w:t>
      </w:r>
      <w:r w:rsidR="000358A3" w:rsidRPr="00B75A9A">
        <w:rPr>
          <w:rFonts w:ascii="Times New Roman" w:eastAsia="Times New Roman" w:hAnsi="Times New Roman" w:cs="Times New Roman"/>
          <w:sz w:val="28"/>
          <w:szCs w:val="28"/>
          <w:lang w:val="kk-KZ"/>
        </w:rPr>
        <w:t xml:space="preserve"> </w:t>
      </w:r>
      <w:r w:rsidRPr="00B75A9A">
        <w:rPr>
          <w:rFonts w:ascii="Times New Roman" w:eastAsia="Times New Roman" w:hAnsi="Times New Roman" w:cs="Times New Roman"/>
          <w:sz w:val="28"/>
          <w:szCs w:val="28"/>
          <w:lang w:val="kk-KZ"/>
        </w:rPr>
        <w:t xml:space="preserve">                           </w:t>
      </w:r>
      <w:r w:rsidR="000358A3" w:rsidRPr="00B75A9A">
        <w:rPr>
          <w:rFonts w:ascii="Times New Roman" w:eastAsia="Times New Roman" w:hAnsi="Times New Roman" w:cs="Times New Roman"/>
          <w:sz w:val="28"/>
          <w:szCs w:val="28"/>
          <w:lang w:val="kk-KZ"/>
        </w:rPr>
        <w:t xml:space="preserve"> </w:t>
      </w:r>
      <w:r w:rsidR="00B70E2D" w:rsidRPr="00B75A9A">
        <w:rPr>
          <w:rFonts w:ascii="Times New Roman" w:eastAsia="Times New Roman" w:hAnsi="Times New Roman" w:cs="Times New Roman"/>
          <w:sz w:val="28"/>
          <w:szCs w:val="28"/>
          <w:lang w:val="kk-KZ"/>
        </w:rPr>
        <w:t xml:space="preserve">  (</w:t>
      </w:r>
      <w:r w:rsidRPr="00B75A9A">
        <w:rPr>
          <w:rFonts w:ascii="Times New Roman" w:eastAsia="Times New Roman" w:hAnsi="Times New Roman" w:cs="Times New Roman"/>
          <w:sz w:val="28"/>
          <w:szCs w:val="28"/>
          <w:lang w:val="kk-KZ"/>
        </w:rPr>
        <w:t xml:space="preserve">9)    </w:t>
      </w:r>
    </w:p>
    <w:p w14:paraId="74607A11" w14:textId="77777777" w:rsidR="00BA7984" w:rsidRPr="00B75A9A" w:rsidRDefault="00BA7984" w:rsidP="000358A3">
      <w:pPr>
        <w:spacing w:after="0" w:line="240" w:lineRule="auto"/>
        <w:rPr>
          <w:rFonts w:ascii="Times New Roman" w:eastAsia="Times New Roman" w:hAnsi="Times New Roman" w:cs="Times New Roman"/>
          <w:sz w:val="28"/>
          <w:szCs w:val="28"/>
          <w:lang w:val="kk-KZ"/>
        </w:rPr>
      </w:pPr>
    </w:p>
    <w:p w14:paraId="3437C43B" w14:textId="77777777" w:rsidR="00BA7984" w:rsidRPr="00B75A9A" w:rsidRDefault="00BA7984" w:rsidP="00BA7984">
      <w:pPr>
        <w:spacing w:after="0" w:line="240" w:lineRule="auto"/>
        <w:jc w:val="both"/>
        <w:rPr>
          <w:rFonts w:ascii="Times New Roman" w:eastAsia="Times New Roman" w:hAnsi="Times New Roman" w:cs="Times New Roman"/>
          <w:sz w:val="28"/>
          <w:szCs w:val="28"/>
          <w:lang w:val="kk-KZ"/>
        </w:rPr>
      </w:pPr>
      <w:r w:rsidRPr="00B75A9A">
        <w:rPr>
          <w:rFonts w:ascii="Times New Roman" w:eastAsia="Times New Roman" w:hAnsi="Times New Roman" w:cs="Times New Roman"/>
          <w:sz w:val="28"/>
          <w:szCs w:val="28"/>
          <w:lang w:val="kk-KZ"/>
        </w:rPr>
        <w:t xml:space="preserve">мұндағы </w:t>
      </w:r>
      <w:r w:rsidR="00A07FF5" w:rsidRPr="00B75A9A">
        <w:rPr>
          <w:rFonts w:ascii="Times New Roman" w:hAnsi="Times New Roman" w:cs="Times New Roman"/>
          <w:position w:val="-16"/>
          <w:sz w:val="28"/>
          <w:szCs w:val="28"/>
        </w:rPr>
        <w:object w:dxaOrig="1600" w:dyaOrig="460" w14:anchorId="180B12B1">
          <v:shape id="_x0000_i1098" type="#_x0000_t75" style="width:81.5pt;height:25.3pt" o:ole="">
            <v:imagedata r:id="rId160" o:title=""/>
          </v:shape>
          <o:OLEObject Type="Embed" ProgID="Equation.DSMT4" ShapeID="_x0000_i1098" DrawAspect="Content" ObjectID="_1840331552" r:id="rId161"/>
        </w:object>
      </w:r>
      <w:r w:rsidRPr="00B75A9A">
        <w:rPr>
          <w:rFonts w:ascii="Times New Roman" w:eastAsia="Times New Roman" w:hAnsi="Times New Roman" w:cs="Times New Roman"/>
          <w:sz w:val="28"/>
          <w:szCs w:val="28"/>
          <w:lang w:val="kk-KZ"/>
        </w:rPr>
        <w:t xml:space="preserve"> матрицасы келесі баған векторларынан тұрады</w:t>
      </w:r>
    </w:p>
    <w:p w14:paraId="5A6FCE32" w14:textId="77777777" w:rsidR="000358A3" w:rsidRPr="00B75A9A" w:rsidRDefault="000358A3" w:rsidP="00BA7984">
      <w:pPr>
        <w:spacing w:after="0" w:line="240" w:lineRule="auto"/>
        <w:jc w:val="both"/>
        <w:rPr>
          <w:rFonts w:ascii="Times New Roman" w:eastAsia="Times New Roman" w:hAnsi="Times New Roman" w:cs="Times New Roman"/>
          <w:sz w:val="28"/>
          <w:szCs w:val="28"/>
          <w:lang w:val="kk-KZ"/>
        </w:rPr>
      </w:pPr>
    </w:p>
    <w:p w14:paraId="0E4627F0" w14:textId="77777777" w:rsidR="00BA7984" w:rsidRPr="00B75A9A" w:rsidRDefault="00A07FF5" w:rsidP="00BA7984">
      <w:pPr>
        <w:spacing w:after="0" w:line="240" w:lineRule="auto"/>
        <w:jc w:val="center"/>
        <w:rPr>
          <w:rFonts w:ascii="Times New Roman" w:hAnsi="Times New Roman" w:cs="Times New Roman"/>
          <w:position w:val="-34"/>
          <w:sz w:val="28"/>
          <w:szCs w:val="28"/>
          <w:lang w:val="kk-KZ"/>
        </w:rPr>
      </w:pPr>
      <w:r w:rsidRPr="00B75A9A">
        <w:rPr>
          <w:rFonts w:ascii="Times New Roman" w:hAnsi="Times New Roman" w:cs="Times New Roman"/>
          <w:position w:val="-34"/>
          <w:sz w:val="28"/>
          <w:szCs w:val="28"/>
        </w:rPr>
        <w:object w:dxaOrig="3900" w:dyaOrig="780" w14:anchorId="7BD8BE01">
          <v:shape id="_x0000_i1099" type="#_x0000_t75" style="width:195.45pt;height:38pt" o:ole="">
            <v:imagedata r:id="rId162" o:title=""/>
          </v:shape>
          <o:OLEObject Type="Embed" ProgID="Equation.DSMT4" ShapeID="_x0000_i1099" DrawAspect="Content" ObjectID="_1840331553" r:id="rId163"/>
        </w:object>
      </w:r>
    </w:p>
    <w:p w14:paraId="3476D883" w14:textId="77777777" w:rsidR="000358A3" w:rsidRPr="00B75A9A" w:rsidRDefault="000358A3" w:rsidP="000358A3">
      <w:pPr>
        <w:spacing w:after="0" w:line="240" w:lineRule="auto"/>
        <w:rPr>
          <w:rFonts w:ascii="Times New Roman" w:eastAsia="Times New Roman" w:hAnsi="Times New Roman" w:cs="Times New Roman"/>
          <w:sz w:val="28"/>
          <w:szCs w:val="28"/>
          <w:lang w:val="kk-KZ"/>
        </w:rPr>
      </w:pPr>
    </w:p>
    <w:p w14:paraId="4E5CE784" w14:textId="77777777" w:rsidR="00BA7984" w:rsidRPr="00B75A9A" w:rsidRDefault="00BA7984" w:rsidP="00BA7984">
      <w:pPr>
        <w:spacing w:after="0" w:line="240" w:lineRule="auto"/>
        <w:jc w:val="both"/>
        <w:rPr>
          <w:rFonts w:ascii="Times New Roman" w:eastAsia="Times New Roman" w:hAnsi="Times New Roman" w:cs="Times New Roman"/>
          <w:sz w:val="28"/>
          <w:szCs w:val="28"/>
          <w:lang w:val="kk-KZ"/>
        </w:rPr>
      </w:pPr>
      <w:r w:rsidRPr="00B75A9A">
        <w:rPr>
          <w:rFonts w:ascii="Times New Roman" w:eastAsia="Times New Roman" w:hAnsi="Times New Roman" w:cs="Times New Roman"/>
          <w:sz w:val="28"/>
          <w:szCs w:val="28"/>
          <w:lang w:val="kk-KZ"/>
        </w:rPr>
        <w:t xml:space="preserve">Төмендегі </w:t>
      </w:r>
      <w:r w:rsidR="00A07FF5" w:rsidRPr="00B75A9A">
        <w:rPr>
          <w:rFonts w:ascii="Times New Roman" w:hAnsi="Times New Roman" w:cs="Times New Roman"/>
          <w:position w:val="-12"/>
          <w:sz w:val="28"/>
          <w:szCs w:val="28"/>
        </w:rPr>
        <w:object w:dxaOrig="240" w:dyaOrig="300" w14:anchorId="44FE24EC">
          <v:shape id="_x0000_i1100" type="#_x0000_t75" style="width:11.85pt;height:15.8pt" o:ole="">
            <v:imagedata r:id="rId164" o:title=""/>
          </v:shape>
          <o:OLEObject Type="Embed" ProgID="Equation.DSMT4" ShapeID="_x0000_i1100" DrawAspect="Content" ObjectID="_1840331554" r:id="rId165"/>
        </w:object>
      </w:r>
      <w:r w:rsidRPr="00B75A9A">
        <w:rPr>
          <w:rFonts w:ascii="Times New Roman" w:eastAsia="Times New Roman" w:hAnsi="Times New Roman" w:cs="Times New Roman"/>
          <w:position w:val="-12"/>
          <w:sz w:val="28"/>
          <w:szCs w:val="28"/>
          <w:lang w:val="en-US"/>
        </w:rPr>
        <w:t xml:space="preserve"> </w:t>
      </w:r>
      <w:r w:rsidRPr="00B75A9A">
        <w:rPr>
          <w:rFonts w:ascii="Times New Roman" w:eastAsia="Times New Roman" w:hAnsi="Times New Roman" w:cs="Times New Roman"/>
          <w:sz w:val="28"/>
          <w:szCs w:val="28"/>
          <w:lang w:val="kk-KZ"/>
        </w:rPr>
        <w:t>ретінде қолданылатын вектор</w:t>
      </w:r>
    </w:p>
    <w:p w14:paraId="5D2A8932" w14:textId="77777777" w:rsidR="00BA7984" w:rsidRPr="00B75A9A" w:rsidRDefault="00BA7984" w:rsidP="00BA7984">
      <w:pPr>
        <w:spacing w:after="0" w:line="240" w:lineRule="auto"/>
        <w:jc w:val="both"/>
        <w:rPr>
          <w:rFonts w:ascii="Times New Roman" w:eastAsia="Times New Roman" w:hAnsi="Times New Roman" w:cs="Times New Roman"/>
          <w:sz w:val="28"/>
          <w:szCs w:val="28"/>
          <w:lang w:val="kk-KZ"/>
        </w:rPr>
      </w:pPr>
    </w:p>
    <w:p w14:paraId="43DE1FA0" w14:textId="77777777" w:rsidR="00BA7984" w:rsidRPr="00B75A9A" w:rsidRDefault="00A07FF5" w:rsidP="00BA7984">
      <w:pPr>
        <w:spacing w:after="0" w:line="240" w:lineRule="auto"/>
        <w:jc w:val="center"/>
        <w:rPr>
          <w:rFonts w:ascii="Times New Roman" w:eastAsia="Times New Roman" w:hAnsi="Times New Roman" w:cs="Times New Roman"/>
          <w:sz w:val="28"/>
          <w:szCs w:val="28"/>
          <w:lang w:val="kk-KZ"/>
        </w:rPr>
      </w:pPr>
      <w:r w:rsidRPr="00B75A9A">
        <w:rPr>
          <w:rFonts w:ascii="Times New Roman" w:hAnsi="Times New Roman" w:cs="Times New Roman"/>
          <w:position w:val="-16"/>
          <w:sz w:val="28"/>
          <w:szCs w:val="28"/>
        </w:rPr>
        <w:object w:dxaOrig="2640" w:dyaOrig="480" w14:anchorId="64DB559D">
          <v:shape id="_x0000_i1101" type="#_x0000_t75" style="width:129.75pt;height:25.3pt" o:ole="">
            <v:imagedata r:id="rId166" o:title=""/>
          </v:shape>
          <o:OLEObject Type="Embed" ProgID="Equation.DSMT4" ShapeID="_x0000_i1101" DrawAspect="Content" ObjectID="_1840331555" r:id="rId167"/>
        </w:object>
      </w:r>
    </w:p>
    <w:p w14:paraId="3B701C82" w14:textId="77777777" w:rsidR="00BA7984" w:rsidRPr="00B75A9A" w:rsidRDefault="00BA7984" w:rsidP="00BA7984">
      <w:pPr>
        <w:spacing w:after="0" w:line="240" w:lineRule="auto"/>
        <w:jc w:val="both"/>
        <w:rPr>
          <w:rFonts w:ascii="Times New Roman" w:eastAsia="Times New Roman" w:hAnsi="Times New Roman" w:cs="Times New Roman"/>
          <w:sz w:val="28"/>
          <w:szCs w:val="28"/>
          <w:lang w:val="kk-KZ"/>
        </w:rPr>
      </w:pPr>
    </w:p>
    <w:p w14:paraId="570289D5" w14:textId="3183CA5C" w:rsidR="00BA7984" w:rsidRPr="00B75A9A" w:rsidRDefault="00BA7984" w:rsidP="000358A3">
      <w:pPr>
        <w:spacing w:after="0" w:line="240" w:lineRule="auto"/>
        <w:ind w:firstLine="708"/>
        <w:jc w:val="both"/>
        <w:rPr>
          <w:rFonts w:ascii="Times New Roman" w:hAnsi="Times New Roman" w:cs="Times New Roman"/>
          <w:color w:val="000000" w:themeColor="text1"/>
          <w:kern w:val="24"/>
          <w:sz w:val="28"/>
          <w:szCs w:val="28"/>
          <w:lang w:val="kk-KZ"/>
        </w:rPr>
      </w:pPr>
      <w:r w:rsidRPr="00B75A9A">
        <w:rPr>
          <w:rFonts w:ascii="Times New Roman" w:hAnsi="Times New Roman" w:cs="Times New Roman"/>
          <w:b/>
          <w:bCs/>
          <w:color w:val="000000" w:themeColor="text1"/>
          <w:kern w:val="24"/>
          <w:sz w:val="28"/>
          <w:szCs w:val="28"/>
          <w:lang w:val="kk-KZ"/>
        </w:rPr>
        <w:t>Теорема 2</w:t>
      </w:r>
      <w:r w:rsidRPr="00B75A9A">
        <w:rPr>
          <w:rFonts w:ascii="Times New Roman" w:hAnsi="Times New Roman" w:cs="Times New Roman"/>
          <w:color w:val="000000" w:themeColor="text1"/>
          <w:kern w:val="24"/>
          <w:sz w:val="28"/>
          <w:szCs w:val="28"/>
          <w:lang w:val="kk-KZ"/>
        </w:rPr>
        <w:t>.  Жоғарыдағы белгіле</w:t>
      </w:r>
      <w:r w:rsidR="00B70E2D" w:rsidRPr="00B75A9A">
        <w:rPr>
          <w:rFonts w:ascii="Times New Roman" w:hAnsi="Times New Roman" w:cs="Times New Roman"/>
          <w:color w:val="000000" w:themeColor="text1"/>
          <w:kern w:val="24"/>
          <w:sz w:val="28"/>
          <w:szCs w:val="28"/>
          <w:lang w:val="kk-KZ"/>
        </w:rPr>
        <w:t>уді қолданып (1), (</w:t>
      </w:r>
      <w:r w:rsidR="000358A3" w:rsidRPr="00B75A9A">
        <w:rPr>
          <w:rFonts w:ascii="Times New Roman" w:hAnsi="Times New Roman" w:cs="Times New Roman"/>
          <w:color w:val="000000" w:themeColor="text1"/>
          <w:kern w:val="24"/>
          <w:sz w:val="28"/>
          <w:szCs w:val="28"/>
          <w:lang w:val="kk-KZ"/>
        </w:rPr>
        <w:t xml:space="preserve">3) есебі </w:t>
      </w:r>
      <w:r w:rsidRPr="00B75A9A">
        <w:rPr>
          <w:rFonts w:ascii="Times New Roman" w:hAnsi="Times New Roman" w:cs="Times New Roman"/>
          <w:color w:val="000000" w:themeColor="text1"/>
          <w:kern w:val="24"/>
          <w:sz w:val="28"/>
          <w:szCs w:val="28"/>
          <w:lang w:val="kk-KZ"/>
        </w:rPr>
        <w:t>фредгольмді шешімді болады сонда  тек сонда ғана, егер</w:t>
      </w:r>
    </w:p>
    <w:p w14:paraId="176E8BB8" w14:textId="77777777" w:rsidR="00BA7984" w:rsidRPr="00B75A9A" w:rsidRDefault="00BA7984" w:rsidP="00BA7984">
      <w:pPr>
        <w:spacing w:after="0" w:line="240" w:lineRule="auto"/>
        <w:rPr>
          <w:rFonts w:ascii="Times New Roman" w:eastAsia="Times New Roman" w:hAnsi="Times New Roman" w:cs="Times New Roman"/>
          <w:sz w:val="28"/>
          <w:szCs w:val="28"/>
          <w:lang w:val="kk-KZ"/>
        </w:rPr>
      </w:pPr>
    </w:p>
    <w:p w14:paraId="06F2D56F" w14:textId="0F3F200A" w:rsidR="00BA7984" w:rsidRPr="00B75A9A" w:rsidRDefault="00A07FF5" w:rsidP="00BA7984">
      <w:pPr>
        <w:spacing w:after="0" w:line="240" w:lineRule="auto"/>
        <w:jc w:val="right"/>
        <w:rPr>
          <w:rFonts w:ascii="Times New Roman" w:eastAsia="Times New Roman" w:hAnsi="Times New Roman" w:cs="Times New Roman"/>
          <w:color w:val="000000" w:themeColor="text1"/>
          <w:kern w:val="24"/>
          <w:sz w:val="28"/>
          <w:szCs w:val="28"/>
          <w:lang w:val="kk-KZ"/>
        </w:rPr>
      </w:pPr>
      <w:r w:rsidRPr="00B75A9A">
        <w:rPr>
          <w:rFonts w:ascii="Times New Roman" w:hAnsi="Times New Roman" w:cs="Times New Roman"/>
          <w:position w:val="-18"/>
          <w:sz w:val="28"/>
          <w:szCs w:val="28"/>
        </w:rPr>
        <w:object w:dxaOrig="4560" w:dyaOrig="499" w14:anchorId="4D7046BE">
          <v:shape id="_x0000_i1102" type="#_x0000_t75" style="width:227.85pt;height:25.3pt" o:ole="">
            <v:imagedata r:id="rId168" o:title=""/>
          </v:shape>
          <o:OLEObject Type="Embed" ProgID="Equation.DSMT4" ShapeID="_x0000_i1102" DrawAspect="Content" ObjectID="_1840331556" r:id="rId169"/>
        </w:object>
      </w:r>
      <w:r w:rsidR="00BA7984" w:rsidRPr="00B75A9A">
        <w:rPr>
          <w:rFonts w:ascii="Times New Roman" w:eastAsia="Times New Roman" w:hAnsi="Times New Roman" w:cs="Times New Roman"/>
          <w:position w:val="-16"/>
          <w:sz w:val="28"/>
          <w:szCs w:val="28"/>
          <w:lang w:val="kk-KZ"/>
        </w:rPr>
        <w:t xml:space="preserve">                          </w:t>
      </w:r>
      <w:r w:rsidR="00B547B6" w:rsidRPr="00B75A9A">
        <w:rPr>
          <w:rFonts w:ascii="Times New Roman" w:eastAsia="Times New Roman" w:hAnsi="Times New Roman" w:cs="Times New Roman"/>
          <w:position w:val="-16"/>
          <w:sz w:val="28"/>
          <w:szCs w:val="28"/>
          <w:lang w:val="kk-KZ"/>
        </w:rPr>
        <w:t xml:space="preserve"> </w:t>
      </w:r>
      <w:r w:rsidR="00BA7984" w:rsidRPr="00B75A9A">
        <w:rPr>
          <w:rFonts w:ascii="Times New Roman" w:eastAsia="Times New Roman" w:hAnsi="Times New Roman" w:cs="Times New Roman"/>
          <w:position w:val="-16"/>
          <w:sz w:val="28"/>
          <w:szCs w:val="28"/>
          <w:lang w:val="kk-KZ"/>
        </w:rPr>
        <w:t xml:space="preserve"> </w:t>
      </w:r>
      <w:r w:rsidR="00B70E2D" w:rsidRPr="00B75A9A">
        <w:rPr>
          <w:rFonts w:ascii="Times New Roman" w:eastAsia="Times New Roman" w:hAnsi="Times New Roman" w:cs="Times New Roman"/>
          <w:color w:val="000000" w:themeColor="text1"/>
          <w:kern w:val="24"/>
          <w:sz w:val="28"/>
          <w:szCs w:val="28"/>
          <w:lang w:val="kk-KZ"/>
        </w:rPr>
        <w:t>(</w:t>
      </w:r>
      <w:r w:rsidR="00BA7984" w:rsidRPr="00B75A9A">
        <w:rPr>
          <w:rFonts w:ascii="Times New Roman" w:eastAsia="Times New Roman" w:hAnsi="Times New Roman" w:cs="Times New Roman"/>
          <w:color w:val="000000" w:themeColor="text1"/>
          <w:kern w:val="24"/>
          <w:sz w:val="28"/>
          <w:szCs w:val="28"/>
          <w:lang w:val="kk-KZ"/>
        </w:rPr>
        <w:t>10)</w:t>
      </w:r>
    </w:p>
    <w:p w14:paraId="2CF2B0A8" w14:textId="77777777" w:rsidR="00BA7984" w:rsidRPr="00B75A9A" w:rsidRDefault="00BA7984" w:rsidP="00BA7984">
      <w:pPr>
        <w:spacing w:after="0" w:line="240" w:lineRule="auto"/>
        <w:rPr>
          <w:rFonts w:ascii="Times New Roman" w:eastAsia="Times New Roman" w:hAnsi="Times New Roman" w:cs="Times New Roman"/>
          <w:color w:val="000000" w:themeColor="text1"/>
          <w:kern w:val="24"/>
          <w:sz w:val="28"/>
          <w:szCs w:val="28"/>
          <w:lang w:val="kk-KZ"/>
        </w:rPr>
      </w:pPr>
    </w:p>
    <w:p w14:paraId="756FF2BF" w14:textId="77777777" w:rsidR="00BA7984" w:rsidRPr="00B75A9A" w:rsidRDefault="00BA7984" w:rsidP="00BA7984">
      <w:pPr>
        <w:spacing w:after="0" w:line="240" w:lineRule="auto"/>
        <w:jc w:val="both"/>
        <w:rPr>
          <w:rFonts w:ascii="Times New Roman" w:hAnsi="Times New Roman" w:cs="Times New Roman"/>
          <w:color w:val="000000" w:themeColor="text1"/>
          <w:kern w:val="24"/>
          <w:sz w:val="28"/>
          <w:szCs w:val="28"/>
          <w:lang w:val="kk-KZ"/>
        </w:rPr>
      </w:pPr>
      <w:r w:rsidRPr="00B75A9A">
        <w:rPr>
          <w:rFonts w:ascii="Times New Roman" w:hAnsi="Times New Roman" w:cs="Times New Roman"/>
          <w:color w:val="000000" w:themeColor="text1"/>
          <w:kern w:val="24"/>
          <w:sz w:val="28"/>
          <w:szCs w:val="28"/>
          <w:lang w:val="kk-KZ"/>
        </w:rPr>
        <w:t xml:space="preserve">мұндағы </w:t>
      </w:r>
      <w:r w:rsidR="00A07FF5" w:rsidRPr="00B75A9A">
        <w:rPr>
          <w:rFonts w:ascii="Times New Roman" w:hAnsi="Times New Roman" w:cs="Times New Roman"/>
          <w:position w:val="-4"/>
          <w:sz w:val="28"/>
          <w:szCs w:val="28"/>
        </w:rPr>
        <w:object w:dxaOrig="260" w:dyaOrig="279" w14:anchorId="6756D7A3">
          <v:shape id="_x0000_i1103" type="#_x0000_t75" style="width:11.85pt;height:15.8pt" o:ole="">
            <v:imagedata r:id="rId170" o:title=""/>
          </v:shape>
          <o:OLEObject Type="Embed" ProgID="Equation.DSMT4" ShapeID="_x0000_i1103" DrawAspect="Content" ObjectID="_1840331557" r:id="rId171"/>
        </w:object>
      </w:r>
      <w:r w:rsidRPr="00B75A9A">
        <w:rPr>
          <w:rFonts w:ascii="Times New Roman" w:eastAsia="Times New Roman" w:hAnsi="Times New Roman" w:cs="Times New Roman"/>
          <w:position w:val="-16"/>
          <w:sz w:val="28"/>
          <w:szCs w:val="28"/>
          <w:lang w:val="kk-KZ"/>
        </w:rPr>
        <w:t xml:space="preserve"> </w:t>
      </w:r>
      <w:r w:rsidRPr="00B75A9A">
        <w:rPr>
          <w:rFonts w:ascii="Times New Roman" w:hAnsi="Times New Roman" w:cs="Times New Roman"/>
          <w:color w:val="000000" w:themeColor="text1"/>
          <w:kern w:val="24"/>
          <w:sz w:val="28"/>
          <w:szCs w:val="28"/>
          <w:lang w:val="kk-KZ"/>
        </w:rPr>
        <w:t xml:space="preserve">шеңберді білдіреді. Есептің индексі бүтін санмен анықталады </w:t>
      </w:r>
    </w:p>
    <w:p w14:paraId="62C081CB" w14:textId="77777777" w:rsidR="00BA7984" w:rsidRPr="00B75A9A" w:rsidRDefault="00BA7984" w:rsidP="00BA7984">
      <w:pPr>
        <w:spacing w:after="0" w:line="240" w:lineRule="auto"/>
        <w:jc w:val="both"/>
        <w:rPr>
          <w:rFonts w:ascii="Times New Roman" w:hAnsi="Times New Roman" w:cs="Times New Roman"/>
          <w:color w:val="000000" w:themeColor="text1"/>
          <w:kern w:val="24"/>
          <w:sz w:val="28"/>
          <w:szCs w:val="28"/>
          <w:lang w:val="kk-KZ"/>
        </w:rPr>
      </w:pPr>
    </w:p>
    <w:p w14:paraId="0E40450E" w14:textId="743F7F6E" w:rsidR="00BA7984" w:rsidRPr="00B75A9A" w:rsidRDefault="00A07FF5" w:rsidP="00BA7984">
      <w:pPr>
        <w:spacing w:after="0" w:line="240" w:lineRule="auto"/>
        <w:jc w:val="right"/>
        <w:rPr>
          <w:rFonts w:ascii="Times New Roman" w:eastAsia="Times New Roman" w:hAnsi="Times New Roman" w:cs="Times New Roman"/>
          <w:color w:val="000000" w:themeColor="text1"/>
          <w:kern w:val="24"/>
          <w:sz w:val="28"/>
          <w:szCs w:val="28"/>
          <w:lang w:val="kk-KZ"/>
        </w:rPr>
      </w:pPr>
      <w:r w:rsidRPr="00B75A9A">
        <w:rPr>
          <w:rFonts w:ascii="Times New Roman" w:hAnsi="Times New Roman" w:cs="Times New Roman"/>
          <w:position w:val="-28"/>
          <w:sz w:val="28"/>
          <w:szCs w:val="28"/>
        </w:rPr>
        <w:object w:dxaOrig="5220" w:dyaOrig="720" w14:anchorId="099B88A5">
          <v:shape id="_x0000_i1104" type="#_x0000_t75" style="width:261.9pt;height:37.2pt" o:ole="">
            <v:imagedata r:id="rId172" o:title=""/>
          </v:shape>
          <o:OLEObject Type="Embed" ProgID="Equation.DSMT4" ShapeID="_x0000_i1104" DrawAspect="Content" ObjectID="_1840331558" r:id="rId173"/>
        </w:object>
      </w:r>
      <w:r w:rsidR="00B70E2D" w:rsidRPr="00B75A9A">
        <w:rPr>
          <w:rFonts w:ascii="Times New Roman" w:eastAsia="Times New Roman" w:hAnsi="Times New Roman" w:cs="Times New Roman"/>
          <w:color w:val="000000" w:themeColor="text1"/>
          <w:kern w:val="24"/>
          <w:sz w:val="28"/>
          <w:szCs w:val="28"/>
          <w:lang w:val="kk-KZ"/>
        </w:rPr>
        <w:t xml:space="preserve">                      (</w:t>
      </w:r>
      <w:r w:rsidR="00BA7984" w:rsidRPr="00B75A9A">
        <w:rPr>
          <w:rFonts w:ascii="Times New Roman" w:eastAsia="Times New Roman" w:hAnsi="Times New Roman" w:cs="Times New Roman"/>
          <w:color w:val="000000" w:themeColor="text1"/>
          <w:kern w:val="24"/>
          <w:sz w:val="28"/>
          <w:szCs w:val="28"/>
          <w:lang w:val="kk-KZ"/>
        </w:rPr>
        <w:t>11)</w:t>
      </w:r>
    </w:p>
    <w:p w14:paraId="52A5EAAC" w14:textId="77777777" w:rsidR="00BA7984" w:rsidRPr="00B75A9A" w:rsidRDefault="00BA7984" w:rsidP="00BA7984">
      <w:pPr>
        <w:tabs>
          <w:tab w:val="left" w:pos="1084"/>
        </w:tabs>
        <w:spacing w:after="0" w:line="240" w:lineRule="auto"/>
        <w:rPr>
          <w:rFonts w:ascii="Times New Roman" w:eastAsia="Times New Roman" w:hAnsi="Times New Roman" w:cs="Times New Roman"/>
          <w:sz w:val="28"/>
          <w:szCs w:val="28"/>
          <w:lang w:val="kk-KZ"/>
        </w:rPr>
      </w:pPr>
    </w:p>
    <w:p w14:paraId="4228B85A" w14:textId="7C1300D3" w:rsidR="00BA7984" w:rsidRPr="00B75A9A" w:rsidRDefault="00A07FF5" w:rsidP="000358A3">
      <w:pPr>
        <w:spacing w:after="0" w:line="240" w:lineRule="auto"/>
        <w:jc w:val="both"/>
        <w:rPr>
          <w:rFonts w:ascii="Times New Roman" w:hAnsi="Times New Roman" w:cs="Times New Roman"/>
          <w:color w:val="000000" w:themeColor="text1"/>
          <w:kern w:val="24"/>
          <w:sz w:val="28"/>
          <w:szCs w:val="28"/>
          <w:lang w:val="kk-KZ"/>
        </w:rPr>
      </w:pPr>
      <w:r w:rsidRPr="00B75A9A">
        <w:rPr>
          <w:rFonts w:ascii="Times New Roman" w:hAnsi="Times New Roman" w:cs="Times New Roman"/>
          <w:position w:val="-4"/>
          <w:sz w:val="28"/>
          <w:szCs w:val="28"/>
        </w:rPr>
        <w:object w:dxaOrig="260" w:dyaOrig="279" w14:anchorId="2ED5E228">
          <v:shape id="_x0000_i1105" type="#_x0000_t75" style="width:11.85pt;height:15.8pt" o:ole="">
            <v:imagedata r:id="rId174" o:title=""/>
          </v:shape>
          <o:OLEObject Type="Embed" ProgID="Equation.DSMT4" ShapeID="_x0000_i1105" DrawAspect="Content" ObjectID="_1840331559" r:id="rId175"/>
        </w:object>
      </w:r>
      <w:r w:rsidR="00BA7984" w:rsidRPr="00B75A9A">
        <w:rPr>
          <w:rFonts w:ascii="Times New Roman" w:eastAsia="Times New Roman" w:hAnsi="Times New Roman" w:cs="Times New Roman"/>
          <w:position w:val="-16"/>
          <w:sz w:val="28"/>
          <w:szCs w:val="28"/>
          <w:lang w:val="kk-KZ"/>
        </w:rPr>
        <w:t xml:space="preserve"> </w:t>
      </w:r>
      <w:r w:rsidR="00BA7984" w:rsidRPr="00B75A9A">
        <w:rPr>
          <w:rFonts w:ascii="Times New Roman" w:hAnsi="Times New Roman" w:cs="Times New Roman"/>
          <w:color w:val="000000" w:themeColor="text1"/>
          <w:kern w:val="24"/>
          <w:sz w:val="28"/>
          <w:szCs w:val="28"/>
          <w:lang w:val="kk-KZ"/>
        </w:rPr>
        <w:t>бойынша шеңбер аргументінің үзіліссіз өсімшесі с</w:t>
      </w:r>
      <w:r w:rsidR="00B547B6" w:rsidRPr="00B75A9A">
        <w:rPr>
          <w:rFonts w:ascii="Times New Roman" w:hAnsi="Times New Roman" w:cs="Times New Roman"/>
          <w:color w:val="000000" w:themeColor="text1"/>
          <w:kern w:val="24"/>
          <w:sz w:val="28"/>
          <w:szCs w:val="28"/>
          <w:lang w:val="kk-KZ"/>
        </w:rPr>
        <w:t xml:space="preserve">ағат тіліне қарсы бағытталады. </w:t>
      </w:r>
      <w:r w:rsidR="00BA7984" w:rsidRPr="00B75A9A">
        <w:rPr>
          <w:rFonts w:ascii="Times New Roman" w:hAnsi="Times New Roman" w:cs="Times New Roman"/>
          <w:color w:val="000000" w:themeColor="text1"/>
          <w:kern w:val="24"/>
          <w:sz w:val="28"/>
          <w:szCs w:val="28"/>
          <w:lang w:val="kk-KZ"/>
        </w:rPr>
        <w:t>Фредгольмді шешімділікке және соған сәйкес индекс формулаларына қатысты келесі нәтижелерге назар аударайық.</w:t>
      </w:r>
    </w:p>
    <w:p w14:paraId="2F3535CE" w14:textId="4B9521F7" w:rsidR="00BA7984" w:rsidRPr="00B75A9A" w:rsidRDefault="00BA7984" w:rsidP="00B547B6">
      <w:pPr>
        <w:spacing w:after="0" w:line="240" w:lineRule="auto"/>
        <w:ind w:firstLine="708"/>
        <w:jc w:val="both"/>
        <w:rPr>
          <w:rFonts w:ascii="Times New Roman" w:hAnsi="Times New Roman" w:cs="Times New Roman"/>
          <w:color w:val="000000" w:themeColor="text1"/>
          <w:kern w:val="24"/>
          <w:sz w:val="28"/>
          <w:szCs w:val="28"/>
          <w:lang w:val="kk-KZ"/>
        </w:rPr>
      </w:pPr>
      <w:r w:rsidRPr="00B75A9A">
        <w:rPr>
          <w:rFonts w:ascii="Times New Roman" w:hAnsi="Times New Roman" w:cs="Times New Roman"/>
          <w:b/>
          <w:bCs/>
          <w:color w:val="000000" w:themeColor="text1"/>
          <w:kern w:val="24"/>
          <w:sz w:val="28"/>
          <w:szCs w:val="28"/>
          <w:lang w:val="kk-KZ"/>
        </w:rPr>
        <w:t xml:space="preserve">Теорема 3. </w:t>
      </w:r>
      <w:r w:rsidRPr="00B75A9A">
        <w:rPr>
          <w:rFonts w:ascii="Times New Roman" w:hAnsi="Times New Roman" w:cs="Times New Roman"/>
          <w:color w:val="000000" w:themeColor="text1"/>
          <w:kern w:val="24"/>
          <w:sz w:val="28"/>
          <w:szCs w:val="28"/>
          <w:lang w:val="kk-KZ"/>
        </w:rPr>
        <w:t xml:space="preserve">Айталық </w:t>
      </w:r>
      <w:r w:rsidR="00A07FF5" w:rsidRPr="00B75A9A">
        <w:rPr>
          <w:rFonts w:ascii="Times New Roman" w:hAnsi="Times New Roman" w:cs="Times New Roman"/>
          <w:position w:val="-16"/>
          <w:sz w:val="28"/>
          <w:szCs w:val="28"/>
        </w:rPr>
        <w:object w:dxaOrig="1980" w:dyaOrig="440" w14:anchorId="5E51E58E">
          <v:shape id="_x0000_i1106" type="#_x0000_t75" style="width:98.1pt;height:20.55pt" o:ole="">
            <v:imagedata r:id="rId176" o:title=""/>
          </v:shape>
          <o:OLEObject Type="Embed" ProgID="Equation.DSMT4" ShapeID="_x0000_i1106" DrawAspect="Content" ObjectID="_1840331560" r:id="rId177"/>
        </w:object>
      </w:r>
      <w:r w:rsidR="00B547B6" w:rsidRPr="00B75A9A">
        <w:rPr>
          <w:rFonts w:ascii="Times New Roman" w:hAnsi="Times New Roman" w:cs="Times New Roman"/>
          <w:color w:val="000000" w:themeColor="text1"/>
          <w:kern w:val="24"/>
          <w:sz w:val="28"/>
          <w:szCs w:val="28"/>
          <w:lang w:val="kk-KZ"/>
        </w:rPr>
        <w:t xml:space="preserve"> көпмүшесі</w:t>
      </w:r>
      <w:r w:rsidRPr="00B75A9A">
        <w:rPr>
          <w:rFonts w:ascii="Times New Roman" w:hAnsi="Times New Roman" w:cs="Times New Roman"/>
          <w:color w:val="000000" w:themeColor="text1"/>
          <w:kern w:val="24"/>
          <w:sz w:val="28"/>
          <w:szCs w:val="28"/>
          <w:lang w:val="kk-KZ"/>
        </w:rPr>
        <w:t xml:space="preserve"> </w:t>
      </w:r>
      <w:r w:rsidR="00A07FF5" w:rsidRPr="00B75A9A">
        <w:rPr>
          <w:rFonts w:ascii="Times New Roman" w:hAnsi="Times New Roman" w:cs="Times New Roman"/>
          <w:position w:val="-12"/>
          <w:sz w:val="28"/>
          <w:szCs w:val="28"/>
        </w:rPr>
        <w:object w:dxaOrig="999" w:dyaOrig="380" w14:anchorId="06E06E4D">
          <v:shape id="_x0000_i1107" type="#_x0000_t75" style="width:49.05pt;height:18.2pt" o:ole="">
            <v:imagedata r:id="rId178" o:title=""/>
          </v:shape>
          <o:OLEObject Type="Embed" ProgID="Equation.DSMT4" ShapeID="_x0000_i1107" DrawAspect="Content" ObjectID="_1840331561" r:id="rId179"/>
        </w:object>
      </w:r>
      <w:r w:rsidRPr="00B75A9A">
        <w:rPr>
          <w:rFonts w:ascii="Times New Roman" w:hAnsi="Times New Roman" w:cs="Times New Roman"/>
          <w:color w:val="000000" w:themeColor="text1"/>
          <w:kern w:val="24"/>
          <w:sz w:val="28"/>
          <w:szCs w:val="28"/>
          <w:lang w:val="kk-KZ"/>
        </w:rPr>
        <w:t>айнымалылары арқылы</w:t>
      </w:r>
    </w:p>
    <w:p w14:paraId="275DE2E6" w14:textId="77777777" w:rsidR="00BA7984" w:rsidRPr="00B75A9A" w:rsidRDefault="00BA7984" w:rsidP="00BA7984">
      <w:pPr>
        <w:spacing w:after="0" w:line="240" w:lineRule="auto"/>
        <w:rPr>
          <w:rFonts w:ascii="Times New Roman" w:eastAsia="Times New Roman" w:hAnsi="Times New Roman" w:cs="Times New Roman"/>
          <w:sz w:val="28"/>
          <w:szCs w:val="28"/>
          <w:lang w:val="kk-KZ"/>
        </w:rPr>
      </w:pPr>
    </w:p>
    <w:p w14:paraId="57D65AD5" w14:textId="402475C6" w:rsidR="00BA7984" w:rsidRPr="00B75A9A" w:rsidRDefault="00BA7984" w:rsidP="00BA7984">
      <w:pPr>
        <w:spacing w:after="0" w:line="240" w:lineRule="auto"/>
        <w:jc w:val="right"/>
        <w:rPr>
          <w:rFonts w:ascii="Times New Roman" w:hAnsi="Times New Roman" w:cs="Times New Roman"/>
          <w:color w:val="000000" w:themeColor="text1"/>
          <w:kern w:val="24"/>
          <w:sz w:val="28"/>
          <w:szCs w:val="28"/>
          <w:lang w:val="kk-KZ"/>
        </w:rPr>
      </w:pPr>
      <w:r w:rsidRPr="00B75A9A">
        <w:rPr>
          <w:rFonts w:ascii="Times New Roman" w:hAnsi="Times New Roman" w:cs="Times New Roman"/>
          <w:color w:val="000000" w:themeColor="text1"/>
          <w:kern w:val="24"/>
          <w:sz w:val="28"/>
          <w:szCs w:val="28"/>
          <w:lang w:val="kk-KZ"/>
        </w:rPr>
        <w:t xml:space="preserve">                           </w:t>
      </w:r>
      <w:r w:rsidR="00A07FF5" w:rsidRPr="00B75A9A">
        <w:rPr>
          <w:rFonts w:ascii="Times New Roman" w:hAnsi="Times New Roman" w:cs="Times New Roman"/>
          <w:position w:val="-16"/>
          <w:sz w:val="28"/>
          <w:szCs w:val="28"/>
        </w:rPr>
        <w:object w:dxaOrig="4160" w:dyaOrig="440" w14:anchorId="6AF44128">
          <v:shape id="_x0000_i1108" type="#_x0000_t75" style="width:211.25pt;height:20.55pt" o:ole="">
            <v:imagedata r:id="rId180" o:title=""/>
          </v:shape>
          <o:OLEObject Type="Embed" ProgID="Equation.DSMT4" ShapeID="_x0000_i1108" DrawAspect="Content" ObjectID="_1840331562" r:id="rId181"/>
        </w:object>
      </w:r>
      <w:r w:rsidRPr="00B75A9A">
        <w:rPr>
          <w:rFonts w:ascii="Times New Roman" w:hAnsi="Times New Roman" w:cs="Times New Roman"/>
          <w:color w:val="000000" w:themeColor="text1"/>
          <w:kern w:val="24"/>
          <w:sz w:val="28"/>
          <w:szCs w:val="28"/>
          <w:lang w:val="kk-KZ"/>
        </w:rPr>
        <w:t xml:space="preserve">     </w:t>
      </w:r>
      <w:r w:rsidR="00B70E2D" w:rsidRPr="00B75A9A">
        <w:rPr>
          <w:rFonts w:ascii="Times New Roman" w:hAnsi="Times New Roman" w:cs="Times New Roman"/>
          <w:color w:val="000000" w:themeColor="text1"/>
          <w:kern w:val="24"/>
          <w:sz w:val="28"/>
          <w:szCs w:val="28"/>
          <w:lang w:val="kk-KZ"/>
        </w:rPr>
        <w:t xml:space="preserve">                             (</w:t>
      </w:r>
      <w:r w:rsidRPr="00B75A9A">
        <w:rPr>
          <w:rFonts w:ascii="Times New Roman" w:hAnsi="Times New Roman" w:cs="Times New Roman"/>
          <w:color w:val="000000" w:themeColor="text1"/>
          <w:kern w:val="24"/>
          <w:sz w:val="28"/>
          <w:szCs w:val="28"/>
          <w:lang w:val="kk-KZ"/>
        </w:rPr>
        <w:t>12)</w:t>
      </w:r>
    </w:p>
    <w:p w14:paraId="55678FF1" w14:textId="77777777" w:rsidR="00672C7D" w:rsidRPr="00B75A9A" w:rsidRDefault="00672C7D" w:rsidP="00672C7D">
      <w:pPr>
        <w:spacing w:after="0" w:line="240" w:lineRule="auto"/>
        <w:rPr>
          <w:rFonts w:ascii="Times New Roman" w:eastAsia="Times New Roman" w:hAnsi="Times New Roman" w:cs="Times New Roman"/>
          <w:sz w:val="28"/>
          <w:szCs w:val="28"/>
          <w:lang w:val="kk-KZ"/>
        </w:rPr>
      </w:pPr>
    </w:p>
    <w:p w14:paraId="010A0658" w14:textId="77777777" w:rsidR="00BA7984" w:rsidRPr="00B75A9A" w:rsidRDefault="00BA7984" w:rsidP="00BA7984">
      <w:pPr>
        <w:spacing w:after="0" w:line="240" w:lineRule="auto"/>
        <w:rPr>
          <w:rFonts w:ascii="Times New Roman" w:hAnsi="Times New Roman" w:cs="Times New Roman"/>
          <w:color w:val="000000" w:themeColor="text1"/>
          <w:kern w:val="24"/>
          <w:sz w:val="28"/>
          <w:szCs w:val="28"/>
          <w:lang w:val="kk-KZ"/>
        </w:rPr>
      </w:pPr>
      <w:r w:rsidRPr="00B75A9A">
        <w:rPr>
          <w:rFonts w:ascii="Times New Roman" w:hAnsi="Times New Roman" w:cs="Times New Roman"/>
          <w:color w:val="000000" w:themeColor="text1"/>
          <w:kern w:val="24"/>
          <w:sz w:val="28"/>
          <w:szCs w:val="28"/>
          <w:lang w:val="kk-KZ"/>
        </w:rPr>
        <w:t>матрицасы негізінде</w:t>
      </w:r>
    </w:p>
    <w:p w14:paraId="78A1FFC2" w14:textId="77777777" w:rsidR="00BA7984" w:rsidRPr="00B75A9A" w:rsidRDefault="00BA7984" w:rsidP="00BA7984">
      <w:pPr>
        <w:spacing w:after="0" w:line="240" w:lineRule="auto"/>
        <w:rPr>
          <w:rFonts w:ascii="Times New Roman" w:eastAsia="Times New Roman" w:hAnsi="Times New Roman" w:cs="Times New Roman"/>
          <w:sz w:val="28"/>
          <w:szCs w:val="28"/>
          <w:lang w:val="kk-KZ"/>
        </w:rPr>
      </w:pPr>
    </w:p>
    <w:p w14:paraId="79DDB29B" w14:textId="4030CE50" w:rsidR="00BA7984" w:rsidRPr="00B75A9A" w:rsidRDefault="00BA7984" w:rsidP="00BA7984">
      <w:pPr>
        <w:spacing w:after="0" w:line="240" w:lineRule="auto"/>
        <w:jc w:val="right"/>
        <w:rPr>
          <w:rFonts w:ascii="Times New Roman" w:eastAsia="Times New Roman" w:hAnsi="Times New Roman" w:cs="Times New Roman"/>
          <w:color w:val="000000" w:themeColor="text1"/>
          <w:kern w:val="24"/>
          <w:sz w:val="28"/>
          <w:szCs w:val="28"/>
          <w:lang w:val="kk-KZ"/>
        </w:rPr>
      </w:pPr>
      <w:r w:rsidRPr="00B75A9A">
        <w:rPr>
          <w:rFonts w:ascii="Times New Roman" w:eastAsia="Times New Roman" w:hAnsi="Times New Roman" w:cs="Times New Roman"/>
          <w:iCs/>
          <w:color w:val="000000" w:themeColor="text1"/>
          <w:kern w:val="24"/>
          <w:sz w:val="28"/>
          <w:szCs w:val="28"/>
          <w:lang w:val="kk-KZ"/>
        </w:rPr>
        <w:t xml:space="preserve">                                      </w:t>
      </w:r>
      <w:r w:rsidR="00A07FF5" w:rsidRPr="00B75A9A">
        <w:rPr>
          <w:rFonts w:ascii="Times New Roman" w:hAnsi="Times New Roman" w:cs="Times New Roman"/>
          <w:position w:val="-16"/>
          <w:sz w:val="28"/>
          <w:szCs w:val="28"/>
        </w:rPr>
        <w:object w:dxaOrig="2640" w:dyaOrig="480" w14:anchorId="37749CC9">
          <v:shape id="_x0000_i1109" type="#_x0000_t75" style="width:132.9pt;height:25.3pt" o:ole="">
            <v:imagedata r:id="rId182" o:title=""/>
          </v:shape>
          <o:OLEObject Type="Embed" ProgID="Equation.DSMT4" ShapeID="_x0000_i1109" DrawAspect="Content" ObjectID="_1840331563" r:id="rId183"/>
        </w:object>
      </w:r>
      <w:r w:rsidRPr="00B75A9A">
        <w:rPr>
          <w:rFonts w:ascii="Times New Roman" w:eastAsia="Times New Roman" w:hAnsi="Times New Roman" w:cs="Times New Roman"/>
          <w:i/>
          <w:sz w:val="28"/>
          <w:szCs w:val="28"/>
          <w:lang w:val="kk-KZ"/>
        </w:rPr>
        <w:t xml:space="preserve">                                         </w:t>
      </w:r>
      <w:r w:rsidR="00B70E2D" w:rsidRPr="00B75A9A">
        <w:rPr>
          <w:rFonts w:ascii="Times New Roman" w:eastAsia="Times New Roman" w:hAnsi="Times New Roman" w:cs="Times New Roman"/>
          <w:color w:val="000000" w:themeColor="text1"/>
          <w:kern w:val="24"/>
          <w:sz w:val="28"/>
          <w:szCs w:val="28"/>
          <w:lang w:val="kk-KZ"/>
        </w:rPr>
        <w:t>(</w:t>
      </w:r>
      <w:r w:rsidRPr="00B75A9A">
        <w:rPr>
          <w:rFonts w:ascii="Times New Roman" w:eastAsia="Times New Roman" w:hAnsi="Times New Roman" w:cs="Times New Roman"/>
          <w:color w:val="000000" w:themeColor="text1"/>
          <w:kern w:val="24"/>
          <w:sz w:val="28"/>
          <w:szCs w:val="28"/>
          <w:lang w:val="kk-KZ"/>
        </w:rPr>
        <w:t>13)</w:t>
      </w:r>
    </w:p>
    <w:p w14:paraId="4919D6B9" w14:textId="77777777" w:rsidR="00BA7984" w:rsidRPr="00B75A9A" w:rsidRDefault="00BA7984" w:rsidP="00BA7984">
      <w:pPr>
        <w:spacing w:after="0" w:line="240" w:lineRule="auto"/>
        <w:jc w:val="right"/>
        <w:rPr>
          <w:rFonts w:ascii="Times New Roman" w:eastAsia="Times New Roman" w:hAnsi="Times New Roman" w:cs="Times New Roman"/>
          <w:i/>
          <w:sz w:val="28"/>
          <w:szCs w:val="28"/>
          <w:lang w:val="kk-KZ"/>
        </w:rPr>
      </w:pPr>
    </w:p>
    <w:p w14:paraId="7F4F5F21" w14:textId="77777777" w:rsidR="00BA7984" w:rsidRPr="00B75A9A" w:rsidRDefault="00BA7984" w:rsidP="00BA7984">
      <w:pPr>
        <w:spacing w:after="0" w:line="240" w:lineRule="auto"/>
        <w:rPr>
          <w:rFonts w:ascii="Times New Roman" w:hAnsi="Times New Roman" w:cs="Times New Roman"/>
          <w:color w:val="000000" w:themeColor="text1"/>
          <w:kern w:val="24"/>
          <w:sz w:val="28"/>
          <w:szCs w:val="28"/>
          <w:lang w:val="kk-KZ"/>
        </w:rPr>
      </w:pPr>
      <w:r w:rsidRPr="00B75A9A">
        <w:rPr>
          <w:rFonts w:ascii="Times New Roman" w:hAnsi="Times New Roman" w:cs="Times New Roman"/>
          <w:color w:val="000000" w:themeColor="text1"/>
          <w:kern w:val="24"/>
          <w:sz w:val="28"/>
          <w:szCs w:val="28"/>
          <w:lang w:val="kk-KZ"/>
        </w:rPr>
        <w:t xml:space="preserve">вектор-функциясына байланысты анықталсын және </w:t>
      </w:r>
      <w:r w:rsidR="00A07FF5" w:rsidRPr="00B75A9A">
        <w:rPr>
          <w:rFonts w:ascii="Times New Roman" w:hAnsi="Times New Roman" w:cs="Times New Roman"/>
          <w:position w:val="-16"/>
          <w:sz w:val="28"/>
          <w:szCs w:val="28"/>
        </w:rPr>
        <w:object w:dxaOrig="300" w:dyaOrig="420" w14:anchorId="0FAF8B3D">
          <v:shape id="_x0000_i1110" type="#_x0000_t75" style="width:15.8pt;height:20.55pt" o:ole="">
            <v:imagedata r:id="rId184" o:title=""/>
          </v:shape>
          <o:OLEObject Type="Embed" ProgID="Equation.DSMT4" ShapeID="_x0000_i1110" DrawAspect="Content" ObjectID="_1840331564" r:id="rId185"/>
        </w:object>
      </w:r>
      <w:r w:rsidRPr="00B75A9A">
        <w:rPr>
          <w:rFonts w:ascii="Times New Roman" w:hAnsi="Times New Roman" w:cs="Times New Roman"/>
          <w:color w:val="000000" w:themeColor="text1"/>
          <w:kern w:val="24"/>
          <w:sz w:val="28"/>
          <w:szCs w:val="28"/>
          <w:lang w:val="kk-KZ"/>
        </w:rPr>
        <w:t>-осы көпмүшеге кіретін</w:t>
      </w:r>
      <w:r w:rsidR="00A07FF5" w:rsidRPr="00B75A9A">
        <w:rPr>
          <w:rFonts w:ascii="Times New Roman" w:hAnsi="Times New Roman" w:cs="Times New Roman"/>
          <w:position w:val="-16"/>
          <w:sz w:val="28"/>
          <w:szCs w:val="28"/>
        </w:rPr>
        <w:object w:dxaOrig="300" w:dyaOrig="420" w14:anchorId="5C7D49D2">
          <v:shape id="_x0000_i1111" type="#_x0000_t75" style="width:15.8pt;height:20.55pt" o:ole="">
            <v:imagedata r:id="rId186" o:title=""/>
          </v:shape>
          <o:OLEObject Type="Embed" ProgID="Equation.DSMT4" ShapeID="_x0000_i1111" DrawAspect="Content" ObjectID="_1840331565" r:id="rId187"/>
        </w:object>
      </w:r>
      <w:r w:rsidRPr="00B75A9A">
        <w:rPr>
          <w:rFonts w:ascii="Times New Roman" w:hAnsi="Times New Roman" w:cs="Times New Roman"/>
          <w:color w:val="000000" w:themeColor="text1"/>
          <w:kern w:val="24"/>
          <w:sz w:val="28"/>
          <w:szCs w:val="28"/>
          <w:lang w:val="kk-KZ"/>
        </w:rPr>
        <w:t>-дің ең жоғарғы дәрежесі болсын. Онда</w:t>
      </w:r>
    </w:p>
    <w:p w14:paraId="230172B8" w14:textId="77777777" w:rsidR="00BA7984" w:rsidRPr="00B75A9A" w:rsidRDefault="00BA7984" w:rsidP="00BA7984">
      <w:pPr>
        <w:spacing w:after="0" w:line="240" w:lineRule="auto"/>
        <w:rPr>
          <w:rFonts w:ascii="Times New Roman" w:eastAsia="Times New Roman" w:hAnsi="Times New Roman" w:cs="Times New Roman"/>
          <w:sz w:val="28"/>
          <w:szCs w:val="28"/>
          <w:lang w:val="kk-KZ"/>
        </w:rPr>
      </w:pPr>
    </w:p>
    <w:p w14:paraId="099ACEE5" w14:textId="53092868" w:rsidR="00BA7984" w:rsidRPr="00B75A9A" w:rsidRDefault="00BA7984" w:rsidP="00BA7984">
      <w:pPr>
        <w:spacing w:after="0" w:line="240" w:lineRule="auto"/>
        <w:jc w:val="right"/>
        <w:rPr>
          <w:rFonts w:ascii="Times New Roman" w:eastAsia="Times New Roman" w:hAnsi="Times New Roman" w:cs="Times New Roman"/>
          <w:color w:val="000000" w:themeColor="text1"/>
          <w:kern w:val="24"/>
          <w:sz w:val="28"/>
          <w:szCs w:val="28"/>
          <w:lang w:val="kk-KZ"/>
        </w:rPr>
      </w:pPr>
      <w:r w:rsidRPr="00B75A9A">
        <w:rPr>
          <w:rFonts w:ascii="Times New Roman" w:eastAsia="Times New Roman" w:hAnsi="Times New Roman" w:cs="Times New Roman"/>
          <w:iCs/>
          <w:color w:val="000000" w:themeColor="text1"/>
          <w:kern w:val="24"/>
          <w:sz w:val="28"/>
          <w:szCs w:val="28"/>
          <w:lang w:val="kk-KZ"/>
        </w:rPr>
        <w:t xml:space="preserve">                  </w:t>
      </w:r>
      <w:r w:rsidR="00A07FF5" w:rsidRPr="00B75A9A">
        <w:rPr>
          <w:rFonts w:ascii="Times New Roman" w:hAnsi="Times New Roman" w:cs="Times New Roman"/>
          <w:position w:val="-36"/>
          <w:sz w:val="28"/>
          <w:szCs w:val="28"/>
        </w:rPr>
        <w:object w:dxaOrig="5660" w:dyaOrig="859" w14:anchorId="4D85F300">
          <v:shape id="_x0000_i1112" type="#_x0000_t75" style="width:281.65pt;height:44.3pt" o:ole="">
            <v:imagedata r:id="rId188" o:title=""/>
          </v:shape>
          <o:OLEObject Type="Embed" ProgID="Equation.DSMT4" ShapeID="_x0000_i1112" DrawAspect="Content" ObjectID="_1840331566" r:id="rId189"/>
        </w:object>
      </w:r>
      <w:r w:rsidR="00B70E2D" w:rsidRPr="00B75A9A">
        <w:rPr>
          <w:rFonts w:ascii="Times New Roman" w:eastAsia="Times New Roman" w:hAnsi="Times New Roman" w:cs="Times New Roman"/>
          <w:color w:val="000000" w:themeColor="text1"/>
          <w:kern w:val="24"/>
          <w:sz w:val="28"/>
          <w:szCs w:val="28"/>
          <w:lang w:val="kk-KZ"/>
        </w:rPr>
        <w:t xml:space="preserve">                  (</w:t>
      </w:r>
      <w:r w:rsidRPr="00B75A9A">
        <w:rPr>
          <w:rFonts w:ascii="Times New Roman" w:eastAsia="Times New Roman" w:hAnsi="Times New Roman" w:cs="Times New Roman"/>
          <w:color w:val="000000" w:themeColor="text1"/>
          <w:kern w:val="24"/>
          <w:sz w:val="28"/>
          <w:szCs w:val="28"/>
          <w:lang w:val="kk-KZ"/>
        </w:rPr>
        <w:t>14)</w:t>
      </w:r>
    </w:p>
    <w:p w14:paraId="12FFD6B3" w14:textId="77777777" w:rsidR="00BA7984" w:rsidRPr="00B75A9A" w:rsidRDefault="00BA7984" w:rsidP="00BA7984">
      <w:pPr>
        <w:spacing w:after="0" w:line="240" w:lineRule="auto"/>
        <w:rPr>
          <w:rFonts w:ascii="Times New Roman" w:eastAsia="Times New Roman" w:hAnsi="Times New Roman" w:cs="Times New Roman"/>
          <w:sz w:val="28"/>
          <w:szCs w:val="28"/>
          <w:lang w:val="kk-KZ"/>
        </w:rPr>
      </w:pPr>
    </w:p>
    <w:p w14:paraId="7BDC4AA5" w14:textId="72FE230D" w:rsidR="00BA7984" w:rsidRPr="00B75A9A" w:rsidRDefault="00BA7984" w:rsidP="00BA7984">
      <w:pPr>
        <w:spacing w:after="0" w:line="240" w:lineRule="auto"/>
        <w:jc w:val="both"/>
        <w:rPr>
          <w:rFonts w:ascii="Times New Roman" w:hAnsi="Times New Roman" w:cs="Times New Roman"/>
          <w:color w:val="000000" w:themeColor="text1"/>
          <w:kern w:val="24"/>
          <w:sz w:val="28"/>
          <w:szCs w:val="28"/>
          <w:lang w:val="kk-KZ"/>
        </w:rPr>
      </w:pPr>
      <w:r w:rsidRPr="00B75A9A">
        <w:rPr>
          <w:rFonts w:ascii="Times New Roman" w:hAnsi="Times New Roman" w:cs="Times New Roman"/>
          <w:color w:val="000000" w:themeColor="text1"/>
          <w:kern w:val="24"/>
          <w:sz w:val="28"/>
          <w:szCs w:val="28"/>
          <w:lang w:val="kk-KZ"/>
        </w:rPr>
        <w:t>функциясы</w:t>
      </w:r>
      <w:r w:rsidRPr="00B75A9A">
        <w:rPr>
          <w:rFonts w:ascii="Times New Roman" w:hAnsi="Times New Roman" w:cs="Times New Roman"/>
          <w:iCs/>
          <w:color w:val="000000" w:themeColor="text1"/>
          <w:kern w:val="24"/>
          <w:sz w:val="28"/>
          <w:szCs w:val="28"/>
          <w:lang w:val="kk-KZ"/>
        </w:rPr>
        <w:t xml:space="preserve"> </w:t>
      </w:r>
      <w:r w:rsidR="00A07FF5" w:rsidRPr="00B75A9A">
        <w:rPr>
          <w:rFonts w:ascii="Times New Roman" w:hAnsi="Times New Roman" w:cs="Times New Roman"/>
          <w:position w:val="-12"/>
          <w:sz w:val="28"/>
          <w:szCs w:val="28"/>
        </w:rPr>
        <w:object w:dxaOrig="1740" w:dyaOrig="380" w14:anchorId="26C82E8E">
          <v:shape id="_x0000_i1113" type="#_x0000_t75" style="width:87.8pt;height:18.2pt" o:ole="">
            <v:imagedata r:id="rId190" o:title=""/>
          </v:shape>
          <o:OLEObject Type="Embed" ProgID="Equation.DSMT4" ShapeID="_x0000_i1113" DrawAspect="Content" ObjectID="_1840331567" r:id="rId191"/>
        </w:object>
      </w:r>
      <w:r w:rsidRPr="00B75A9A">
        <w:rPr>
          <w:rFonts w:ascii="Times New Roman" w:eastAsia="Times New Roman" w:hAnsi="Times New Roman" w:cs="Times New Roman"/>
          <w:position w:val="-16"/>
          <w:sz w:val="28"/>
          <w:szCs w:val="28"/>
          <w:lang w:val="kk-KZ"/>
        </w:rPr>
        <w:t xml:space="preserve"> </w:t>
      </w:r>
      <w:r w:rsidR="00B547B6" w:rsidRPr="00B75A9A">
        <w:rPr>
          <w:rFonts w:ascii="Times New Roman" w:hAnsi="Times New Roman" w:cs="Times New Roman"/>
          <w:color w:val="000000" w:themeColor="text1"/>
          <w:kern w:val="24"/>
          <w:sz w:val="28"/>
          <w:szCs w:val="28"/>
          <w:lang w:val="kk-KZ"/>
        </w:rPr>
        <w:t>дәрежелі көпмүше болады. (1), (</w:t>
      </w:r>
      <w:r w:rsidRPr="00B75A9A">
        <w:rPr>
          <w:rFonts w:ascii="Times New Roman" w:hAnsi="Times New Roman" w:cs="Times New Roman"/>
          <w:color w:val="000000" w:themeColor="text1"/>
          <w:kern w:val="24"/>
          <w:sz w:val="28"/>
          <w:szCs w:val="28"/>
          <w:lang w:val="kk-KZ"/>
        </w:rPr>
        <w:t xml:space="preserve">3) есебінің </w:t>
      </w:r>
      <w:r w:rsidR="00A07FF5" w:rsidRPr="00B75A9A">
        <w:rPr>
          <w:rFonts w:ascii="Times New Roman" w:hAnsi="Times New Roman" w:cs="Times New Roman"/>
          <w:position w:val="-12"/>
          <w:sz w:val="28"/>
          <w:szCs w:val="28"/>
        </w:rPr>
        <w:object w:dxaOrig="1040" w:dyaOrig="420" w14:anchorId="68AEB21C">
          <v:shape id="_x0000_i1114" type="#_x0000_t75" style="width:53.8pt;height:20.55pt" o:ole="">
            <v:imagedata r:id="rId192" o:title=""/>
          </v:shape>
          <o:OLEObject Type="Embed" ProgID="Equation.DSMT4" ShapeID="_x0000_i1114" DrawAspect="Content" ObjectID="_1840331568" r:id="rId193"/>
        </w:object>
      </w:r>
      <w:r w:rsidRPr="00B75A9A">
        <w:rPr>
          <w:rFonts w:ascii="Times New Roman" w:hAnsi="Times New Roman" w:cs="Times New Roman"/>
          <w:color w:val="000000" w:themeColor="text1"/>
          <w:kern w:val="24"/>
          <w:sz w:val="28"/>
          <w:szCs w:val="28"/>
          <w:lang w:val="kk-KZ"/>
        </w:rPr>
        <w:t xml:space="preserve">класындағы фредгольмдік шарты </w:t>
      </w:r>
      <w:r w:rsidR="00A07FF5" w:rsidRPr="00B75A9A">
        <w:rPr>
          <w:rFonts w:ascii="Times New Roman" w:hAnsi="Times New Roman" w:cs="Times New Roman"/>
          <w:position w:val="-4"/>
          <w:sz w:val="28"/>
          <w:szCs w:val="28"/>
        </w:rPr>
        <w:object w:dxaOrig="260" w:dyaOrig="279" w14:anchorId="10F3C2AD">
          <v:shape id="_x0000_i1115" type="#_x0000_t75" style="width:11.85pt;height:15.8pt" o:ole="">
            <v:imagedata r:id="rId194" o:title=""/>
          </v:shape>
          <o:OLEObject Type="Embed" ProgID="Equation.DSMT4" ShapeID="_x0000_i1115" DrawAspect="Content" ObjectID="_1840331569" r:id="rId195"/>
        </w:object>
      </w:r>
      <w:r w:rsidRPr="00B75A9A">
        <w:rPr>
          <w:rFonts w:ascii="Times New Roman" w:hAnsi="Times New Roman" w:cs="Times New Roman"/>
          <w:color w:val="000000" w:themeColor="text1"/>
          <w:kern w:val="24"/>
          <w:sz w:val="28"/>
          <w:szCs w:val="28"/>
          <w:lang w:val="kk-KZ"/>
        </w:rPr>
        <w:t xml:space="preserve"> көпмүшесінің нақты осьте нөлдерінің болмауымен пара-пар, ал оның индексі келесі формула арқылы беріледі</w:t>
      </w:r>
    </w:p>
    <w:p w14:paraId="4D288FEE" w14:textId="77777777" w:rsidR="00BA7984" w:rsidRPr="00B75A9A" w:rsidRDefault="00BA7984" w:rsidP="00BA7984">
      <w:pPr>
        <w:spacing w:after="0" w:line="240" w:lineRule="auto"/>
        <w:jc w:val="both"/>
        <w:rPr>
          <w:rFonts w:ascii="Times New Roman" w:eastAsia="Times New Roman" w:hAnsi="Times New Roman" w:cs="Times New Roman"/>
          <w:sz w:val="28"/>
          <w:szCs w:val="28"/>
          <w:lang w:val="kk-KZ"/>
        </w:rPr>
      </w:pPr>
    </w:p>
    <w:p w14:paraId="28267E32" w14:textId="56428E97" w:rsidR="00BA7984" w:rsidRPr="00B75A9A" w:rsidRDefault="00BA7984" w:rsidP="00BA7984">
      <w:pPr>
        <w:spacing w:after="0" w:line="240" w:lineRule="auto"/>
        <w:jc w:val="right"/>
        <w:rPr>
          <w:rFonts w:ascii="Times New Roman" w:eastAsia="Times New Roman" w:hAnsi="Times New Roman" w:cs="Times New Roman"/>
          <w:color w:val="000000" w:themeColor="text1"/>
          <w:kern w:val="24"/>
          <w:sz w:val="28"/>
          <w:szCs w:val="28"/>
          <w:lang w:val="kk-KZ"/>
        </w:rPr>
      </w:pPr>
      <w:r w:rsidRPr="00B75A9A">
        <w:rPr>
          <w:rFonts w:ascii="Times New Roman" w:eastAsia="Times New Roman" w:hAnsi="Times New Roman" w:cs="Times New Roman"/>
          <w:iCs/>
          <w:color w:val="000000" w:themeColor="text1"/>
          <w:kern w:val="24"/>
          <w:sz w:val="28"/>
          <w:szCs w:val="28"/>
          <w:lang w:val="kk-KZ"/>
        </w:rPr>
        <w:t xml:space="preserve">                                   </w:t>
      </w:r>
      <w:r w:rsidR="00A07FF5" w:rsidRPr="00B75A9A">
        <w:rPr>
          <w:rFonts w:ascii="Times New Roman" w:hAnsi="Times New Roman" w:cs="Times New Roman"/>
          <w:position w:val="-36"/>
          <w:sz w:val="28"/>
          <w:szCs w:val="28"/>
        </w:rPr>
        <w:object w:dxaOrig="2280" w:dyaOrig="660" w14:anchorId="72802CE7">
          <v:shape id="_x0000_i1116" type="#_x0000_t75" style="width:115.5pt;height:34pt" o:ole="">
            <v:imagedata r:id="rId196" o:title=""/>
          </v:shape>
          <o:OLEObject Type="Embed" ProgID="Equation.DSMT4" ShapeID="_x0000_i1116" DrawAspect="Content" ObjectID="_1840331570" r:id="rId197"/>
        </w:object>
      </w:r>
      <w:r w:rsidRPr="00B75A9A">
        <w:rPr>
          <w:rFonts w:ascii="Times New Roman" w:eastAsia="Times New Roman" w:hAnsi="Times New Roman" w:cs="Times New Roman"/>
          <w:i/>
          <w:iCs/>
          <w:color w:val="000000" w:themeColor="text1"/>
          <w:kern w:val="24"/>
          <w:sz w:val="28"/>
          <w:szCs w:val="28"/>
          <w:lang w:val="kk-KZ"/>
        </w:rPr>
        <w:t xml:space="preserve">                                                 </w:t>
      </w:r>
      <w:r w:rsidR="00B70E2D" w:rsidRPr="00B75A9A">
        <w:rPr>
          <w:rFonts w:ascii="Times New Roman" w:eastAsia="Times New Roman" w:hAnsi="Times New Roman" w:cs="Times New Roman"/>
          <w:color w:val="000000" w:themeColor="text1"/>
          <w:kern w:val="24"/>
          <w:sz w:val="28"/>
          <w:szCs w:val="28"/>
          <w:lang w:val="kk-KZ"/>
        </w:rPr>
        <w:t>(</w:t>
      </w:r>
      <w:r w:rsidRPr="00B75A9A">
        <w:rPr>
          <w:rFonts w:ascii="Times New Roman" w:eastAsia="Times New Roman" w:hAnsi="Times New Roman" w:cs="Times New Roman"/>
          <w:color w:val="000000" w:themeColor="text1"/>
          <w:kern w:val="24"/>
          <w:sz w:val="28"/>
          <w:szCs w:val="28"/>
          <w:lang w:val="kk-KZ"/>
        </w:rPr>
        <w:t>15)</w:t>
      </w:r>
    </w:p>
    <w:p w14:paraId="67C40ABF" w14:textId="77777777" w:rsidR="00BA7984" w:rsidRPr="00B75A9A" w:rsidRDefault="00BA7984" w:rsidP="00BA7984">
      <w:pPr>
        <w:spacing w:after="0" w:line="240" w:lineRule="auto"/>
        <w:rPr>
          <w:rFonts w:ascii="Times New Roman" w:eastAsia="Times New Roman" w:hAnsi="Times New Roman" w:cs="Times New Roman"/>
          <w:color w:val="000000" w:themeColor="text1"/>
          <w:kern w:val="24"/>
          <w:sz w:val="28"/>
          <w:szCs w:val="28"/>
          <w:lang w:val="kk-KZ"/>
        </w:rPr>
      </w:pPr>
    </w:p>
    <w:p w14:paraId="66DD1F45" w14:textId="77777777" w:rsidR="00BA7984" w:rsidRPr="00B75A9A" w:rsidRDefault="00BA7984" w:rsidP="00BA7984">
      <w:pPr>
        <w:spacing w:after="0" w:line="240" w:lineRule="auto"/>
        <w:rPr>
          <w:rFonts w:ascii="Times New Roman" w:hAnsi="Times New Roman" w:cs="Times New Roman"/>
          <w:color w:val="000000" w:themeColor="text1"/>
          <w:kern w:val="24"/>
          <w:sz w:val="28"/>
          <w:szCs w:val="28"/>
          <w:lang w:val="kk-KZ"/>
        </w:rPr>
      </w:pPr>
      <w:r w:rsidRPr="00B75A9A">
        <w:rPr>
          <w:rFonts w:ascii="Times New Roman" w:hAnsi="Times New Roman" w:cs="Times New Roman"/>
          <w:color w:val="000000" w:themeColor="text1"/>
          <w:kern w:val="24"/>
          <w:sz w:val="28"/>
          <w:szCs w:val="28"/>
          <w:lang w:val="kk-KZ"/>
        </w:rPr>
        <w:t xml:space="preserve">Мұндағы </w:t>
      </w:r>
      <w:r w:rsidR="00A07FF5" w:rsidRPr="00B75A9A">
        <w:rPr>
          <w:rFonts w:ascii="Times New Roman" w:hAnsi="Times New Roman" w:cs="Times New Roman"/>
          <w:position w:val="-6"/>
          <w:sz w:val="28"/>
          <w:szCs w:val="28"/>
        </w:rPr>
        <w:object w:dxaOrig="300" w:dyaOrig="300" w14:anchorId="3A4793C1">
          <v:shape id="_x0000_i1117" type="#_x0000_t75" style="width:15.8pt;height:15.8pt" o:ole="">
            <v:imagedata r:id="rId198" o:title=""/>
          </v:shape>
          <o:OLEObject Type="Embed" ProgID="Equation.DSMT4" ShapeID="_x0000_i1117" DrawAspect="Content" ObjectID="_1840331571" r:id="rId199"/>
        </w:object>
      </w:r>
      <w:r w:rsidRPr="00B75A9A">
        <w:rPr>
          <w:rFonts w:ascii="Times New Roman" w:hAnsi="Times New Roman" w:cs="Times New Roman"/>
          <w:color w:val="000000" w:themeColor="text1"/>
          <w:kern w:val="24"/>
          <w:sz w:val="28"/>
          <w:szCs w:val="28"/>
          <w:lang w:val="kk-KZ"/>
        </w:rPr>
        <w:t>–көпмүшеліктің жоғарғы жартыжазықтықтағы жатқан нөлдерінің саны және олардың еселіктерін ескере отырып алынған.</w:t>
      </w:r>
    </w:p>
    <w:p w14:paraId="4C058AC2" w14:textId="29E2C933" w:rsidR="00BA7984" w:rsidRPr="00B75A9A" w:rsidRDefault="00BA7984" w:rsidP="00DD01B6">
      <w:pPr>
        <w:spacing w:after="0" w:line="240" w:lineRule="auto"/>
        <w:ind w:firstLine="708"/>
        <w:jc w:val="both"/>
        <w:rPr>
          <w:rFonts w:ascii="Times New Roman" w:eastAsia="Times New Roman" w:hAnsi="Times New Roman" w:cs="Times New Roman"/>
          <w:i/>
          <w:iCs/>
          <w:color w:val="000000" w:themeColor="text1"/>
          <w:kern w:val="24"/>
          <w:sz w:val="28"/>
          <w:szCs w:val="28"/>
          <w:lang w:val="kk-KZ"/>
        </w:rPr>
      </w:pPr>
      <w:r w:rsidRPr="00B75A9A">
        <w:rPr>
          <w:rFonts w:ascii="Times New Roman" w:hAnsi="Times New Roman" w:cs="Times New Roman"/>
          <w:color w:val="000000" w:themeColor="text1"/>
          <w:kern w:val="24"/>
          <w:sz w:val="28"/>
          <w:szCs w:val="28"/>
          <w:lang w:val="kk-KZ"/>
        </w:rPr>
        <w:t xml:space="preserve">Жалпы түрдегі төртінші ретті эллипстік теңдеуді бөлек қарастырайық. </w:t>
      </w:r>
      <w:r w:rsidRPr="00B75A9A">
        <w:rPr>
          <w:rFonts w:ascii="Times New Roman" w:eastAsia="Times New Roman" w:hAnsi="Times New Roman" w:cs="Times New Roman"/>
          <w:sz w:val="28"/>
          <w:szCs w:val="28"/>
          <w:lang w:val="kk-KZ"/>
        </w:rPr>
        <w:t xml:space="preserve">Айталық, </w:t>
      </w:r>
      <w:r w:rsidR="00A07FF5" w:rsidRPr="00B75A9A">
        <w:rPr>
          <w:rFonts w:ascii="Times New Roman" w:hAnsi="Times New Roman" w:cs="Times New Roman"/>
          <w:position w:val="-4"/>
          <w:sz w:val="28"/>
          <w:szCs w:val="28"/>
        </w:rPr>
        <w:object w:dxaOrig="300" w:dyaOrig="279" w14:anchorId="66FC1413">
          <v:shape id="_x0000_i1118" type="#_x0000_t75" style="width:15.8pt;height:15.8pt" o:ole="">
            <v:imagedata r:id="rId200" o:title=""/>
          </v:shape>
          <o:OLEObject Type="Embed" ProgID="Equation.DSMT4" ShapeID="_x0000_i1118" DrawAspect="Content" ObjectID="_1840331572" r:id="rId201"/>
        </w:object>
      </w:r>
      <w:r w:rsidRPr="00B75A9A">
        <w:rPr>
          <w:rFonts w:ascii="Times New Roman" w:eastAsia="Times New Roman" w:hAnsi="Times New Roman" w:cs="Times New Roman"/>
          <w:sz w:val="28"/>
          <w:szCs w:val="28"/>
          <w:lang w:val="kk-KZ"/>
        </w:rPr>
        <w:t xml:space="preserve"> облысы тегіс </w:t>
      </w:r>
      <w:r w:rsidR="00A07FF5" w:rsidRPr="00B75A9A">
        <w:rPr>
          <w:rFonts w:ascii="Times New Roman" w:hAnsi="Times New Roman" w:cs="Times New Roman"/>
          <w:position w:val="-4"/>
          <w:sz w:val="28"/>
          <w:szCs w:val="28"/>
        </w:rPr>
        <w:object w:dxaOrig="240" w:dyaOrig="279" w14:anchorId="6F9B093F">
          <v:shape id="_x0000_i1119" type="#_x0000_t75" style="width:11.85pt;height:15.8pt" o:ole="">
            <v:imagedata r:id="rId202" o:title=""/>
          </v:shape>
          <o:OLEObject Type="Embed" ProgID="Equation.DSMT4" ShapeID="_x0000_i1119" DrawAspect="Content" ObjectID="_1840331573" r:id="rId203"/>
        </w:object>
      </w:r>
      <w:r w:rsidRPr="00B75A9A">
        <w:rPr>
          <w:rFonts w:ascii="Times New Roman" w:eastAsia="Times New Roman" w:hAnsi="Times New Roman" w:cs="Times New Roman"/>
          <w:sz w:val="28"/>
          <w:szCs w:val="28"/>
          <w:lang w:val="kk-KZ"/>
        </w:rPr>
        <w:t xml:space="preserve">контурымен шектелген және </w:t>
      </w:r>
      <w:r w:rsidR="00A07FF5" w:rsidRPr="00B75A9A">
        <w:rPr>
          <w:rFonts w:ascii="Times New Roman" w:hAnsi="Times New Roman" w:cs="Times New Roman"/>
          <w:position w:val="-4"/>
          <w:sz w:val="28"/>
          <w:szCs w:val="28"/>
        </w:rPr>
        <w:object w:dxaOrig="240" w:dyaOrig="279" w14:anchorId="29BEA8C1">
          <v:shape id="_x0000_i1120" type="#_x0000_t75" style="width:11.85pt;height:15.8pt" o:ole="">
            <v:imagedata r:id="rId204" o:title=""/>
          </v:shape>
          <o:OLEObject Type="Embed" ProgID="Equation.DSMT4" ShapeID="_x0000_i1120" DrawAspect="Content" ObjectID="_1840331574" r:id="rId205"/>
        </w:object>
      </w:r>
      <w:r w:rsidRPr="00B75A9A">
        <w:rPr>
          <w:rFonts w:ascii="Times New Roman" w:eastAsia="Times New Roman" w:hAnsi="Times New Roman" w:cs="Times New Roman"/>
          <w:sz w:val="28"/>
          <w:szCs w:val="28"/>
          <w:lang w:val="kk-KZ"/>
        </w:rPr>
        <w:t xml:space="preserve"> контурына </w:t>
      </w:r>
      <w:r w:rsidR="00A07FF5" w:rsidRPr="00B75A9A">
        <w:rPr>
          <w:rFonts w:ascii="Times New Roman" w:hAnsi="Times New Roman" w:cs="Times New Roman"/>
          <w:position w:val="-6"/>
          <w:sz w:val="28"/>
          <w:szCs w:val="28"/>
        </w:rPr>
        <w:object w:dxaOrig="160" w:dyaOrig="260" w14:anchorId="125CB920">
          <v:shape id="_x0000_i1121" type="#_x0000_t75" style="width:9.5pt;height:11.85pt" o:ole="">
            <v:imagedata r:id="rId206" o:title=""/>
          </v:shape>
          <o:OLEObject Type="Embed" ProgID="Equation.DSMT4" ShapeID="_x0000_i1121" DrawAspect="Content" ObjectID="_1840331575" r:id="rId207"/>
        </w:object>
      </w:r>
      <w:r w:rsidRPr="00B75A9A">
        <w:rPr>
          <w:rFonts w:ascii="Times New Roman" w:eastAsia="Times New Roman" w:hAnsi="Times New Roman" w:cs="Times New Roman"/>
          <w:position w:val="-6"/>
          <w:sz w:val="28"/>
          <w:szCs w:val="28"/>
          <w:lang w:val="kk-KZ"/>
        </w:rPr>
        <w:t xml:space="preserve"> </w:t>
      </w:r>
      <w:r w:rsidR="00B547B6" w:rsidRPr="00B75A9A">
        <w:rPr>
          <w:rFonts w:ascii="Times New Roman" w:eastAsia="Times New Roman" w:hAnsi="Times New Roman" w:cs="Times New Roman"/>
          <w:sz w:val="28"/>
          <w:szCs w:val="28"/>
          <w:lang w:val="kk-KZ"/>
        </w:rPr>
        <w:t xml:space="preserve">нүктесінде </w:t>
      </w:r>
      <w:r w:rsidRPr="00B75A9A">
        <w:rPr>
          <w:rFonts w:ascii="Times New Roman" w:eastAsia="Times New Roman" w:hAnsi="Times New Roman" w:cs="Times New Roman"/>
          <w:sz w:val="28"/>
          <w:szCs w:val="28"/>
          <w:lang w:val="kk-KZ"/>
        </w:rPr>
        <w:t xml:space="preserve">жүргізілген ішкі нормаль </w:t>
      </w:r>
      <w:r w:rsidR="00A07FF5" w:rsidRPr="00B75A9A">
        <w:rPr>
          <w:rFonts w:ascii="Times New Roman" w:hAnsi="Times New Roman" w:cs="Times New Roman"/>
          <w:position w:val="-12"/>
          <w:sz w:val="28"/>
          <w:szCs w:val="28"/>
        </w:rPr>
        <w:object w:dxaOrig="2160" w:dyaOrig="380" w14:anchorId="0A36BF45">
          <v:shape id="_x0000_i1122" type="#_x0000_t75" style="width:110pt;height:18.2pt" o:ole="">
            <v:imagedata r:id="rId208" o:title=""/>
          </v:shape>
          <o:OLEObject Type="Embed" ProgID="Equation.DSMT4" ShapeID="_x0000_i1122" DrawAspect="Content" ObjectID="_1840331576" r:id="rId209"/>
        </w:object>
      </w:r>
      <w:r w:rsidRPr="00B75A9A">
        <w:rPr>
          <w:rFonts w:ascii="Times New Roman" w:eastAsia="Times New Roman" w:hAnsi="Times New Roman" w:cs="Times New Roman"/>
          <w:position w:val="-12"/>
          <w:sz w:val="28"/>
          <w:szCs w:val="28"/>
          <w:lang w:val="kk-KZ"/>
        </w:rPr>
        <w:t xml:space="preserve"> </w:t>
      </w:r>
      <w:r w:rsidRPr="00B75A9A">
        <w:rPr>
          <w:rFonts w:ascii="Times New Roman" w:eastAsia="Times New Roman" w:hAnsi="Times New Roman" w:cs="Times New Roman"/>
          <w:sz w:val="28"/>
          <w:szCs w:val="28"/>
          <w:lang w:val="kk-KZ"/>
        </w:rPr>
        <w:t xml:space="preserve">болсын. </w:t>
      </w:r>
      <w:r w:rsidR="00A07FF5" w:rsidRPr="00B75A9A">
        <w:rPr>
          <w:rFonts w:ascii="Times New Roman" w:hAnsi="Times New Roman" w:cs="Times New Roman"/>
          <w:position w:val="-4"/>
          <w:sz w:val="28"/>
          <w:szCs w:val="28"/>
        </w:rPr>
        <w:object w:dxaOrig="240" w:dyaOrig="279" w14:anchorId="715467D8">
          <v:shape id="_x0000_i1123" type="#_x0000_t75" style="width:11.85pt;height:15.8pt" o:ole="">
            <v:imagedata r:id="rId210" o:title=""/>
          </v:shape>
          <o:OLEObject Type="Embed" ProgID="Equation.DSMT4" ShapeID="_x0000_i1123" DrawAspect="Content" ObjectID="_1840331577" r:id="rId211"/>
        </w:object>
      </w:r>
      <w:r w:rsidRPr="00B75A9A">
        <w:rPr>
          <w:rFonts w:ascii="Times New Roman" w:eastAsia="Times New Roman" w:hAnsi="Times New Roman" w:cs="Times New Roman"/>
          <w:sz w:val="28"/>
          <w:szCs w:val="28"/>
          <w:lang w:val="kk-KZ"/>
        </w:rPr>
        <w:t xml:space="preserve"> контуры </w:t>
      </w:r>
      <w:r w:rsidR="00A07FF5" w:rsidRPr="00B75A9A">
        <w:rPr>
          <w:rFonts w:ascii="Times New Roman" w:hAnsi="Times New Roman" w:cs="Times New Roman"/>
          <w:position w:val="-6"/>
          <w:sz w:val="28"/>
          <w:szCs w:val="28"/>
        </w:rPr>
        <w:object w:dxaOrig="499" w:dyaOrig="360" w14:anchorId="4E20C8FF">
          <v:shape id="_x0000_i1124" type="#_x0000_t75" style="width:25.3pt;height:18.2pt" o:ole="">
            <v:imagedata r:id="rId212" o:title=""/>
          </v:shape>
          <o:OLEObject Type="Embed" ProgID="Equation.DSMT4" ShapeID="_x0000_i1124" DrawAspect="Content" ObjectID="_1840331578" r:id="rId213"/>
        </w:object>
      </w:r>
      <w:r w:rsidRPr="00B75A9A">
        <w:rPr>
          <w:rFonts w:ascii="Times New Roman" w:eastAsia="Times New Roman" w:hAnsi="Times New Roman" w:cs="Times New Roman"/>
          <w:sz w:val="28"/>
          <w:szCs w:val="28"/>
          <w:lang w:val="kk-KZ"/>
        </w:rPr>
        <w:t xml:space="preserve"> класына жатады, мұндағы </w:t>
      </w:r>
      <w:r w:rsidR="00A07FF5" w:rsidRPr="00B75A9A">
        <w:rPr>
          <w:rFonts w:ascii="Times New Roman" w:hAnsi="Times New Roman" w:cs="Times New Roman"/>
          <w:position w:val="-6"/>
          <w:sz w:val="28"/>
          <w:szCs w:val="28"/>
        </w:rPr>
        <w:object w:dxaOrig="999" w:dyaOrig="300" w14:anchorId="5ACBBE78">
          <v:shape id="_x0000_i1125" type="#_x0000_t75" style="width:49.05pt;height:15.8pt" o:ole="">
            <v:imagedata r:id="rId214" o:title=""/>
          </v:shape>
          <o:OLEObject Type="Embed" ProgID="Equation.DSMT4" ShapeID="_x0000_i1125" DrawAspect="Content" ObjectID="_1840331579" r:id="rId215"/>
        </w:object>
      </w:r>
      <w:r w:rsidRPr="00B75A9A">
        <w:rPr>
          <w:rFonts w:ascii="Times New Roman" w:eastAsia="Times New Roman" w:hAnsi="Times New Roman" w:cs="Times New Roman"/>
          <w:position w:val="-4"/>
          <w:sz w:val="28"/>
          <w:szCs w:val="28"/>
          <w:lang w:val="kk-KZ"/>
        </w:rPr>
        <w:t xml:space="preserve">, ал бұл дегеніміз </w:t>
      </w:r>
      <w:r w:rsidR="00A07FF5" w:rsidRPr="00B75A9A">
        <w:rPr>
          <w:rFonts w:ascii="Times New Roman" w:hAnsi="Times New Roman" w:cs="Times New Roman"/>
          <w:position w:val="-12"/>
          <w:sz w:val="28"/>
          <w:szCs w:val="28"/>
        </w:rPr>
        <w:object w:dxaOrig="499" w:dyaOrig="360" w14:anchorId="5556E7A5">
          <v:shape id="_x0000_i1126" type="#_x0000_t75" style="width:25.3pt;height:18.2pt" o:ole="">
            <v:imagedata r:id="rId216" o:title=""/>
          </v:shape>
          <o:OLEObject Type="Embed" ProgID="Equation.DSMT4" ShapeID="_x0000_i1126" DrawAspect="Content" ObjectID="_1840331580" r:id="rId217"/>
        </w:object>
      </w:r>
      <w:r w:rsidRPr="00B75A9A">
        <w:rPr>
          <w:rFonts w:ascii="Times New Roman" w:eastAsia="Times New Roman" w:hAnsi="Times New Roman" w:cs="Times New Roman"/>
          <w:position w:val="-12"/>
          <w:sz w:val="28"/>
          <w:szCs w:val="28"/>
          <w:lang w:val="kk-KZ"/>
        </w:rPr>
        <w:t xml:space="preserve"> </w:t>
      </w:r>
      <w:r w:rsidRPr="00B75A9A">
        <w:rPr>
          <w:rFonts w:ascii="Times New Roman" w:eastAsia="Times New Roman" w:hAnsi="Times New Roman" w:cs="Times New Roman"/>
          <w:position w:val="-4"/>
          <w:sz w:val="28"/>
          <w:szCs w:val="28"/>
          <w:lang w:val="kk-KZ"/>
        </w:rPr>
        <w:t xml:space="preserve">функциясының доғаның ұзындығының параметріне қатыcты </w:t>
      </w:r>
      <w:r w:rsidR="00A07FF5" w:rsidRPr="00B75A9A">
        <w:rPr>
          <w:rFonts w:ascii="Times New Roman" w:hAnsi="Times New Roman" w:cs="Times New Roman"/>
          <w:position w:val="-6"/>
          <w:sz w:val="28"/>
          <w:szCs w:val="28"/>
        </w:rPr>
        <w:object w:dxaOrig="499" w:dyaOrig="360" w14:anchorId="02018DEC">
          <v:shape id="_x0000_i1127" type="#_x0000_t75" style="width:25.3pt;height:18.2pt" o:ole="">
            <v:imagedata r:id="rId218" o:title=""/>
          </v:shape>
          <o:OLEObject Type="Embed" ProgID="Equation.DSMT4" ShapeID="_x0000_i1127" DrawAspect="Content" ObjectID="_1840331581" r:id="rId219"/>
        </w:object>
      </w:r>
      <w:r w:rsidRPr="00B75A9A">
        <w:rPr>
          <w:rFonts w:ascii="Times New Roman" w:eastAsia="Times New Roman" w:hAnsi="Times New Roman" w:cs="Times New Roman"/>
          <w:sz w:val="28"/>
          <w:szCs w:val="28"/>
          <w:lang w:val="kk-KZ"/>
        </w:rPr>
        <w:t xml:space="preserve"> класына жататынын білдіреді. Осы облыста келесі түрдегі төртінші ретті теңдеуді қарастырамыз:</w:t>
      </w:r>
    </w:p>
    <w:p w14:paraId="0BA91583" w14:textId="77777777" w:rsidR="00BA7984" w:rsidRPr="00B75A9A" w:rsidRDefault="00BA7984" w:rsidP="00BA7984">
      <w:pPr>
        <w:spacing w:after="0" w:line="240" w:lineRule="auto"/>
        <w:jc w:val="both"/>
        <w:rPr>
          <w:rFonts w:ascii="Times New Roman" w:eastAsia="Times New Roman" w:hAnsi="Times New Roman" w:cs="Times New Roman"/>
          <w:sz w:val="28"/>
          <w:szCs w:val="28"/>
          <w:lang w:val="kk-KZ"/>
        </w:rPr>
      </w:pPr>
    </w:p>
    <w:p w14:paraId="70AAFEAE" w14:textId="2E082188" w:rsidR="00BA7984" w:rsidRPr="00B75A9A" w:rsidRDefault="00A07FF5" w:rsidP="00BA7984">
      <w:pPr>
        <w:spacing w:after="0" w:line="240" w:lineRule="auto"/>
        <w:jc w:val="right"/>
        <w:rPr>
          <w:rFonts w:ascii="Times New Roman" w:eastAsia="Times New Roman" w:hAnsi="Times New Roman" w:cs="Times New Roman"/>
          <w:position w:val="-30"/>
          <w:sz w:val="28"/>
          <w:szCs w:val="28"/>
          <w:lang w:val="kk-KZ"/>
        </w:rPr>
      </w:pPr>
      <w:r w:rsidRPr="00B75A9A">
        <w:rPr>
          <w:rFonts w:ascii="Times New Roman" w:hAnsi="Times New Roman" w:cs="Times New Roman"/>
          <w:position w:val="-36"/>
          <w:sz w:val="28"/>
          <w:szCs w:val="28"/>
        </w:rPr>
        <w:object w:dxaOrig="7839" w:dyaOrig="840" w14:anchorId="10AE3635">
          <v:shape id="_x0000_i1128" type="#_x0000_t75" style="width:390.05pt;height:43.5pt" o:ole="">
            <v:imagedata r:id="rId220" o:title=""/>
          </v:shape>
          <o:OLEObject Type="Embed" ProgID="Equation.DSMT4" ShapeID="_x0000_i1128" DrawAspect="Content" ObjectID="_1840331582" r:id="rId221"/>
        </w:object>
      </w:r>
      <w:r w:rsidR="00BA7984" w:rsidRPr="00B75A9A">
        <w:rPr>
          <w:rFonts w:ascii="Times New Roman" w:eastAsia="Times New Roman" w:hAnsi="Times New Roman" w:cs="Times New Roman"/>
          <w:position w:val="-30"/>
          <w:sz w:val="28"/>
          <w:szCs w:val="28"/>
          <w:lang w:val="kk-KZ"/>
        </w:rPr>
        <w:t xml:space="preserve">        </w:t>
      </w:r>
      <w:r w:rsidR="00B70E2D" w:rsidRPr="00B75A9A">
        <w:rPr>
          <w:rFonts w:ascii="Times New Roman" w:eastAsia="Times New Roman" w:hAnsi="Times New Roman" w:cs="Times New Roman"/>
          <w:sz w:val="28"/>
          <w:szCs w:val="28"/>
          <w:lang w:val="kk-KZ"/>
        </w:rPr>
        <w:t>(</w:t>
      </w:r>
      <w:r w:rsidR="00BA7984" w:rsidRPr="00B75A9A">
        <w:rPr>
          <w:rFonts w:ascii="Times New Roman" w:eastAsia="Times New Roman" w:hAnsi="Times New Roman" w:cs="Times New Roman"/>
          <w:sz w:val="28"/>
          <w:szCs w:val="28"/>
          <w:lang w:val="kk-KZ"/>
        </w:rPr>
        <w:t>16)</w:t>
      </w:r>
    </w:p>
    <w:p w14:paraId="6AF94CF9" w14:textId="77777777" w:rsidR="00BA7984" w:rsidRPr="00B75A9A" w:rsidRDefault="00BA7984" w:rsidP="00BA7984">
      <w:pPr>
        <w:spacing w:after="0" w:line="240" w:lineRule="auto"/>
        <w:jc w:val="both"/>
        <w:rPr>
          <w:rFonts w:ascii="Times New Roman" w:eastAsia="Times New Roman" w:hAnsi="Times New Roman" w:cs="Times New Roman"/>
          <w:sz w:val="28"/>
          <w:szCs w:val="28"/>
          <w:lang w:val="kk-KZ"/>
        </w:rPr>
      </w:pPr>
    </w:p>
    <w:p w14:paraId="790ADEB8" w14:textId="77777777" w:rsidR="00BA7984" w:rsidRPr="00B75A9A" w:rsidRDefault="00A07FF5" w:rsidP="00BA7984">
      <w:pPr>
        <w:spacing w:after="0" w:line="240" w:lineRule="auto"/>
        <w:jc w:val="both"/>
        <w:rPr>
          <w:rFonts w:ascii="Times New Roman" w:eastAsia="Times New Roman" w:hAnsi="Times New Roman" w:cs="Times New Roman"/>
          <w:sz w:val="28"/>
          <w:szCs w:val="28"/>
          <w:lang w:val="kk-KZ"/>
        </w:rPr>
      </w:pPr>
      <w:r w:rsidRPr="00B75A9A">
        <w:rPr>
          <w:rFonts w:ascii="Times New Roman" w:hAnsi="Times New Roman" w:cs="Times New Roman"/>
          <w:position w:val="-12"/>
          <w:sz w:val="28"/>
          <w:szCs w:val="28"/>
        </w:rPr>
        <w:object w:dxaOrig="780" w:dyaOrig="380" w14:anchorId="06624DD3">
          <v:shape id="_x0000_i1129" type="#_x0000_t75" style="width:38pt;height:18.2pt" o:ole="">
            <v:imagedata r:id="rId222" o:title=""/>
          </v:shape>
          <o:OLEObject Type="Embed" ProgID="Equation.DSMT4" ShapeID="_x0000_i1129" DrawAspect="Content" ObjectID="_1840331583" r:id="rId223"/>
        </w:object>
      </w:r>
      <w:r w:rsidR="00BA7984" w:rsidRPr="00B75A9A">
        <w:rPr>
          <w:rFonts w:ascii="Times New Roman" w:eastAsia="Times New Roman" w:hAnsi="Times New Roman" w:cs="Times New Roman"/>
          <w:position w:val="-6"/>
          <w:sz w:val="28"/>
          <w:szCs w:val="28"/>
          <w:lang w:val="kk-KZ"/>
        </w:rPr>
        <w:t xml:space="preserve"> </w:t>
      </w:r>
      <w:r w:rsidR="00BA7984" w:rsidRPr="00B75A9A">
        <w:rPr>
          <w:rFonts w:ascii="Times New Roman" w:eastAsia="Times New Roman" w:hAnsi="Times New Roman" w:cs="Times New Roman"/>
          <w:sz w:val="28"/>
          <w:szCs w:val="28"/>
          <w:lang w:val="kk-KZ"/>
        </w:rPr>
        <w:t xml:space="preserve">коэффициенттері және </w:t>
      </w:r>
      <w:r w:rsidRPr="00B75A9A">
        <w:rPr>
          <w:rFonts w:ascii="Times New Roman" w:hAnsi="Times New Roman" w:cs="Times New Roman"/>
          <w:position w:val="-16"/>
          <w:sz w:val="28"/>
          <w:szCs w:val="28"/>
        </w:rPr>
        <w:object w:dxaOrig="1440" w:dyaOrig="460" w14:anchorId="04505579">
          <v:shape id="_x0000_i1130" type="#_x0000_t75" style="width:1in;height:25.3pt" o:ole="">
            <v:imagedata r:id="rId224" o:title=""/>
          </v:shape>
          <o:OLEObject Type="Embed" ProgID="Equation.DSMT4" ShapeID="_x0000_i1130" DrawAspect="Content" ObjectID="_1840331584" r:id="rId225"/>
        </w:object>
      </w:r>
      <w:r w:rsidR="00BA7984" w:rsidRPr="00B75A9A">
        <w:rPr>
          <w:rFonts w:ascii="Times New Roman" w:eastAsia="Times New Roman" w:hAnsi="Times New Roman" w:cs="Times New Roman"/>
          <w:sz w:val="28"/>
          <w:szCs w:val="28"/>
          <w:lang w:val="kk-KZ"/>
        </w:rPr>
        <w:t xml:space="preserve"> </w:t>
      </w:r>
      <w:r w:rsidRPr="00B75A9A">
        <w:rPr>
          <w:rFonts w:ascii="Times New Roman" w:hAnsi="Times New Roman" w:cs="Times New Roman"/>
          <w:position w:val="-10"/>
          <w:sz w:val="28"/>
          <w:szCs w:val="28"/>
        </w:rPr>
        <w:object w:dxaOrig="1100" w:dyaOrig="340" w14:anchorId="18EBB0D1">
          <v:shape id="_x0000_i1131" type="#_x0000_t75" style="width:56.2pt;height:15.8pt" o:ole="">
            <v:imagedata r:id="rId226" o:title=""/>
          </v:shape>
          <o:OLEObject Type="Embed" ProgID="Equation.DSMT4" ShapeID="_x0000_i1131" DrawAspect="Content" ObjectID="_1840331585" r:id="rId227"/>
        </w:object>
      </w:r>
      <w:r w:rsidR="00BA7984" w:rsidRPr="00B75A9A">
        <w:rPr>
          <w:rFonts w:ascii="Times New Roman" w:eastAsia="Times New Roman" w:hAnsi="Times New Roman" w:cs="Times New Roman"/>
          <w:sz w:val="28"/>
          <w:szCs w:val="28"/>
          <w:lang w:val="kk-KZ"/>
        </w:rPr>
        <w:t xml:space="preserve"> және оң жағы </w:t>
      </w:r>
      <w:r w:rsidRPr="00B75A9A">
        <w:rPr>
          <w:rFonts w:ascii="Times New Roman" w:hAnsi="Times New Roman" w:cs="Times New Roman"/>
          <w:position w:val="-12"/>
          <w:sz w:val="28"/>
          <w:szCs w:val="28"/>
        </w:rPr>
        <w:object w:dxaOrig="1480" w:dyaOrig="420" w14:anchorId="24EAFBB3">
          <v:shape id="_x0000_i1132" type="#_x0000_t75" style="width:75.15pt;height:20.55pt" o:ole="">
            <v:imagedata r:id="rId228" o:title=""/>
          </v:shape>
          <o:OLEObject Type="Embed" ProgID="Equation.DSMT4" ShapeID="_x0000_i1132" DrawAspect="Content" ObjectID="_1840331586" r:id="rId229"/>
        </w:object>
      </w:r>
    </w:p>
    <w:p w14:paraId="310F3932" w14:textId="77777777" w:rsidR="00BA7984" w:rsidRPr="00B75A9A" w:rsidRDefault="00BA7984" w:rsidP="00BA7984">
      <w:pPr>
        <w:tabs>
          <w:tab w:val="left" w:pos="9248"/>
        </w:tabs>
        <w:spacing w:after="0" w:line="240" w:lineRule="auto"/>
        <w:jc w:val="both"/>
        <w:rPr>
          <w:rFonts w:ascii="Times New Roman" w:eastAsia="Times New Roman" w:hAnsi="Times New Roman" w:cs="Times New Roman"/>
          <w:position w:val="-12"/>
          <w:sz w:val="28"/>
          <w:szCs w:val="28"/>
          <w:lang w:val="kk-KZ"/>
        </w:rPr>
      </w:pPr>
      <w:r w:rsidRPr="00B75A9A">
        <w:rPr>
          <w:rFonts w:ascii="Times New Roman" w:eastAsia="Times New Roman" w:hAnsi="Times New Roman" w:cs="Times New Roman"/>
          <w:sz w:val="28"/>
          <w:szCs w:val="28"/>
          <w:lang w:val="kk-KZ"/>
        </w:rPr>
        <w:t xml:space="preserve">Оның шешімі мына функциялар класcынан ізделінеді </w:t>
      </w:r>
      <w:r w:rsidR="00A07FF5" w:rsidRPr="00B75A9A">
        <w:rPr>
          <w:rFonts w:ascii="Times New Roman" w:hAnsi="Times New Roman" w:cs="Times New Roman"/>
          <w:position w:val="-12"/>
          <w:sz w:val="28"/>
          <w:szCs w:val="28"/>
        </w:rPr>
        <w:object w:dxaOrig="2500" w:dyaOrig="420" w14:anchorId="65C6B739">
          <v:shape id="_x0000_i1133" type="#_x0000_t75" style="width:125.8pt;height:20.55pt" o:ole="">
            <v:imagedata r:id="rId230" o:title=""/>
          </v:shape>
          <o:OLEObject Type="Embed" ProgID="Equation.DSMT4" ShapeID="_x0000_i1133" DrawAspect="Content" ObjectID="_1840331587" r:id="rId231"/>
        </w:object>
      </w:r>
      <w:r w:rsidRPr="00B75A9A">
        <w:rPr>
          <w:rFonts w:ascii="Times New Roman" w:eastAsia="Times New Roman" w:hAnsi="Times New Roman" w:cs="Times New Roman"/>
          <w:position w:val="-12"/>
          <w:sz w:val="28"/>
          <w:szCs w:val="28"/>
          <w:lang w:val="kk-KZ"/>
        </w:rPr>
        <w:t xml:space="preserve"> </w:t>
      </w:r>
    </w:p>
    <w:p w14:paraId="301212D9" w14:textId="77777777" w:rsidR="00BA7984" w:rsidRPr="00B75A9A" w:rsidRDefault="00BA7984" w:rsidP="00BA7984">
      <w:pPr>
        <w:spacing w:after="0" w:line="240" w:lineRule="auto"/>
        <w:ind w:firstLine="708"/>
        <w:jc w:val="both"/>
        <w:rPr>
          <w:rFonts w:ascii="Times New Roman" w:eastAsia="Times New Roman" w:hAnsi="Times New Roman" w:cs="Times New Roman"/>
          <w:position w:val="-30"/>
          <w:sz w:val="28"/>
          <w:szCs w:val="28"/>
          <w:lang w:val="kk-KZ"/>
        </w:rPr>
      </w:pPr>
      <w:r w:rsidRPr="00B75A9A">
        <w:rPr>
          <w:rFonts w:ascii="Times New Roman" w:eastAsia="Times New Roman" w:hAnsi="Times New Roman" w:cs="Times New Roman"/>
          <w:sz w:val="28"/>
          <w:szCs w:val="28"/>
          <w:lang w:val="kk-KZ"/>
        </w:rPr>
        <w:t xml:space="preserve">Эллипстік шартты дегеніміз теңдеудің </w:t>
      </w:r>
      <w:r w:rsidR="00A07FF5" w:rsidRPr="00B75A9A">
        <w:rPr>
          <w:rFonts w:ascii="Times New Roman" w:hAnsi="Times New Roman" w:cs="Times New Roman"/>
          <w:position w:val="-12"/>
          <w:sz w:val="28"/>
          <w:szCs w:val="28"/>
        </w:rPr>
        <w:object w:dxaOrig="3860" w:dyaOrig="420" w14:anchorId="13700490">
          <v:shape id="_x0000_i1134" type="#_x0000_t75" style="width:190.7pt;height:20.55pt" o:ole="">
            <v:imagedata r:id="rId232" o:title=""/>
          </v:shape>
          <o:OLEObject Type="Embed" ProgID="Equation.DSMT4" ShapeID="_x0000_i1134" DrawAspect="Content" ObjectID="_1840331588" r:id="rId233"/>
        </w:object>
      </w:r>
      <w:r w:rsidRPr="00B75A9A">
        <w:rPr>
          <w:rFonts w:ascii="Times New Roman" w:eastAsia="Times New Roman" w:hAnsi="Times New Roman" w:cs="Times New Roman"/>
          <w:sz w:val="28"/>
          <w:szCs w:val="28"/>
          <w:lang w:val="kk-KZ"/>
        </w:rPr>
        <w:t xml:space="preserve"> сипаттамалық көпмүшесінің нақты түбірлері жоқ дегенді білдіреді. Атап айтқанда, екі жағдай болуы мүмкін:</w:t>
      </w:r>
      <w:r w:rsidRPr="00B75A9A">
        <w:rPr>
          <w:rFonts w:ascii="Times New Roman" w:eastAsia="Times New Roman" w:hAnsi="Times New Roman" w:cs="Times New Roman"/>
          <w:position w:val="-12"/>
          <w:sz w:val="28"/>
          <w:szCs w:val="28"/>
          <w:lang w:val="kk-KZ"/>
        </w:rPr>
        <w:t xml:space="preserve"> </w:t>
      </w:r>
      <w:r w:rsidR="00A07FF5" w:rsidRPr="00B75A9A">
        <w:rPr>
          <w:rFonts w:ascii="Times New Roman" w:hAnsi="Times New Roman" w:cs="Times New Roman"/>
          <w:position w:val="-12"/>
          <w:sz w:val="28"/>
          <w:szCs w:val="28"/>
        </w:rPr>
        <w:object w:dxaOrig="340" w:dyaOrig="360" w14:anchorId="4B6BCFA5">
          <v:shape id="_x0000_i1135" type="#_x0000_t75" style="width:15.8pt;height:18.2pt" o:ole="">
            <v:imagedata r:id="rId234" o:title=""/>
          </v:shape>
          <o:OLEObject Type="Embed" ProgID="Equation.DSMT4" ShapeID="_x0000_i1135" DrawAspect="Content" ObjectID="_1840331589" r:id="rId235"/>
        </w:object>
      </w:r>
      <w:r w:rsidRPr="00B75A9A">
        <w:rPr>
          <w:rFonts w:ascii="Times New Roman" w:eastAsia="Times New Roman" w:hAnsi="Times New Roman" w:cs="Times New Roman"/>
          <w:sz w:val="28"/>
          <w:szCs w:val="28"/>
          <w:lang w:val="kk-KZ"/>
        </w:rPr>
        <w:t xml:space="preserve"> және </w:t>
      </w:r>
      <w:r w:rsidR="00A07FF5" w:rsidRPr="00B75A9A">
        <w:rPr>
          <w:rFonts w:ascii="Times New Roman" w:hAnsi="Times New Roman" w:cs="Times New Roman"/>
          <w:position w:val="-12"/>
          <w:sz w:val="28"/>
          <w:szCs w:val="28"/>
        </w:rPr>
        <w:object w:dxaOrig="420" w:dyaOrig="360" w14:anchorId="0209C3CA">
          <v:shape id="_x0000_i1136" type="#_x0000_t75" style="width:20.55pt;height:18.2pt" o:ole="">
            <v:imagedata r:id="rId236" o:title=""/>
          </v:shape>
          <o:OLEObject Type="Embed" ProgID="Equation.DSMT4" ShapeID="_x0000_i1136" DrawAspect="Content" ObjectID="_1840331590" r:id="rId237"/>
        </w:object>
      </w:r>
      <w:r w:rsidRPr="00B75A9A">
        <w:rPr>
          <w:rFonts w:ascii="Times New Roman" w:eastAsia="Times New Roman" w:hAnsi="Times New Roman" w:cs="Times New Roman"/>
          <w:sz w:val="28"/>
          <w:szCs w:val="28"/>
          <w:lang w:val="kk-KZ"/>
        </w:rPr>
        <w:t xml:space="preserve">, бұл жағдайларда жоғарғы жарты жазықтықта, сәйкесінше, осы көпмүшенің екі әртүрлі </w:t>
      </w:r>
      <w:r w:rsidR="00A07FF5" w:rsidRPr="00B75A9A">
        <w:rPr>
          <w:rFonts w:ascii="Times New Roman" w:hAnsi="Times New Roman" w:cs="Times New Roman"/>
          <w:position w:val="-12"/>
          <w:sz w:val="28"/>
          <w:szCs w:val="28"/>
        </w:rPr>
        <w:object w:dxaOrig="600" w:dyaOrig="380" w14:anchorId="4BA8BD80">
          <v:shape id="_x0000_i1137" type="#_x0000_t75" style="width:29.25pt;height:18.2pt" o:ole="">
            <v:imagedata r:id="rId238" o:title=""/>
          </v:shape>
          <o:OLEObject Type="Embed" ProgID="Equation.DSMT4" ShapeID="_x0000_i1137" DrawAspect="Content" ObjectID="_1840331591" r:id="rId239"/>
        </w:object>
      </w:r>
      <w:r w:rsidRPr="00B75A9A">
        <w:rPr>
          <w:rFonts w:ascii="Times New Roman" w:eastAsia="Times New Roman" w:hAnsi="Times New Roman" w:cs="Times New Roman"/>
          <w:sz w:val="28"/>
          <w:szCs w:val="28"/>
          <w:lang w:val="kk-KZ"/>
        </w:rPr>
        <w:t xml:space="preserve">,  түбірлері жатсын және еселі </w:t>
      </w:r>
      <w:r w:rsidR="00A07FF5" w:rsidRPr="00B75A9A">
        <w:rPr>
          <w:rFonts w:ascii="Times New Roman" w:hAnsi="Times New Roman" w:cs="Times New Roman"/>
          <w:position w:val="-6"/>
          <w:sz w:val="28"/>
          <w:szCs w:val="28"/>
        </w:rPr>
        <w:object w:dxaOrig="220" w:dyaOrig="240" w14:anchorId="237ABC48">
          <v:shape id="_x0000_i1138" type="#_x0000_t75" style="width:11.85pt;height:11.85pt" o:ole="">
            <v:imagedata r:id="rId240" o:title=""/>
          </v:shape>
          <o:OLEObject Type="Embed" ProgID="Equation.DSMT4" ShapeID="_x0000_i1138" DrawAspect="Content" ObjectID="_1840331592" r:id="rId241"/>
        </w:object>
      </w:r>
      <w:r w:rsidRPr="00B75A9A">
        <w:rPr>
          <w:rFonts w:ascii="Times New Roman" w:eastAsia="Times New Roman" w:hAnsi="Times New Roman" w:cs="Times New Roman"/>
          <w:position w:val="-12"/>
          <w:sz w:val="28"/>
          <w:szCs w:val="28"/>
          <w:lang w:val="kk-KZ"/>
        </w:rPr>
        <w:t xml:space="preserve"> </w:t>
      </w:r>
      <w:r w:rsidRPr="00B75A9A">
        <w:rPr>
          <w:rFonts w:ascii="Times New Roman" w:eastAsia="Times New Roman" w:hAnsi="Times New Roman" w:cs="Times New Roman"/>
          <w:sz w:val="28"/>
          <w:szCs w:val="28"/>
          <w:lang w:val="kk-KZ"/>
        </w:rPr>
        <w:t>бір ғана түбірі болсын. Осылайша,</w:t>
      </w:r>
    </w:p>
    <w:p w14:paraId="4069E6F3" w14:textId="77777777" w:rsidR="00BA7984" w:rsidRPr="00B75A9A" w:rsidRDefault="00BA7984" w:rsidP="00BA7984">
      <w:pPr>
        <w:spacing w:after="0" w:line="240" w:lineRule="auto"/>
        <w:ind w:firstLine="708"/>
        <w:jc w:val="both"/>
        <w:rPr>
          <w:rFonts w:ascii="Times New Roman" w:eastAsia="Times New Roman" w:hAnsi="Times New Roman" w:cs="Times New Roman"/>
          <w:position w:val="-30"/>
          <w:sz w:val="28"/>
          <w:szCs w:val="28"/>
          <w:lang w:val="kk-KZ"/>
        </w:rPr>
      </w:pPr>
    </w:p>
    <w:p w14:paraId="39CDC322" w14:textId="55F3F202" w:rsidR="00BA7984" w:rsidRPr="00B75A9A" w:rsidRDefault="00A07FF5" w:rsidP="00DD01B6">
      <w:pPr>
        <w:spacing w:after="0" w:line="240" w:lineRule="auto"/>
        <w:jc w:val="right"/>
        <w:rPr>
          <w:rFonts w:ascii="Times New Roman" w:eastAsia="Times New Roman" w:hAnsi="Times New Roman" w:cs="Times New Roman"/>
          <w:position w:val="-12"/>
          <w:sz w:val="28"/>
          <w:szCs w:val="28"/>
          <w:lang w:val="kk-KZ"/>
        </w:rPr>
      </w:pPr>
      <w:r w:rsidRPr="00B75A9A">
        <w:rPr>
          <w:rFonts w:ascii="Times New Roman" w:hAnsi="Times New Roman" w:cs="Times New Roman"/>
          <w:position w:val="-40"/>
          <w:sz w:val="28"/>
          <w:szCs w:val="28"/>
        </w:rPr>
        <w:object w:dxaOrig="8559" w:dyaOrig="940" w14:anchorId="3695EC66">
          <v:shape id="_x0000_i1139" type="#_x0000_t75" style="width:428.05pt;height:46.7pt" o:ole="">
            <v:imagedata r:id="rId242" o:title=""/>
          </v:shape>
          <o:OLEObject Type="Embed" ProgID="Equation.DSMT4" ShapeID="_x0000_i1139" DrawAspect="Content" ObjectID="_1840331593" r:id="rId243"/>
        </w:object>
      </w:r>
      <w:r w:rsidR="00DD01B6" w:rsidRPr="00B75A9A">
        <w:rPr>
          <w:rFonts w:ascii="Times New Roman" w:eastAsia="Times New Roman" w:hAnsi="Times New Roman" w:cs="Times New Roman"/>
          <w:position w:val="-30"/>
          <w:sz w:val="28"/>
          <w:szCs w:val="28"/>
          <w:lang w:val="kk-KZ"/>
        </w:rPr>
        <w:t xml:space="preserve"> </w:t>
      </w:r>
      <w:r w:rsidR="00B70E2D" w:rsidRPr="00B75A9A">
        <w:rPr>
          <w:rFonts w:ascii="Times New Roman" w:eastAsia="Times New Roman" w:hAnsi="Times New Roman" w:cs="Times New Roman"/>
          <w:position w:val="-12"/>
          <w:sz w:val="28"/>
          <w:szCs w:val="28"/>
          <w:lang w:val="kk-KZ"/>
        </w:rPr>
        <w:t>(</w:t>
      </w:r>
      <w:r w:rsidR="00BA7984" w:rsidRPr="00B75A9A">
        <w:rPr>
          <w:rFonts w:ascii="Times New Roman" w:eastAsia="Times New Roman" w:hAnsi="Times New Roman" w:cs="Times New Roman"/>
          <w:position w:val="-12"/>
          <w:sz w:val="28"/>
          <w:szCs w:val="28"/>
          <w:lang w:val="kk-KZ"/>
        </w:rPr>
        <w:t xml:space="preserve">17) </w:t>
      </w:r>
    </w:p>
    <w:p w14:paraId="25C3B470" w14:textId="77777777" w:rsidR="00BA7984" w:rsidRPr="00B75A9A" w:rsidRDefault="00BA7984" w:rsidP="00DD01B6">
      <w:pPr>
        <w:spacing w:after="0" w:line="240" w:lineRule="auto"/>
        <w:rPr>
          <w:rFonts w:ascii="Times New Roman" w:eastAsia="Times New Roman" w:hAnsi="Times New Roman" w:cs="Times New Roman"/>
          <w:position w:val="-12"/>
          <w:sz w:val="28"/>
          <w:szCs w:val="28"/>
          <w:lang w:val="kk-KZ"/>
        </w:rPr>
      </w:pPr>
    </w:p>
    <w:p w14:paraId="5FEDF24B" w14:textId="0D8B5DE0" w:rsidR="00BA7984" w:rsidRPr="00B75A9A" w:rsidRDefault="00B547B6" w:rsidP="00BA7984">
      <w:pPr>
        <w:spacing w:after="0" w:line="240" w:lineRule="auto"/>
        <w:jc w:val="both"/>
        <w:rPr>
          <w:rFonts w:ascii="Times New Roman" w:eastAsia="Times New Roman" w:hAnsi="Times New Roman" w:cs="Times New Roman"/>
          <w:position w:val="-12"/>
          <w:sz w:val="28"/>
          <w:szCs w:val="28"/>
          <w:lang w:val="kk-KZ"/>
        </w:rPr>
      </w:pPr>
      <w:r w:rsidRPr="00B75A9A">
        <w:rPr>
          <w:rFonts w:ascii="Times New Roman" w:eastAsia="Times New Roman" w:hAnsi="Times New Roman" w:cs="Times New Roman"/>
          <w:position w:val="-12"/>
          <w:sz w:val="28"/>
          <w:szCs w:val="28"/>
          <w:lang w:val="kk-KZ"/>
        </w:rPr>
        <w:t>Осы (</w:t>
      </w:r>
      <w:r w:rsidR="00BA7984" w:rsidRPr="00B75A9A">
        <w:rPr>
          <w:rFonts w:ascii="Times New Roman" w:eastAsia="Times New Roman" w:hAnsi="Times New Roman" w:cs="Times New Roman"/>
          <w:position w:val="-12"/>
          <w:sz w:val="28"/>
          <w:szCs w:val="28"/>
          <w:lang w:val="kk-KZ"/>
        </w:rPr>
        <w:t>16) теңдеуі үшін келесідей шеттік есеп қойылады</w:t>
      </w:r>
    </w:p>
    <w:p w14:paraId="46751DA2" w14:textId="77777777" w:rsidR="00BA7984" w:rsidRPr="00B75A9A" w:rsidRDefault="00BA7984" w:rsidP="00BA7984">
      <w:pPr>
        <w:spacing w:after="0" w:line="240" w:lineRule="auto"/>
        <w:jc w:val="both"/>
        <w:rPr>
          <w:rFonts w:ascii="Times New Roman" w:eastAsia="Times New Roman" w:hAnsi="Times New Roman" w:cs="Times New Roman"/>
          <w:position w:val="-12"/>
          <w:sz w:val="28"/>
          <w:szCs w:val="28"/>
          <w:lang w:val="kk-KZ"/>
        </w:rPr>
      </w:pPr>
    </w:p>
    <w:p w14:paraId="15FEA965" w14:textId="21CEFAF3" w:rsidR="00BA7984" w:rsidRPr="00B75A9A" w:rsidRDefault="00A07FF5" w:rsidP="00BA7984">
      <w:pPr>
        <w:spacing w:after="0" w:line="240" w:lineRule="auto"/>
        <w:jc w:val="right"/>
        <w:rPr>
          <w:rFonts w:ascii="Times New Roman" w:eastAsia="Times New Roman" w:hAnsi="Times New Roman" w:cs="Times New Roman"/>
          <w:sz w:val="28"/>
          <w:szCs w:val="28"/>
          <w:lang w:val="kk-KZ"/>
        </w:rPr>
      </w:pPr>
      <w:r w:rsidRPr="00B75A9A">
        <w:rPr>
          <w:rFonts w:ascii="Times New Roman" w:hAnsi="Times New Roman" w:cs="Times New Roman"/>
          <w:position w:val="-28"/>
          <w:sz w:val="28"/>
          <w:szCs w:val="28"/>
        </w:rPr>
        <w:object w:dxaOrig="2439" w:dyaOrig="760" w14:anchorId="309AE184">
          <v:shape id="_x0000_i1140" type="#_x0000_t75" style="width:123.45pt;height:38pt" o:ole="">
            <v:imagedata r:id="rId244" o:title=""/>
          </v:shape>
          <o:OLEObject Type="Embed" ProgID="Equation.DSMT4" ShapeID="_x0000_i1140" DrawAspect="Content" ObjectID="_1840331594" r:id="rId245"/>
        </w:object>
      </w:r>
      <w:r w:rsidR="00BA7984" w:rsidRPr="00B75A9A">
        <w:rPr>
          <w:rFonts w:ascii="Times New Roman" w:eastAsia="Times New Roman" w:hAnsi="Times New Roman" w:cs="Times New Roman"/>
          <w:position w:val="-30"/>
          <w:sz w:val="28"/>
          <w:szCs w:val="28"/>
          <w:lang w:val="kk-KZ"/>
        </w:rPr>
        <w:t xml:space="preserve">                                                        </w:t>
      </w:r>
      <w:r w:rsidR="00B70E2D" w:rsidRPr="00B75A9A">
        <w:rPr>
          <w:rFonts w:ascii="Times New Roman" w:eastAsia="Times New Roman" w:hAnsi="Times New Roman" w:cs="Times New Roman"/>
          <w:sz w:val="28"/>
          <w:szCs w:val="28"/>
          <w:lang w:val="kk-KZ"/>
        </w:rPr>
        <w:t>(</w:t>
      </w:r>
      <w:r w:rsidR="00BA7984" w:rsidRPr="00B75A9A">
        <w:rPr>
          <w:rFonts w:ascii="Times New Roman" w:eastAsia="Times New Roman" w:hAnsi="Times New Roman" w:cs="Times New Roman"/>
          <w:sz w:val="28"/>
          <w:szCs w:val="28"/>
          <w:lang w:val="kk-KZ"/>
        </w:rPr>
        <w:t>18)</w:t>
      </w:r>
    </w:p>
    <w:p w14:paraId="65B53D7D" w14:textId="77777777" w:rsidR="00BA7984" w:rsidRPr="00B75A9A" w:rsidRDefault="00BA7984" w:rsidP="00BA7984">
      <w:pPr>
        <w:spacing w:after="0" w:line="240" w:lineRule="auto"/>
        <w:rPr>
          <w:rFonts w:ascii="Times New Roman" w:eastAsia="Times New Roman" w:hAnsi="Times New Roman" w:cs="Times New Roman"/>
          <w:color w:val="1B1C1D"/>
          <w:sz w:val="28"/>
          <w:szCs w:val="28"/>
          <w:lang w:val="kk-KZ"/>
        </w:rPr>
      </w:pPr>
    </w:p>
    <w:p w14:paraId="7504CE48" w14:textId="4871C762" w:rsidR="00BA7984" w:rsidRPr="00B75A9A" w:rsidRDefault="00BA7984" w:rsidP="00BA7984">
      <w:pPr>
        <w:spacing w:after="0" w:line="240" w:lineRule="auto"/>
        <w:ind w:firstLine="708"/>
        <w:rPr>
          <w:rFonts w:ascii="Times New Roman" w:eastAsia="Times New Roman" w:hAnsi="Times New Roman" w:cs="Times New Roman"/>
          <w:color w:val="1B1C1D"/>
          <w:sz w:val="28"/>
          <w:szCs w:val="28"/>
          <w:lang w:val="kk-KZ"/>
        </w:rPr>
      </w:pPr>
      <w:r w:rsidRPr="00B75A9A">
        <w:rPr>
          <w:rFonts w:ascii="Times New Roman" w:eastAsia="Times New Roman" w:hAnsi="Times New Roman" w:cs="Times New Roman"/>
          <w:b/>
          <w:color w:val="1B1C1D"/>
          <w:sz w:val="28"/>
          <w:szCs w:val="28"/>
          <w:lang w:val="kk-KZ"/>
        </w:rPr>
        <w:t>Лемма 1</w:t>
      </w:r>
      <w:r w:rsidR="00645707" w:rsidRPr="00645707">
        <w:rPr>
          <w:rFonts w:ascii="Times New Roman" w:eastAsia="Times New Roman" w:hAnsi="Times New Roman" w:cs="Times New Roman"/>
          <w:b/>
          <w:color w:val="1B1C1D"/>
          <w:sz w:val="28"/>
          <w:szCs w:val="28"/>
          <w:lang w:val="kk-KZ"/>
        </w:rPr>
        <w:t>.</w:t>
      </w:r>
      <w:r w:rsidR="00645707">
        <w:rPr>
          <w:rFonts w:ascii="Times New Roman" w:eastAsia="Times New Roman" w:hAnsi="Times New Roman" w:cs="Times New Roman"/>
          <w:color w:val="1B1C1D"/>
          <w:sz w:val="28"/>
          <w:szCs w:val="28"/>
          <w:lang w:val="kk-KZ"/>
        </w:rPr>
        <w:t xml:space="preserve"> </w:t>
      </w:r>
      <w:r w:rsidRPr="00B75A9A">
        <w:rPr>
          <w:rFonts w:ascii="Times New Roman" w:eastAsia="Times New Roman" w:hAnsi="Times New Roman" w:cs="Times New Roman"/>
          <w:color w:val="1B1C1D"/>
          <w:sz w:val="28"/>
          <w:szCs w:val="28"/>
          <w:lang w:val="kk-KZ"/>
        </w:rPr>
        <w:t xml:space="preserve">а) </w:t>
      </w:r>
      <w:r w:rsidR="00A07FF5" w:rsidRPr="00B75A9A">
        <w:rPr>
          <w:rFonts w:ascii="Times New Roman" w:hAnsi="Times New Roman" w:cs="Times New Roman"/>
          <w:position w:val="-12"/>
          <w:sz w:val="28"/>
          <w:szCs w:val="28"/>
        </w:rPr>
        <w:object w:dxaOrig="800" w:dyaOrig="380" w14:anchorId="40CA6456">
          <v:shape id="_x0000_i1141" type="#_x0000_t75" style="width:43.5pt;height:18.2pt" o:ole="">
            <v:imagedata r:id="rId246" o:title=""/>
          </v:shape>
          <o:OLEObject Type="Embed" ProgID="Equation.DSMT4" ShapeID="_x0000_i1141" DrawAspect="Content" ObjectID="_1840331595" r:id="rId247"/>
        </w:object>
      </w:r>
      <w:r w:rsidRPr="00B75A9A">
        <w:rPr>
          <w:rFonts w:ascii="Times New Roman" w:eastAsia="Times New Roman" w:hAnsi="Times New Roman" w:cs="Times New Roman"/>
          <w:sz w:val="28"/>
          <w:szCs w:val="28"/>
          <w:lang w:val="kk-KZ"/>
        </w:rPr>
        <w:t xml:space="preserve"> </w:t>
      </w:r>
      <w:r w:rsidRPr="00B75A9A">
        <w:rPr>
          <w:rFonts w:ascii="Times New Roman" w:eastAsia="Times New Roman" w:hAnsi="Times New Roman" w:cs="Times New Roman"/>
          <w:color w:val="1B1C1D"/>
          <w:sz w:val="28"/>
          <w:szCs w:val="28"/>
          <w:lang w:val="kk-KZ"/>
        </w:rPr>
        <w:t xml:space="preserve">бекітілген нүктесі  болсын. </w:t>
      </w:r>
    </w:p>
    <w:p w14:paraId="546A933F" w14:textId="77777777" w:rsidR="00BA7984" w:rsidRPr="00B75A9A" w:rsidRDefault="00BA7984" w:rsidP="00BA7984">
      <w:pPr>
        <w:spacing w:after="0" w:line="240" w:lineRule="auto"/>
        <w:rPr>
          <w:rFonts w:ascii="Times New Roman" w:eastAsia="Times New Roman" w:hAnsi="Times New Roman" w:cs="Times New Roman"/>
          <w:color w:val="1B1C1D"/>
          <w:sz w:val="28"/>
          <w:szCs w:val="28"/>
          <w:lang w:val="kk-KZ"/>
        </w:rPr>
      </w:pPr>
    </w:p>
    <w:p w14:paraId="179FB1BB" w14:textId="17E23B63" w:rsidR="00BA7984" w:rsidRPr="00B75A9A" w:rsidRDefault="00A07FF5" w:rsidP="00BA7984">
      <w:pPr>
        <w:spacing w:after="0" w:line="240" w:lineRule="auto"/>
        <w:jc w:val="right"/>
        <w:rPr>
          <w:rFonts w:ascii="Times New Roman" w:eastAsia="Times New Roman" w:hAnsi="Times New Roman" w:cs="Times New Roman"/>
          <w:color w:val="1B1C1D"/>
          <w:sz w:val="28"/>
          <w:szCs w:val="28"/>
          <w:lang w:val="kk-KZ"/>
        </w:rPr>
      </w:pPr>
      <w:r w:rsidRPr="00B75A9A">
        <w:rPr>
          <w:rFonts w:ascii="Times New Roman" w:hAnsi="Times New Roman" w:cs="Times New Roman"/>
          <w:position w:val="-34"/>
          <w:sz w:val="28"/>
          <w:szCs w:val="28"/>
        </w:rPr>
        <w:object w:dxaOrig="1540" w:dyaOrig="780" w14:anchorId="2F7819D9">
          <v:shape id="_x0000_i1142" type="#_x0000_t75" style="width:80.7pt;height:38pt" o:ole="">
            <v:imagedata r:id="rId248" o:title=""/>
          </v:shape>
          <o:OLEObject Type="Embed" ProgID="Equation.DSMT4" ShapeID="_x0000_i1142" DrawAspect="Content" ObjectID="_1840331596" r:id="rId249"/>
        </w:object>
      </w:r>
      <w:r w:rsidR="00BA7984" w:rsidRPr="00B75A9A">
        <w:rPr>
          <w:rFonts w:ascii="Times New Roman" w:eastAsia="Times New Roman" w:hAnsi="Times New Roman" w:cs="Times New Roman"/>
          <w:position w:val="-34"/>
          <w:sz w:val="28"/>
          <w:szCs w:val="28"/>
          <w:lang w:val="kk-KZ"/>
        </w:rPr>
        <w:t xml:space="preserve">                                                        </w:t>
      </w:r>
      <w:r w:rsidR="00B70E2D" w:rsidRPr="00B75A9A">
        <w:rPr>
          <w:rFonts w:ascii="Times New Roman" w:eastAsia="Times New Roman" w:hAnsi="Times New Roman" w:cs="Times New Roman"/>
          <w:color w:val="1B1C1D"/>
          <w:sz w:val="28"/>
          <w:szCs w:val="28"/>
          <w:lang w:val="kk-KZ"/>
        </w:rPr>
        <w:t>(</w:t>
      </w:r>
      <w:r w:rsidR="00BA7984" w:rsidRPr="00B75A9A">
        <w:rPr>
          <w:rFonts w:ascii="Times New Roman" w:eastAsia="Times New Roman" w:hAnsi="Times New Roman" w:cs="Times New Roman"/>
          <w:color w:val="1B1C1D"/>
          <w:sz w:val="28"/>
          <w:szCs w:val="28"/>
          <w:lang w:val="kk-KZ"/>
        </w:rPr>
        <w:t>19)</w:t>
      </w:r>
    </w:p>
    <w:p w14:paraId="6471FE3E" w14:textId="77777777" w:rsidR="00BA7984" w:rsidRPr="00B75A9A" w:rsidRDefault="00BA7984" w:rsidP="00DD01B6">
      <w:pPr>
        <w:spacing w:after="0" w:line="240" w:lineRule="auto"/>
        <w:rPr>
          <w:rFonts w:ascii="Times New Roman" w:eastAsia="Times New Roman" w:hAnsi="Times New Roman" w:cs="Times New Roman"/>
          <w:color w:val="1B1C1D"/>
          <w:sz w:val="28"/>
          <w:szCs w:val="28"/>
          <w:lang w:val="kk-KZ"/>
        </w:rPr>
      </w:pPr>
    </w:p>
    <w:p w14:paraId="043369EB" w14:textId="77777777" w:rsidR="00BA7984" w:rsidRPr="00B75A9A" w:rsidRDefault="00BA7984" w:rsidP="00BA7984">
      <w:pPr>
        <w:spacing w:after="0" w:line="240" w:lineRule="auto"/>
        <w:jc w:val="both"/>
        <w:rPr>
          <w:rFonts w:ascii="Times New Roman" w:eastAsia="Times New Roman" w:hAnsi="Times New Roman" w:cs="Times New Roman"/>
          <w:position w:val="-30"/>
          <w:sz w:val="28"/>
          <w:szCs w:val="28"/>
          <w:lang w:val="kk-KZ"/>
        </w:rPr>
      </w:pPr>
      <w:r w:rsidRPr="00B75A9A">
        <w:rPr>
          <w:rFonts w:ascii="Times New Roman" w:eastAsia="Times New Roman" w:hAnsi="Times New Roman" w:cs="Times New Roman"/>
          <w:color w:val="1B1C1D"/>
          <w:sz w:val="28"/>
          <w:szCs w:val="28"/>
          <w:lang w:val="kk-KZ"/>
        </w:rPr>
        <w:t xml:space="preserve">шартын қанағаттандыратын әрбір </w:t>
      </w:r>
      <w:bookmarkStart w:id="1" w:name="MTBlankEqn"/>
      <w:r w:rsidR="00A07FF5" w:rsidRPr="00B75A9A">
        <w:rPr>
          <w:rFonts w:ascii="Times New Roman" w:hAnsi="Times New Roman" w:cs="Times New Roman"/>
          <w:position w:val="-12"/>
          <w:sz w:val="28"/>
          <w:szCs w:val="28"/>
        </w:rPr>
        <w:object w:dxaOrig="2480" w:dyaOrig="420" w14:anchorId="2D84752C">
          <v:shape id="_x0000_i1143" type="#_x0000_t75" style="width:123.45pt;height:20.55pt" o:ole="">
            <v:imagedata r:id="rId250" o:title=""/>
          </v:shape>
          <o:OLEObject Type="Embed" ProgID="Equation.DSMT4" ShapeID="_x0000_i1143" DrawAspect="Content" ObjectID="_1840331597" r:id="rId251"/>
        </w:object>
      </w:r>
      <w:bookmarkEnd w:id="1"/>
      <w:r w:rsidRPr="00B75A9A">
        <w:rPr>
          <w:rFonts w:ascii="Times New Roman" w:eastAsia="Times New Roman" w:hAnsi="Times New Roman" w:cs="Times New Roman"/>
          <w:color w:val="1B1C1D"/>
          <w:sz w:val="28"/>
          <w:szCs w:val="28"/>
          <w:lang w:val="kk-KZ"/>
        </w:rPr>
        <w:t>функциялар жұбы үшін:</w:t>
      </w:r>
    </w:p>
    <w:p w14:paraId="4373043C" w14:textId="77777777" w:rsidR="00BA7984" w:rsidRPr="00B75A9A" w:rsidRDefault="00BA7984" w:rsidP="00BA7984">
      <w:pPr>
        <w:spacing w:after="0" w:line="240" w:lineRule="auto"/>
        <w:rPr>
          <w:rFonts w:ascii="Times New Roman" w:eastAsia="Times New Roman" w:hAnsi="Times New Roman" w:cs="Times New Roman"/>
          <w:color w:val="1B1C1D"/>
          <w:sz w:val="28"/>
          <w:szCs w:val="28"/>
          <w:lang w:val="kk-KZ"/>
        </w:rPr>
      </w:pPr>
    </w:p>
    <w:p w14:paraId="2E763D8D" w14:textId="77777777" w:rsidR="00BA7984" w:rsidRPr="00B75A9A" w:rsidRDefault="00A07FF5" w:rsidP="00BA7984">
      <w:pPr>
        <w:spacing w:after="0" w:line="240" w:lineRule="auto"/>
        <w:jc w:val="center"/>
        <w:rPr>
          <w:rFonts w:ascii="Times New Roman" w:eastAsia="Times New Roman" w:hAnsi="Times New Roman" w:cs="Times New Roman"/>
          <w:position w:val="-12"/>
          <w:sz w:val="28"/>
          <w:szCs w:val="28"/>
          <w:lang w:val="kk-KZ"/>
        </w:rPr>
      </w:pPr>
      <w:r w:rsidRPr="00B75A9A">
        <w:rPr>
          <w:rFonts w:ascii="Times New Roman" w:hAnsi="Times New Roman" w:cs="Times New Roman"/>
          <w:position w:val="-12"/>
          <w:sz w:val="28"/>
          <w:szCs w:val="28"/>
        </w:rPr>
        <w:object w:dxaOrig="2940" w:dyaOrig="420" w14:anchorId="4D8FDC92">
          <v:shape id="_x0000_i1144" type="#_x0000_t75" style="width:147.15pt;height:20.55pt" o:ole="">
            <v:imagedata r:id="rId252" o:title=""/>
          </v:shape>
          <o:OLEObject Type="Embed" ProgID="Equation.DSMT4" ShapeID="_x0000_i1144" DrawAspect="Content" ObjectID="_1840331598" r:id="rId253"/>
        </w:object>
      </w:r>
    </w:p>
    <w:p w14:paraId="09241634" w14:textId="77777777" w:rsidR="00BA7984" w:rsidRPr="00B75A9A" w:rsidRDefault="00BA7984" w:rsidP="00BA7984">
      <w:pPr>
        <w:spacing w:after="0" w:line="240" w:lineRule="auto"/>
        <w:rPr>
          <w:rFonts w:ascii="Times New Roman" w:eastAsia="Times New Roman" w:hAnsi="Times New Roman" w:cs="Times New Roman"/>
          <w:position w:val="-12"/>
          <w:sz w:val="28"/>
          <w:szCs w:val="28"/>
          <w:lang w:val="kk-KZ"/>
        </w:rPr>
      </w:pPr>
    </w:p>
    <w:p w14:paraId="48748369" w14:textId="77777777" w:rsidR="00BA7984" w:rsidRPr="00B75A9A" w:rsidRDefault="00BA7984" w:rsidP="00BA7984">
      <w:pPr>
        <w:spacing w:after="0" w:line="240" w:lineRule="auto"/>
        <w:rPr>
          <w:rFonts w:ascii="Times New Roman" w:eastAsia="Times New Roman" w:hAnsi="Times New Roman" w:cs="Times New Roman"/>
          <w:position w:val="-12"/>
          <w:sz w:val="28"/>
          <w:szCs w:val="28"/>
          <w:lang w:val="kk-KZ"/>
        </w:rPr>
      </w:pPr>
      <w:r w:rsidRPr="00B75A9A">
        <w:rPr>
          <w:rFonts w:ascii="Times New Roman" w:eastAsia="Times New Roman" w:hAnsi="Times New Roman" w:cs="Times New Roman"/>
          <w:sz w:val="28"/>
          <w:szCs w:val="28"/>
          <w:lang w:val="kk-KZ"/>
        </w:rPr>
        <w:t xml:space="preserve">деген функциясын келесі формуламен </w:t>
      </w:r>
    </w:p>
    <w:p w14:paraId="38E227AA" w14:textId="77777777" w:rsidR="00BA7984" w:rsidRPr="00B75A9A" w:rsidRDefault="00BA7984" w:rsidP="00BA7984">
      <w:pPr>
        <w:spacing w:after="0" w:line="240" w:lineRule="auto"/>
        <w:rPr>
          <w:rFonts w:ascii="Times New Roman" w:eastAsia="Times New Roman" w:hAnsi="Times New Roman" w:cs="Times New Roman"/>
          <w:sz w:val="28"/>
          <w:szCs w:val="28"/>
          <w:lang w:val="kk-KZ"/>
        </w:rPr>
      </w:pPr>
    </w:p>
    <w:p w14:paraId="57187A66" w14:textId="77777777" w:rsidR="00BA7984" w:rsidRPr="00B75A9A" w:rsidRDefault="00A07FF5" w:rsidP="00BA7984">
      <w:pPr>
        <w:spacing w:after="0" w:line="240" w:lineRule="auto"/>
        <w:jc w:val="center"/>
        <w:rPr>
          <w:rFonts w:ascii="Times New Roman" w:hAnsi="Times New Roman" w:cs="Times New Roman"/>
          <w:position w:val="-40"/>
          <w:sz w:val="28"/>
          <w:szCs w:val="28"/>
          <w:lang w:val="kk-KZ"/>
        </w:rPr>
      </w:pPr>
      <w:r w:rsidRPr="00B75A9A">
        <w:rPr>
          <w:rFonts w:ascii="Times New Roman" w:hAnsi="Times New Roman" w:cs="Times New Roman"/>
          <w:position w:val="-40"/>
          <w:sz w:val="28"/>
          <w:szCs w:val="28"/>
        </w:rPr>
        <w:object w:dxaOrig="2380" w:dyaOrig="900" w14:anchorId="230DA0BC">
          <v:shape id="_x0000_i1145" type="#_x0000_t75" style="width:118.7pt;height:45.9pt" o:ole="">
            <v:imagedata r:id="rId254" o:title=""/>
          </v:shape>
          <o:OLEObject Type="Embed" ProgID="Equation.DSMT4" ShapeID="_x0000_i1145" DrawAspect="Content" ObjectID="_1840331599" r:id="rId255"/>
        </w:object>
      </w:r>
    </w:p>
    <w:p w14:paraId="611C8C7F" w14:textId="77777777" w:rsidR="00DD01B6" w:rsidRPr="00B75A9A" w:rsidRDefault="00DD01B6" w:rsidP="00DD01B6">
      <w:pPr>
        <w:spacing w:after="0" w:line="240" w:lineRule="auto"/>
        <w:rPr>
          <w:rFonts w:ascii="Times New Roman" w:eastAsia="Times New Roman" w:hAnsi="Times New Roman" w:cs="Times New Roman"/>
          <w:position w:val="-50"/>
          <w:sz w:val="28"/>
          <w:szCs w:val="28"/>
          <w:lang w:val="kk-KZ"/>
        </w:rPr>
      </w:pPr>
    </w:p>
    <w:p w14:paraId="1F46BE21" w14:textId="77777777" w:rsidR="00BA7984" w:rsidRPr="00B75A9A" w:rsidRDefault="00BA7984" w:rsidP="00DD01B6">
      <w:pPr>
        <w:spacing w:after="0" w:line="240" w:lineRule="auto"/>
        <w:jc w:val="both"/>
        <w:rPr>
          <w:rFonts w:ascii="Times New Roman" w:eastAsia="Times New Roman" w:hAnsi="Times New Roman" w:cs="Times New Roman"/>
          <w:color w:val="1B1C1D"/>
          <w:sz w:val="28"/>
          <w:szCs w:val="28"/>
          <w:lang w:val="kk-KZ"/>
        </w:rPr>
      </w:pPr>
      <w:r w:rsidRPr="00B75A9A">
        <w:rPr>
          <w:rFonts w:ascii="Times New Roman" w:eastAsia="Times New Roman" w:hAnsi="Times New Roman" w:cs="Times New Roman"/>
          <w:color w:val="1B1C1D"/>
          <w:sz w:val="28"/>
          <w:szCs w:val="28"/>
          <w:lang w:val="kk-KZ"/>
        </w:rPr>
        <w:t>сәйкестендіріп қоямыз. Бұл сәйкестендіру D облысы бірбайланысты болғандықтан дұрыс, бірмәнді анықталады.</w:t>
      </w:r>
    </w:p>
    <w:p w14:paraId="77F8B13B" w14:textId="11EF40B0" w:rsidR="00BA7984" w:rsidRPr="00B75A9A" w:rsidRDefault="00B70E2D" w:rsidP="00DD01B6">
      <w:pPr>
        <w:spacing w:after="0" w:line="240" w:lineRule="auto"/>
        <w:ind w:firstLine="708"/>
        <w:jc w:val="both"/>
        <w:rPr>
          <w:rFonts w:ascii="Times New Roman" w:eastAsia="Times New Roman" w:hAnsi="Times New Roman" w:cs="Times New Roman"/>
          <w:position w:val="-50"/>
          <w:sz w:val="28"/>
          <w:szCs w:val="28"/>
          <w:lang w:val="kk-KZ"/>
        </w:rPr>
      </w:pPr>
      <w:r w:rsidRPr="00B75A9A">
        <w:rPr>
          <w:rFonts w:ascii="Times New Roman" w:eastAsia="Times New Roman" w:hAnsi="Times New Roman" w:cs="Times New Roman"/>
          <w:color w:val="1B1C1D"/>
          <w:sz w:val="28"/>
          <w:szCs w:val="28"/>
          <w:lang w:val="kk-KZ"/>
        </w:rPr>
        <w:t>в) (</w:t>
      </w:r>
      <w:r w:rsidR="00BA7984" w:rsidRPr="00B75A9A">
        <w:rPr>
          <w:rFonts w:ascii="Times New Roman" w:eastAsia="Times New Roman" w:hAnsi="Times New Roman" w:cs="Times New Roman"/>
          <w:color w:val="1B1C1D"/>
          <w:sz w:val="28"/>
          <w:szCs w:val="28"/>
          <w:lang w:val="kk-KZ"/>
        </w:rPr>
        <w:t xml:space="preserve">19) формуласымен өрнектелген </w:t>
      </w:r>
      <w:r w:rsidR="00A07FF5" w:rsidRPr="00B75A9A">
        <w:rPr>
          <w:rFonts w:ascii="Times New Roman" w:hAnsi="Times New Roman" w:cs="Times New Roman"/>
          <w:position w:val="-12"/>
          <w:sz w:val="28"/>
          <w:szCs w:val="28"/>
        </w:rPr>
        <w:object w:dxaOrig="2560" w:dyaOrig="420" w14:anchorId="5CDC2203">
          <v:shape id="_x0000_i1146" type="#_x0000_t75" style="width:128.2pt;height:20.55pt" o:ole="">
            <v:imagedata r:id="rId256" o:title=""/>
          </v:shape>
          <o:OLEObject Type="Embed" ProgID="Equation.DSMT4" ShapeID="_x0000_i1146" DrawAspect="Content" ObjectID="_1840331600" r:id="rId257"/>
        </w:object>
      </w:r>
      <w:r w:rsidR="00BA7984" w:rsidRPr="00B75A9A">
        <w:rPr>
          <w:rFonts w:ascii="Times New Roman" w:eastAsia="Times New Roman" w:hAnsi="Times New Roman" w:cs="Times New Roman"/>
          <w:color w:val="1B1C1D"/>
          <w:sz w:val="28"/>
          <w:szCs w:val="28"/>
          <w:lang w:val="kk-KZ"/>
        </w:rPr>
        <w:t xml:space="preserve"> операциясы керіленеді және осы кері оператор </w:t>
      </w:r>
    </w:p>
    <w:p w14:paraId="1AB41BF2" w14:textId="3CB39C73" w:rsidR="00BA7984" w:rsidRPr="00B75A9A" w:rsidRDefault="00A07FF5" w:rsidP="00BA7984">
      <w:pPr>
        <w:spacing w:after="0" w:line="240" w:lineRule="auto"/>
        <w:jc w:val="right"/>
        <w:rPr>
          <w:rFonts w:ascii="Times New Roman" w:eastAsia="Times New Roman" w:hAnsi="Times New Roman" w:cs="Times New Roman"/>
          <w:position w:val="-30"/>
          <w:sz w:val="28"/>
          <w:szCs w:val="28"/>
          <w:lang w:val="kk-KZ"/>
        </w:rPr>
      </w:pPr>
      <w:r w:rsidRPr="00B75A9A">
        <w:rPr>
          <w:rFonts w:ascii="Times New Roman" w:hAnsi="Times New Roman" w:cs="Times New Roman"/>
          <w:position w:val="-40"/>
          <w:sz w:val="28"/>
          <w:szCs w:val="28"/>
        </w:rPr>
        <w:object w:dxaOrig="3519" w:dyaOrig="900" w14:anchorId="0411C581">
          <v:shape id="_x0000_i1147" type="#_x0000_t75" style="width:178pt;height:45.9pt" o:ole="">
            <v:imagedata r:id="rId258" o:title=""/>
          </v:shape>
          <o:OLEObject Type="Embed" ProgID="Equation.DSMT4" ShapeID="_x0000_i1147" DrawAspect="Content" ObjectID="_1840331601" r:id="rId259"/>
        </w:object>
      </w:r>
      <w:r w:rsidR="00BA7984" w:rsidRPr="00B75A9A">
        <w:rPr>
          <w:rFonts w:ascii="Times New Roman" w:eastAsia="Times New Roman" w:hAnsi="Times New Roman" w:cs="Times New Roman"/>
          <w:position w:val="-40"/>
          <w:sz w:val="28"/>
          <w:szCs w:val="28"/>
          <w:lang w:val="kk-KZ"/>
        </w:rPr>
        <w:t xml:space="preserve">                            </w:t>
      </w:r>
      <w:r w:rsidR="00B70E2D" w:rsidRPr="00B75A9A">
        <w:rPr>
          <w:rFonts w:ascii="Times New Roman" w:eastAsia="Times New Roman" w:hAnsi="Times New Roman" w:cs="Times New Roman"/>
          <w:sz w:val="28"/>
          <w:szCs w:val="28"/>
          <w:lang w:val="kk-KZ"/>
        </w:rPr>
        <w:t>(</w:t>
      </w:r>
      <w:r w:rsidR="00BA7984" w:rsidRPr="00B75A9A">
        <w:rPr>
          <w:rFonts w:ascii="Times New Roman" w:eastAsia="Times New Roman" w:hAnsi="Times New Roman" w:cs="Times New Roman"/>
          <w:sz w:val="28"/>
          <w:szCs w:val="28"/>
          <w:lang w:val="kk-KZ"/>
        </w:rPr>
        <w:t>20)</w:t>
      </w:r>
    </w:p>
    <w:p w14:paraId="0AA0E1F8" w14:textId="77777777" w:rsidR="00BA7984" w:rsidRPr="00B75A9A" w:rsidRDefault="00BA7984" w:rsidP="00BA7984">
      <w:pPr>
        <w:spacing w:after="0" w:line="240" w:lineRule="auto"/>
        <w:jc w:val="both"/>
        <w:rPr>
          <w:rFonts w:ascii="Times New Roman" w:eastAsia="Times New Roman" w:hAnsi="Times New Roman" w:cs="Times New Roman"/>
          <w:position w:val="-12"/>
          <w:sz w:val="28"/>
          <w:szCs w:val="28"/>
          <w:lang w:val="kk-KZ"/>
        </w:rPr>
      </w:pPr>
      <w:r w:rsidRPr="00B75A9A">
        <w:rPr>
          <w:rFonts w:ascii="Times New Roman" w:eastAsia="Times New Roman" w:hAnsi="Times New Roman" w:cs="Times New Roman"/>
          <w:position w:val="-12"/>
          <w:sz w:val="28"/>
          <w:szCs w:val="28"/>
          <w:lang w:val="kk-KZ"/>
        </w:rPr>
        <w:t xml:space="preserve">формуласымен жүзеге асады. </w:t>
      </w:r>
    </w:p>
    <w:p w14:paraId="59098C68" w14:textId="77777777" w:rsidR="00BA7984" w:rsidRPr="00B75A9A" w:rsidRDefault="00BA7984" w:rsidP="00BA7984">
      <w:pPr>
        <w:spacing w:after="0" w:line="240" w:lineRule="auto"/>
        <w:jc w:val="both"/>
        <w:rPr>
          <w:rFonts w:ascii="Times New Roman" w:eastAsia="Times New Roman" w:hAnsi="Times New Roman" w:cs="Times New Roman"/>
          <w:position w:val="-12"/>
          <w:sz w:val="28"/>
          <w:szCs w:val="28"/>
          <w:lang w:val="kk-KZ"/>
        </w:rPr>
      </w:pPr>
      <w:r w:rsidRPr="00B75A9A">
        <w:rPr>
          <w:rFonts w:ascii="Times New Roman" w:eastAsia="Times New Roman" w:hAnsi="Times New Roman" w:cs="Times New Roman"/>
          <w:position w:val="-12"/>
          <w:sz w:val="28"/>
          <w:szCs w:val="28"/>
          <w:lang w:val="kk-KZ"/>
        </w:rPr>
        <w:t>Енді осы операторға ұқсатып келесі опрацияны қарастырамыз</w:t>
      </w:r>
    </w:p>
    <w:p w14:paraId="5E5C5D27" w14:textId="77777777" w:rsidR="00BA7984" w:rsidRPr="00B75A9A" w:rsidRDefault="00BA7984" w:rsidP="00BA7984">
      <w:pPr>
        <w:spacing w:after="0" w:line="240" w:lineRule="auto"/>
        <w:jc w:val="both"/>
        <w:rPr>
          <w:rFonts w:ascii="Times New Roman" w:eastAsia="Times New Roman" w:hAnsi="Times New Roman" w:cs="Times New Roman"/>
          <w:position w:val="-12"/>
          <w:sz w:val="28"/>
          <w:szCs w:val="28"/>
          <w:lang w:val="kk-KZ"/>
        </w:rPr>
      </w:pPr>
    </w:p>
    <w:p w14:paraId="186E862D" w14:textId="42B3B141" w:rsidR="00BA7984" w:rsidRPr="00B75A9A" w:rsidRDefault="00BA7984" w:rsidP="00DD01B6">
      <w:pPr>
        <w:spacing w:after="0" w:line="240" w:lineRule="auto"/>
        <w:jc w:val="right"/>
        <w:rPr>
          <w:rFonts w:ascii="Times New Roman" w:eastAsia="Times New Roman" w:hAnsi="Times New Roman" w:cs="Times New Roman"/>
          <w:position w:val="-30"/>
          <w:sz w:val="28"/>
          <w:szCs w:val="28"/>
          <w:lang w:val="kk-KZ"/>
        </w:rPr>
      </w:pPr>
      <w:r w:rsidRPr="00B75A9A">
        <w:rPr>
          <w:rFonts w:ascii="Times New Roman" w:eastAsia="Times New Roman" w:hAnsi="Times New Roman" w:cs="Times New Roman"/>
          <w:position w:val="-30"/>
          <w:sz w:val="28"/>
          <w:szCs w:val="28"/>
          <w:lang w:val="kk-KZ"/>
        </w:rPr>
        <w:t xml:space="preserve">                                </w:t>
      </w:r>
      <w:r w:rsidR="00A07FF5" w:rsidRPr="00B75A9A">
        <w:rPr>
          <w:rFonts w:ascii="Times New Roman" w:hAnsi="Times New Roman" w:cs="Times New Roman"/>
          <w:position w:val="-34"/>
          <w:sz w:val="28"/>
          <w:szCs w:val="28"/>
        </w:rPr>
        <w:object w:dxaOrig="3980" w:dyaOrig="820" w14:anchorId="38D2955E">
          <v:shape id="_x0000_i1148" type="#_x0000_t75" style="width:201.75pt;height:43.5pt" o:ole="">
            <v:imagedata r:id="rId260" o:title=""/>
          </v:shape>
          <o:OLEObject Type="Embed" ProgID="Equation.DSMT4" ShapeID="_x0000_i1148" DrawAspect="Content" ObjectID="_1840331602" r:id="rId261"/>
        </w:object>
      </w:r>
      <w:r w:rsidRPr="00B75A9A">
        <w:rPr>
          <w:rFonts w:ascii="Times New Roman" w:eastAsia="Times New Roman" w:hAnsi="Times New Roman" w:cs="Times New Roman"/>
          <w:position w:val="-30"/>
          <w:sz w:val="28"/>
          <w:szCs w:val="28"/>
          <w:lang w:val="kk-KZ"/>
        </w:rPr>
        <w:t xml:space="preserve">                       </w:t>
      </w:r>
      <w:r w:rsidR="00B70E2D" w:rsidRPr="00B75A9A">
        <w:rPr>
          <w:rFonts w:ascii="Times New Roman" w:eastAsia="Times New Roman" w:hAnsi="Times New Roman" w:cs="Times New Roman"/>
          <w:sz w:val="28"/>
          <w:szCs w:val="28"/>
          <w:lang w:val="kk-KZ"/>
        </w:rPr>
        <w:t>(</w:t>
      </w:r>
      <w:r w:rsidRPr="00B75A9A">
        <w:rPr>
          <w:rFonts w:ascii="Times New Roman" w:eastAsia="Times New Roman" w:hAnsi="Times New Roman" w:cs="Times New Roman"/>
          <w:sz w:val="28"/>
          <w:szCs w:val="28"/>
          <w:lang w:val="kk-KZ"/>
        </w:rPr>
        <w:t>21)</w:t>
      </w:r>
    </w:p>
    <w:p w14:paraId="631E1A21" w14:textId="77777777" w:rsidR="00DD01B6" w:rsidRPr="00B75A9A" w:rsidRDefault="00DD01B6" w:rsidP="00DD01B6">
      <w:pPr>
        <w:spacing w:after="0" w:line="240" w:lineRule="auto"/>
        <w:rPr>
          <w:rFonts w:ascii="Times New Roman" w:eastAsia="Times New Roman" w:hAnsi="Times New Roman" w:cs="Times New Roman"/>
          <w:position w:val="-30"/>
          <w:sz w:val="28"/>
          <w:szCs w:val="28"/>
          <w:lang w:val="kk-KZ"/>
        </w:rPr>
      </w:pPr>
    </w:p>
    <w:p w14:paraId="14DD3D28" w14:textId="77777777" w:rsidR="00BA7984" w:rsidRPr="00B75A9A" w:rsidRDefault="00BA7984" w:rsidP="00DD01B6">
      <w:pPr>
        <w:spacing w:after="0" w:line="240" w:lineRule="auto"/>
        <w:ind w:firstLine="708"/>
        <w:rPr>
          <w:rFonts w:ascii="Times New Roman" w:eastAsia="Times New Roman" w:hAnsi="Times New Roman" w:cs="Times New Roman"/>
          <w:color w:val="1B1C1D"/>
          <w:sz w:val="28"/>
          <w:szCs w:val="28"/>
          <w:lang w:val="kk-KZ"/>
        </w:rPr>
      </w:pPr>
      <w:r w:rsidRPr="00B75A9A">
        <w:rPr>
          <w:rFonts w:ascii="Times New Roman" w:eastAsia="Times New Roman" w:hAnsi="Times New Roman" w:cs="Times New Roman"/>
          <w:color w:val="1B1C1D"/>
          <w:sz w:val="28"/>
          <w:szCs w:val="28"/>
          <w:lang w:val="kk-KZ"/>
        </w:rPr>
        <w:t xml:space="preserve">Бұл әрбір </w:t>
      </w:r>
      <w:r w:rsidR="00A07FF5" w:rsidRPr="00B75A9A">
        <w:rPr>
          <w:rFonts w:ascii="Times New Roman" w:hAnsi="Times New Roman" w:cs="Times New Roman"/>
          <w:position w:val="-12"/>
          <w:sz w:val="28"/>
          <w:szCs w:val="28"/>
        </w:rPr>
        <w:object w:dxaOrig="1219" w:dyaOrig="420" w14:anchorId="01B91723">
          <v:shape id="_x0000_i1149" type="#_x0000_t75" style="width:60.15pt;height:20.55pt" o:ole="">
            <v:imagedata r:id="rId262" o:title=""/>
          </v:shape>
          <o:OLEObject Type="Embed" ProgID="Equation.DSMT4" ShapeID="_x0000_i1149" DrawAspect="Content" ObjectID="_1840331603" r:id="rId263"/>
        </w:object>
      </w:r>
      <w:r w:rsidRPr="00B75A9A">
        <w:rPr>
          <w:rFonts w:ascii="Times New Roman" w:eastAsia="Times New Roman" w:hAnsi="Times New Roman" w:cs="Times New Roman"/>
          <w:position w:val="-12"/>
          <w:sz w:val="28"/>
          <w:szCs w:val="28"/>
          <w:lang w:val="kk-KZ"/>
        </w:rPr>
        <w:t xml:space="preserve"> </w:t>
      </w:r>
      <w:r w:rsidRPr="00B75A9A">
        <w:rPr>
          <w:rFonts w:ascii="Times New Roman" w:eastAsia="Times New Roman" w:hAnsi="Times New Roman" w:cs="Times New Roman"/>
          <w:color w:val="1B1C1D"/>
          <w:sz w:val="28"/>
          <w:szCs w:val="28"/>
          <w:lang w:val="kk-KZ"/>
        </w:rPr>
        <w:t xml:space="preserve">скаляр функциясын </w:t>
      </w:r>
      <w:r w:rsidR="00A07FF5" w:rsidRPr="00B75A9A">
        <w:rPr>
          <w:rFonts w:ascii="Times New Roman" w:hAnsi="Times New Roman" w:cs="Times New Roman"/>
          <w:position w:val="-12"/>
          <w:sz w:val="28"/>
          <w:szCs w:val="28"/>
        </w:rPr>
        <w:object w:dxaOrig="3240" w:dyaOrig="420" w14:anchorId="34B940FA">
          <v:shape id="_x0000_i1150" type="#_x0000_t75" style="width:162.2pt;height:20.55pt" o:ole="">
            <v:imagedata r:id="rId264" o:title=""/>
          </v:shape>
          <o:OLEObject Type="Embed" ProgID="Equation.DSMT4" ShapeID="_x0000_i1150" DrawAspect="Content" ObjectID="_1840331604" r:id="rId265"/>
        </w:object>
      </w:r>
      <w:r w:rsidRPr="00B75A9A">
        <w:rPr>
          <w:rFonts w:ascii="Times New Roman" w:eastAsia="Times New Roman" w:hAnsi="Times New Roman" w:cs="Times New Roman"/>
          <w:color w:val="1B1C1D"/>
          <w:sz w:val="28"/>
          <w:szCs w:val="28"/>
          <w:lang w:val="kk-KZ"/>
        </w:rPr>
        <w:t xml:space="preserve"> вектор- функциясына сәйкестендіреді.  Келесі скаляр функциялар</w:t>
      </w:r>
      <w:r w:rsidRPr="00B75A9A">
        <w:rPr>
          <w:rFonts w:ascii="Times New Roman" w:eastAsia="Times New Roman" w:hAnsi="Times New Roman" w:cs="Times New Roman"/>
          <w:position w:val="-16"/>
          <w:sz w:val="28"/>
          <w:szCs w:val="28"/>
          <w:lang w:val="kk-KZ"/>
        </w:rPr>
        <w:t xml:space="preserve"> </w:t>
      </w:r>
      <w:r w:rsidRPr="00B75A9A">
        <w:rPr>
          <w:rFonts w:ascii="Times New Roman" w:eastAsia="Times New Roman" w:hAnsi="Times New Roman" w:cs="Times New Roman"/>
          <w:color w:val="1B1C1D"/>
          <w:sz w:val="28"/>
          <w:szCs w:val="28"/>
          <w:lang w:val="kk-KZ"/>
        </w:rPr>
        <w:t>класын енгіземіз</w:t>
      </w:r>
    </w:p>
    <w:p w14:paraId="067FE0DB" w14:textId="77777777" w:rsidR="00BA7984" w:rsidRPr="00B75A9A" w:rsidRDefault="00BA7984" w:rsidP="00BA7984">
      <w:pPr>
        <w:spacing w:after="0" w:line="240" w:lineRule="auto"/>
        <w:rPr>
          <w:rFonts w:ascii="Times New Roman" w:eastAsia="Times New Roman" w:hAnsi="Times New Roman" w:cs="Times New Roman"/>
          <w:color w:val="1B1C1D"/>
          <w:sz w:val="28"/>
          <w:szCs w:val="28"/>
          <w:lang w:val="kk-KZ"/>
        </w:rPr>
      </w:pPr>
    </w:p>
    <w:p w14:paraId="72E1E34F" w14:textId="68ECCD4A" w:rsidR="00BA7984" w:rsidRPr="00B75A9A" w:rsidRDefault="00A07FF5" w:rsidP="00BA7984">
      <w:pPr>
        <w:spacing w:after="0" w:line="240" w:lineRule="auto"/>
        <w:jc w:val="right"/>
        <w:rPr>
          <w:rFonts w:ascii="Times New Roman" w:eastAsia="Times New Roman" w:hAnsi="Times New Roman" w:cs="Times New Roman"/>
          <w:sz w:val="28"/>
          <w:szCs w:val="28"/>
          <w:lang w:val="kk-KZ"/>
        </w:rPr>
      </w:pPr>
      <w:r w:rsidRPr="00B75A9A">
        <w:rPr>
          <w:rFonts w:ascii="Times New Roman" w:hAnsi="Times New Roman" w:cs="Times New Roman"/>
          <w:position w:val="-36"/>
          <w:sz w:val="28"/>
          <w:szCs w:val="28"/>
        </w:rPr>
        <w:object w:dxaOrig="6580" w:dyaOrig="859" w14:anchorId="41FE978E">
          <v:shape id="_x0000_i1151" type="#_x0000_t75" style="width:329.95pt;height:44.3pt" o:ole="">
            <v:imagedata r:id="rId266" o:title=""/>
          </v:shape>
          <o:OLEObject Type="Embed" ProgID="Equation.DSMT4" ShapeID="_x0000_i1151" DrawAspect="Content" ObjectID="_1840331605" r:id="rId267"/>
        </w:object>
      </w:r>
      <w:r w:rsidR="00BA7984" w:rsidRPr="00B75A9A">
        <w:rPr>
          <w:rFonts w:ascii="Times New Roman" w:eastAsia="Times New Roman" w:hAnsi="Times New Roman" w:cs="Times New Roman"/>
          <w:position w:val="-30"/>
          <w:sz w:val="28"/>
          <w:szCs w:val="28"/>
          <w:lang w:val="kk-KZ"/>
        </w:rPr>
        <w:t xml:space="preserve">             </w:t>
      </w:r>
      <w:r w:rsidR="00B70E2D" w:rsidRPr="00B75A9A">
        <w:rPr>
          <w:rFonts w:ascii="Times New Roman" w:eastAsia="Times New Roman" w:hAnsi="Times New Roman" w:cs="Times New Roman"/>
          <w:sz w:val="28"/>
          <w:szCs w:val="28"/>
          <w:lang w:val="kk-KZ"/>
        </w:rPr>
        <w:t>(</w:t>
      </w:r>
      <w:r w:rsidR="00BA7984" w:rsidRPr="00B75A9A">
        <w:rPr>
          <w:rFonts w:ascii="Times New Roman" w:eastAsia="Times New Roman" w:hAnsi="Times New Roman" w:cs="Times New Roman"/>
          <w:sz w:val="28"/>
          <w:szCs w:val="28"/>
          <w:lang w:val="kk-KZ"/>
        </w:rPr>
        <w:t>22)</w:t>
      </w:r>
    </w:p>
    <w:p w14:paraId="5EDA3EEA" w14:textId="77777777" w:rsidR="00DD01B6" w:rsidRPr="00B75A9A" w:rsidRDefault="00DD01B6" w:rsidP="00DD01B6">
      <w:pPr>
        <w:spacing w:after="0" w:line="240" w:lineRule="auto"/>
        <w:rPr>
          <w:rFonts w:ascii="Times New Roman" w:eastAsia="Times New Roman" w:hAnsi="Times New Roman" w:cs="Times New Roman"/>
          <w:position w:val="-30"/>
          <w:sz w:val="28"/>
          <w:szCs w:val="28"/>
          <w:lang w:val="kk-KZ"/>
        </w:rPr>
      </w:pPr>
    </w:p>
    <w:p w14:paraId="75AC8287" w14:textId="77777777" w:rsidR="00BA7984" w:rsidRPr="00B75A9A" w:rsidRDefault="00BA7984" w:rsidP="00BA7984">
      <w:pPr>
        <w:spacing w:after="0" w:line="240" w:lineRule="auto"/>
        <w:rPr>
          <w:rFonts w:ascii="Times New Roman" w:eastAsia="Times New Roman" w:hAnsi="Times New Roman" w:cs="Times New Roman"/>
          <w:color w:val="1B1C1D"/>
          <w:sz w:val="28"/>
          <w:szCs w:val="28"/>
          <w:lang w:val="kk-KZ"/>
        </w:rPr>
      </w:pPr>
      <w:r w:rsidRPr="00B75A9A">
        <w:rPr>
          <w:rFonts w:ascii="Times New Roman" w:eastAsia="Times New Roman" w:hAnsi="Times New Roman" w:cs="Times New Roman"/>
          <w:color w:val="1B1C1D"/>
          <w:sz w:val="28"/>
          <w:szCs w:val="28"/>
          <w:lang w:val="kk-KZ"/>
        </w:rPr>
        <w:t>және келесі вектор- функциялар класын да енгіземіз</w:t>
      </w:r>
    </w:p>
    <w:p w14:paraId="761867FB" w14:textId="77777777" w:rsidR="00BA7984" w:rsidRPr="00B75A9A" w:rsidRDefault="00BA7984" w:rsidP="00BA7984">
      <w:pPr>
        <w:spacing w:after="0" w:line="240" w:lineRule="auto"/>
        <w:rPr>
          <w:rFonts w:ascii="Times New Roman" w:eastAsia="Times New Roman" w:hAnsi="Times New Roman" w:cs="Times New Roman"/>
          <w:color w:val="1B1C1D"/>
          <w:sz w:val="28"/>
          <w:szCs w:val="28"/>
          <w:lang w:val="kk-KZ"/>
        </w:rPr>
      </w:pPr>
    </w:p>
    <w:p w14:paraId="2159FA9A" w14:textId="05701FAA" w:rsidR="00BA7984" w:rsidRPr="00B75A9A" w:rsidRDefault="00A07FF5" w:rsidP="00BA7984">
      <w:pPr>
        <w:spacing w:after="0" w:line="240" w:lineRule="auto"/>
        <w:jc w:val="right"/>
        <w:rPr>
          <w:rFonts w:ascii="Times New Roman" w:eastAsia="Times New Roman" w:hAnsi="Times New Roman" w:cs="Times New Roman"/>
          <w:sz w:val="28"/>
          <w:szCs w:val="28"/>
          <w:lang w:val="kk-KZ"/>
        </w:rPr>
      </w:pPr>
      <w:r w:rsidRPr="00B75A9A">
        <w:rPr>
          <w:rFonts w:ascii="Times New Roman" w:hAnsi="Times New Roman" w:cs="Times New Roman"/>
          <w:position w:val="-80"/>
          <w:sz w:val="28"/>
          <w:szCs w:val="28"/>
        </w:rPr>
        <w:object w:dxaOrig="7720" w:dyaOrig="1740" w14:anchorId="5F09002B">
          <v:shape id="_x0000_i1152" type="#_x0000_t75" style="width:382.95pt;height:87.8pt" o:ole="">
            <v:imagedata r:id="rId268" o:title=""/>
          </v:shape>
          <o:OLEObject Type="Embed" ProgID="Equation.DSMT4" ShapeID="_x0000_i1152" DrawAspect="Content" ObjectID="_1840331606" r:id="rId269"/>
        </w:object>
      </w:r>
      <w:r w:rsidR="00BA7984" w:rsidRPr="00B75A9A">
        <w:rPr>
          <w:rFonts w:ascii="Times New Roman" w:eastAsia="Times New Roman" w:hAnsi="Times New Roman" w:cs="Times New Roman"/>
          <w:position w:val="-30"/>
          <w:sz w:val="28"/>
          <w:szCs w:val="28"/>
          <w:lang w:val="kk-KZ"/>
        </w:rPr>
        <w:t xml:space="preserve">     </w:t>
      </w:r>
      <w:r w:rsidR="00B70E2D" w:rsidRPr="00B75A9A">
        <w:rPr>
          <w:rFonts w:ascii="Times New Roman" w:eastAsia="Times New Roman" w:hAnsi="Times New Roman" w:cs="Times New Roman"/>
          <w:sz w:val="28"/>
          <w:szCs w:val="28"/>
          <w:lang w:val="kk-KZ"/>
        </w:rPr>
        <w:t>(</w:t>
      </w:r>
      <w:r w:rsidR="00BA7984" w:rsidRPr="00B75A9A">
        <w:rPr>
          <w:rFonts w:ascii="Times New Roman" w:eastAsia="Times New Roman" w:hAnsi="Times New Roman" w:cs="Times New Roman"/>
          <w:sz w:val="28"/>
          <w:szCs w:val="28"/>
          <w:lang w:val="kk-KZ"/>
        </w:rPr>
        <w:t>23)</w:t>
      </w:r>
    </w:p>
    <w:p w14:paraId="13EFA783" w14:textId="77777777" w:rsidR="00BA7984" w:rsidRPr="00B75A9A" w:rsidRDefault="00BA7984" w:rsidP="00DD01B6">
      <w:pPr>
        <w:spacing w:after="0" w:line="240" w:lineRule="auto"/>
        <w:rPr>
          <w:rFonts w:ascii="Times New Roman" w:eastAsia="Times New Roman" w:hAnsi="Times New Roman" w:cs="Times New Roman"/>
          <w:sz w:val="28"/>
          <w:szCs w:val="28"/>
          <w:lang w:val="kk-KZ"/>
        </w:rPr>
      </w:pPr>
    </w:p>
    <w:p w14:paraId="6BF9FD97" w14:textId="10D2CEE7" w:rsidR="00BA7984" w:rsidRPr="00B75A9A" w:rsidRDefault="00BA7984" w:rsidP="00BA7984">
      <w:pPr>
        <w:spacing w:after="0" w:line="240" w:lineRule="auto"/>
        <w:ind w:firstLine="708"/>
        <w:rPr>
          <w:rFonts w:ascii="Times New Roman" w:eastAsia="Times New Roman" w:hAnsi="Times New Roman" w:cs="Times New Roman"/>
          <w:sz w:val="28"/>
          <w:szCs w:val="28"/>
          <w:lang w:val="kk-KZ"/>
        </w:rPr>
      </w:pPr>
      <w:r w:rsidRPr="00B75A9A">
        <w:rPr>
          <w:rFonts w:ascii="Times New Roman" w:eastAsia="Times New Roman" w:hAnsi="Times New Roman" w:cs="Times New Roman"/>
          <w:b/>
          <w:sz w:val="28"/>
          <w:szCs w:val="28"/>
          <w:lang w:val="kk-KZ"/>
        </w:rPr>
        <w:t>Лемма 2</w:t>
      </w:r>
      <w:r w:rsidRPr="00B75A9A">
        <w:rPr>
          <w:rFonts w:ascii="Times New Roman" w:eastAsia="Times New Roman" w:hAnsi="Times New Roman" w:cs="Times New Roman"/>
          <w:b/>
          <w:i/>
          <w:sz w:val="28"/>
          <w:szCs w:val="28"/>
          <w:lang w:val="kk-KZ"/>
        </w:rPr>
        <w:t>.</w:t>
      </w:r>
      <w:r w:rsidR="00B70E2D" w:rsidRPr="00B75A9A">
        <w:rPr>
          <w:rFonts w:ascii="Times New Roman" w:eastAsia="Times New Roman" w:hAnsi="Times New Roman" w:cs="Times New Roman"/>
          <w:sz w:val="28"/>
          <w:szCs w:val="28"/>
          <w:lang w:val="kk-KZ"/>
        </w:rPr>
        <w:t xml:space="preserve"> (</w:t>
      </w:r>
      <w:r w:rsidRPr="00B75A9A">
        <w:rPr>
          <w:rFonts w:ascii="Times New Roman" w:eastAsia="Times New Roman" w:hAnsi="Times New Roman" w:cs="Times New Roman"/>
          <w:sz w:val="28"/>
          <w:szCs w:val="28"/>
          <w:lang w:val="kk-KZ"/>
        </w:rPr>
        <w:t xml:space="preserve">21) формуласымен өрнектелген  </w:t>
      </w:r>
      <w:r w:rsidR="00A07FF5" w:rsidRPr="00B75A9A">
        <w:rPr>
          <w:rFonts w:ascii="Times New Roman" w:hAnsi="Times New Roman" w:cs="Times New Roman"/>
          <w:position w:val="-16"/>
          <w:sz w:val="28"/>
          <w:szCs w:val="28"/>
        </w:rPr>
        <w:object w:dxaOrig="2600" w:dyaOrig="460" w14:anchorId="77586CCD">
          <v:shape id="_x0000_i1153" type="#_x0000_t75" style="width:128.2pt;height:25.3pt" o:ole="">
            <v:imagedata r:id="rId270" o:title=""/>
          </v:shape>
          <o:OLEObject Type="Embed" ProgID="Equation.DSMT4" ShapeID="_x0000_i1153" DrawAspect="Content" ObjectID="_1840331607" r:id="rId271"/>
        </w:object>
      </w:r>
      <w:r w:rsidRPr="00B75A9A">
        <w:rPr>
          <w:rFonts w:ascii="Times New Roman" w:eastAsia="Times New Roman" w:hAnsi="Times New Roman" w:cs="Times New Roman"/>
          <w:sz w:val="28"/>
          <w:szCs w:val="28"/>
          <w:lang w:val="kk-KZ"/>
        </w:rPr>
        <w:t xml:space="preserve">  </w:t>
      </w:r>
      <w:r w:rsidRPr="00B75A9A">
        <w:rPr>
          <w:rFonts w:ascii="Times New Roman" w:eastAsia="Times New Roman" w:hAnsi="Times New Roman" w:cs="Times New Roman"/>
          <w:position w:val="-12"/>
          <w:sz w:val="28"/>
          <w:szCs w:val="28"/>
          <w:lang w:val="kk-KZ"/>
        </w:rPr>
        <w:t xml:space="preserve"> </w:t>
      </w:r>
      <w:r w:rsidRPr="00B75A9A">
        <w:rPr>
          <w:rFonts w:ascii="Times New Roman" w:eastAsia="Times New Roman" w:hAnsi="Times New Roman" w:cs="Times New Roman"/>
          <w:sz w:val="28"/>
          <w:szCs w:val="28"/>
          <w:lang w:val="kk-KZ"/>
        </w:rPr>
        <w:t xml:space="preserve">операциясы керіленеді және осы кері оператор </w:t>
      </w:r>
      <w:r w:rsidR="00A07FF5" w:rsidRPr="00B75A9A">
        <w:rPr>
          <w:rFonts w:ascii="Times New Roman" w:hAnsi="Times New Roman" w:cs="Times New Roman"/>
          <w:position w:val="-12"/>
          <w:sz w:val="28"/>
          <w:szCs w:val="28"/>
        </w:rPr>
        <w:object w:dxaOrig="1100" w:dyaOrig="420" w14:anchorId="1652E5FE">
          <v:shape id="_x0000_i1154" type="#_x0000_t75" style="width:56.2pt;height:20.55pt" o:ole="">
            <v:imagedata r:id="rId272" o:title=""/>
          </v:shape>
          <o:OLEObject Type="Embed" ProgID="Equation.DSMT4" ShapeID="_x0000_i1154" DrawAspect="Content" ObjectID="_1840331608" r:id="rId273"/>
        </w:object>
      </w:r>
      <w:r w:rsidRPr="00B75A9A">
        <w:rPr>
          <w:rFonts w:ascii="Times New Roman" w:eastAsia="Times New Roman" w:hAnsi="Times New Roman" w:cs="Times New Roman"/>
          <w:sz w:val="28"/>
          <w:szCs w:val="28"/>
          <w:lang w:val="kk-KZ"/>
        </w:rPr>
        <w:t xml:space="preserve"> келесі тізбектелген қарым-қатынастар арқылы анықталады</w:t>
      </w:r>
    </w:p>
    <w:p w14:paraId="7082821D" w14:textId="77777777" w:rsidR="00BA7984" w:rsidRPr="00B75A9A" w:rsidRDefault="00BA7984" w:rsidP="00BA7984">
      <w:pPr>
        <w:spacing w:after="0" w:line="240" w:lineRule="auto"/>
        <w:rPr>
          <w:rFonts w:ascii="Times New Roman" w:eastAsia="Times New Roman" w:hAnsi="Times New Roman" w:cs="Times New Roman"/>
          <w:sz w:val="28"/>
          <w:szCs w:val="28"/>
          <w:lang w:val="kk-KZ"/>
        </w:rPr>
      </w:pPr>
    </w:p>
    <w:p w14:paraId="59C680E7" w14:textId="77777777" w:rsidR="00BA7984" w:rsidRPr="00B75A9A" w:rsidRDefault="00A07FF5" w:rsidP="00BA7984">
      <w:pPr>
        <w:spacing w:after="0" w:line="240" w:lineRule="auto"/>
        <w:jc w:val="center"/>
        <w:rPr>
          <w:rFonts w:ascii="Times New Roman" w:eastAsia="Times New Roman" w:hAnsi="Times New Roman" w:cs="Times New Roman"/>
          <w:position w:val="-64"/>
          <w:sz w:val="28"/>
          <w:szCs w:val="28"/>
        </w:rPr>
      </w:pPr>
      <w:r w:rsidRPr="00B75A9A">
        <w:rPr>
          <w:rFonts w:ascii="Times New Roman" w:hAnsi="Times New Roman" w:cs="Times New Roman"/>
          <w:position w:val="-64"/>
          <w:sz w:val="28"/>
          <w:szCs w:val="28"/>
        </w:rPr>
        <w:object w:dxaOrig="6800" w:dyaOrig="1420" w14:anchorId="054DFBF2">
          <v:shape id="_x0000_i1155" type="#_x0000_t75" style="width:343.4pt;height:1in" o:ole="">
            <v:imagedata r:id="rId274" o:title=""/>
          </v:shape>
          <o:OLEObject Type="Embed" ProgID="Equation.DSMT4" ShapeID="_x0000_i1155" DrawAspect="Content" ObjectID="_1840331609" r:id="rId275"/>
        </w:object>
      </w:r>
    </w:p>
    <w:p w14:paraId="2F4C0D30" w14:textId="77777777" w:rsidR="00BA7984" w:rsidRPr="00B75A9A" w:rsidRDefault="00BA7984" w:rsidP="00DD01B6">
      <w:pPr>
        <w:spacing w:after="0" w:line="240" w:lineRule="auto"/>
        <w:rPr>
          <w:rFonts w:ascii="Times New Roman" w:eastAsia="Times New Roman" w:hAnsi="Times New Roman" w:cs="Times New Roman"/>
          <w:position w:val="-12"/>
          <w:sz w:val="28"/>
          <w:szCs w:val="28"/>
          <w:lang w:val="kk-KZ"/>
        </w:rPr>
      </w:pPr>
    </w:p>
    <w:p w14:paraId="13A2BA2A" w14:textId="77777777" w:rsidR="00BA7984" w:rsidRPr="00B75A9A" w:rsidRDefault="00BA7984" w:rsidP="00BA7984">
      <w:pPr>
        <w:spacing w:after="0" w:line="240" w:lineRule="auto"/>
        <w:jc w:val="both"/>
        <w:rPr>
          <w:rFonts w:ascii="Times New Roman" w:eastAsia="Times New Roman" w:hAnsi="Times New Roman" w:cs="Times New Roman"/>
          <w:sz w:val="28"/>
          <w:szCs w:val="28"/>
          <w:lang w:val="kk-KZ"/>
        </w:rPr>
      </w:pPr>
      <w:r w:rsidRPr="00B75A9A">
        <w:rPr>
          <w:rFonts w:ascii="Times New Roman" w:eastAsia="Times New Roman" w:hAnsi="Times New Roman" w:cs="Times New Roman"/>
          <w:sz w:val="28"/>
          <w:szCs w:val="28"/>
          <w:lang w:val="kk-KZ"/>
        </w:rPr>
        <w:t xml:space="preserve">Жалпы жағдайда, кез-келген </w:t>
      </w:r>
      <w:r w:rsidR="00A07FF5" w:rsidRPr="00B75A9A">
        <w:rPr>
          <w:rFonts w:ascii="Times New Roman" w:hAnsi="Times New Roman" w:cs="Times New Roman"/>
          <w:position w:val="-12"/>
          <w:sz w:val="28"/>
          <w:szCs w:val="28"/>
        </w:rPr>
        <w:object w:dxaOrig="1219" w:dyaOrig="420" w14:anchorId="1BC72F02">
          <v:shape id="_x0000_i1156" type="#_x0000_t75" style="width:60.15pt;height:20.55pt" o:ole="">
            <v:imagedata r:id="rId276" o:title=""/>
          </v:shape>
          <o:OLEObject Type="Embed" ProgID="Equation.DSMT4" ShapeID="_x0000_i1156" DrawAspect="Content" ObjectID="_1840331610" r:id="rId277"/>
        </w:object>
      </w:r>
      <w:r w:rsidRPr="00B75A9A">
        <w:rPr>
          <w:rFonts w:ascii="Times New Roman" w:eastAsia="Times New Roman" w:hAnsi="Times New Roman" w:cs="Times New Roman"/>
          <w:position w:val="-12"/>
          <w:sz w:val="28"/>
          <w:szCs w:val="28"/>
          <w:lang w:val="kk-KZ"/>
        </w:rPr>
        <w:t xml:space="preserve"> </w:t>
      </w:r>
      <w:r w:rsidRPr="00B75A9A">
        <w:rPr>
          <w:rFonts w:ascii="Times New Roman" w:eastAsia="Times New Roman" w:hAnsi="Times New Roman" w:cs="Times New Roman"/>
          <w:sz w:val="28"/>
          <w:szCs w:val="28"/>
          <w:lang w:val="kk-KZ"/>
        </w:rPr>
        <w:t xml:space="preserve">функциясы келесі түрде </w:t>
      </w:r>
    </w:p>
    <w:p w14:paraId="64CC9AEC" w14:textId="77777777" w:rsidR="00BA7984" w:rsidRPr="00B75A9A" w:rsidRDefault="00BA7984" w:rsidP="00BA7984">
      <w:pPr>
        <w:spacing w:after="0" w:line="240" w:lineRule="auto"/>
        <w:jc w:val="both"/>
        <w:rPr>
          <w:rFonts w:ascii="Times New Roman" w:eastAsia="Times New Roman" w:hAnsi="Times New Roman" w:cs="Times New Roman"/>
          <w:position w:val="-12"/>
          <w:sz w:val="28"/>
          <w:szCs w:val="28"/>
          <w:lang w:val="kk-KZ"/>
        </w:rPr>
      </w:pPr>
    </w:p>
    <w:p w14:paraId="18603C62" w14:textId="46FC482D" w:rsidR="00BA7984" w:rsidRPr="00B75A9A" w:rsidRDefault="00A07FF5" w:rsidP="00DD01B6">
      <w:pPr>
        <w:spacing w:after="0" w:line="240" w:lineRule="auto"/>
        <w:jc w:val="right"/>
        <w:rPr>
          <w:rFonts w:ascii="Times New Roman" w:eastAsia="Times New Roman" w:hAnsi="Times New Roman" w:cs="Times New Roman"/>
          <w:sz w:val="28"/>
          <w:szCs w:val="28"/>
          <w:lang w:val="kk-KZ"/>
        </w:rPr>
      </w:pPr>
      <w:r w:rsidRPr="00B75A9A">
        <w:rPr>
          <w:rFonts w:ascii="Times New Roman" w:hAnsi="Times New Roman" w:cs="Times New Roman"/>
          <w:position w:val="-12"/>
          <w:sz w:val="28"/>
          <w:szCs w:val="28"/>
        </w:rPr>
        <w:object w:dxaOrig="1540" w:dyaOrig="420" w14:anchorId="43632D21">
          <v:shape id="_x0000_i1157" type="#_x0000_t75" style="width:80.7pt;height:20.55pt" o:ole="">
            <v:imagedata r:id="rId278" o:title=""/>
          </v:shape>
          <o:OLEObject Type="Embed" ProgID="Equation.DSMT4" ShapeID="_x0000_i1157" DrawAspect="Content" ObjectID="_1840331611" r:id="rId279"/>
        </w:object>
      </w:r>
      <w:r w:rsidR="00BA7984" w:rsidRPr="00B75A9A">
        <w:rPr>
          <w:rFonts w:ascii="Times New Roman" w:eastAsia="Times New Roman" w:hAnsi="Times New Roman" w:cs="Times New Roman"/>
          <w:position w:val="-12"/>
          <w:sz w:val="28"/>
          <w:szCs w:val="28"/>
          <w:lang w:val="kk-KZ"/>
        </w:rPr>
        <w:t xml:space="preserve">                                                  </w:t>
      </w:r>
      <w:r w:rsidR="00B70E2D" w:rsidRPr="00B75A9A">
        <w:rPr>
          <w:rFonts w:ascii="Times New Roman" w:eastAsia="Times New Roman" w:hAnsi="Times New Roman" w:cs="Times New Roman"/>
          <w:sz w:val="28"/>
          <w:szCs w:val="28"/>
          <w:lang w:val="kk-KZ"/>
        </w:rPr>
        <w:t>(</w:t>
      </w:r>
      <w:r w:rsidR="00BA7984" w:rsidRPr="00B75A9A">
        <w:rPr>
          <w:rFonts w:ascii="Times New Roman" w:eastAsia="Times New Roman" w:hAnsi="Times New Roman" w:cs="Times New Roman"/>
          <w:sz w:val="28"/>
          <w:szCs w:val="28"/>
          <w:lang w:val="kk-KZ"/>
        </w:rPr>
        <w:t>24)</w:t>
      </w:r>
    </w:p>
    <w:p w14:paraId="3EF93D9D" w14:textId="77777777" w:rsidR="00DD01B6" w:rsidRPr="00B75A9A" w:rsidRDefault="00DD01B6" w:rsidP="00DD01B6">
      <w:pPr>
        <w:spacing w:after="0" w:line="240" w:lineRule="auto"/>
        <w:rPr>
          <w:rFonts w:ascii="Times New Roman" w:eastAsia="Times New Roman" w:hAnsi="Times New Roman" w:cs="Times New Roman"/>
          <w:sz w:val="28"/>
          <w:szCs w:val="28"/>
          <w:lang w:val="kk-KZ"/>
        </w:rPr>
      </w:pPr>
    </w:p>
    <w:p w14:paraId="7ABD8AD8" w14:textId="5D594CC7" w:rsidR="00BA7984" w:rsidRPr="00B75A9A" w:rsidRDefault="00BA7984" w:rsidP="00DD01B6">
      <w:pPr>
        <w:spacing w:after="0" w:line="240" w:lineRule="auto"/>
        <w:jc w:val="both"/>
        <w:rPr>
          <w:rFonts w:ascii="Times New Roman" w:eastAsia="Times New Roman" w:hAnsi="Times New Roman" w:cs="Times New Roman"/>
          <w:position w:val="-12"/>
          <w:sz w:val="28"/>
          <w:szCs w:val="28"/>
          <w:lang w:val="kk-KZ"/>
        </w:rPr>
      </w:pPr>
      <w:r w:rsidRPr="00B75A9A">
        <w:rPr>
          <w:rFonts w:ascii="Times New Roman" w:eastAsia="Times New Roman" w:hAnsi="Times New Roman" w:cs="Times New Roman"/>
          <w:color w:val="1B1C1D"/>
          <w:sz w:val="28"/>
          <w:szCs w:val="28"/>
          <w:lang w:val="kk-KZ"/>
        </w:rPr>
        <w:t xml:space="preserve">бірмәнді өрнектеледі, мұндағы </w:t>
      </w:r>
      <w:r w:rsidR="00A07FF5" w:rsidRPr="00B75A9A">
        <w:rPr>
          <w:rFonts w:ascii="Times New Roman" w:hAnsi="Times New Roman" w:cs="Times New Roman"/>
          <w:position w:val="-16"/>
          <w:sz w:val="28"/>
          <w:szCs w:val="28"/>
        </w:rPr>
        <w:object w:dxaOrig="1400" w:dyaOrig="460" w14:anchorId="4EC716D1">
          <v:shape id="_x0000_i1158" type="#_x0000_t75" style="width:68.85pt;height:25.3pt" o:ole="">
            <v:imagedata r:id="rId280" o:title=""/>
          </v:shape>
          <o:OLEObject Type="Embed" ProgID="Equation.DSMT4" ShapeID="_x0000_i1158" DrawAspect="Content" ObjectID="_1840331612" r:id="rId281"/>
        </w:object>
      </w:r>
      <w:r w:rsidRPr="00B75A9A">
        <w:rPr>
          <w:rFonts w:ascii="Times New Roman" w:eastAsia="Times New Roman" w:hAnsi="Times New Roman" w:cs="Times New Roman"/>
          <w:position w:val="-16"/>
          <w:sz w:val="28"/>
          <w:szCs w:val="28"/>
          <w:lang w:val="kk-KZ"/>
        </w:rPr>
        <w:t xml:space="preserve"> </w:t>
      </w:r>
      <w:r w:rsidRPr="00B75A9A">
        <w:rPr>
          <w:rFonts w:ascii="Times New Roman" w:eastAsia="Times New Roman" w:hAnsi="Times New Roman" w:cs="Times New Roman"/>
          <w:color w:val="1B1C1D"/>
          <w:sz w:val="28"/>
          <w:szCs w:val="28"/>
          <w:lang w:val="kk-KZ"/>
        </w:rPr>
        <w:t>және</w:t>
      </w:r>
      <w:r w:rsidR="00A07FF5" w:rsidRPr="00B75A9A">
        <w:rPr>
          <w:rFonts w:ascii="Times New Roman" w:hAnsi="Times New Roman" w:cs="Times New Roman"/>
          <w:position w:val="-12"/>
          <w:sz w:val="28"/>
          <w:szCs w:val="28"/>
        </w:rPr>
        <w:object w:dxaOrig="780" w:dyaOrig="380" w14:anchorId="46C322DF">
          <v:shape id="_x0000_i1159" type="#_x0000_t75" style="width:38pt;height:18.2pt" o:ole="">
            <v:imagedata r:id="rId282" o:title=""/>
          </v:shape>
          <o:OLEObject Type="Embed" ProgID="Equation.DSMT4" ShapeID="_x0000_i1159" DrawAspect="Content" ObjectID="_1840331613" r:id="rId283"/>
        </w:object>
      </w:r>
      <w:r w:rsidRPr="00B75A9A">
        <w:rPr>
          <w:rFonts w:ascii="Times New Roman" w:eastAsia="Times New Roman" w:hAnsi="Times New Roman" w:cs="Times New Roman"/>
          <w:color w:val="1B1C1D"/>
          <w:sz w:val="28"/>
          <w:szCs w:val="28"/>
          <w:lang w:val="kk-KZ"/>
        </w:rPr>
        <w:t xml:space="preserve">-екінші дәрежелі скаляр көпмүшеліктердің (полиномдардың) класы, яғни </w:t>
      </w:r>
      <w:r w:rsidR="00A07FF5" w:rsidRPr="00B75A9A">
        <w:rPr>
          <w:rFonts w:ascii="Times New Roman" w:hAnsi="Times New Roman" w:cs="Times New Roman"/>
          <w:position w:val="-12"/>
          <w:sz w:val="28"/>
          <w:szCs w:val="28"/>
        </w:rPr>
        <w:object w:dxaOrig="4540" w:dyaOrig="420" w14:anchorId="471DA1C6">
          <v:shape id="_x0000_i1160" type="#_x0000_t75" style="width:227.85pt;height:20.55pt" o:ole="">
            <v:imagedata r:id="rId284" o:title=""/>
          </v:shape>
          <o:OLEObject Type="Embed" ProgID="Equation.DSMT4" ShapeID="_x0000_i1160" DrawAspect="Content" ObjectID="_1840331614" r:id="rId285"/>
        </w:object>
      </w:r>
      <w:r w:rsidR="00B70E2D" w:rsidRPr="00B75A9A">
        <w:rPr>
          <w:rFonts w:ascii="Times New Roman" w:eastAsia="Times New Roman" w:hAnsi="Times New Roman" w:cs="Times New Roman"/>
          <w:color w:val="1B1C1D"/>
          <w:sz w:val="28"/>
          <w:szCs w:val="28"/>
          <w:lang w:val="kk-KZ"/>
        </w:rPr>
        <w:t>Қорыта айтқанда, (</w:t>
      </w:r>
      <w:r w:rsidRPr="00B75A9A">
        <w:rPr>
          <w:rFonts w:ascii="Times New Roman" w:eastAsia="Times New Roman" w:hAnsi="Times New Roman" w:cs="Times New Roman"/>
          <w:color w:val="1B1C1D"/>
          <w:sz w:val="28"/>
          <w:szCs w:val="28"/>
          <w:lang w:val="kk-KZ"/>
        </w:rPr>
        <w:t xml:space="preserve">16) теңдеуі </w:t>
      </w:r>
      <w:r w:rsidR="00A07FF5" w:rsidRPr="00B75A9A">
        <w:rPr>
          <w:rFonts w:ascii="Times New Roman" w:hAnsi="Times New Roman" w:cs="Times New Roman"/>
          <w:position w:val="-12"/>
          <w:sz w:val="28"/>
          <w:szCs w:val="28"/>
        </w:rPr>
        <w:object w:dxaOrig="820" w:dyaOrig="360" w14:anchorId="56D3FDD3">
          <v:shape id="_x0000_i1161" type="#_x0000_t75" style="width:43.5pt;height:18.2pt" o:ole="">
            <v:imagedata r:id="rId286" o:title=""/>
          </v:shape>
          <o:OLEObject Type="Embed" ProgID="Equation.DSMT4" ShapeID="_x0000_i1161" DrawAspect="Content" ObjectID="_1840331615" r:id="rId287"/>
        </w:object>
      </w:r>
      <w:r w:rsidRPr="00B75A9A">
        <w:rPr>
          <w:rFonts w:ascii="Times New Roman" w:eastAsia="Times New Roman" w:hAnsi="Times New Roman" w:cs="Times New Roman"/>
          <w:position w:val="-10"/>
          <w:sz w:val="28"/>
          <w:szCs w:val="28"/>
          <w:lang w:val="kk-KZ"/>
        </w:rPr>
        <w:t xml:space="preserve"> </w:t>
      </w:r>
      <w:r w:rsidRPr="00B75A9A">
        <w:rPr>
          <w:rFonts w:ascii="Times New Roman" w:eastAsia="Times New Roman" w:hAnsi="Times New Roman" w:cs="Times New Roman"/>
          <w:sz w:val="28"/>
          <w:szCs w:val="28"/>
          <w:lang w:val="kk-KZ"/>
        </w:rPr>
        <w:t xml:space="preserve">жұбына байланыстырып келесі формасымен өрнектеледі </w:t>
      </w:r>
    </w:p>
    <w:p w14:paraId="5484865D" w14:textId="77777777" w:rsidR="00BA7984" w:rsidRPr="00B75A9A" w:rsidRDefault="00BA7984" w:rsidP="00BA7984">
      <w:pPr>
        <w:spacing w:after="0" w:line="240" w:lineRule="auto"/>
        <w:rPr>
          <w:rFonts w:ascii="Times New Roman" w:eastAsia="Times New Roman" w:hAnsi="Times New Roman" w:cs="Times New Roman"/>
          <w:position w:val="-12"/>
          <w:sz w:val="28"/>
          <w:szCs w:val="28"/>
          <w:lang w:val="kk-KZ"/>
        </w:rPr>
      </w:pPr>
    </w:p>
    <w:p w14:paraId="7B238E66" w14:textId="0EA8281F" w:rsidR="00BA7984" w:rsidRPr="00B75A9A" w:rsidRDefault="00A07FF5" w:rsidP="00BA7984">
      <w:pPr>
        <w:spacing w:after="0" w:line="240" w:lineRule="auto"/>
        <w:jc w:val="right"/>
        <w:rPr>
          <w:rFonts w:ascii="Times New Roman" w:eastAsia="Times New Roman" w:hAnsi="Times New Roman" w:cs="Times New Roman"/>
          <w:sz w:val="28"/>
          <w:szCs w:val="28"/>
          <w:lang w:val="kk-KZ"/>
        </w:rPr>
      </w:pPr>
      <w:r w:rsidRPr="00B75A9A">
        <w:rPr>
          <w:rFonts w:ascii="Times New Roman" w:hAnsi="Times New Roman" w:cs="Times New Roman"/>
          <w:position w:val="-36"/>
          <w:sz w:val="28"/>
          <w:szCs w:val="28"/>
        </w:rPr>
        <w:object w:dxaOrig="6580" w:dyaOrig="840" w14:anchorId="1DBD59C7">
          <v:shape id="_x0000_i1162" type="#_x0000_t75" style="width:329.95pt;height:43.5pt" o:ole="">
            <v:imagedata r:id="rId288" o:title=""/>
          </v:shape>
          <o:OLEObject Type="Embed" ProgID="Equation.DSMT4" ShapeID="_x0000_i1162" DrawAspect="Content" ObjectID="_1840331616" r:id="rId289"/>
        </w:object>
      </w:r>
      <w:r w:rsidR="00BA7984" w:rsidRPr="00B75A9A">
        <w:rPr>
          <w:rFonts w:ascii="Times New Roman" w:eastAsia="Times New Roman" w:hAnsi="Times New Roman" w:cs="Times New Roman"/>
          <w:sz w:val="28"/>
          <w:szCs w:val="28"/>
          <w:lang w:val="kk-KZ"/>
        </w:rPr>
        <w:t xml:space="preserve"> </w:t>
      </w:r>
      <w:r w:rsidR="00BA7984" w:rsidRPr="00B75A9A">
        <w:rPr>
          <w:rFonts w:ascii="Times New Roman" w:eastAsia="Times New Roman" w:hAnsi="Times New Roman" w:cs="Times New Roman"/>
          <w:position w:val="-30"/>
          <w:sz w:val="28"/>
          <w:szCs w:val="28"/>
          <w:lang w:val="kk-KZ"/>
        </w:rPr>
        <w:t xml:space="preserve">       </w:t>
      </w:r>
      <w:r w:rsidR="00B70E2D" w:rsidRPr="00B75A9A">
        <w:rPr>
          <w:rFonts w:ascii="Times New Roman" w:eastAsia="Times New Roman" w:hAnsi="Times New Roman" w:cs="Times New Roman"/>
          <w:sz w:val="28"/>
          <w:szCs w:val="28"/>
          <w:lang w:val="kk-KZ"/>
        </w:rPr>
        <w:t>(</w:t>
      </w:r>
      <w:r w:rsidR="00BA7984" w:rsidRPr="00B75A9A">
        <w:rPr>
          <w:rFonts w:ascii="Times New Roman" w:eastAsia="Times New Roman" w:hAnsi="Times New Roman" w:cs="Times New Roman"/>
          <w:sz w:val="28"/>
          <w:szCs w:val="28"/>
          <w:lang w:val="kk-KZ"/>
        </w:rPr>
        <w:t>25)</w:t>
      </w:r>
    </w:p>
    <w:p w14:paraId="1E1ADF7C" w14:textId="77777777" w:rsidR="00BA7984" w:rsidRPr="00B75A9A" w:rsidRDefault="00BA7984" w:rsidP="00BA7984">
      <w:pPr>
        <w:spacing w:after="0" w:line="240" w:lineRule="auto"/>
        <w:rPr>
          <w:rFonts w:ascii="Times New Roman" w:eastAsia="Times New Roman" w:hAnsi="Times New Roman" w:cs="Times New Roman"/>
          <w:position w:val="-30"/>
          <w:sz w:val="28"/>
          <w:szCs w:val="28"/>
          <w:lang w:val="kk-KZ"/>
        </w:rPr>
      </w:pPr>
    </w:p>
    <w:p w14:paraId="07FC586A" w14:textId="77777777" w:rsidR="00BA7984" w:rsidRPr="00B75A9A" w:rsidRDefault="00BA7984" w:rsidP="00BA7984">
      <w:pPr>
        <w:spacing w:after="0" w:line="240" w:lineRule="auto"/>
        <w:jc w:val="both"/>
        <w:rPr>
          <w:rFonts w:ascii="Times New Roman" w:eastAsia="Times New Roman" w:hAnsi="Times New Roman" w:cs="Times New Roman"/>
          <w:position w:val="-12"/>
          <w:sz w:val="28"/>
          <w:szCs w:val="28"/>
          <w:lang w:val="kk-KZ"/>
        </w:rPr>
      </w:pPr>
      <w:r w:rsidRPr="00B75A9A">
        <w:rPr>
          <w:rFonts w:ascii="Times New Roman" w:eastAsia="Times New Roman" w:hAnsi="Times New Roman" w:cs="Times New Roman"/>
          <w:color w:val="1B1C1D"/>
          <w:sz w:val="28"/>
          <w:szCs w:val="28"/>
          <w:bdr w:val="none" w:sz="0" w:space="0" w:color="auto" w:frame="1"/>
          <w:lang w:val="kk-KZ"/>
        </w:rPr>
        <w:t>мұндағы</w:t>
      </w:r>
      <w:r w:rsidRPr="00B75A9A">
        <w:rPr>
          <w:rFonts w:ascii="Times New Roman" w:eastAsia="Times New Roman" w:hAnsi="Times New Roman" w:cs="Times New Roman"/>
          <w:position w:val="-12"/>
          <w:sz w:val="28"/>
          <w:szCs w:val="28"/>
          <w:lang w:val="kk-KZ"/>
        </w:rPr>
        <w:t xml:space="preserve"> </w:t>
      </w:r>
      <w:r w:rsidR="00A07FF5" w:rsidRPr="00B75A9A">
        <w:rPr>
          <w:rFonts w:ascii="Times New Roman" w:hAnsi="Times New Roman" w:cs="Times New Roman"/>
          <w:position w:val="-16"/>
          <w:sz w:val="28"/>
          <w:szCs w:val="28"/>
        </w:rPr>
        <w:object w:dxaOrig="2500" w:dyaOrig="480" w14:anchorId="0429DDC5">
          <v:shape id="_x0000_i1163" type="#_x0000_t75" style="width:125.8pt;height:25.3pt" o:ole="">
            <v:imagedata r:id="rId290" o:title=""/>
          </v:shape>
          <o:OLEObject Type="Embed" ProgID="Equation.DSMT4" ShapeID="_x0000_i1163" DrawAspect="Content" ObjectID="_1840331617" r:id="rId291"/>
        </w:object>
      </w:r>
      <w:r w:rsidRPr="00B75A9A">
        <w:rPr>
          <w:rFonts w:ascii="Times New Roman" w:eastAsia="Times New Roman" w:hAnsi="Times New Roman" w:cs="Times New Roman"/>
          <w:position w:val="-10"/>
          <w:sz w:val="28"/>
          <w:szCs w:val="28"/>
          <w:lang w:val="kk-KZ"/>
        </w:rPr>
        <w:t xml:space="preserve"> </w:t>
      </w:r>
      <w:r w:rsidRPr="00B75A9A">
        <w:rPr>
          <w:rFonts w:ascii="Times New Roman" w:eastAsia="Times New Roman" w:hAnsi="Times New Roman" w:cs="Times New Roman"/>
          <w:color w:val="1B1C1D"/>
          <w:sz w:val="28"/>
          <w:szCs w:val="28"/>
          <w:bdr w:val="none" w:sz="0" w:space="0" w:color="auto" w:frame="1"/>
          <w:lang w:val="kk-KZ"/>
        </w:rPr>
        <w:t xml:space="preserve">және </w:t>
      </w:r>
      <w:r w:rsidR="00A07FF5" w:rsidRPr="00B75A9A">
        <w:rPr>
          <w:rFonts w:ascii="Times New Roman" w:hAnsi="Times New Roman" w:cs="Times New Roman"/>
          <w:position w:val="-12"/>
          <w:sz w:val="28"/>
          <w:szCs w:val="28"/>
        </w:rPr>
        <w:object w:dxaOrig="859" w:dyaOrig="380" w14:anchorId="552D8410">
          <v:shape id="_x0000_i1164" type="#_x0000_t75" style="width:44.3pt;height:18.2pt" o:ole="">
            <v:imagedata r:id="rId292" o:title=""/>
          </v:shape>
          <o:OLEObject Type="Embed" ProgID="Equation.DSMT4" ShapeID="_x0000_i1164" DrawAspect="Content" ObjectID="_1840331618" r:id="rId293"/>
        </w:object>
      </w:r>
      <w:r w:rsidRPr="00B75A9A">
        <w:rPr>
          <w:rFonts w:ascii="Times New Roman" w:eastAsia="Times New Roman" w:hAnsi="Times New Roman" w:cs="Times New Roman"/>
          <w:position w:val="-12"/>
          <w:sz w:val="28"/>
          <w:szCs w:val="28"/>
          <w:lang w:val="kk-KZ"/>
        </w:rPr>
        <w:t xml:space="preserve"> </w:t>
      </w:r>
    </w:p>
    <w:p w14:paraId="76D88F1B" w14:textId="5CC7FE23" w:rsidR="00BA7984" w:rsidRPr="00B75A9A" w:rsidRDefault="00BA7984" w:rsidP="00BA7984">
      <w:pPr>
        <w:spacing w:after="0" w:line="240" w:lineRule="auto"/>
        <w:ind w:firstLine="708"/>
        <w:jc w:val="both"/>
        <w:rPr>
          <w:rFonts w:ascii="Times New Roman" w:eastAsia="Times New Roman" w:hAnsi="Times New Roman" w:cs="Times New Roman"/>
          <w:sz w:val="28"/>
          <w:szCs w:val="28"/>
          <w:lang w:val="kk-KZ"/>
        </w:rPr>
      </w:pPr>
      <w:r w:rsidRPr="00B75A9A">
        <w:rPr>
          <w:rFonts w:ascii="Times New Roman" w:eastAsia="Times New Roman" w:hAnsi="Times New Roman" w:cs="Times New Roman"/>
          <w:sz w:val="28"/>
          <w:szCs w:val="28"/>
          <w:lang w:val="kk-KZ"/>
        </w:rPr>
        <w:t xml:space="preserve">Енді осы теңдеуге </w:t>
      </w:r>
      <w:r w:rsidR="00A07FF5" w:rsidRPr="00B75A9A">
        <w:rPr>
          <w:rFonts w:ascii="Times New Roman" w:hAnsi="Times New Roman" w:cs="Times New Roman"/>
          <w:position w:val="-16"/>
          <w:sz w:val="28"/>
          <w:szCs w:val="28"/>
        </w:rPr>
        <w:object w:dxaOrig="920" w:dyaOrig="460" w14:anchorId="4E304E2D">
          <v:shape id="_x0000_i1165" type="#_x0000_t75" style="width:45.9pt;height:25.3pt" o:ole="">
            <v:imagedata r:id="rId294" o:title=""/>
          </v:shape>
          <o:OLEObject Type="Embed" ProgID="Equation.DSMT4" ShapeID="_x0000_i1165" DrawAspect="Content" ObjectID="_1840331619" r:id="rId295"/>
        </w:object>
      </w:r>
      <w:r w:rsidR="00170271" w:rsidRPr="00B75A9A">
        <w:rPr>
          <w:rFonts w:ascii="Times New Roman" w:eastAsia="Times New Roman" w:hAnsi="Times New Roman" w:cs="Times New Roman"/>
          <w:sz w:val="28"/>
          <w:szCs w:val="28"/>
          <w:lang w:val="kk-KZ"/>
        </w:rPr>
        <w:t xml:space="preserve"> классын анықтайтын (</w:t>
      </w:r>
      <w:r w:rsidRPr="00B75A9A">
        <w:rPr>
          <w:rFonts w:ascii="Times New Roman" w:eastAsia="Times New Roman" w:hAnsi="Times New Roman" w:cs="Times New Roman"/>
          <w:sz w:val="28"/>
          <w:szCs w:val="28"/>
          <w:lang w:val="kk-KZ"/>
        </w:rPr>
        <w:t>23) қа</w:t>
      </w:r>
      <w:r w:rsidR="00170271" w:rsidRPr="00B75A9A">
        <w:rPr>
          <w:rFonts w:ascii="Times New Roman" w:eastAsia="Times New Roman" w:hAnsi="Times New Roman" w:cs="Times New Roman"/>
          <w:sz w:val="28"/>
          <w:szCs w:val="28"/>
          <w:lang w:val="kk-KZ"/>
        </w:rPr>
        <w:t>тынастарын қоса отырып, онда (</w:t>
      </w:r>
      <w:r w:rsidRPr="00B75A9A">
        <w:rPr>
          <w:rFonts w:ascii="Times New Roman" w:eastAsia="Times New Roman" w:hAnsi="Times New Roman" w:cs="Times New Roman"/>
          <w:sz w:val="28"/>
          <w:szCs w:val="28"/>
          <w:lang w:val="kk-KZ"/>
        </w:rPr>
        <w:t>16) теңдеуіне эквивалентті теңдеулер жүйесін аламыз. Оны келесі түрдегі матрицалық теңдеу түрінде жазу ыңғайлы:</w:t>
      </w:r>
    </w:p>
    <w:p w14:paraId="6CF6EC47" w14:textId="77777777" w:rsidR="00BA7984" w:rsidRPr="00B75A9A" w:rsidRDefault="00BA7984" w:rsidP="00BA7984">
      <w:pPr>
        <w:spacing w:after="0" w:line="240" w:lineRule="auto"/>
        <w:ind w:firstLine="708"/>
        <w:jc w:val="both"/>
        <w:rPr>
          <w:rFonts w:ascii="Times New Roman" w:eastAsia="Times New Roman" w:hAnsi="Times New Roman" w:cs="Times New Roman"/>
          <w:position w:val="-12"/>
          <w:sz w:val="28"/>
          <w:szCs w:val="28"/>
          <w:lang w:val="kk-KZ"/>
        </w:rPr>
      </w:pPr>
    </w:p>
    <w:p w14:paraId="57D3482B" w14:textId="5EA85A26" w:rsidR="00BA7984" w:rsidRPr="00B75A9A" w:rsidRDefault="00A07FF5" w:rsidP="00BA7984">
      <w:pPr>
        <w:spacing w:after="0" w:line="240" w:lineRule="auto"/>
        <w:jc w:val="right"/>
        <w:rPr>
          <w:rFonts w:ascii="Times New Roman" w:eastAsia="Times New Roman" w:hAnsi="Times New Roman" w:cs="Times New Roman"/>
          <w:position w:val="-30"/>
          <w:sz w:val="28"/>
          <w:szCs w:val="28"/>
          <w:lang w:val="kk-KZ"/>
        </w:rPr>
      </w:pPr>
      <w:r w:rsidRPr="00B75A9A">
        <w:rPr>
          <w:rFonts w:ascii="Times New Roman" w:hAnsi="Times New Roman" w:cs="Times New Roman"/>
          <w:position w:val="-36"/>
          <w:sz w:val="28"/>
          <w:szCs w:val="28"/>
        </w:rPr>
        <w:object w:dxaOrig="6060" w:dyaOrig="840" w14:anchorId="2E33F18F">
          <v:shape id="_x0000_i1166" type="#_x0000_t75" style="width:303.8pt;height:43.5pt" o:ole="">
            <v:imagedata r:id="rId296" o:title=""/>
          </v:shape>
          <o:OLEObject Type="Embed" ProgID="Equation.DSMT4" ShapeID="_x0000_i1166" DrawAspect="Content" ObjectID="_1840331620" r:id="rId297"/>
        </w:object>
      </w:r>
      <w:r w:rsidR="00BA7984" w:rsidRPr="00B75A9A">
        <w:rPr>
          <w:rFonts w:ascii="Times New Roman" w:eastAsia="Times New Roman" w:hAnsi="Times New Roman" w:cs="Times New Roman"/>
          <w:position w:val="-30"/>
          <w:sz w:val="28"/>
          <w:szCs w:val="28"/>
          <w:lang w:val="kk-KZ"/>
        </w:rPr>
        <w:t xml:space="preserve">   </w:t>
      </w:r>
      <w:r w:rsidR="00170271" w:rsidRPr="00B75A9A">
        <w:rPr>
          <w:rFonts w:ascii="Times New Roman" w:eastAsia="Times New Roman" w:hAnsi="Times New Roman" w:cs="Times New Roman"/>
          <w:position w:val="-30"/>
          <w:sz w:val="28"/>
          <w:szCs w:val="28"/>
          <w:lang w:val="kk-KZ"/>
        </w:rPr>
        <w:t xml:space="preserve">  </w:t>
      </w:r>
      <w:r w:rsidR="00BA7984" w:rsidRPr="00B75A9A">
        <w:rPr>
          <w:rFonts w:ascii="Times New Roman" w:eastAsia="Times New Roman" w:hAnsi="Times New Roman" w:cs="Times New Roman"/>
          <w:position w:val="-30"/>
          <w:sz w:val="28"/>
          <w:szCs w:val="28"/>
          <w:lang w:val="kk-KZ"/>
        </w:rPr>
        <w:t xml:space="preserve">         </w:t>
      </w:r>
      <w:r w:rsidR="00170271" w:rsidRPr="00B75A9A">
        <w:rPr>
          <w:rFonts w:ascii="Times New Roman" w:eastAsia="Times New Roman" w:hAnsi="Times New Roman" w:cs="Times New Roman"/>
          <w:sz w:val="28"/>
          <w:szCs w:val="28"/>
          <w:lang w:val="kk-KZ"/>
        </w:rPr>
        <w:t>(</w:t>
      </w:r>
      <w:r w:rsidR="00BA7984" w:rsidRPr="00B75A9A">
        <w:rPr>
          <w:rFonts w:ascii="Times New Roman" w:eastAsia="Times New Roman" w:hAnsi="Times New Roman" w:cs="Times New Roman"/>
          <w:sz w:val="28"/>
          <w:szCs w:val="28"/>
          <w:lang w:val="kk-KZ"/>
        </w:rPr>
        <w:t>26)</w:t>
      </w:r>
    </w:p>
    <w:p w14:paraId="5F847482" w14:textId="77777777" w:rsidR="00BA7984" w:rsidRPr="00B75A9A" w:rsidRDefault="00DD01B6" w:rsidP="00BA7984">
      <w:pPr>
        <w:spacing w:after="0" w:line="240" w:lineRule="auto"/>
        <w:jc w:val="both"/>
        <w:rPr>
          <w:rFonts w:ascii="Times New Roman" w:eastAsia="Times New Roman" w:hAnsi="Times New Roman" w:cs="Times New Roman"/>
          <w:position w:val="-12"/>
          <w:sz w:val="28"/>
          <w:szCs w:val="28"/>
          <w:lang w:val="kk-KZ"/>
        </w:rPr>
      </w:pPr>
      <w:r w:rsidRPr="00B75A9A">
        <w:rPr>
          <w:rFonts w:ascii="Times New Roman" w:eastAsia="Times New Roman" w:hAnsi="Times New Roman" w:cs="Times New Roman"/>
          <w:position w:val="-12"/>
          <w:sz w:val="28"/>
          <w:szCs w:val="28"/>
          <w:lang w:val="kk-KZ"/>
        </w:rPr>
        <w:t>М</w:t>
      </w:r>
      <w:r w:rsidR="00BA7984" w:rsidRPr="00B75A9A">
        <w:rPr>
          <w:rFonts w:ascii="Times New Roman" w:eastAsia="Times New Roman" w:hAnsi="Times New Roman" w:cs="Times New Roman"/>
          <w:position w:val="-12"/>
          <w:sz w:val="28"/>
          <w:szCs w:val="28"/>
          <w:lang w:val="kk-KZ"/>
        </w:rPr>
        <w:t>ұндағы</w:t>
      </w:r>
    </w:p>
    <w:p w14:paraId="777685BA" w14:textId="77777777" w:rsidR="00DD01B6" w:rsidRPr="00B75A9A" w:rsidRDefault="00DD01B6" w:rsidP="00BA7984">
      <w:pPr>
        <w:spacing w:after="0" w:line="240" w:lineRule="auto"/>
        <w:jc w:val="both"/>
        <w:rPr>
          <w:rFonts w:ascii="Times New Roman" w:eastAsia="Times New Roman" w:hAnsi="Times New Roman" w:cs="Times New Roman"/>
          <w:position w:val="-12"/>
          <w:sz w:val="28"/>
          <w:szCs w:val="28"/>
          <w:lang w:val="kk-KZ"/>
        </w:rPr>
      </w:pPr>
    </w:p>
    <w:p w14:paraId="18F51CFF" w14:textId="77777777" w:rsidR="00BA7984" w:rsidRPr="00B75A9A" w:rsidRDefault="00A07FF5" w:rsidP="00BA7984">
      <w:pPr>
        <w:spacing w:after="0" w:line="240" w:lineRule="auto"/>
        <w:jc w:val="center"/>
        <w:rPr>
          <w:rFonts w:ascii="Times New Roman" w:hAnsi="Times New Roman" w:cs="Times New Roman"/>
          <w:position w:val="-78"/>
          <w:sz w:val="28"/>
          <w:szCs w:val="28"/>
          <w:lang w:val="kk-KZ"/>
        </w:rPr>
      </w:pPr>
      <w:r w:rsidRPr="00B75A9A">
        <w:rPr>
          <w:rFonts w:ascii="Times New Roman" w:hAnsi="Times New Roman" w:cs="Times New Roman"/>
          <w:position w:val="-78"/>
          <w:sz w:val="28"/>
          <w:szCs w:val="28"/>
        </w:rPr>
        <w:object w:dxaOrig="2700" w:dyaOrig="1700" w14:anchorId="19C6D34B">
          <v:shape id="_x0000_i1167" type="#_x0000_t75" style="width:134.5pt;height:83.85pt" o:ole="">
            <v:imagedata r:id="rId298" o:title=""/>
          </v:shape>
          <o:OLEObject Type="Embed" ProgID="Equation.DSMT4" ShapeID="_x0000_i1167" DrawAspect="Content" ObjectID="_1840331621" r:id="rId299"/>
        </w:object>
      </w:r>
    </w:p>
    <w:p w14:paraId="0E660FD2" w14:textId="77777777" w:rsidR="00DD01B6" w:rsidRPr="00B75A9A" w:rsidRDefault="00DD01B6" w:rsidP="00DD01B6">
      <w:pPr>
        <w:spacing w:after="0" w:line="240" w:lineRule="auto"/>
        <w:rPr>
          <w:rFonts w:ascii="Times New Roman" w:eastAsia="Times New Roman" w:hAnsi="Times New Roman" w:cs="Times New Roman"/>
          <w:position w:val="-12"/>
          <w:sz w:val="28"/>
          <w:szCs w:val="28"/>
          <w:lang w:val="kk-KZ"/>
        </w:rPr>
      </w:pPr>
    </w:p>
    <w:p w14:paraId="7C79B311" w14:textId="60510D72" w:rsidR="00BA7984" w:rsidRPr="00B75A9A" w:rsidRDefault="00BA7984" w:rsidP="00DD01B6">
      <w:pPr>
        <w:spacing w:after="0" w:line="240" w:lineRule="auto"/>
        <w:rPr>
          <w:rFonts w:ascii="Times New Roman" w:eastAsia="Times New Roman" w:hAnsi="Times New Roman" w:cs="Times New Roman"/>
          <w:sz w:val="28"/>
          <w:szCs w:val="28"/>
          <w:lang w:val="kk-KZ"/>
        </w:rPr>
      </w:pPr>
      <w:r w:rsidRPr="00B75A9A">
        <w:rPr>
          <w:rFonts w:ascii="Times New Roman" w:eastAsia="Times New Roman" w:hAnsi="Times New Roman" w:cs="Times New Roman"/>
          <w:sz w:val="28"/>
          <w:szCs w:val="28"/>
          <w:lang w:val="kk-KZ"/>
        </w:rPr>
        <w:t xml:space="preserve">және </w:t>
      </w:r>
      <w:r w:rsidR="00A07FF5" w:rsidRPr="00B75A9A">
        <w:rPr>
          <w:rFonts w:ascii="Times New Roman" w:hAnsi="Times New Roman" w:cs="Times New Roman"/>
          <w:position w:val="-16"/>
          <w:sz w:val="28"/>
          <w:szCs w:val="28"/>
        </w:rPr>
        <w:object w:dxaOrig="3780" w:dyaOrig="520" w14:anchorId="7BA49DA3">
          <v:shape id="_x0000_i1168" type="#_x0000_t75" style="width:189.9pt;height:27.7pt" o:ole="">
            <v:imagedata r:id="rId300" o:title=""/>
          </v:shape>
          <o:OLEObject Type="Embed" ProgID="Equation.DSMT4" ShapeID="_x0000_i1168" DrawAspect="Content" ObjectID="_1840331622" r:id="rId301"/>
        </w:object>
      </w:r>
      <w:r w:rsidRPr="00B75A9A">
        <w:rPr>
          <w:rFonts w:ascii="Times New Roman" w:eastAsia="Times New Roman" w:hAnsi="Times New Roman" w:cs="Times New Roman"/>
          <w:position w:val="-12"/>
          <w:sz w:val="28"/>
          <w:szCs w:val="28"/>
          <w:lang w:val="kk-KZ"/>
        </w:rPr>
        <w:t xml:space="preserve"> </w:t>
      </w:r>
      <w:r w:rsidRPr="00B75A9A">
        <w:rPr>
          <w:rFonts w:ascii="Times New Roman" w:eastAsia="Times New Roman" w:hAnsi="Times New Roman" w:cs="Times New Roman"/>
          <w:sz w:val="28"/>
          <w:szCs w:val="28"/>
          <w:lang w:val="kk-KZ"/>
        </w:rPr>
        <w:t>векторлар.</w:t>
      </w:r>
      <w:r w:rsidR="00DD01B6" w:rsidRPr="00B75A9A">
        <w:rPr>
          <w:rFonts w:ascii="Times New Roman" w:eastAsia="Times New Roman" w:hAnsi="Times New Roman" w:cs="Times New Roman"/>
          <w:position w:val="-12"/>
          <w:sz w:val="28"/>
          <w:szCs w:val="28"/>
          <w:lang w:val="kk-KZ"/>
        </w:rPr>
        <w:t xml:space="preserve"> </w:t>
      </w:r>
      <w:r w:rsidRPr="00B75A9A">
        <w:rPr>
          <w:rFonts w:ascii="Times New Roman" w:eastAsia="Times New Roman" w:hAnsi="Times New Roman" w:cs="Times New Roman"/>
          <w:sz w:val="28"/>
          <w:szCs w:val="28"/>
          <w:lang w:val="kk-KZ"/>
        </w:rPr>
        <w:t>Нәтижесінде, 2-ші жән</w:t>
      </w:r>
      <w:r w:rsidR="00170271" w:rsidRPr="00B75A9A">
        <w:rPr>
          <w:rFonts w:ascii="Times New Roman" w:eastAsia="Times New Roman" w:hAnsi="Times New Roman" w:cs="Times New Roman"/>
          <w:sz w:val="28"/>
          <w:szCs w:val="28"/>
          <w:lang w:val="kk-KZ"/>
        </w:rPr>
        <w:t>е 3-ші Леммалардың негізінде (</w:t>
      </w:r>
      <w:r w:rsidRPr="00B75A9A">
        <w:rPr>
          <w:rFonts w:ascii="Times New Roman" w:eastAsia="Times New Roman" w:hAnsi="Times New Roman" w:cs="Times New Roman"/>
          <w:sz w:val="28"/>
          <w:szCs w:val="28"/>
          <w:lang w:val="kk-KZ"/>
        </w:rPr>
        <w:t>18) шеттік шарттар келесі түрде жазылады</w:t>
      </w:r>
    </w:p>
    <w:p w14:paraId="63D793D3" w14:textId="77777777" w:rsidR="00DD01B6" w:rsidRPr="00B75A9A" w:rsidRDefault="00DD01B6" w:rsidP="00DD01B6">
      <w:pPr>
        <w:spacing w:after="0" w:line="240" w:lineRule="auto"/>
        <w:rPr>
          <w:rFonts w:ascii="Times New Roman" w:eastAsia="Times New Roman" w:hAnsi="Times New Roman" w:cs="Times New Roman"/>
          <w:position w:val="-12"/>
          <w:sz w:val="28"/>
          <w:szCs w:val="28"/>
          <w:lang w:val="kk-KZ"/>
        </w:rPr>
      </w:pPr>
    </w:p>
    <w:p w14:paraId="604F0135" w14:textId="1D554A1A" w:rsidR="00BA7984" w:rsidRPr="00B75A9A" w:rsidRDefault="00BA7984" w:rsidP="00BA7984">
      <w:pPr>
        <w:spacing w:after="0" w:line="240" w:lineRule="auto"/>
        <w:jc w:val="center"/>
        <w:rPr>
          <w:rFonts w:ascii="Times New Roman" w:eastAsia="Times New Roman" w:hAnsi="Times New Roman" w:cs="Times New Roman"/>
          <w:sz w:val="28"/>
          <w:szCs w:val="28"/>
          <w:lang w:val="kk-KZ"/>
        </w:rPr>
      </w:pPr>
      <w:r w:rsidRPr="00B75A9A">
        <w:rPr>
          <w:rFonts w:ascii="Times New Roman" w:eastAsia="Times New Roman" w:hAnsi="Times New Roman" w:cs="Times New Roman"/>
          <w:position w:val="-24"/>
          <w:sz w:val="28"/>
          <w:szCs w:val="28"/>
          <w:lang w:val="kk-KZ"/>
        </w:rPr>
        <w:t xml:space="preserve">                           </w:t>
      </w:r>
      <w:r w:rsidR="00A07FF5" w:rsidRPr="00B75A9A">
        <w:rPr>
          <w:rFonts w:ascii="Times New Roman" w:hAnsi="Times New Roman" w:cs="Times New Roman"/>
          <w:position w:val="-32"/>
          <w:sz w:val="28"/>
          <w:szCs w:val="28"/>
        </w:rPr>
        <w:object w:dxaOrig="5420" w:dyaOrig="780" w14:anchorId="75407BA9">
          <v:shape id="_x0000_i1169" type="#_x0000_t75" style="width:272.2pt;height:38pt" o:ole="">
            <v:imagedata r:id="rId302" o:title=""/>
          </v:shape>
          <o:OLEObject Type="Embed" ProgID="Equation.DSMT4" ShapeID="_x0000_i1169" DrawAspect="Content" ObjectID="_1840331623" r:id="rId303"/>
        </w:object>
      </w:r>
      <w:r w:rsidRPr="00B75A9A">
        <w:rPr>
          <w:rFonts w:ascii="Times New Roman" w:eastAsia="Times New Roman" w:hAnsi="Times New Roman" w:cs="Times New Roman"/>
          <w:position w:val="-30"/>
          <w:sz w:val="28"/>
          <w:szCs w:val="28"/>
          <w:lang w:val="kk-KZ"/>
        </w:rPr>
        <w:t xml:space="preserve">                 </w:t>
      </w:r>
      <w:r w:rsidR="00170271" w:rsidRPr="00B75A9A">
        <w:rPr>
          <w:rFonts w:ascii="Times New Roman" w:eastAsia="Times New Roman" w:hAnsi="Times New Roman" w:cs="Times New Roman"/>
          <w:position w:val="-30"/>
          <w:sz w:val="28"/>
          <w:szCs w:val="28"/>
          <w:lang w:val="kk-KZ"/>
        </w:rPr>
        <w:t xml:space="preserve">     </w:t>
      </w:r>
      <w:r w:rsidRPr="00B75A9A">
        <w:rPr>
          <w:rFonts w:ascii="Times New Roman" w:eastAsia="Times New Roman" w:hAnsi="Times New Roman" w:cs="Times New Roman"/>
          <w:position w:val="-30"/>
          <w:sz w:val="28"/>
          <w:szCs w:val="28"/>
          <w:lang w:val="kk-KZ"/>
        </w:rPr>
        <w:t xml:space="preserve">  </w:t>
      </w:r>
      <w:r w:rsidR="00170271" w:rsidRPr="00B75A9A">
        <w:rPr>
          <w:rFonts w:ascii="Times New Roman" w:eastAsia="Times New Roman" w:hAnsi="Times New Roman" w:cs="Times New Roman"/>
          <w:sz w:val="28"/>
          <w:szCs w:val="28"/>
          <w:lang w:val="kk-KZ"/>
        </w:rPr>
        <w:t>(</w:t>
      </w:r>
      <w:r w:rsidRPr="00B75A9A">
        <w:rPr>
          <w:rFonts w:ascii="Times New Roman" w:eastAsia="Times New Roman" w:hAnsi="Times New Roman" w:cs="Times New Roman"/>
          <w:sz w:val="28"/>
          <w:szCs w:val="28"/>
          <w:lang w:val="kk-KZ"/>
        </w:rPr>
        <w:t>27)</w:t>
      </w:r>
    </w:p>
    <w:p w14:paraId="51EE3C3F" w14:textId="77777777" w:rsidR="00BA7984" w:rsidRPr="00B75A9A" w:rsidRDefault="00BA7984" w:rsidP="00BA7984">
      <w:pPr>
        <w:spacing w:after="0" w:line="240" w:lineRule="auto"/>
        <w:rPr>
          <w:rFonts w:ascii="Times New Roman" w:eastAsia="Times New Roman" w:hAnsi="Times New Roman" w:cs="Times New Roman"/>
          <w:sz w:val="28"/>
          <w:szCs w:val="28"/>
          <w:lang w:val="kk-KZ"/>
        </w:rPr>
      </w:pPr>
      <w:r w:rsidRPr="00B75A9A">
        <w:rPr>
          <w:rFonts w:ascii="Times New Roman" w:eastAsia="Times New Roman" w:hAnsi="Times New Roman" w:cs="Times New Roman"/>
          <w:sz w:val="28"/>
          <w:szCs w:val="28"/>
          <w:lang w:val="kk-KZ"/>
        </w:rPr>
        <w:t>мұндағы</w:t>
      </w:r>
    </w:p>
    <w:p w14:paraId="3B8A2F9A" w14:textId="77777777" w:rsidR="00BA7984" w:rsidRPr="00B75A9A" w:rsidRDefault="00BA7984" w:rsidP="00DD01B6">
      <w:pPr>
        <w:spacing w:after="0" w:line="240" w:lineRule="auto"/>
        <w:rPr>
          <w:rFonts w:ascii="Times New Roman" w:eastAsia="Times New Roman" w:hAnsi="Times New Roman" w:cs="Times New Roman"/>
          <w:sz w:val="28"/>
          <w:szCs w:val="28"/>
          <w:lang w:val="kk-KZ"/>
        </w:rPr>
      </w:pPr>
    </w:p>
    <w:p w14:paraId="3F51044E" w14:textId="77777777" w:rsidR="00BA7984" w:rsidRPr="00B75A9A" w:rsidRDefault="00A07FF5" w:rsidP="00DD01B6">
      <w:pPr>
        <w:spacing w:after="0" w:line="240" w:lineRule="auto"/>
        <w:jc w:val="center"/>
        <w:rPr>
          <w:rFonts w:ascii="Times New Roman" w:eastAsia="Times New Roman" w:hAnsi="Times New Roman" w:cs="Times New Roman"/>
          <w:position w:val="-36"/>
          <w:sz w:val="28"/>
          <w:szCs w:val="28"/>
          <w:lang w:val="kk-KZ"/>
        </w:rPr>
      </w:pPr>
      <w:r w:rsidRPr="00B75A9A">
        <w:rPr>
          <w:rFonts w:ascii="Times New Roman" w:hAnsi="Times New Roman" w:cs="Times New Roman"/>
          <w:position w:val="-38"/>
          <w:sz w:val="28"/>
          <w:szCs w:val="28"/>
        </w:rPr>
        <w:object w:dxaOrig="9000" w:dyaOrig="900" w14:anchorId="45D4EF91">
          <v:shape id="_x0000_i1170" type="#_x0000_t75" style="width:451pt;height:45.9pt" o:ole="">
            <v:imagedata r:id="rId304" o:title=""/>
          </v:shape>
          <o:OLEObject Type="Embed" ProgID="Equation.DSMT4" ShapeID="_x0000_i1170" DrawAspect="Content" ObjectID="_1840331624" r:id="rId305"/>
        </w:object>
      </w:r>
    </w:p>
    <w:p w14:paraId="221F0A9D" w14:textId="77777777" w:rsidR="00BA7984" w:rsidRPr="00B75A9A" w:rsidRDefault="00BA7984" w:rsidP="00BA7984">
      <w:pPr>
        <w:spacing w:after="0" w:line="240" w:lineRule="auto"/>
        <w:rPr>
          <w:rFonts w:ascii="Times New Roman" w:eastAsia="Times New Roman" w:hAnsi="Times New Roman" w:cs="Times New Roman"/>
          <w:position w:val="-36"/>
          <w:sz w:val="28"/>
          <w:szCs w:val="28"/>
          <w:lang w:val="kk-KZ"/>
        </w:rPr>
      </w:pPr>
    </w:p>
    <w:p w14:paraId="1BE7008E" w14:textId="7BC57FE5" w:rsidR="00BA7984" w:rsidRPr="00B75A9A" w:rsidRDefault="00170271" w:rsidP="00BA7984">
      <w:pPr>
        <w:spacing w:after="0" w:line="240" w:lineRule="auto"/>
        <w:rPr>
          <w:rFonts w:ascii="Times New Roman" w:eastAsia="Times New Roman" w:hAnsi="Times New Roman" w:cs="Times New Roman"/>
          <w:sz w:val="28"/>
          <w:szCs w:val="28"/>
          <w:lang w:val="kk-KZ"/>
        </w:rPr>
      </w:pPr>
      <w:r w:rsidRPr="00B75A9A">
        <w:rPr>
          <w:rFonts w:ascii="Times New Roman" w:eastAsia="Times New Roman" w:hAnsi="Times New Roman" w:cs="Times New Roman"/>
          <w:sz w:val="28"/>
          <w:szCs w:val="28"/>
          <w:lang w:val="kk-KZ"/>
        </w:rPr>
        <w:t>(</w:t>
      </w:r>
      <w:r w:rsidR="00BA7984" w:rsidRPr="00B75A9A">
        <w:rPr>
          <w:rFonts w:ascii="Times New Roman" w:eastAsia="Times New Roman" w:hAnsi="Times New Roman" w:cs="Times New Roman"/>
          <w:sz w:val="28"/>
          <w:szCs w:val="28"/>
          <w:lang w:val="kk-KZ"/>
        </w:rPr>
        <w:t>26)-де кездесетін A матрицасын Жордан формасына келтіруге болады:</w:t>
      </w:r>
    </w:p>
    <w:p w14:paraId="080D010F" w14:textId="77777777" w:rsidR="00BA7984" w:rsidRPr="00B75A9A" w:rsidRDefault="00BA7984" w:rsidP="00BA7984">
      <w:pPr>
        <w:spacing w:after="0" w:line="240" w:lineRule="auto"/>
        <w:rPr>
          <w:rFonts w:ascii="Times New Roman" w:eastAsia="Times New Roman" w:hAnsi="Times New Roman" w:cs="Times New Roman"/>
          <w:sz w:val="28"/>
          <w:szCs w:val="28"/>
          <w:lang w:val="kk-KZ"/>
        </w:rPr>
      </w:pPr>
    </w:p>
    <w:p w14:paraId="75EE5C23" w14:textId="6C59359B" w:rsidR="00BA7984" w:rsidRPr="00B75A9A" w:rsidRDefault="00A07FF5" w:rsidP="00BA7984">
      <w:pPr>
        <w:tabs>
          <w:tab w:val="left" w:pos="3810"/>
        </w:tabs>
        <w:spacing w:after="0" w:line="240" w:lineRule="auto"/>
        <w:jc w:val="right"/>
        <w:rPr>
          <w:rFonts w:ascii="Times New Roman" w:eastAsia="Times New Roman" w:hAnsi="Times New Roman" w:cs="Times New Roman"/>
          <w:sz w:val="28"/>
          <w:szCs w:val="28"/>
          <w:lang w:val="kk-KZ"/>
        </w:rPr>
      </w:pPr>
      <w:r w:rsidRPr="00B75A9A">
        <w:rPr>
          <w:rFonts w:ascii="Times New Roman" w:hAnsi="Times New Roman" w:cs="Times New Roman"/>
          <w:position w:val="-10"/>
          <w:sz w:val="28"/>
          <w:szCs w:val="28"/>
        </w:rPr>
        <w:object w:dxaOrig="1340" w:dyaOrig="480" w14:anchorId="14F75A2E">
          <v:shape id="_x0000_i1171" type="#_x0000_t75" style="width:67.25pt;height:25.3pt" o:ole="">
            <v:imagedata r:id="rId306" o:title=""/>
          </v:shape>
          <o:OLEObject Type="Embed" ProgID="Equation.DSMT4" ShapeID="_x0000_i1171" DrawAspect="Content" ObjectID="_1840331625" r:id="rId307"/>
        </w:object>
      </w:r>
      <w:r w:rsidR="00BA7984" w:rsidRPr="00B75A9A">
        <w:rPr>
          <w:rFonts w:ascii="Times New Roman" w:eastAsia="Times New Roman" w:hAnsi="Times New Roman" w:cs="Times New Roman"/>
          <w:position w:val="-30"/>
          <w:sz w:val="28"/>
          <w:szCs w:val="28"/>
          <w:lang w:val="kk-KZ"/>
        </w:rPr>
        <w:t xml:space="preserve">                                                          </w:t>
      </w:r>
      <w:r w:rsidR="00170271" w:rsidRPr="00B75A9A">
        <w:rPr>
          <w:rFonts w:ascii="Times New Roman" w:eastAsia="Times New Roman" w:hAnsi="Times New Roman" w:cs="Times New Roman"/>
          <w:sz w:val="28"/>
          <w:szCs w:val="28"/>
          <w:lang w:val="kk-KZ"/>
        </w:rPr>
        <w:t>(</w:t>
      </w:r>
      <w:r w:rsidR="00BA7984" w:rsidRPr="00B75A9A">
        <w:rPr>
          <w:rFonts w:ascii="Times New Roman" w:eastAsia="Times New Roman" w:hAnsi="Times New Roman" w:cs="Times New Roman"/>
          <w:sz w:val="28"/>
          <w:szCs w:val="28"/>
          <w:lang w:val="kk-KZ"/>
        </w:rPr>
        <w:t>28)</w:t>
      </w:r>
    </w:p>
    <w:p w14:paraId="545193B0" w14:textId="77777777" w:rsidR="00BA7984" w:rsidRPr="00B75A9A" w:rsidRDefault="00BA7984" w:rsidP="00DD01B6">
      <w:pPr>
        <w:tabs>
          <w:tab w:val="left" w:pos="3810"/>
        </w:tabs>
        <w:spacing w:after="0" w:line="240" w:lineRule="auto"/>
        <w:rPr>
          <w:rFonts w:ascii="Times New Roman" w:eastAsia="Times New Roman" w:hAnsi="Times New Roman" w:cs="Times New Roman"/>
          <w:sz w:val="28"/>
          <w:szCs w:val="28"/>
          <w:lang w:val="kk-KZ"/>
        </w:rPr>
      </w:pPr>
    </w:p>
    <w:p w14:paraId="589BB335" w14:textId="6359369C" w:rsidR="00BA7984" w:rsidRPr="00B75A9A" w:rsidRDefault="00BA7984" w:rsidP="00DD01B6">
      <w:pPr>
        <w:spacing w:after="0" w:line="240" w:lineRule="auto"/>
        <w:jc w:val="both"/>
        <w:rPr>
          <w:rFonts w:ascii="Times New Roman" w:eastAsia="Times New Roman" w:hAnsi="Times New Roman" w:cs="Times New Roman"/>
          <w:sz w:val="28"/>
          <w:szCs w:val="28"/>
          <w:lang w:val="kk-KZ"/>
        </w:rPr>
      </w:pPr>
      <w:r w:rsidRPr="00B75A9A">
        <w:rPr>
          <w:rFonts w:ascii="Times New Roman" w:eastAsia="Times New Roman" w:hAnsi="Times New Roman" w:cs="Times New Roman"/>
          <w:sz w:val="28"/>
          <w:szCs w:val="28"/>
          <w:lang w:val="kk-KZ"/>
        </w:rPr>
        <w:t xml:space="preserve">мұндағы </w:t>
      </w:r>
      <w:r w:rsidR="00A07FF5" w:rsidRPr="00B75A9A">
        <w:rPr>
          <w:rFonts w:ascii="Times New Roman" w:hAnsi="Times New Roman" w:cs="Times New Roman"/>
          <w:position w:val="-6"/>
          <w:sz w:val="28"/>
          <w:szCs w:val="28"/>
        </w:rPr>
        <w:object w:dxaOrig="240" w:dyaOrig="380" w14:anchorId="704B5BA4">
          <v:shape id="_x0000_i1172" type="#_x0000_t75" style="width:11.85pt;height:18.2pt" o:ole="">
            <v:imagedata r:id="rId308" o:title=""/>
          </v:shape>
          <o:OLEObject Type="Embed" ProgID="Equation.DSMT4" ShapeID="_x0000_i1172" DrawAspect="Content" ObjectID="_1840331626" r:id="rId309"/>
        </w:object>
      </w:r>
      <w:r w:rsidRPr="00B75A9A">
        <w:rPr>
          <w:rFonts w:ascii="Times New Roman" w:eastAsia="Times New Roman" w:hAnsi="Times New Roman" w:cs="Times New Roman"/>
          <w:sz w:val="28"/>
          <w:szCs w:val="28"/>
          <w:lang w:val="kk-KZ"/>
        </w:rPr>
        <w:t xml:space="preserve"> осы матрицаның меншікті мәндеріне сәйкес келетін жоғарғы үшбұрышты Ж</w:t>
      </w:r>
      <w:r w:rsidR="00170271" w:rsidRPr="00B75A9A">
        <w:rPr>
          <w:rFonts w:ascii="Times New Roman" w:eastAsia="Times New Roman" w:hAnsi="Times New Roman" w:cs="Times New Roman"/>
          <w:sz w:val="28"/>
          <w:szCs w:val="28"/>
          <w:lang w:val="kk-KZ"/>
        </w:rPr>
        <w:t>ордан ұяшықтарынан құралған. (2), (</w:t>
      </w:r>
      <w:r w:rsidRPr="00B75A9A">
        <w:rPr>
          <w:rFonts w:ascii="Times New Roman" w:eastAsia="Times New Roman" w:hAnsi="Times New Roman" w:cs="Times New Roman"/>
          <w:sz w:val="28"/>
          <w:szCs w:val="28"/>
          <w:lang w:val="kk-KZ"/>
        </w:rPr>
        <w:t>13) ескере отырып және осы матрицаның нақтылығына байланысты B және J матрицаларын мына шартқа бағындыра аламыз:</w:t>
      </w:r>
    </w:p>
    <w:p w14:paraId="6836E426" w14:textId="77777777" w:rsidR="00BA7984" w:rsidRPr="00B75A9A" w:rsidRDefault="00BA7984" w:rsidP="00BA7984">
      <w:pPr>
        <w:spacing w:after="0" w:line="240" w:lineRule="auto"/>
        <w:rPr>
          <w:rFonts w:ascii="Times New Roman" w:eastAsia="Times New Roman" w:hAnsi="Times New Roman" w:cs="Times New Roman"/>
          <w:sz w:val="28"/>
          <w:szCs w:val="28"/>
          <w:lang w:val="kk-KZ"/>
        </w:rPr>
      </w:pPr>
    </w:p>
    <w:p w14:paraId="1CDB753A" w14:textId="5A760662" w:rsidR="00BA7984" w:rsidRPr="00B75A9A" w:rsidRDefault="00A07FF5" w:rsidP="00BA7984">
      <w:pPr>
        <w:tabs>
          <w:tab w:val="left" w:pos="3810"/>
        </w:tabs>
        <w:spacing w:after="0" w:line="240" w:lineRule="auto"/>
        <w:jc w:val="right"/>
        <w:rPr>
          <w:rFonts w:ascii="Times New Roman" w:eastAsia="Times New Roman" w:hAnsi="Times New Roman" w:cs="Times New Roman"/>
          <w:sz w:val="28"/>
          <w:szCs w:val="28"/>
          <w:lang w:val="kk-KZ"/>
        </w:rPr>
      </w:pPr>
      <w:r w:rsidRPr="00B75A9A">
        <w:rPr>
          <w:rFonts w:ascii="Times New Roman" w:hAnsi="Times New Roman" w:cs="Times New Roman"/>
          <w:position w:val="-38"/>
          <w:sz w:val="28"/>
          <w:szCs w:val="28"/>
        </w:rPr>
        <w:object w:dxaOrig="3940" w:dyaOrig="900" w14:anchorId="1607A6FB">
          <v:shape id="_x0000_i1173" type="#_x0000_t75" style="width:194.65pt;height:45.9pt" o:ole="">
            <v:imagedata r:id="rId310" o:title=""/>
          </v:shape>
          <o:OLEObject Type="Embed" ProgID="Equation.DSMT4" ShapeID="_x0000_i1173" DrawAspect="Content" ObjectID="_1840331627" r:id="rId311"/>
        </w:object>
      </w:r>
      <w:r w:rsidR="00BA7984" w:rsidRPr="00B75A9A">
        <w:rPr>
          <w:rFonts w:ascii="Times New Roman" w:eastAsia="Times New Roman" w:hAnsi="Times New Roman" w:cs="Times New Roman"/>
          <w:position w:val="-30"/>
          <w:sz w:val="28"/>
          <w:szCs w:val="28"/>
          <w:lang w:val="kk-KZ"/>
        </w:rPr>
        <w:t xml:space="preserve">                                   </w:t>
      </w:r>
      <w:r w:rsidR="00170271" w:rsidRPr="00B75A9A">
        <w:rPr>
          <w:rFonts w:ascii="Times New Roman" w:eastAsia="Times New Roman" w:hAnsi="Times New Roman" w:cs="Times New Roman"/>
          <w:sz w:val="28"/>
          <w:szCs w:val="28"/>
          <w:lang w:val="kk-KZ"/>
        </w:rPr>
        <w:t>(</w:t>
      </w:r>
      <w:r w:rsidR="00BA7984" w:rsidRPr="00B75A9A">
        <w:rPr>
          <w:rFonts w:ascii="Times New Roman" w:eastAsia="Times New Roman" w:hAnsi="Times New Roman" w:cs="Times New Roman"/>
          <w:sz w:val="28"/>
          <w:szCs w:val="28"/>
          <w:lang w:val="kk-KZ"/>
        </w:rPr>
        <w:t>29)</w:t>
      </w:r>
    </w:p>
    <w:p w14:paraId="2A2CE95E" w14:textId="77777777" w:rsidR="00BA7984" w:rsidRPr="00B75A9A" w:rsidRDefault="00BA7984" w:rsidP="00DD01B6">
      <w:pPr>
        <w:tabs>
          <w:tab w:val="left" w:pos="3810"/>
        </w:tabs>
        <w:spacing w:after="0" w:line="240" w:lineRule="auto"/>
        <w:rPr>
          <w:rFonts w:ascii="Times New Roman" w:eastAsia="Times New Roman" w:hAnsi="Times New Roman" w:cs="Times New Roman"/>
          <w:sz w:val="28"/>
          <w:szCs w:val="28"/>
          <w:lang w:val="kk-KZ"/>
        </w:rPr>
      </w:pPr>
    </w:p>
    <w:p w14:paraId="180196F0" w14:textId="17EFE9CE" w:rsidR="00BA7984" w:rsidRPr="00B75A9A" w:rsidRDefault="00BA7984" w:rsidP="00BA7984">
      <w:pPr>
        <w:spacing w:after="0" w:line="240" w:lineRule="auto"/>
        <w:rPr>
          <w:rFonts w:ascii="Times New Roman" w:eastAsia="Times New Roman" w:hAnsi="Times New Roman" w:cs="Times New Roman"/>
          <w:sz w:val="28"/>
          <w:szCs w:val="28"/>
          <w:lang w:val="kk-KZ"/>
        </w:rPr>
      </w:pPr>
      <w:r w:rsidRPr="00B75A9A">
        <w:rPr>
          <w:rFonts w:ascii="Times New Roman" w:eastAsia="Times New Roman" w:hAnsi="Times New Roman" w:cs="Times New Roman"/>
          <w:sz w:val="28"/>
          <w:szCs w:val="28"/>
          <w:lang w:val="kk-KZ"/>
        </w:rPr>
        <w:t>Е</w:t>
      </w:r>
      <w:r w:rsidR="00170271" w:rsidRPr="00B75A9A">
        <w:rPr>
          <w:rFonts w:ascii="Times New Roman" w:eastAsia="Times New Roman" w:hAnsi="Times New Roman" w:cs="Times New Roman"/>
          <w:sz w:val="28"/>
          <w:szCs w:val="28"/>
          <w:lang w:val="kk-KZ"/>
        </w:rPr>
        <w:t>кі жағдайға сәйкес (</w:t>
      </w:r>
      <w:r w:rsidRPr="00B75A9A">
        <w:rPr>
          <w:rFonts w:ascii="Times New Roman" w:eastAsia="Times New Roman" w:hAnsi="Times New Roman" w:cs="Times New Roman"/>
          <w:sz w:val="28"/>
          <w:szCs w:val="28"/>
          <w:lang w:val="kk-KZ"/>
        </w:rPr>
        <w:t>2) теңдеуінде былай деп алуға болады:</w:t>
      </w:r>
    </w:p>
    <w:p w14:paraId="10083C39" w14:textId="77777777" w:rsidR="00BA7984" w:rsidRPr="00B75A9A" w:rsidRDefault="00BA7984" w:rsidP="00BA7984">
      <w:pPr>
        <w:spacing w:after="0" w:line="240" w:lineRule="auto"/>
        <w:rPr>
          <w:rFonts w:ascii="Times New Roman" w:eastAsia="Times New Roman" w:hAnsi="Times New Roman" w:cs="Times New Roman"/>
          <w:sz w:val="28"/>
          <w:szCs w:val="28"/>
          <w:lang w:val="kk-KZ"/>
        </w:rPr>
      </w:pPr>
    </w:p>
    <w:p w14:paraId="26FB11AD" w14:textId="77777777" w:rsidR="00BA7984" w:rsidRPr="00B75A9A" w:rsidRDefault="00A07FF5" w:rsidP="00BA7984">
      <w:pPr>
        <w:spacing w:after="0" w:line="240" w:lineRule="auto"/>
        <w:jc w:val="center"/>
        <w:rPr>
          <w:rFonts w:ascii="Times New Roman" w:hAnsi="Times New Roman" w:cs="Times New Roman"/>
          <w:position w:val="-36"/>
          <w:sz w:val="28"/>
          <w:szCs w:val="28"/>
          <w:lang w:val="kk-KZ"/>
        </w:rPr>
      </w:pPr>
      <w:r w:rsidRPr="00B75A9A">
        <w:rPr>
          <w:rFonts w:ascii="Times New Roman" w:hAnsi="Times New Roman" w:cs="Times New Roman"/>
          <w:position w:val="-36"/>
          <w:sz w:val="28"/>
          <w:szCs w:val="28"/>
        </w:rPr>
        <w:object w:dxaOrig="3900" w:dyaOrig="859" w14:anchorId="3E9D9D29">
          <v:shape id="_x0000_i1174" type="#_x0000_t75" style="width:195.45pt;height:44.3pt" o:ole="">
            <v:imagedata r:id="rId312" o:title=""/>
          </v:shape>
          <o:OLEObject Type="Embed" ProgID="Equation.DSMT4" ShapeID="_x0000_i1174" DrawAspect="Content" ObjectID="_1840331628" r:id="rId313"/>
        </w:object>
      </w:r>
    </w:p>
    <w:p w14:paraId="08E1F1D1" w14:textId="77777777" w:rsidR="00DD01B6" w:rsidRPr="00B75A9A" w:rsidRDefault="00DD01B6" w:rsidP="00DD01B6">
      <w:pPr>
        <w:spacing w:after="0" w:line="240" w:lineRule="auto"/>
        <w:rPr>
          <w:rFonts w:ascii="Times New Roman" w:eastAsia="Times New Roman" w:hAnsi="Times New Roman" w:cs="Times New Roman"/>
          <w:sz w:val="28"/>
          <w:szCs w:val="28"/>
          <w:lang w:val="kk-KZ"/>
        </w:rPr>
      </w:pPr>
    </w:p>
    <w:p w14:paraId="5F069BD7" w14:textId="40DE1C5E" w:rsidR="00BA7984" w:rsidRPr="00B75A9A" w:rsidRDefault="00A07FF5" w:rsidP="00BA7984">
      <w:pPr>
        <w:tabs>
          <w:tab w:val="left" w:pos="3810"/>
        </w:tabs>
        <w:spacing w:after="0" w:line="240" w:lineRule="auto"/>
        <w:jc w:val="right"/>
        <w:rPr>
          <w:rFonts w:ascii="Times New Roman" w:eastAsia="Times New Roman" w:hAnsi="Times New Roman" w:cs="Times New Roman"/>
          <w:sz w:val="28"/>
          <w:szCs w:val="28"/>
          <w:lang w:val="kk-KZ"/>
        </w:rPr>
      </w:pPr>
      <w:r w:rsidRPr="00B75A9A">
        <w:rPr>
          <w:rFonts w:ascii="Times New Roman" w:hAnsi="Times New Roman" w:cs="Times New Roman"/>
          <w:position w:val="-78"/>
          <w:sz w:val="28"/>
          <w:szCs w:val="28"/>
        </w:rPr>
        <w:object w:dxaOrig="4040" w:dyaOrig="1700" w14:anchorId="3FA30DA7">
          <v:shape id="_x0000_i1175" type="#_x0000_t75" style="width:201.75pt;height:83.85pt" o:ole="">
            <v:imagedata r:id="rId314" o:title=""/>
          </v:shape>
          <o:OLEObject Type="Embed" ProgID="Equation.DSMT4" ShapeID="_x0000_i1175" DrawAspect="Content" ObjectID="_1840331629" r:id="rId315"/>
        </w:object>
      </w:r>
      <w:r w:rsidR="00BA7984" w:rsidRPr="00B75A9A">
        <w:rPr>
          <w:rFonts w:ascii="Times New Roman" w:eastAsia="Times New Roman" w:hAnsi="Times New Roman" w:cs="Times New Roman"/>
          <w:sz w:val="28"/>
          <w:szCs w:val="28"/>
          <w:lang w:val="kk-KZ"/>
        </w:rPr>
        <w:t xml:space="preserve">        </w:t>
      </w:r>
      <w:r w:rsidR="00170271" w:rsidRPr="00B75A9A">
        <w:rPr>
          <w:rFonts w:ascii="Times New Roman" w:eastAsia="Times New Roman" w:hAnsi="Times New Roman" w:cs="Times New Roman"/>
          <w:sz w:val="28"/>
          <w:szCs w:val="28"/>
          <w:lang w:val="kk-KZ"/>
        </w:rPr>
        <w:t xml:space="preserve">                             (</w:t>
      </w:r>
      <w:r w:rsidR="00BA7984" w:rsidRPr="00B75A9A">
        <w:rPr>
          <w:rFonts w:ascii="Times New Roman" w:eastAsia="Times New Roman" w:hAnsi="Times New Roman" w:cs="Times New Roman"/>
          <w:sz w:val="28"/>
          <w:szCs w:val="28"/>
          <w:lang w:val="kk-KZ"/>
        </w:rPr>
        <w:t>30)</w:t>
      </w:r>
    </w:p>
    <w:p w14:paraId="1B957ACC" w14:textId="77777777" w:rsidR="00DD01B6" w:rsidRPr="00B75A9A" w:rsidRDefault="00DD01B6" w:rsidP="00DD01B6">
      <w:pPr>
        <w:tabs>
          <w:tab w:val="left" w:pos="3810"/>
        </w:tabs>
        <w:spacing w:after="0" w:line="240" w:lineRule="auto"/>
        <w:rPr>
          <w:rFonts w:ascii="Times New Roman" w:eastAsia="Times New Roman" w:hAnsi="Times New Roman" w:cs="Times New Roman"/>
          <w:sz w:val="28"/>
          <w:szCs w:val="28"/>
          <w:lang w:val="kk-KZ"/>
        </w:rPr>
      </w:pPr>
    </w:p>
    <w:p w14:paraId="5094A8F8" w14:textId="74238113" w:rsidR="00BA7984" w:rsidRPr="00B75A9A" w:rsidRDefault="00170271" w:rsidP="00DD01B6">
      <w:pPr>
        <w:spacing w:before="100" w:beforeAutospacing="1" w:after="100" w:afterAutospacing="1" w:line="240" w:lineRule="auto"/>
        <w:ind w:firstLine="708"/>
        <w:jc w:val="both"/>
        <w:rPr>
          <w:rFonts w:ascii="Times New Roman" w:eastAsia="Times New Roman" w:hAnsi="Times New Roman" w:cs="Times New Roman"/>
          <w:sz w:val="28"/>
          <w:szCs w:val="28"/>
          <w:lang w:val="kk-KZ"/>
        </w:rPr>
      </w:pPr>
      <w:r w:rsidRPr="00B75A9A">
        <w:rPr>
          <w:rFonts w:ascii="Times New Roman" w:eastAsia="Times New Roman" w:hAnsi="Times New Roman" w:cs="Times New Roman"/>
          <w:sz w:val="28"/>
          <w:szCs w:val="28"/>
          <w:lang w:val="kk-KZ"/>
        </w:rPr>
        <w:lastRenderedPageBreak/>
        <w:t>Сонымен, (16) теңдеуден және (</w:t>
      </w:r>
      <w:r w:rsidR="00BA7984" w:rsidRPr="00B75A9A">
        <w:rPr>
          <w:rFonts w:ascii="Times New Roman" w:eastAsia="Times New Roman" w:hAnsi="Times New Roman" w:cs="Times New Roman"/>
          <w:sz w:val="28"/>
          <w:szCs w:val="28"/>
          <w:lang w:val="kk-KZ"/>
        </w:rPr>
        <w:t xml:space="preserve">18) шеттік шарттарын ескеріп тікбұрышты С және В матрицаларының өрнектерінен көрініп тұрғандай, </w:t>
      </w:r>
      <w:r w:rsidR="00A07FF5" w:rsidRPr="00B75A9A">
        <w:rPr>
          <w:rFonts w:ascii="Times New Roman" w:hAnsi="Times New Roman" w:cs="Times New Roman"/>
          <w:position w:val="-6"/>
          <w:sz w:val="28"/>
          <w:szCs w:val="28"/>
        </w:rPr>
        <w:object w:dxaOrig="920" w:dyaOrig="300" w14:anchorId="6D4F9EC0">
          <v:shape id="_x0000_i1176" type="#_x0000_t75" style="width:45.9pt;height:15.8pt" o:ole="">
            <v:imagedata r:id="rId316" o:title=""/>
          </v:shape>
          <o:OLEObject Type="Embed" ProgID="Equation.DSMT4" ShapeID="_x0000_i1176" DrawAspect="Content" ObjectID="_1840331630" r:id="rId317"/>
        </w:object>
      </w:r>
      <w:r w:rsidR="00BA7984" w:rsidRPr="00B75A9A">
        <w:rPr>
          <w:rFonts w:ascii="Times New Roman" w:eastAsia="Times New Roman" w:hAnsi="Times New Roman" w:cs="Times New Roman"/>
          <w:position w:val="-12"/>
          <w:sz w:val="28"/>
          <w:szCs w:val="28"/>
          <w:lang w:val="kk-KZ"/>
        </w:rPr>
        <w:t xml:space="preserve"> </w:t>
      </w:r>
      <w:r w:rsidR="00BA7984" w:rsidRPr="00B75A9A">
        <w:rPr>
          <w:rFonts w:ascii="Times New Roman" w:eastAsia="Times New Roman" w:hAnsi="Times New Roman" w:cs="Times New Roman"/>
          <w:sz w:val="28"/>
          <w:szCs w:val="28"/>
          <w:lang w:val="kk-KZ"/>
        </w:rPr>
        <w:t xml:space="preserve">матрицасы үшін сипаттамалық теңдеудің екі жағдайына </w:t>
      </w:r>
      <w:r w:rsidR="00BA7984" w:rsidRPr="00B75A9A">
        <w:rPr>
          <w:rFonts w:ascii="Times New Roman" w:eastAsia="Times New Roman" w:hAnsi="Times New Roman" w:cs="Times New Roman"/>
          <w:i/>
          <w:sz w:val="28"/>
          <w:szCs w:val="28"/>
          <w:lang w:val="kk-KZ"/>
        </w:rPr>
        <w:t>(i)</w:t>
      </w:r>
      <w:r w:rsidR="00BA7984" w:rsidRPr="00B75A9A">
        <w:rPr>
          <w:rFonts w:ascii="Times New Roman" w:eastAsia="Times New Roman" w:hAnsi="Times New Roman" w:cs="Times New Roman"/>
          <w:sz w:val="28"/>
          <w:szCs w:val="28"/>
          <w:lang w:val="kk-KZ"/>
        </w:rPr>
        <w:t xml:space="preserve"> және </w:t>
      </w:r>
      <w:r w:rsidR="00BA7984" w:rsidRPr="00B75A9A">
        <w:rPr>
          <w:rFonts w:ascii="Times New Roman" w:eastAsia="Times New Roman" w:hAnsi="Times New Roman" w:cs="Times New Roman"/>
          <w:i/>
          <w:sz w:val="28"/>
          <w:szCs w:val="28"/>
          <w:lang w:val="kk-KZ"/>
        </w:rPr>
        <w:t>(ii)</w:t>
      </w:r>
      <w:r w:rsidR="00BA7984" w:rsidRPr="00B75A9A">
        <w:rPr>
          <w:rFonts w:ascii="Times New Roman" w:eastAsia="Times New Roman" w:hAnsi="Times New Roman" w:cs="Times New Roman"/>
          <w:sz w:val="28"/>
          <w:szCs w:val="28"/>
          <w:lang w:val="kk-KZ"/>
        </w:rPr>
        <w:t xml:space="preserve"> сәйкес, бізде нақты өрнек бар.</w:t>
      </w:r>
    </w:p>
    <w:p w14:paraId="72230928" w14:textId="77777777" w:rsidR="00DD01B6" w:rsidRPr="00B75A9A" w:rsidRDefault="00DD01B6" w:rsidP="00DD01B6">
      <w:pPr>
        <w:spacing w:before="100" w:beforeAutospacing="1" w:after="100" w:afterAutospacing="1" w:line="240" w:lineRule="auto"/>
        <w:ind w:firstLine="708"/>
        <w:jc w:val="both"/>
        <w:rPr>
          <w:rFonts w:ascii="Times New Roman" w:eastAsia="Times New Roman" w:hAnsi="Times New Roman" w:cs="Times New Roman"/>
          <w:sz w:val="28"/>
          <w:szCs w:val="28"/>
          <w:lang w:val="kk-KZ"/>
        </w:rPr>
      </w:pPr>
    </w:p>
    <w:p w14:paraId="45234648" w14:textId="5D3A2042" w:rsidR="00BA7984" w:rsidRPr="00B75A9A" w:rsidRDefault="00BA7984" w:rsidP="00BA7984">
      <w:pPr>
        <w:tabs>
          <w:tab w:val="left" w:pos="3810"/>
        </w:tabs>
        <w:spacing w:after="0" w:line="240" w:lineRule="auto"/>
        <w:jc w:val="right"/>
        <w:rPr>
          <w:rFonts w:ascii="Times New Roman" w:eastAsia="Times New Roman" w:hAnsi="Times New Roman" w:cs="Times New Roman"/>
          <w:sz w:val="28"/>
          <w:szCs w:val="28"/>
          <w:lang w:val="kk-KZ"/>
        </w:rPr>
      </w:pPr>
      <w:r w:rsidRPr="00B75A9A">
        <w:rPr>
          <w:rFonts w:ascii="Times New Roman" w:eastAsia="Times New Roman" w:hAnsi="Times New Roman" w:cs="Times New Roman"/>
          <w:position w:val="-40"/>
          <w:sz w:val="28"/>
          <w:szCs w:val="28"/>
          <w:lang w:val="kk-KZ"/>
        </w:rPr>
        <w:t xml:space="preserve">          </w:t>
      </w:r>
      <w:r w:rsidR="00A07FF5" w:rsidRPr="00B75A9A">
        <w:rPr>
          <w:rFonts w:ascii="Times New Roman" w:hAnsi="Times New Roman" w:cs="Times New Roman"/>
          <w:position w:val="-46"/>
          <w:sz w:val="28"/>
          <w:szCs w:val="28"/>
        </w:rPr>
        <w:object w:dxaOrig="5720" w:dyaOrig="1060" w14:anchorId="228A18D9">
          <v:shape id="_x0000_i1177" type="#_x0000_t75" style="width:284.85pt;height:53.8pt" o:ole="">
            <v:imagedata r:id="rId318" o:title=""/>
          </v:shape>
          <o:OLEObject Type="Embed" ProgID="Equation.DSMT4" ShapeID="_x0000_i1177" DrawAspect="Content" ObjectID="_1840331631" r:id="rId319"/>
        </w:object>
      </w:r>
      <w:r w:rsidRPr="00B75A9A">
        <w:rPr>
          <w:rFonts w:ascii="Times New Roman" w:eastAsia="Times New Roman" w:hAnsi="Times New Roman" w:cs="Times New Roman"/>
          <w:position w:val="-30"/>
          <w:sz w:val="28"/>
          <w:szCs w:val="28"/>
          <w:lang w:val="kk-KZ"/>
        </w:rPr>
        <w:t xml:space="preserve">                   </w:t>
      </w:r>
      <w:r w:rsidR="00170271" w:rsidRPr="00B75A9A">
        <w:rPr>
          <w:rFonts w:ascii="Times New Roman" w:eastAsia="Times New Roman" w:hAnsi="Times New Roman" w:cs="Times New Roman"/>
          <w:sz w:val="28"/>
          <w:szCs w:val="28"/>
          <w:lang w:val="kk-KZ"/>
        </w:rPr>
        <w:t>(</w:t>
      </w:r>
      <w:r w:rsidRPr="00B75A9A">
        <w:rPr>
          <w:rFonts w:ascii="Times New Roman" w:eastAsia="Times New Roman" w:hAnsi="Times New Roman" w:cs="Times New Roman"/>
          <w:sz w:val="28"/>
          <w:szCs w:val="28"/>
          <w:lang w:val="kk-KZ"/>
        </w:rPr>
        <w:t>31)</w:t>
      </w:r>
    </w:p>
    <w:p w14:paraId="754C10A5" w14:textId="77777777" w:rsidR="00BA7984" w:rsidRPr="00B75A9A" w:rsidRDefault="00BA7984" w:rsidP="00DD01B6">
      <w:pPr>
        <w:tabs>
          <w:tab w:val="left" w:pos="3810"/>
        </w:tabs>
        <w:spacing w:after="0" w:line="240" w:lineRule="auto"/>
        <w:rPr>
          <w:rFonts w:ascii="Times New Roman" w:eastAsia="Times New Roman" w:hAnsi="Times New Roman" w:cs="Times New Roman"/>
          <w:sz w:val="28"/>
          <w:szCs w:val="28"/>
          <w:lang w:val="kk-KZ"/>
        </w:rPr>
      </w:pPr>
    </w:p>
    <w:p w14:paraId="022777A4" w14:textId="77777777" w:rsidR="00BA7984" w:rsidRPr="00B75A9A" w:rsidRDefault="00BA7984" w:rsidP="00BA7984">
      <w:pPr>
        <w:spacing w:after="0" w:line="240" w:lineRule="auto"/>
        <w:jc w:val="both"/>
        <w:outlineLvl w:val="1"/>
        <w:rPr>
          <w:rFonts w:ascii="Times New Roman" w:eastAsia="Times New Roman" w:hAnsi="Times New Roman" w:cs="Times New Roman"/>
          <w:sz w:val="28"/>
          <w:szCs w:val="28"/>
          <w:lang w:val="kk-KZ"/>
        </w:rPr>
      </w:pPr>
      <w:r w:rsidRPr="00B75A9A">
        <w:rPr>
          <w:rFonts w:ascii="Times New Roman" w:eastAsia="Times New Roman" w:hAnsi="Times New Roman" w:cs="Times New Roman"/>
          <w:sz w:val="28"/>
          <w:szCs w:val="28"/>
          <w:lang w:val="kk-KZ"/>
        </w:rPr>
        <w:t xml:space="preserve">Мұндағы </w:t>
      </w:r>
      <w:r w:rsidR="00A07FF5" w:rsidRPr="00B75A9A">
        <w:rPr>
          <w:rFonts w:ascii="Times New Roman" w:hAnsi="Times New Roman" w:cs="Times New Roman"/>
          <w:position w:val="-12"/>
          <w:sz w:val="28"/>
          <w:szCs w:val="28"/>
        </w:rPr>
        <w:object w:dxaOrig="4260" w:dyaOrig="420" w14:anchorId="26E8024B">
          <v:shape id="_x0000_i1178" type="#_x0000_t75" style="width:212.85pt;height:20.55pt" o:ole="">
            <v:imagedata r:id="rId320" o:title=""/>
          </v:shape>
          <o:OLEObject Type="Embed" ProgID="Equation.DSMT4" ShapeID="_x0000_i1178" DrawAspect="Content" ObjectID="_1840331632" r:id="rId321"/>
        </w:object>
      </w:r>
      <w:r w:rsidRPr="00B75A9A">
        <w:rPr>
          <w:rFonts w:ascii="Times New Roman" w:eastAsia="Times New Roman" w:hAnsi="Times New Roman" w:cs="Times New Roman"/>
          <w:position w:val="-12"/>
          <w:sz w:val="28"/>
          <w:szCs w:val="28"/>
          <w:lang w:val="kk-KZ"/>
        </w:rPr>
        <w:t xml:space="preserve"> </w:t>
      </w:r>
      <w:r w:rsidRPr="00B75A9A">
        <w:rPr>
          <w:rFonts w:ascii="Times New Roman" w:eastAsia="Times New Roman" w:hAnsi="Times New Roman" w:cs="Times New Roman"/>
          <w:sz w:val="28"/>
          <w:szCs w:val="28"/>
          <w:lang w:val="kk-KZ"/>
        </w:rPr>
        <w:t xml:space="preserve">Айта кетейік, мұнда </w:t>
      </w:r>
      <w:r w:rsidR="00A07FF5" w:rsidRPr="00B75A9A">
        <w:rPr>
          <w:rFonts w:ascii="Times New Roman" w:hAnsi="Times New Roman" w:cs="Times New Roman"/>
          <w:position w:val="-12"/>
          <w:sz w:val="28"/>
          <w:szCs w:val="28"/>
        </w:rPr>
        <w:object w:dxaOrig="1840" w:dyaOrig="380" w14:anchorId="2DACB956">
          <v:shape id="_x0000_i1179" type="#_x0000_t75" style="width:87.8pt;height:18.2pt" o:ole="">
            <v:imagedata r:id="rId322" o:title=""/>
          </v:shape>
          <o:OLEObject Type="Embed" ProgID="Equation.DSMT4" ShapeID="_x0000_i1179" DrawAspect="Content" ObjectID="_1840331633" r:id="rId323"/>
        </w:object>
      </w:r>
      <w:r w:rsidRPr="00B75A9A">
        <w:rPr>
          <w:rFonts w:ascii="Times New Roman" w:eastAsia="Times New Roman" w:hAnsi="Times New Roman" w:cs="Times New Roman"/>
          <w:sz w:val="28"/>
          <w:szCs w:val="28"/>
          <w:lang w:val="kk-KZ"/>
        </w:rPr>
        <w:t xml:space="preserve">және </w:t>
      </w:r>
      <w:r w:rsidRPr="00B75A9A">
        <w:rPr>
          <w:rFonts w:ascii="Times New Roman" w:eastAsia="Times New Roman" w:hAnsi="Times New Roman" w:cs="Times New Roman"/>
          <w:bCs/>
          <w:sz w:val="28"/>
          <w:szCs w:val="28"/>
          <w:lang w:val="kk-KZ"/>
        </w:rPr>
        <w:t xml:space="preserve">G матрицасы іс жүзінде </w:t>
      </w:r>
      <w:r w:rsidR="00A07FF5" w:rsidRPr="00B75A9A">
        <w:rPr>
          <w:rFonts w:ascii="Times New Roman" w:hAnsi="Times New Roman" w:cs="Times New Roman"/>
          <w:position w:val="-6"/>
          <w:sz w:val="28"/>
          <w:szCs w:val="28"/>
        </w:rPr>
        <w:object w:dxaOrig="600" w:dyaOrig="300" w14:anchorId="564ED3A9">
          <v:shape id="_x0000_i1180" type="#_x0000_t75" style="width:29.25pt;height:15.8pt" o:ole="">
            <v:imagedata r:id="rId324" o:title=""/>
          </v:shape>
          <o:OLEObject Type="Embed" ProgID="Equation.DSMT4" ShapeID="_x0000_i1180" DrawAspect="Content" ObjectID="_1840331634" r:id="rId325"/>
        </w:object>
      </w:r>
      <w:r w:rsidRPr="00B75A9A">
        <w:rPr>
          <w:rFonts w:ascii="Times New Roman" w:eastAsia="Times New Roman" w:hAnsi="Times New Roman" w:cs="Times New Roman"/>
          <w:bCs/>
          <w:sz w:val="28"/>
          <w:szCs w:val="28"/>
          <w:lang w:val="kk-KZ"/>
        </w:rPr>
        <w:t xml:space="preserve"> айнымалысына тәуелді, өйткені </w:t>
      </w:r>
      <w:r w:rsidR="00A07FF5" w:rsidRPr="00B75A9A">
        <w:rPr>
          <w:rFonts w:ascii="Times New Roman" w:hAnsi="Times New Roman" w:cs="Times New Roman"/>
          <w:position w:val="-6"/>
          <w:sz w:val="28"/>
          <w:szCs w:val="28"/>
        </w:rPr>
        <w:object w:dxaOrig="200" w:dyaOrig="240" w14:anchorId="291AD5CF">
          <v:shape id="_x0000_i1181" type="#_x0000_t75" style="width:9.5pt;height:11.85pt" o:ole="">
            <v:imagedata r:id="rId326" o:title=""/>
          </v:shape>
          <o:OLEObject Type="Embed" ProgID="Equation.DSMT4" ShapeID="_x0000_i1181" DrawAspect="Content" ObjectID="_1840331635" r:id="rId327"/>
        </w:object>
      </w:r>
      <w:r w:rsidRPr="00B75A9A">
        <w:rPr>
          <w:rFonts w:ascii="Times New Roman" w:eastAsia="Times New Roman" w:hAnsi="Times New Roman" w:cs="Times New Roman"/>
          <w:bCs/>
          <w:sz w:val="28"/>
          <w:szCs w:val="28"/>
          <w:lang w:val="kk-KZ"/>
        </w:rPr>
        <w:t xml:space="preserve"> осы айнымалының функциясы болып табылады</w:t>
      </w:r>
      <w:r w:rsidRPr="00B75A9A">
        <w:rPr>
          <w:rFonts w:ascii="Times New Roman" w:eastAsia="Times New Roman" w:hAnsi="Times New Roman" w:cs="Times New Roman"/>
          <w:sz w:val="28"/>
          <w:szCs w:val="28"/>
          <w:lang w:val="kk-KZ"/>
        </w:rPr>
        <w:t>.</w:t>
      </w:r>
    </w:p>
    <w:p w14:paraId="3F257F0F" w14:textId="7633C4E4" w:rsidR="00BA7984" w:rsidRPr="00B75A9A" w:rsidRDefault="00BA7984" w:rsidP="00BA7984">
      <w:pPr>
        <w:spacing w:after="0" w:line="240" w:lineRule="auto"/>
        <w:ind w:firstLine="708"/>
        <w:jc w:val="both"/>
        <w:outlineLvl w:val="1"/>
        <w:rPr>
          <w:rFonts w:ascii="Times New Roman" w:eastAsia="Times New Roman" w:hAnsi="Times New Roman" w:cs="Times New Roman"/>
          <w:sz w:val="28"/>
          <w:szCs w:val="28"/>
          <w:lang w:val="kk-KZ"/>
        </w:rPr>
      </w:pPr>
      <w:r w:rsidRPr="00B75A9A">
        <w:rPr>
          <w:rFonts w:ascii="Times New Roman" w:eastAsia="Times New Roman" w:hAnsi="Times New Roman" w:cs="Times New Roman"/>
          <w:b/>
          <w:bCs/>
          <w:color w:val="0F1115"/>
          <w:sz w:val="28"/>
          <w:szCs w:val="28"/>
          <w:lang w:val="kk-KZ"/>
        </w:rPr>
        <w:t>Теорема 4.</w:t>
      </w:r>
      <w:r w:rsidRPr="00B75A9A">
        <w:rPr>
          <w:rFonts w:ascii="Times New Roman" w:eastAsia="Times New Roman" w:hAnsi="Times New Roman" w:cs="Times New Roman"/>
          <w:b/>
          <w:bCs/>
          <w:i/>
          <w:color w:val="0F1115"/>
          <w:sz w:val="28"/>
          <w:szCs w:val="28"/>
          <w:lang w:val="kk-KZ"/>
        </w:rPr>
        <w:t xml:space="preserve"> </w:t>
      </w:r>
      <w:r w:rsidR="00170271" w:rsidRPr="00B75A9A">
        <w:rPr>
          <w:rFonts w:ascii="Times New Roman" w:eastAsia="Times New Roman" w:hAnsi="Times New Roman" w:cs="Times New Roman"/>
          <w:sz w:val="28"/>
          <w:szCs w:val="28"/>
          <w:lang w:val="kk-KZ"/>
        </w:rPr>
        <w:t>Онда (16), (</w:t>
      </w:r>
      <w:r w:rsidRPr="00B75A9A">
        <w:rPr>
          <w:rFonts w:ascii="Times New Roman" w:eastAsia="Times New Roman" w:hAnsi="Times New Roman" w:cs="Times New Roman"/>
          <w:sz w:val="28"/>
          <w:szCs w:val="28"/>
          <w:lang w:val="kk-KZ"/>
        </w:rPr>
        <w:t xml:space="preserve">18) шеттік есебі </w:t>
      </w:r>
      <w:r w:rsidR="00A07FF5" w:rsidRPr="00B75A9A">
        <w:rPr>
          <w:rFonts w:ascii="Times New Roman" w:hAnsi="Times New Roman" w:cs="Times New Roman"/>
          <w:position w:val="-12"/>
          <w:sz w:val="28"/>
          <w:szCs w:val="28"/>
        </w:rPr>
        <w:object w:dxaOrig="2020" w:dyaOrig="440" w14:anchorId="058930C2">
          <v:shape id="_x0000_i1182" type="#_x0000_t75" style="width:100.5pt;height:20.55pt" o:ole="">
            <v:imagedata r:id="rId328" o:title=""/>
          </v:shape>
          <o:OLEObject Type="Embed" ProgID="Equation.DSMT4" ShapeID="_x0000_i1182" DrawAspect="Content" ObjectID="_1840331636" r:id="rId329"/>
        </w:object>
      </w:r>
      <w:r w:rsidRPr="00B75A9A">
        <w:rPr>
          <w:rFonts w:ascii="Times New Roman" w:eastAsia="Times New Roman" w:hAnsi="Times New Roman" w:cs="Times New Roman"/>
          <w:position w:val="-4"/>
          <w:sz w:val="28"/>
          <w:szCs w:val="28"/>
          <w:lang w:val="kk-KZ"/>
        </w:rPr>
        <w:t xml:space="preserve"> </w:t>
      </w:r>
      <w:r w:rsidRPr="00B75A9A">
        <w:rPr>
          <w:rFonts w:ascii="Times New Roman" w:eastAsia="Times New Roman" w:hAnsi="Times New Roman" w:cs="Times New Roman"/>
          <w:sz w:val="28"/>
          <w:szCs w:val="28"/>
          <w:lang w:val="kk-KZ"/>
        </w:rPr>
        <w:t>класында фредгольмді шешімд</w:t>
      </w:r>
      <w:r w:rsidR="00170271" w:rsidRPr="00B75A9A">
        <w:rPr>
          <w:rFonts w:ascii="Times New Roman" w:eastAsia="Times New Roman" w:hAnsi="Times New Roman" w:cs="Times New Roman"/>
          <w:sz w:val="28"/>
          <w:szCs w:val="28"/>
          <w:lang w:val="kk-KZ"/>
        </w:rPr>
        <w:t>і сонда тек сонда ғана, егер (</w:t>
      </w:r>
      <w:r w:rsidRPr="00B75A9A">
        <w:rPr>
          <w:rFonts w:ascii="Times New Roman" w:eastAsia="Times New Roman" w:hAnsi="Times New Roman" w:cs="Times New Roman"/>
          <w:sz w:val="28"/>
          <w:szCs w:val="28"/>
          <w:lang w:val="kk-KZ"/>
        </w:rPr>
        <w:t xml:space="preserve">31) теңдікте анықталған </w:t>
      </w:r>
      <w:r w:rsidR="00A07FF5" w:rsidRPr="00B75A9A">
        <w:rPr>
          <w:rFonts w:ascii="Times New Roman" w:hAnsi="Times New Roman" w:cs="Times New Roman"/>
          <w:position w:val="-6"/>
          <w:sz w:val="28"/>
          <w:szCs w:val="28"/>
        </w:rPr>
        <w:object w:dxaOrig="279" w:dyaOrig="300" w14:anchorId="7B202BAF">
          <v:shape id="_x0000_i1183" type="#_x0000_t75" style="width:15.8pt;height:15.8pt" o:ole="">
            <v:imagedata r:id="rId330" o:title=""/>
          </v:shape>
          <o:OLEObject Type="Embed" ProgID="Equation.DSMT4" ShapeID="_x0000_i1183" DrawAspect="Content" ObjectID="_1840331637" r:id="rId331"/>
        </w:object>
      </w:r>
      <w:r w:rsidRPr="00B75A9A">
        <w:rPr>
          <w:rFonts w:ascii="Times New Roman" w:eastAsia="Times New Roman" w:hAnsi="Times New Roman" w:cs="Times New Roman"/>
          <w:position w:val="-12"/>
          <w:sz w:val="28"/>
          <w:szCs w:val="28"/>
          <w:lang w:val="kk-KZ"/>
        </w:rPr>
        <w:t xml:space="preserve"> </w:t>
      </w:r>
      <w:r w:rsidRPr="00B75A9A">
        <w:rPr>
          <w:rFonts w:ascii="Times New Roman" w:eastAsia="Times New Roman" w:hAnsi="Times New Roman" w:cs="Times New Roman"/>
          <w:sz w:val="28"/>
          <w:szCs w:val="28"/>
          <w:lang w:val="kk-KZ"/>
        </w:rPr>
        <w:t>матрица-функциясы керіленетін болса. Осы шарт орындалса, есептің индексі төмендегі формуламен есептелінеді:</w:t>
      </w:r>
    </w:p>
    <w:p w14:paraId="1C8829F0" w14:textId="77777777" w:rsidR="00BA7984" w:rsidRPr="00B75A9A" w:rsidRDefault="00BA7984" w:rsidP="00BA7984">
      <w:pPr>
        <w:spacing w:after="0" w:line="240" w:lineRule="auto"/>
        <w:ind w:firstLine="708"/>
        <w:jc w:val="both"/>
        <w:outlineLvl w:val="1"/>
        <w:rPr>
          <w:rFonts w:ascii="Times New Roman" w:eastAsia="Times New Roman" w:hAnsi="Times New Roman" w:cs="Times New Roman"/>
          <w:sz w:val="28"/>
          <w:szCs w:val="28"/>
          <w:lang w:val="kk-KZ"/>
        </w:rPr>
      </w:pPr>
    </w:p>
    <w:p w14:paraId="2EBD8B3E" w14:textId="7C8F5A04" w:rsidR="00BA7984" w:rsidRPr="00B75A9A" w:rsidRDefault="00BA7984" w:rsidP="00BA7984">
      <w:pPr>
        <w:spacing w:after="0" w:line="240" w:lineRule="auto"/>
        <w:jc w:val="right"/>
        <w:rPr>
          <w:rFonts w:ascii="Times New Roman" w:eastAsia="Times New Roman" w:hAnsi="Times New Roman" w:cs="Times New Roman"/>
          <w:sz w:val="28"/>
          <w:szCs w:val="28"/>
          <w:lang w:val="kk-KZ"/>
        </w:rPr>
      </w:pPr>
      <w:r w:rsidRPr="00B75A9A">
        <w:rPr>
          <w:rFonts w:ascii="Times New Roman" w:eastAsia="Times New Roman" w:hAnsi="Times New Roman" w:cs="Times New Roman"/>
          <w:position w:val="-12"/>
          <w:sz w:val="28"/>
          <w:szCs w:val="28"/>
          <w:lang w:val="kk-KZ"/>
        </w:rPr>
        <w:t xml:space="preserve">                                               </w:t>
      </w:r>
      <w:r w:rsidR="00A07FF5" w:rsidRPr="00B75A9A">
        <w:rPr>
          <w:rFonts w:ascii="Times New Roman" w:hAnsi="Times New Roman" w:cs="Times New Roman"/>
          <w:position w:val="-12"/>
          <w:sz w:val="28"/>
          <w:szCs w:val="28"/>
        </w:rPr>
        <w:object w:dxaOrig="2140" w:dyaOrig="380" w14:anchorId="1C38D508">
          <v:shape id="_x0000_i1184" type="#_x0000_t75" style="width:106pt;height:18.2pt" o:ole="">
            <v:imagedata r:id="rId332" o:title=""/>
          </v:shape>
          <o:OLEObject Type="Embed" ProgID="Equation.DSMT4" ShapeID="_x0000_i1184" DrawAspect="Content" ObjectID="_1840331638" r:id="rId333"/>
        </w:object>
      </w:r>
      <w:r w:rsidRPr="00B75A9A">
        <w:rPr>
          <w:rFonts w:ascii="Times New Roman" w:eastAsia="Times New Roman" w:hAnsi="Times New Roman" w:cs="Times New Roman"/>
          <w:position w:val="-30"/>
          <w:sz w:val="28"/>
          <w:szCs w:val="28"/>
          <w:lang w:val="kk-KZ"/>
        </w:rPr>
        <w:t xml:space="preserve">                                              </w:t>
      </w:r>
      <w:r w:rsidR="00170271" w:rsidRPr="00B75A9A">
        <w:rPr>
          <w:rFonts w:ascii="Times New Roman" w:eastAsia="Times New Roman" w:hAnsi="Times New Roman" w:cs="Times New Roman"/>
          <w:sz w:val="28"/>
          <w:szCs w:val="28"/>
          <w:lang w:val="kk-KZ"/>
        </w:rPr>
        <w:t>(</w:t>
      </w:r>
      <w:r w:rsidRPr="00B75A9A">
        <w:rPr>
          <w:rFonts w:ascii="Times New Roman" w:eastAsia="Times New Roman" w:hAnsi="Times New Roman" w:cs="Times New Roman"/>
          <w:sz w:val="28"/>
          <w:szCs w:val="28"/>
          <w:lang w:val="kk-KZ"/>
        </w:rPr>
        <w:t>32)</w:t>
      </w:r>
    </w:p>
    <w:p w14:paraId="3893A610" w14:textId="77777777" w:rsidR="00BA7984" w:rsidRPr="00B75A9A" w:rsidRDefault="00BA7984" w:rsidP="00DD01B6">
      <w:pPr>
        <w:spacing w:after="0" w:line="240" w:lineRule="auto"/>
        <w:rPr>
          <w:rFonts w:ascii="Times New Roman" w:eastAsia="Times New Roman" w:hAnsi="Times New Roman" w:cs="Times New Roman"/>
          <w:sz w:val="28"/>
          <w:szCs w:val="28"/>
          <w:lang w:val="kk-KZ"/>
        </w:rPr>
      </w:pPr>
    </w:p>
    <w:p w14:paraId="135673CE" w14:textId="52B013A4" w:rsidR="00BA7984" w:rsidRPr="00B75A9A" w:rsidRDefault="00170271" w:rsidP="00BA7984">
      <w:pPr>
        <w:spacing w:after="0" w:line="240" w:lineRule="auto"/>
        <w:outlineLvl w:val="1"/>
        <w:rPr>
          <w:rFonts w:ascii="Times New Roman" w:eastAsia="Times New Roman" w:hAnsi="Times New Roman" w:cs="Times New Roman"/>
          <w:sz w:val="28"/>
          <w:szCs w:val="28"/>
          <w:lang w:val="kk-KZ"/>
        </w:rPr>
      </w:pPr>
      <w:r w:rsidRPr="00B75A9A">
        <w:rPr>
          <w:rFonts w:ascii="Times New Roman" w:eastAsia="Times New Roman" w:hAnsi="Times New Roman" w:cs="Times New Roman"/>
          <w:sz w:val="28"/>
          <w:szCs w:val="28"/>
          <w:lang w:val="kk-KZ"/>
        </w:rPr>
        <w:t>(</w:t>
      </w:r>
      <w:r w:rsidR="00BA7984" w:rsidRPr="00B75A9A">
        <w:rPr>
          <w:rFonts w:ascii="Times New Roman" w:eastAsia="Times New Roman" w:hAnsi="Times New Roman" w:cs="Times New Roman"/>
          <w:sz w:val="28"/>
          <w:szCs w:val="28"/>
          <w:lang w:val="kk-KZ"/>
        </w:rPr>
        <w:t>31) матрицасының анықтауышын төмендегі түрде жазамыз</w:t>
      </w:r>
    </w:p>
    <w:p w14:paraId="76A55DF4" w14:textId="77777777" w:rsidR="00BA7984" w:rsidRPr="00B75A9A" w:rsidRDefault="00BA7984" w:rsidP="00BA7984">
      <w:pPr>
        <w:spacing w:after="0" w:line="240" w:lineRule="auto"/>
        <w:outlineLvl w:val="1"/>
        <w:rPr>
          <w:rFonts w:ascii="Times New Roman" w:eastAsia="Times New Roman" w:hAnsi="Times New Roman" w:cs="Times New Roman"/>
          <w:sz w:val="28"/>
          <w:szCs w:val="28"/>
          <w:lang w:val="kk-KZ"/>
        </w:rPr>
      </w:pPr>
    </w:p>
    <w:p w14:paraId="41125BB7" w14:textId="4BA52CCE" w:rsidR="00BA7984" w:rsidRPr="00B75A9A" w:rsidRDefault="00A07FF5" w:rsidP="00BA7984">
      <w:pPr>
        <w:spacing w:after="0" w:line="240" w:lineRule="auto"/>
        <w:jc w:val="right"/>
        <w:rPr>
          <w:rFonts w:ascii="Times New Roman" w:eastAsia="Times New Roman" w:hAnsi="Times New Roman" w:cs="Times New Roman"/>
          <w:sz w:val="28"/>
          <w:szCs w:val="28"/>
          <w:lang w:val="kk-KZ"/>
        </w:rPr>
      </w:pPr>
      <w:r w:rsidRPr="00B75A9A">
        <w:rPr>
          <w:rFonts w:ascii="Times New Roman" w:hAnsi="Times New Roman" w:cs="Times New Roman"/>
          <w:position w:val="-42"/>
          <w:sz w:val="28"/>
          <w:szCs w:val="28"/>
        </w:rPr>
        <w:object w:dxaOrig="6960" w:dyaOrig="980" w14:anchorId="4B516281">
          <v:shape id="_x0000_i1185" type="#_x0000_t75" style="width:346.55pt;height:46.7pt" o:ole="">
            <v:imagedata r:id="rId334" o:title=""/>
          </v:shape>
          <o:OLEObject Type="Embed" ProgID="Equation.DSMT4" ShapeID="_x0000_i1185" DrawAspect="Content" ObjectID="_1840331639" r:id="rId335"/>
        </w:object>
      </w:r>
      <w:r w:rsidR="00BA7984" w:rsidRPr="00B75A9A">
        <w:rPr>
          <w:rFonts w:ascii="Times New Roman" w:eastAsia="Times New Roman" w:hAnsi="Times New Roman" w:cs="Times New Roman"/>
          <w:position w:val="-30"/>
          <w:sz w:val="28"/>
          <w:szCs w:val="28"/>
          <w:lang w:val="kk-KZ"/>
        </w:rPr>
        <w:t xml:space="preserve">     </w:t>
      </w:r>
      <w:r w:rsidR="00170271" w:rsidRPr="00B75A9A">
        <w:rPr>
          <w:rFonts w:ascii="Times New Roman" w:eastAsia="Times New Roman" w:hAnsi="Times New Roman" w:cs="Times New Roman"/>
          <w:sz w:val="28"/>
          <w:szCs w:val="28"/>
          <w:lang w:val="kk-KZ"/>
        </w:rPr>
        <w:t>(</w:t>
      </w:r>
      <w:r w:rsidR="00BA7984" w:rsidRPr="00B75A9A">
        <w:rPr>
          <w:rFonts w:ascii="Times New Roman" w:eastAsia="Times New Roman" w:hAnsi="Times New Roman" w:cs="Times New Roman"/>
          <w:sz w:val="28"/>
          <w:szCs w:val="28"/>
          <w:lang w:val="kk-KZ"/>
        </w:rPr>
        <w:t>33)</w:t>
      </w:r>
    </w:p>
    <w:p w14:paraId="785561E8" w14:textId="77777777" w:rsidR="00BA7984" w:rsidRPr="00B75A9A" w:rsidRDefault="00BA7984" w:rsidP="00BA7984">
      <w:pPr>
        <w:spacing w:after="0" w:line="240" w:lineRule="auto"/>
        <w:outlineLvl w:val="1"/>
        <w:rPr>
          <w:rFonts w:ascii="Times New Roman" w:eastAsia="Times New Roman" w:hAnsi="Times New Roman" w:cs="Times New Roman"/>
          <w:sz w:val="28"/>
          <w:szCs w:val="28"/>
          <w:lang w:val="kk-KZ"/>
        </w:rPr>
      </w:pPr>
    </w:p>
    <w:p w14:paraId="7E99E6BB" w14:textId="77777777" w:rsidR="00BA7984" w:rsidRPr="00B75A9A" w:rsidRDefault="00BA7984" w:rsidP="00BA7984">
      <w:pPr>
        <w:spacing w:after="0" w:line="240" w:lineRule="auto"/>
        <w:outlineLvl w:val="1"/>
        <w:rPr>
          <w:rFonts w:ascii="Times New Roman" w:eastAsia="Times New Roman" w:hAnsi="Times New Roman" w:cs="Times New Roman"/>
          <w:sz w:val="28"/>
          <w:szCs w:val="28"/>
          <w:lang w:val="kk-KZ"/>
        </w:rPr>
      </w:pPr>
      <w:r w:rsidRPr="00B75A9A">
        <w:rPr>
          <w:rFonts w:ascii="Times New Roman" w:eastAsia="Times New Roman" w:hAnsi="Times New Roman" w:cs="Times New Roman"/>
          <w:sz w:val="28"/>
          <w:szCs w:val="28"/>
          <w:lang w:val="kk-KZ"/>
        </w:rPr>
        <w:t>мұнда туынды екінші аргумент бойынша алынады.</w:t>
      </w:r>
    </w:p>
    <w:p w14:paraId="71359209" w14:textId="77777777" w:rsidR="00BA7984" w:rsidRPr="00B75A9A" w:rsidRDefault="00BA7984" w:rsidP="00BA7984">
      <w:pPr>
        <w:spacing w:after="0" w:line="240" w:lineRule="auto"/>
        <w:outlineLvl w:val="1"/>
        <w:rPr>
          <w:rFonts w:ascii="Times New Roman" w:eastAsia="Times New Roman" w:hAnsi="Times New Roman" w:cs="Times New Roman"/>
          <w:sz w:val="28"/>
          <w:szCs w:val="28"/>
          <w:lang w:val="kk-KZ"/>
        </w:rPr>
      </w:pPr>
    </w:p>
    <w:p w14:paraId="2F305816" w14:textId="6A142AA2" w:rsidR="00BA7984" w:rsidRPr="00B75A9A" w:rsidRDefault="00BA7984" w:rsidP="00BA7984">
      <w:pPr>
        <w:spacing w:after="0" w:line="240" w:lineRule="auto"/>
        <w:ind w:firstLine="708"/>
        <w:outlineLvl w:val="1"/>
        <w:rPr>
          <w:rFonts w:ascii="Times New Roman" w:eastAsia="Times New Roman" w:hAnsi="Times New Roman" w:cs="Times New Roman"/>
          <w:sz w:val="28"/>
          <w:szCs w:val="28"/>
          <w:lang w:val="kk-KZ"/>
        </w:rPr>
      </w:pPr>
      <w:r w:rsidRPr="00B75A9A">
        <w:rPr>
          <w:rFonts w:ascii="Times New Roman" w:eastAsia="Times New Roman" w:hAnsi="Times New Roman" w:cs="Times New Roman"/>
          <w:b/>
          <w:sz w:val="28"/>
          <w:szCs w:val="28"/>
          <w:lang w:val="kk-KZ"/>
        </w:rPr>
        <w:t>Теорема 5</w:t>
      </w:r>
      <w:r w:rsidRPr="00B75A9A">
        <w:rPr>
          <w:rFonts w:ascii="Times New Roman" w:eastAsia="Times New Roman" w:hAnsi="Times New Roman" w:cs="Times New Roman"/>
          <w:b/>
          <w:i/>
          <w:sz w:val="28"/>
          <w:szCs w:val="28"/>
          <w:lang w:val="kk-KZ"/>
        </w:rPr>
        <w:t xml:space="preserve">. </w:t>
      </w:r>
      <w:r w:rsidRPr="00B75A9A">
        <w:rPr>
          <w:rFonts w:ascii="Times New Roman" w:eastAsia="Times New Roman" w:hAnsi="Times New Roman" w:cs="Times New Roman"/>
          <w:sz w:val="28"/>
          <w:szCs w:val="28"/>
          <w:lang w:val="kk-KZ"/>
        </w:rPr>
        <w:t xml:space="preserve">Айталық, </w:t>
      </w:r>
      <w:r w:rsidR="00A07FF5" w:rsidRPr="00B75A9A">
        <w:rPr>
          <w:rFonts w:ascii="Times New Roman" w:hAnsi="Times New Roman" w:cs="Times New Roman"/>
          <w:position w:val="-12"/>
          <w:sz w:val="28"/>
          <w:szCs w:val="28"/>
        </w:rPr>
        <w:object w:dxaOrig="1980" w:dyaOrig="380" w14:anchorId="0C3CDD76">
          <v:shape id="_x0000_i1186" type="#_x0000_t75" style="width:98.1pt;height:18.2pt" o:ole="">
            <v:imagedata r:id="rId336" o:title=""/>
          </v:shape>
          <o:OLEObject Type="Embed" ProgID="Equation.DSMT4" ShapeID="_x0000_i1186" DrawAspect="Content" ObjectID="_1840331640" r:id="rId337"/>
        </w:object>
      </w:r>
      <w:r w:rsidRPr="00B75A9A">
        <w:rPr>
          <w:rFonts w:ascii="Times New Roman" w:eastAsia="Times New Roman" w:hAnsi="Times New Roman" w:cs="Times New Roman"/>
          <w:position w:val="-12"/>
          <w:sz w:val="28"/>
          <w:szCs w:val="28"/>
          <w:lang w:val="kk-KZ"/>
        </w:rPr>
        <w:t xml:space="preserve"> </w:t>
      </w:r>
      <w:r w:rsidRPr="00B75A9A">
        <w:rPr>
          <w:rFonts w:ascii="Times New Roman" w:eastAsia="Times New Roman" w:hAnsi="Times New Roman" w:cs="Times New Roman"/>
          <w:sz w:val="28"/>
          <w:szCs w:val="28"/>
          <w:lang w:val="kk-KZ"/>
        </w:rPr>
        <w:t xml:space="preserve">мұндағы </w:t>
      </w:r>
      <w:r w:rsidR="00A07FF5" w:rsidRPr="00B75A9A">
        <w:rPr>
          <w:rFonts w:ascii="Times New Roman" w:hAnsi="Times New Roman" w:cs="Times New Roman"/>
          <w:position w:val="-6"/>
          <w:sz w:val="28"/>
          <w:szCs w:val="28"/>
        </w:rPr>
        <w:object w:dxaOrig="980" w:dyaOrig="300" w14:anchorId="1608AF3E">
          <v:shape id="_x0000_i1187" type="#_x0000_t75" style="width:46.7pt;height:15.8pt" o:ole="">
            <v:imagedata r:id="rId338" o:title=""/>
          </v:shape>
          <o:OLEObject Type="Embed" ProgID="Equation.DSMT4" ShapeID="_x0000_i1187" DrawAspect="Content" ObjectID="_1840331641" r:id="rId339"/>
        </w:object>
      </w:r>
      <w:r w:rsidRPr="00B75A9A">
        <w:rPr>
          <w:rFonts w:ascii="Times New Roman" w:eastAsia="Times New Roman" w:hAnsi="Times New Roman" w:cs="Times New Roman"/>
          <w:sz w:val="28"/>
          <w:szCs w:val="28"/>
          <w:lang w:val="kk-KZ"/>
        </w:rPr>
        <w:t xml:space="preserve"> және </w:t>
      </w:r>
      <w:r w:rsidR="00A07FF5" w:rsidRPr="00B75A9A">
        <w:rPr>
          <w:rFonts w:ascii="Times New Roman" w:hAnsi="Times New Roman" w:cs="Times New Roman"/>
          <w:position w:val="-6"/>
          <w:sz w:val="28"/>
          <w:szCs w:val="28"/>
        </w:rPr>
        <w:object w:dxaOrig="600" w:dyaOrig="279" w14:anchorId="663799EA">
          <v:shape id="_x0000_i1188" type="#_x0000_t75" style="width:29.25pt;height:15.8pt" o:ole="">
            <v:imagedata r:id="rId340" o:title=""/>
          </v:shape>
          <o:OLEObject Type="Embed" ProgID="Equation.DSMT4" ShapeID="_x0000_i1188" DrawAspect="Content" ObjectID="_1840331642" r:id="rId341"/>
        </w:object>
      </w:r>
      <w:r w:rsidRPr="00B75A9A">
        <w:rPr>
          <w:rFonts w:ascii="Times New Roman" w:eastAsia="Times New Roman" w:hAnsi="Times New Roman" w:cs="Times New Roman"/>
          <w:position w:val="-12"/>
          <w:sz w:val="28"/>
          <w:szCs w:val="28"/>
          <w:lang w:val="kk-KZ"/>
        </w:rPr>
        <w:t xml:space="preserve"> </w:t>
      </w:r>
      <w:r w:rsidR="00170271" w:rsidRPr="00B75A9A">
        <w:rPr>
          <w:rFonts w:ascii="Times New Roman" w:eastAsia="Times New Roman" w:hAnsi="Times New Roman" w:cs="Times New Roman"/>
          <w:sz w:val="28"/>
          <w:szCs w:val="28"/>
          <w:lang w:val="kk-KZ"/>
        </w:rPr>
        <w:t>Онда (16), (</w:t>
      </w:r>
      <w:r w:rsidRPr="00B75A9A">
        <w:rPr>
          <w:rFonts w:ascii="Times New Roman" w:eastAsia="Times New Roman" w:hAnsi="Times New Roman" w:cs="Times New Roman"/>
          <w:sz w:val="28"/>
          <w:szCs w:val="28"/>
          <w:lang w:val="kk-KZ"/>
        </w:rPr>
        <w:t>18) есебінің фредгольмді шешімділігі келесі шартпен пара-пар</w:t>
      </w:r>
    </w:p>
    <w:p w14:paraId="6CAFFE5C" w14:textId="77777777" w:rsidR="00BA7984" w:rsidRPr="00B75A9A" w:rsidRDefault="00BA7984" w:rsidP="00BA7984">
      <w:pPr>
        <w:spacing w:after="0" w:line="240" w:lineRule="auto"/>
        <w:outlineLvl w:val="1"/>
        <w:rPr>
          <w:rFonts w:ascii="Times New Roman" w:eastAsia="Times New Roman" w:hAnsi="Times New Roman" w:cs="Times New Roman"/>
          <w:sz w:val="28"/>
          <w:szCs w:val="28"/>
          <w:lang w:val="kk-KZ"/>
        </w:rPr>
      </w:pPr>
    </w:p>
    <w:p w14:paraId="36BDFC5E" w14:textId="76C99FF6" w:rsidR="00BA7984" w:rsidRPr="00B75A9A" w:rsidRDefault="00BA7984" w:rsidP="00BA7984">
      <w:pPr>
        <w:spacing w:after="0" w:line="240" w:lineRule="auto"/>
        <w:jc w:val="right"/>
        <w:rPr>
          <w:rFonts w:ascii="Times New Roman" w:eastAsia="Times New Roman" w:hAnsi="Times New Roman" w:cs="Times New Roman"/>
          <w:sz w:val="28"/>
          <w:szCs w:val="28"/>
          <w:lang w:val="kk-KZ"/>
        </w:rPr>
      </w:pPr>
      <w:r w:rsidRPr="00B75A9A">
        <w:rPr>
          <w:rFonts w:ascii="Times New Roman" w:eastAsia="Times New Roman" w:hAnsi="Times New Roman" w:cs="Times New Roman"/>
          <w:position w:val="-12"/>
          <w:sz w:val="28"/>
          <w:szCs w:val="28"/>
          <w:lang w:val="kk-KZ"/>
        </w:rPr>
        <w:t xml:space="preserve">                </w:t>
      </w:r>
      <w:r w:rsidR="00A07FF5" w:rsidRPr="00B75A9A">
        <w:rPr>
          <w:rFonts w:ascii="Times New Roman" w:hAnsi="Times New Roman" w:cs="Times New Roman"/>
          <w:position w:val="-14"/>
          <w:sz w:val="28"/>
          <w:szCs w:val="28"/>
        </w:rPr>
        <w:object w:dxaOrig="1320" w:dyaOrig="460" w14:anchorId="7E188F47">
          <v:shape id="_x0000_i1189" type="#_x0000_t75" style="width:64.9pt;height:25.3pt" o:ole="">
            <v:imagedata r:id="rId342" o:title=""/>
          </v:shape>
          <o:OLEObject Type="Embed" ProgID="Equation.DSMT4" ShapeID="_x0000_i1189" DrawAspect="Content" ObjectID="_1840331643" r:id="rId343"/>
        </w:object>
      </w:r>
      <w:r w:rsidRPr="00B75A9A">
        <w:rPr>
          <w:rFonts w:ascii="Times New Roman" w:eastAsia="Times New Roman" w:hAnsi="Times New Roman" w:cs="Times New Roman"/>
          <w:position w:val="-30"/>
          <w:sz w:val="28"/>
          <w:szCs w:val="28"/>
          <w:lang w:val="kk-KZ"/>
        </w:rPr>
        <w:t xml:space="preserve">                                                  </w:t>
      </w:r>
      <w:r w:rsidR="00170271" w:rsidRPr="00B75A9A">
        <w:rPr>
          <w:rFonts w:ascii="Times New Roman" w:eastAsia="Times New Roman" w:hAnsi="Times New Roman" w:cs="Times New Roman"/>
          <w:sz w:val="28"/>
          <w:szCs w:val="28"/>
          <w:lang w:val="kk-KZ"/>
        </w:rPr>
        <w:t>(</w:t>
      </w:r>
      <w:r w:rsidRPr="00B75A9A">
        <w:rPr>
          <w:rFonts w:ascii="Times New Roman" w:eastAsia="Times New Roman" w:hAnsi="Times New Roman" w:cs="Times New Roman"/>
          <w:sz w:val="28"/>
          <w:szCs w:val="28"/>
          <w:lang w:val="kk-KZ"/>
        </w:rPr>
        <w:t>34)</w:t>
      </w:r>
    </w:p>
    <w:p w14:paraId="3187802F" w14:textId="77777777" w:rsidR="00BA7984" w:rsidRPr="00B75A9A" w:rsidRDefault="00BA7984" w:rsidP="00BA7984">
      <w:pPr>
        <w:spacing w:after="0" w:line="240" w:lineRule="auto"/>
        <w:jc w:val="right"/>
        <w:rPr>
          <w:rFonts w:ascii="Times New Roman" w:eastAsia="Times New Roman" w:hAnsi="Times New Roman" w:cs="Times New Roman"/>
          <w:sz w:val="28"/>
          <w:szCs w:val="28"/>
          <w:lang w:val="kk-KZ"/>
        </w:rPr>
      </w:pPr>
    </w:p>
    <w:p w14:paraId="364D6357" w14:textId="77777777" w:rsidR="00BA7984" w:rsidRPr="00B75A9A" w:rsidRDefault="00BA7984" w:rsidP="00BA7984">
      <w:pPr>
        <w:spacing w:after="0" w:line="240" w:lineRule="auto"/>
        <w:rPr>
          <w:rFonts w:ascii="Times New Roman" w:eastAsia="Times New Roman" w:hAnsi="Times New Roman" w:cs="Times New Roman"/>
          <w:sz w:val="28"/>
          <w:szCs w:val="28"/>
          <w:lang w:val="kk-KZ"/>
        </w:rPr>
      </w:pPr>
      <w:r w:rsidRPr="00B75A9A">
        <w:rPr>
          <w:rFonts w:ascii="Times New Roman" w:eastAsia="Times New Roman" w:hAnsi="Times New Roman" w:cs="Times New Roman"/>
          <w:sz w:val="28"/>
          <w:szCs w:val="28"/>
          <w:lang w:val="kk-KZ"/>
        </w:rPr>
        <w:t>және оның индексі төмендегі формуламен беріледі</w:t>
      </w:r>
    </w:p>
    <w:p w14:paraId="51E8D965" w14:textId="77777777" w:rsidR="00BA7984" w:rsidRPr="00B75A9A" w:rsidRDefault="00BA7984" w:rsidP="00BA7984">
      <w:pPr>
        <w:spacing w:after="0" w:line="240" w:lineRule="auto"/>
        <w:rPr>
          <w:rFonts w:ascii="Times New Roman" w:eastAsia="Times New Roman" w:hAnsi="Times New Roman" w:cs="Times New Roman"/>
          <w:sz w:val="28"/>
          <w:szCs w:val="28"/>
          <w:lang w:val="kk-KZ"/>
        </w:rPr>
      </w:pPr>
    </w:p>
    <w:p w14:paraId="6CE8DAE5" w14:textId="5A049AC6" w:rsidR="00BA7984" w:rsidRPr="00B75A9A" w:rsidRDefault="00BA7984" w:rsidP="00BA7984">
      <w:pPr>
        <w:spacing w:after="0" w:line="240" w:lineRule="auto"/>
        <w:jc w:val="right"/>
        <w:outlineLvl w:val="1"/>
        <w:rPr>
          <w:rFonts w:ascii="Times New Roman" w:eastAsia="Times New Roman" w:hAnsi="Times New Roman" w:cs="Times New Roman"/>
          <w:sz w:val="28"/>
          <w:szCs w:val="28"/>
          <w:lang w:val="kk-KZ"/>
        </w:rPr>
      </w:pPr>
      <w:r w:rsidRPr="00B75A9A">
        <w:rPr>
          <w:rFonts w:ascii="Times New Roman" w:eastAsia="Times New Roman" w:hAnsi="Times New Roman" w:cs="Times New Roman"/>
          <w:position w:val="-12"/>
          <w:sz w:val="28"/>
          <w:szCs w:val="28"/>
          <w:lang w:val="kk-KZ"/>
        </w:rPr>
        <w:t xml:space="preserve">                 </w:t>
      </w:r>
      <w:r w:rsidR="00A07FF5" w:rsidRPr="00B75A9A">
        <w:rPr>
          <w:rFonts w:ascii="Times New Roman" w:hAnsi="Times New Roman" w:cs="Times New Roman"/>
          <w:position w:val="-42"/>
          <w:sz w:val="28"/>
          <w:szCs w:val="28"/>
        </w:rPr>
        <w:object w:dxaOrig="2280" w:dyaOrig="980" w14:anchorId="0F3D9EDE">
          <v:shape id="_x0000_i1190" type="#_x0000_t75" style="width:115.5pt;height:46.7pt" o:ole="">
            <v:imagedata r:id="rId344" o:title=""/>
          </v:shape>
          <o:OLEObject Type="Embed" ProgID="Equation.DSMT4" ShapeID="_x0000_i1190" DrawAspect="Content" ObjectID="_1840331644" r:id="rId345"/>
        </w:object>
      </w:r>
      <w:r w:rsidRPr="00B75A9A">
        <w:rPr>
          <w:rFonts w:ascii="Times New Roman" w:eastAsia="Times New Roman" w:hAnsi="Times New Roman" w:cs="Times New Roman"/>
          <w:position w:val="-30"/>
          <w:sz w:val="28"/>
          <w:szCs w:val="28"/>
          <w:lang w:val="kk-KZ"/>
        </w:rPr>
        <w:t xml:space="preserve">                                          </w:t>
      </w:r>
      <w:r w:rsidR="00170271" w:rsidRPr="00B75A9A">
        <w:rPr>
          <w:rFonts w:ascii="Times New Roman" w:eastAsia="Times New Roman" w:hAnsi="Times New Roman" w:cs="Times New Roman"/>
          <w:sz w:val="28"/>
          <w:szCs w:val="28"/>
          <w:lang w:val="kk-KZ"/>
        </w:rPr>
        <w:t>(</w:t>
      </w:r>
      <w:r w:rsidRPr="00B75A9A">
        <w:rPr>
          <w:rFonts w:ascii="Times New Roman" w:eastAsia="Times New Roman" w:hAnsi="Times New Roman" w:cs="Times New Roman"/>
          <w:sz w:val="28"/>
          <w:szCs w:val="28"/>
          <w:lang w:val="kk-KZ"/>
        </w:rPr>
        <w:t>35)</w:t>
      </w:r>
    </w:p>
    <w:p w14:paraId="3C226FEA" w14:textId="77777777" w:rsidR="007C53FF" w:rsidRPr="00B75A9A" w:rsidRDefault="007C53FF" w:rsidP="00BA7984">
      <w:pPr>
        <w:spacing w:after="0" w:line="240" w:lineRule="auto"/>
        <w:jc w:val="right"/>
        <w:outlineLvl w:val="1"/>
        <w:rPr>
          <w:rFonts w:ascii="Times New Roman" w:eastAsia="Times New Roman" w:hAnsi="Times New Roman" w:cs="Times New Roman"/>
          <w:sz w:val="28"/>
          <w:szCs w:val="28"/>
          <w:lang w:val="kk-KZ"/>
        </w:rPr>
      </w:pPr>
    </w:p>
    <w:p w14:paraId="102C2D11" w14:textId="6427DBE9" w:rsidR="00BA7984" w:rsidRPr="00B75A9A" w:rsidRDefault="00BA7984" w:rsidP="00BA7984">
      <w:pPr>
        <w:spacing w:after="0" w:line="240" w:lineRule="auto"/>
        <w:ind w:firstLine="709"/>
        <w:jc w:val="both"/>
        <w:rPr>
          <w:rFonts w:ascii="Times New Roman" w:eastAsia="Book Antiqua" w:hAnsi="Times New Roman" w:cs="Times New Roman"/>
          <w:color w:val="000000" w:themeColor="text1"/>
          <w:kern w:val="24"/>
          <w:sz w:val="28"/>
          <w:szCs w:val="28"/>
          <w:lang w:val="kk-KZ"/>
        </w:rPr>
      </w:pPr>
      <w:r w:rsidRPr="00B75A9A">
        <w:rPr>
          <w:rFonts w:ascii="Times New Roman" w:eastAsia="Book Antiqua" w:hAnsi="Times New Roman" w:cs="Times New Roman"/>
          <w:b/>
          <w:bCs/>
          <w:iCs/>
          <w:color w:val="000000" w:themeColor="text1"/>
          <w:kern w:val="24"/>
          <w:sz w:val="28"/>
          <w:szCs w:val="28"/>
          <w:lang w:val="kk-KZ"/>
        </w:rPr>
        <w:t>Теорема 6.</w:t>
      </w:r>
      <w:r w:rsidRPr="00B75A9A">
        <w:rPr>
          <w:rFonts w:ascii="Times New Roman" w:eastAsia="Book Antiqua" w:hAnsi="Times New Roman" w:cs="Times New Roman"/>
          <w:i/>
          <w:iCs/>
          <w:color w:val="FF0000"/>
          <w:kern w:val="24"/>
          <w:sz w:val="28"/>
          <w:szCs w:val="28"/>
          <w:lang w:val="kk-KZ"/>
        </w:rPr>
        <w:t xml:space="preserve"> </w:t>
      </w:r>
      <w:r w:rsidRPr="00B75A9A">
        <w:rPr>
          <w:rFonts w:ascii="Times New Roman" w:eastAsia="Book Antiqua" w:hAnsi="Times New Roman" w:cs="Times New Roman"/>
          <w:color w:val="000000" w:themeColor="text1"/>
          <w:kern w:val="24"/>
          <w:sz w:val="28"/>
          <w:szCs w:val="28"/>
          <w:lang w:val="kk-KZ"/>
        </w:rPr>
        <w:t xml:space="preserve">Контур </w:t>
      </w:r>
      <w:r w:rsidR="00A07FF5" w:rsidRPr="00B75A9A">
        <w:rPr>
          <w:rFonts w:ascii="Times New Roman" w:hAnsi="Times New Roman" w:cs="Times New Roman"/>
          <w:position w:val="-6"/>
          <w:sz w:val="28"/>
          <w:szCs w:val="28"/>
        </w:rPr>
        <w:object w:dxaOrig="960" w:dyaOrig="360" w14:anchorId="4A0458BB">
          <v:shape id="_x0000_i1191" type="#_x0000_t75" style="width:46.7pt;height:18.2pt" o:ole="">
            <v:imagedata r:id="rId346" o:title=""/>
          </v:shape>
          <o:OLEObject Type="Embed" ProgID="Equation.DSMT4" ShapeID="_x0000_i1191" DrawAspect="Content" ObjectID="_1840331645" r:id="rId347"/>
        </w:object>
      </w:r>
      <w:r w:rsidRPr="00B75A9A">
        <w:rPr>
          <w:rFonts w:ascii="Times New Roman" w:eastAsia="Times New Roman" w:hAnsi="Times New Roman" w:cs="Times New Roman"/>
          <w:position w:val="-12"/>
          <w:sz w:val="28"/>
          <w:szCs w:val="28"/>
          <w:lang w:val="kk-KZ"/>
        </w:rPr>
        <w:t xml:space="preserve"> </w:t>
      </w:r>
      <w:r w:rsidRPr="00B75A9A">
        <w:rPr>
          <w:rFonts w:ascii="Times New Roman" w:eastAsia="Book Antiqua" w:hAnsi="Times New Roman" w:cs="Times New Roman"/>
          <w:color w:val="000000" w:themeColor="text1"/>
          <w:kern w:val="24"/>
          <w:sz w:val="28"/>
          <w:szCs w:val="28"/>
          <w:lang w:val="kk-KZ"/>
        </w:rPr>
        <w:t xml:space="preserve">байланысқан компоненттерден тұрсын: </w:t>
      </w:r>
      <w:r w:rsidR="00A07FF5" w:rsidRPr="00B75A9A">
        <w:rPr>
          <w:rFonts w:ascii="Times New Roman" w:hAnsi="Times New Roman" w:cs="Times New Roman"/>
          <w:position w:val="-12"/>
          <w:sz w:val="28"/>
          <w:szCs w:val="28"/>
        </w:rPr>
        <w:object w:dxaOrig="1400" w:dyaOrig="380" w14:anchorId="23CCCC9C">
          <v:shape id="_x0000_i1192" type="#_x0000_t75" style="width:68.85pt;height:18.2pt" o:ole="">
            <v:imagedata r:id="rId348" o:title=""/>
          </v:shape>
          <o:OLEObject Type="Embed" ProgID="Equation.DSMT4" ShapeID="_x0000_i1192" DrawAspect="Content" ObjectID="_1840331646" r:id="rId349"/>
        </w:object>
      </w:r>
      <w:r w:rsidRPr="00B75A9A">
        <w:rPr>
          <w:rFonts w:ascii="Times New Roman" w:eastAsia="Times New Roman" w:hAnsi="Times New Roman" w:cs="Times New Roman"/>
          <w:position w:val="-6"/>
          <w:sz w:val="28"/>
          <w:szCs w:val="28"/>
          <w:lang w:val="kk-KZ"/>
        </w:rPr>
        <w:t xml:space="preserve"> </w:t>
      </w:r>
      <w:r w:rsidRPr="00B75A9A">
        <w:rPr>
          <w:rFonts w:ascii="Times New Roman" w:eastAsia="Book Antiqua" w:hAnsi="Times New Roman" w:cs="Times New Roman"/>
          <w:color w:val="000000" w:themeColor="text1"/>
          <w:kern w:val="24"/>
          <w:sz w:val="28"/>
          <w:szCs w:val="28"/>
          <w:lang w:val="kk-KZ"/>
        </w:rPr>
        <w:t xml:space="preserve">мұнда </w:t>
      </w:r>
      <m:oMath>
        <m:sSub>
          <m:sSubPr>
            <m:ctrlPr>
              <w:rPr>
                <w:rFonts w:ascii="Cambria Math" w:hAnsi="Cambria Math" w:cs="Times New Roman"/>
                <w:i/>
                <w:iCs/>
                <w:color w:val="000000" w:themeColor="text1"/>
                <w:kern w:val="24"/>
                <w:sz w:val="28"/>
                <w:szCs w:val="28"/>
              </w:rPr>
            </m:ctrlPr>
          </m:sSubPr>
          <m:e>
            <m:r>
              <m:rPr>
                <m:sty m:val="p"/>
              </m:rPr>
              <w:rPr>
                <w:rFonts w:ascii="Cambria Math" w:hAnsi="Cambria Math" w:cs="Times New Roman"/>
                <w:color w:val="000000" w:themeColor="text1"/>
                <w:kern w:val="24"/>
                <w:sz w:val="28"/>
                <w:szCs w:val="28"/>
                <w:lang w:val="kk-KZ"/>
              </w:rPr>
              <m:t>Г</m:t>
            </m:r>
          </m:e>
          <m:sub>
            <m:r>
              <m:rPr>
                <m:sty m:val="p"/>
              </m:rPr>
              <w:rPr>
                <w:rFonts w:ascii="Cambria Math" w:hAnsi="Cambria Math" w:cs="Times New Roman"/>
                <w:color w:val="000000" w:themeColor="text1"/>
                <w:kern w:val="24"/>
                <w:sz w:val="28"/>
                <w:szCs w:val="28"/>
                <w:lang w:val="kk-KZ"/>
              </w:rPr>
              <m:t>0</m:t>
            </m:r>
          </m:sub>
        </m:sSub>
      </m:oMath>
      <w:r w:rsidRPr="00B75A9A">
        <w:rPr>
          <w:rFonts w:ascii="Times New Roman" w:eastAsia="Book Antiqua" w:hAnsi="Times New Roman" w:cs="Times New Roman"/>
          <w:color w:val="000000" w:themeColor="text1"/>
          <w:kern w:val="24"/>
          <w:sz w:val="28"/>
          <w:szCs w:val="28"/>
          <w:lang w:val="kk-KZ"/>
        </w:rPr>
        <w:t xml:space="preserve"> </w:t>
      </w:r>
      <w:r w:rsidR="00A07FF5" w:rsidRPr="00B75A9A">
        <w:rPr>
          <w:rFonts w:ascii="Times New Roman" w:hAnsi="Times New Roman" w:cs="Times New Roman"/>
          <w:position w:val="-12"/>
          <w:sz w:val="28"/>
          <w:szCs w:val="28"/>
        </w:rPr>
        <w:object w:dxaOrig="340" w:dyaOrig="380" w14:anchorId="02D24BE0">
          <v:shape id="_x0000_i1193" type="#_x0000_t75" style="width:15.8pt;height:18.2pt" o:ole="">
            <v:imagedata r:id="rId350" o:title=""/>
          </v:shape>
          <o:OLEObject Type="Embed" ProgID="Equation.DSMT4" ShapeID="_x0000_i1193" DrawAspect="Content" ObjectID="_1840331647" r:id="rId351"/>
        </w:object>
      </w:r>
      <w:r w:rsidRPr="00B75A9A">
        <w:rPr>
          <w:rFonts w:ascii="Times New Roman" w:eastAsia="Times New Roman" w:hAnsi="Times New Roman" w:cs="Times New Roman"/>
          <w:position w:val="-6"/>
          <w:sz w:val="28"/>
          <w:szCs w:val="28"/>
          <w:lang w:val="kk-KZ"/>
        </w:rPr>
        <w:t xml:space="preserve"> </w:t>
      </w:r>
      <w:r w:rsidRPr="00B75A9A">
        <w:rPr>
          <w:rFonts w:ascii="Times New Roman" w:eastAsia="Book Antiqua" w:hAnsi="Times New Roman" w:cs="Times New Roman"/>
          <w:color w:val="000000" w:themeColor="text1"/>
          <w:kern w:val="24"/>
          <w:sz w:val="28"/>
          <w:szCs w:val="28"/>
          <w:lang w:val="kk-KZ"/>
        </w:rPr>
        <w:t>барлық контурларды қамтиды және келесі шарт</w:t>
      </w:r>
    </w:p>
    <w:p w14:paraId="09C99C7A" w14:textId="77777777" w:rsidR="00BA7984" w:rsidRPr="00B75A9A" w:rsidRDefault="00BA7984" w:rsidP="00BA7984">
      <w:pPr>
        <w:spacing w:after="0" w:line="240" w:lineRule="auto"/>
        <w:ind w:firstLine="709"/>
        <w:jc w:val="both"/>
        <w:rPr>
          <w:rFonts w:ascii="Times New Roman" w:eastAsia="Book Antiqua" w:hAnsi="Times New Roman" w:cs="Times New Roman"/>
          <w:color w:val="000000" w:themeColor="text1"/>
          <w:kern w:val="24"/>
          <w:sz w:val="28"/>
          <w:szCs w:val="28"/>
          <w:lang w:val="kk-KZ"/>
        </w:rPr>
      </w:pPr>
    </w:p>
    <w:p w14:paraId="1684A9BF" w14:textId="3D30227C" w:rsidR="00BA7984" w:rsidRPr="00B75A9A" w:rsidRDefault="00A07FF5" w:rsidP="00BA7984">
      <w:pPr>
        <w:spacing w:after="0" w:line="240" w:lineRule="auto"/>
        <w:ind w:firstLine="709"/>
        <w:jc w:val="right"/>
        <w:rPr>
          <w:rFonts w:ascii="Times New Roman" w:eastAsia="Calibri" w:hAnsi="Times New Roman" w:cs="Times New Roman"/>
          <w:color w:val="000000" w:themeColor="text1"/>
          <w:kern w:val="24"/>
          <w:sz w:val="28"/>
          <w:szCs w:val="28"/>
          <w:lang w:val="kk-KZ"/>
        </w:rPr>
      </w:pPr>
      <w:r w:rsidRPr="00B75A9A">
        <w:rPr>
          <w:rFonts w:ascii="Times New Roman" w:hAnsi="Times New Roman" w:cs="Times New Roman"/>
          <w:position w:val="-34"/>
          <w:sz w:val="28"/>
          <w:szCs w:val="28"/>
        </w:rPr>
        <w:object w:dxaOrig="6520" w:dyaOrig="780" w14:anchorId="58B583A0">
          <v:shape id="_x0000_i1194" type="#_x0000_t75" style="width:327.55pt;height:38pt" o:ole="">
            <v:imagedata r:id="rId352" o:title=""/>
          </v:shape>
          <o:OLEObject Type="Embed" ProgID="Equation.DSMT4" ShapeID="_x0000_i1194" DrawAspect="Content" ObjectID="_1840331648" r:id="rId353"/>
        </w:object>
      </w:r>
      <w:r w:rsidR="00BA7984" w:rsidRPr="00B75A9A">
        <w:rPr>
          <w:rFonts w:ascii="Times New Roman" w:eastAsia="Times New Roman" w:hAnsi="Times New Roman" w:cs="Times New Roman"/>
          <w:position w:val="-6"/>
          <w:sz w:val="28"/>
          <w:szCs w:val="28"/>
          <w:lang w:val="kk-KZ"/>
        </w:rPr>
        <w:t xml:space="preserve">,     </w:t>
      </w:r>
      <w:r w:rsidR="00170271" w:rsidRPr="00B75A9A">
        <w:rPr>
          <w:rFonts w:ascii="Times New Roman" w:eastAsia="Calibri" w:hAnsi="Times New Roman" w:cs="Times New Roman"/>
          <w:color w:val="000000" w:themeColor="text1"/>
          <w:kern w:val="24"/>
          <w:sz w:val="28"/>
          <w:szCs w:val="28"/>
          <w:lang w:val="kk-KZ"/>
        </w:rPr>
        <w:t xml:space="preserve">     (</w:t>
      </w:r>
      <w:r w:rsidR="00BA7984" w:rsidRPr="00B75A9A">
        <w:rPr>
          <w:rFonts w:ascii="Times New Roman" w:eastAsia="Calibri" w:hAnsi="Times New Roman" w:cs="Times New Roman"/>
          <w:color w:val="000000" w:themeColor="text1"/>
          <w:kern w:val="24"/>
          <w:sz w:val="28"/>
          <w:szCs w:val="28"/>
          <w:lang w:val="kk-KZ"/>
        </w:rPr>
        <w:t>36)</w:t>
      </w:r>
    </w:p>
    <w:p w14:paraId="7A70CB6A" w14:textId="77777777" w:rsidR="00BA7984" w:rsidRPr="00B75A9A" w:rsidRDefault="00BA7984" w:rsidP="00BA7984">
      <w:pPr>
        <w:spacing w:after="0" w:line="240" w:lineRule="auto"/>
        <w:ind w:firstLine="709"/>
        <w:jc w:val="right"/>
        <w:rPr>
          <w:rFonts w:ascii="Times New Roman" w:eastAsia="Times New Roman" w:hAnsi="Times New Roman" w:cs="Times New Roman"/>
          <w:sz w:val="28"/>
          <w:szCs w:val="28"/>
          <w:lang w:val="kk-KZ"/>
        </w:rPr>
      </w:pPr>
    </w:p>
    <w:p w14:paraId="5438A934" w14:textId="26417B42" w:rsidR="00BA7984" w:rsidRPr="00B75A9A" w:rsidRDefault="00170271" w:rsidP="0033027A">
      <w:pPr>
        <w:spacing w:after="0" w:line="240" w:lineRule="auto"/>
        <w:jc w:val="both"/>
        <w:rPr>
          <w:rFonts w:ascii="Times New Roman" w:eastAsia="Book Antiqua" w:hAnsi="Times New Roman" w:cs="Times New Roman"/>
          <w:color w:val="000000" w:themeColor="text1"/>
          <w:kern w:val="24"/>
          <w:sz w:val="28"/>
          <w:szCs w:val="28"/>
          <w:lang w:val="kk-KZ"/>
        </w:rPr>
      </w:pPr>
      <w:r w:rsidRPr="00B75A9A">
        <w:rPr>
          <w:rFonts w:ascii="Times New Roman" w:eastAsia="Book Antiqua" w:hAnsi="Times New Roman" w:cs="Times New Roman"/>
          <w:color w:val="000000" w:themeColor="text1"/>
          <w:kern w:val="24"/>
          <w:sz w:val="28"/>
          <w:szCs w:val="28"/>
          <w:lang w:val="kk-KZ"/>
        </w:rPr>
        <w:t>(16), (</w:t>
      </w:r>
      <w:r w:rsidR="00BA7984" w:rsidRPr="00B75A9A">
        <w:rPr>
          <w:rFonts w:ascii="Times New Roman" w:eastAsia="Book Antiqua" w:hAnsi="Times New Roman" w:cs="Times New Roman"/>
          <w:color w:val="000000" w:themeColor="text1"/>
          <w:kern w:val="24"/>
          <w:sz w:val="28"/>
          <w:szCs w:val="28"/>
          <w:lang w:val="kk-KZ"/>
        </w:rPr>
        <w:t>18) есебінің фредгольмді шешімділігінің шарты болып табылады. Оның æ индексі келесі формуламен есептелінеді:</w:t>
      </w:r>
    </w:p>
    <w:p w14:paraId="1CC007EF" w14:textId="77777777" w:rsidR="00BA7984" w:rsidRPr="00B75A9A" w:rsidRDefault="00BA7984" w:rsidP="00BA7984">
      <w:pPr>
        <w:spacing w:after="0" w:line="240" w:lineRule="auto"/>
        <w:ind w:firstLine="709"/>
        <w:jc w:val="both"/>
        <w:rPr>
          <w:rFonts w:ascii="Times New Roman" w:eastAsia="Times New Roman" w:hAnsi="Times New Roman" w:cs="Times New Roman"/>
          <w:sz w:val="28"/>
          <w:szCs w:val="28"/>
          <w:lang w:val="kk-KZ"/>
        </w:rPr>
      </w:pPr>
    </w:p>
    <w:p w14:paraId="0DFD1FB6" w14:textId="77777777" w:rsidR="00BA7984" w:rsidRPr="00B75A9A" w:rsidRDefault="00A07FF5" w:rsidP="00BA7984">
      <w:pPr>
        <w:spacing w:after="0" w:line="240" w:lineRule="auto"/>
        <w:ind w:firstLine="706"/>
        <w:jc w:val="center"/>
        <w:rPr>
          <w:rFonts w:ascii="Times New Roman" w:eastAsia="Times New Roman" w:hAnsi="Times New Roman" w:cs="Times New Roman"/>
          <w:position w:val="-6"/>
          <w:sz w:val="28"/>
          <w:szCs w:val="28"/>
          <w:lang w:val="kk-KZ"/>
        </w:rPr>
      </w:pPr>
      <w:r w:rsidRPr="00B75A9A">
        <w:rPr>
          <w:rFonts w:ascii="Times New Roman" w:hAnsi="Times New Roman" w:cs="Times New Roman"/>
          <w:position w:val="-12"/>
          <w:sz w:val="28"/>
          <w:szCs w:val="28"/>
        </w:rPr>
        <w:object w:dxaOrig="1760" w:dyaOrig="360" w14:anchorId="46877442">
          <v:shape id="_x0000_i1195" type="#_x0000_t75" style="width:87.8pt;height:18.2pt" o:ole="">
            <v:imagedata r:id="rId354" o:title=""/>
          </v:shape>
          <o:OLEObject Type="Embed" ProgID="Equation.DSMT4" ShapeID="_x0000_i1195" DrawAspect="Content" ObjectID="_1840331649" r:id="rId355"/>
        </w:object>
      </w:r>
    </w:p>
    <w:p w14:paraId="42B65253" w14:textId="77777777" w:rsidR="00BA7984" w:rsidRPr="00B75A9A" w:rsidRDefault="00BA7984" w:rsidP="00BA7984">
      <w:pPr>
        <w:spacing w:after="0" w:line="240" w:lineRule="auto"/>
        <w:ind w:firstLine="706"/>
        <w:rPr>
          <w:rFonts w:ascii="Times New Roman" w:eastAsia="Times New Roman" w:hAnsi="Times New Roman" w:cs="Times New Roman"/>
          <w:sz w:val="28"/>
          <w:szCs w:val="28"/>
          <w:lang w:val="kk-KZ"/>
        </w:rPr>
      </w:pPr>
    </w:p>
    <w:p w14:paraId="6780FF62" w14:textId="166003DF" w:rsidR="00BA7984" w:rsidRPr="00B75A9A" w:rsidRDefault="00BA7984" w:rsidP="00DD01B6">
      <w:pPr>
        <w:spacing w:after="0" w:line="240" w:lineRule="auto"/>
        <w:rPr>
          <w:rFonts w:ascii="Times New Roman" w:eastAsia="Times New Roman" w:hAnsi="Times New Roman" w:cs="Times New Roman"/>
          <w:color w:val="000000" w:themeColor="text1"/>
          <w:kern w:val="24"/>
          <w:sz w:val="28"/>
          <w:szCs w:val="28"/>
          <w:lang w:val="kk-KZ"/>
        </w:rPr>
      </w:pPr>
      <w:r w:rsidRPr="00B75A9A">
        <w:rPr>
          <w:rFonts w:ascii="Times New Roman" w:eastAsia="Times New Roman" w:hAnsi="Times New Roman" w:cs="Times New Roman"/>
          <w:color w:val="000000" w:themeColor="text1"/>
          <w:kern w:val="24"/>
          <w:sz w:val="28"/>
          <w:szCs w:val="28"/>
          <w:lang w:val="kk-KZ"/>
        </w:rPr>
        <w:t>мұнда</w:t>
      </w:r>
      <w:r w:rsidR="0033027A" w:rsidRPr="00B75A9A">
        <w:rPr>
          <w:rFonts w:ascii="Times New Roman" w:eastAsia="Times New Roman" w:hAnsi="Times New Roman" w:cs="Times New Roman"/>
          <w:color w:val="000000" w:themeColor="text1"/>
          <w:kern w:val="24"/>
          <w:sz w:val="28"/>
          <w:szCs w:val="28"/>
          <w:lang w:val="kk-KZ"/>
        </w:rPr>
        <w:t>ғы</w:t>
      </w:r>
      <w:r w:rsidRPr="00B75A9A">
        <w:rPr>
          <w:rFonts w:ascii="Times New Roman" w:eastAsia="Times New Roman" w:hAnsi="Times New Roman" w:cs="Times New Roman"/>
          <w:i/>
          <w:color w:val="000000" w:themeColor="text1"/>
          <w:kern w:val="24"/>
          <w:sz w:val="28"/>
          <w:szCs w:val="28"/>
          <w:lang w:val="kk-KZ"/>
        </w:rPr>
        <w:t xml:space="preserve"> </w:t>
      </w:r>
      <w:r w:rsidR="00A07FF5" w:rsidRPr="00B75A9A">
        <w:rPr>
          <w:rFonts w:ascii="Times New Roman" w:hAnsi="Times New Roman" w:cs="Times New Roman"/>
          <w:position w:val="-6"/>
          <w:sz w:val="28"/>
          <w:szCs w:val="28"/>
        </w:rPr>
        <w:object w:dxaOrig="639" w:dyaOrig="300" w14:anchorId="5583DE5E">
          <v:shape id="_x0000_i1196" type="#_x0000_t75" style="width:29.25pt;height:15.8pt" o:ole="">
            <v:imagedata r:id="rId356" o:title=""/>
          </v:shape>
          <o:OLEObject Type="Embed" ProgID="Equation.DSMT4" ShapeID="_x0000_i1196" DrawAspect="Content" ObjectID="_1840331650" r:id="rId357"/>
        </w:object>
      </w:r>
      <w:r w:rsidRPr="00B75A9A">
        <w:rPr>
          <w:rFonts w:ascii="Times New Roman" w:eastAsia="Times New Roman" w:hAnsi="Times New Roman" w:cs="Times New Roman"/>
          <w:color w:val="000000" w:themeColor="text1"/>
          <w:kern w:val="24"/>
          <w:sz w:val="28"/>
          <w:szCs w:val="28"/>
          <w:lang w:val="kk-KZ"/>
        </w:rPr>
        <w:t xml:space="preserve"> тең,</w:t>
      </w:r>
      <w:r w:rsidRPr="00B75A9A">
        <w:rPr>
          <w:rFonts w:ascii="Times New Roman" w:eastAsia="Times New Roman" w:hAnsi="Times New Roman" w:cs="Times New Roman"/>
          <w:position w:val="-6"/>
          <w:sz w:val="28"/>
          <w:szCs w:val="28"/>
          <w:lang w:val="kk-KZ"/>
        </w:rPr>
        <w:t xml:space="preserve"> </w:t>
      </w:r>
      <w:r w:rsidRPr="00B75A9A">
        <w:rPr>
          <w:rFonts w:ascii="Times New Roman" w:eastAsia="Times New Roman" w:hAnsi="Times New Roman" w:cs="Times New Roman"/>
          <w:position w:val="-30"/>
          <w:sz w:val="28"/>
          <w:szCs w:val="28"/>
          <w:lang w:val="kk-KZ"/>
        </w:rPr>
        <w:t xml:space="preserve"> </w:t>
      </w:r>
      <w:r w:rsidR="00A07FF5" w:rsidRPr="00B75A9A">
        <w:rPr>
          <w:rFonts w:ascii="Times New Roman" w:hAnsi="Times New Roman" w:cs="Times New Roman"/>
          <w:position w:val="-14"/>
          <w:sz w:val="28"/>
          <w:szCs w:val="28"/>
        </w:rPr>
        <w:object w:dxaOrig="360" w:dyaOrig="420" w14:anchorId="3EF6A68C">
          <v:shape id="_x0000_i1197" type="#_x0000_t75" style="width:18.2pt;height:20.55pt" o:ole="">
            <v:imagedata r:id="rId358" o:title=""/>
          </v:shape>
          <o:OLEObject Type="Embed" ProgID="Equation.DSMT4" ShapeID="_x0000_i1197" DrawAspect="Content" ObjectID="_1840331651" r:id="rId359"/>
        </w:object>
      </w:r>
      <w:r w:rsidRPr="00B75A9A">
        <w:rPr>
          <w:rFonts w:ascii="Times New Roman" w:eastAsia="Times New Roman" w:hAnsi="Times New Roman" w:cs="Times New Roman"/>
          <w:color w:val="000000" w:themeColor="text1"/>
          <w:kern w:val="24"/>
          <w:sz w:val="28"/>
          <w:szCs w:val="28"/>
          <w:lang w:val="kk-KZ"/>
        </w:rPr>
        <w:t xml:space="preserve"> және </w:t>
      </w:r>
      <w:r w:rsidR="00A07FF5" w:rsidRPr="00B75A9A">
        <w:rPr>
          <w:rFonts w:ascii="Times New Roman" w:hAnsi="Times New Roman" w:cs="Times New Roman"/>
          <w:position w:val="-14"/>
          <w:sz w:val="28"/>
          <w:szCs w:val="28"/>
        </w:rPr>
        <w:object w:dxaOrig="440" w:dyaOrig="420" w14:anchorId="17602001">
          <v:shape id="_x0000_i1198" type="#_x0000_t75" style="width:20.55pt;height:20.55pt" o:ole="">
            <v:imagedata r:id="rId360" o:title=""/>
          </v:shape>
          <o:OLEObject Type="Embed" ProgID="Equation.DSMT4" ShapeID="_x0000_i1198" DrawAspect="Content" ObjectID="_1840331652" r:id="rId361"/>
        </w:object>
      </w:r>
      <w:r w:rsidRPr="00B75A9A">
        <w:rPr>
          <w:rFonts w:ascii="Times New Roman" w:eastAsia="Times New Roman" w:hAnsi="Times New Roman" w:cs="Times New Roman"/>
          <w:color w:val="000000" w:themeColor="text1"/>
          <w:kern w:val="24"/>
          <w:sz w:val="28"/>
          <w:szCs w:val="28"/>
          <w:lang w:val="kk-KZ"/>
        </w:rPr>
        <w:t xml:space="preserve"> жағдайларында </w:t>
      </w:r>
      <w:r w:rsidR="00A07FF5" w:rsidRPr="00B75A9A">
        <w:rPr>
          <w:rFonts w:ascii="Times New Roman" w:hAnsi="Times New Roman" w:cs="Times New Roman"/>
          <w:position w:val="-6"/>
          <w:sz w:val="28"/>
          <w:szCs w:val="28"/>
        </w:rPr>
        <w:object w:dxaOrig="220" w:dyaOrig="240" w14:anchorId="5DB8835A">
          <v:shape id="_x0000_i1199" type="#_x0000_t75" style="width:11.85pt;height:11.85pt" o:ole="">
            <v:imagedata r:id="rId362" o:title=""/>
          </v:shape>
          <o:OLEObject Type="Embed" ProgID="Equation.DSMT4" ShapeID="_x0000_i1199" DrawAspect="Content" ObjectID="_1840331653" r:id="rId363"/>
        </w:object>
      </w:r>
      <w:r w:rsidRPr="00B75A9A">
        <w:rPr>
          <w:rFonts w:ascii="Times New Roman" w:eastAsia="Times New Roman" w:hAnsi="Times New Roman" w:cs="Times New Roman"/>
          <w:color w:val="000000" w:themeColor="text1"/>
          <w:kern w:val="24"/>
          <w:sz w:val="28"/>
          <w:szCs w:val="28"/>
          <w:lang w:val="kk-KZ"/>
        </w:rPr>
        <w:t xml:space="preserve"> -нің мәні 1-лемма бойынша анықталады.</w:t>
      </w:r>
      <w:r w:rsidR="00DD01B6" w:rsidRPr="00B75A9A">
        <w:rPr>
          <w:rFonts w:ascii="Times New Roman" w:eastAsia="Times New Roman" w:hAnsi="Times New Roman" w:cs="Times New Roman"/>
          <w:color w:val="000000" w:themeColor="text1"/>
          <w:kern w:val="24"/>
          <w:sz w:val="28"/>
          <w:szCs w:val="28"/>
          <w:lang w:val="kk-KZ"/>
        </w:rPr>
        <w:t xml:space="preserve"> </w:t>
      </w:r>
      <w:r w:rsidRPr="00B75A9A">
        <w:rPr>
          <w:rFonts w:ascii="Times New Roman" w:eastAsia="Times New Roman" w:hAnsi="Times New Roman" w:cs="Times New Roman"/>
          <w:color w:val="000000" w:themeColor="text1"/>
          <w:kern w:val="24"/>
          <w:sz w:val="28"/>
          <w:szCs w:val="28"/>
          <w:lang w:val="kk-KZ"/>
        </w:rPr>
        <w:t>Мысал 1.</w:t>
      </w:r>
    </w:p>
    <w:p w14:paraId="5AD24C82" w14:textId="77777777" w:rsidR="00DD01B6" w:rsidRPr="00B75A9A" w:rsidRDefault="00DD01B6" w:rsidP="00DD01B6">
      <w:pPr>
        <w:spacing w:after="0" w:line="240" w:lineRule="auto"/>
        <w:rPr>
          <w:rFonts w:ascii="Times New Roman" w:eastAsia="Times New Roman" w:hAnsi="Times New Roman" w:cs="Times New Roman"/>
          <w:color w:val="000000" w:themeColor="text1"/>
          <w:kern w:val="24"/>
          <w:sz w:val="28"/>
          <w:szCs w:val="28"/>
          <w:lang w:val="kk-KZ"/>
        </w:rPr>
      </w:pPr>
    </w:p>
    <w:p w14:paraId="50CE055F" w14:textId="77777777" w:rsidR="00DD01B6" w:rsidRPr="00B75A9A" w:rsidRDefault="00A07FF5" w:rsidP="009850F2">
      <w:pPr>
        <w:spacing w:after="160" w:line="256" w:lineRule="auto"/>
        <w:ind w:firstLine="706"/>
        <w:rPr>
          <w:rFonts w:ascii="Times New Roman" w:hAnsi="Times New Roman" w:cs="Times New Roman"/>
          <w:position w:val="-34"/>
          <w:sz w:val="28"/>
          <w:szCs w:val="28"/>
          <w:lang w:val="kk-KZ"/>
        </w:rPr>
      </w:pPr>
      <w:r w:rsidRPr="00B75A9A">
        <w:rPr>
          <w:rFonts w:ascii="Times New Roman" w:hAnsi="Times New Roman" w:cs="Times New Roman"/>
          <w:position w:val="-34"/>
          <w:sz w:val="28"/>
          <w:szCs w:val="28"/>
        </w:rPr>
        <w:object w:dxaOrig="7560" w:dyaOrig="820" w14:anchorId="0A940E5B">
          <v:shape id="_x0000_i1200" type="#_x0000_t75" style="width:379.8pt;height:43.5pt" o:ole="">
            <v:imagedata r:id="rId364" o:title=""/>
          </v:shape>
          <o:OLEObject Type="Embed" ProgID="Equation.DSMT4" ShapeID="_x0000_i1200" DrawAspect="Content" ObjectID="_1840331654" r:id="rId365"/>
        </w:object>
      </w:r>
    </w:p>
    <w:p w14:paraId="0AB0E7CE" w14:textId="77777777" w:rsidR="00DD01B6" w:rsidRPr="00B75A9A" w:rsidRDefault="00A07FF5" w:rsidP="009850F2">
      <w:pPr>
        <w:spacing w:after="0" w:line="240" w:lineRule="auto"/>
        <w:rPr>
          <w:rFonts w:ascii="Times New Roman" w:eastAsia="Times New Roman" w:hAnsi="Times New Roman" w:cs="Times New Roman"/>
          <w:sz w:val="28"/>
          <w:szCs w:val="28"/>
          <w:lang w:val="kk-KZ"/>
        </w:rPr>
      </w:pPr>
      <w:r w:rsidRPr="00B75A9A">
        <w:rPr>
          <w:rFonts w:ascii="Times New Roman" w:hAnsi="Times New Roman" w:cs="Times New Roman"/>
          <w:position w:val="-28"/>
          <w:sz w:val="28"/>
          <w:szCs w:val="28"/>
        </w:rPr>
        <w:object w:dxaOrig="7600" w:dyaOrig="780" w14:anchorId="6CF779CB">
          <v:shape id="_x0000_i1201" type="#_x0000_t75" style="width:382.95pt;height:38pt" o:ole="">
            <v:imagedata r:id="rId366" o:title=""/>
          </v:shape>
          <o:OLEObject Type="Embed" ProgID="Equation.DSMT4" ShapeID="_x0000_i1201" DrawAspect="Content" ObjectID="_1840331655" r:id="rId367"/>
        </w:object>
      </w:r>
      <w:r w:rsidR="00BA7984" w:rsidRPr="00B75A9A">
        <w:rPr>
          <w:rFonts w:ascii="Times New Roman" w:eastAsia="Times New Roman" w:hAnsi="Times New Roman" w:cs="Times New Roman"/>
          <w:sz w:val="28"/>
          <w:szCs w:val="28"/>
          <w:lang w:val="kk-KZ"/>
        </w:rPr>
        <w:t>.</w:t>
      </w:r>
    </w:p>
    <w:p w14:paraId="3FB97897" w14:textId="77777777" w:rsidR="00DD01B6" w:rsidRPr="00B75A9A" w:rsidRDefault="00DD01B6" w:rsidP="00BA7984">
      <w:pPr>
        <w:spacing w:after="0" w:line="240" w:lineRule="auto"/>
        <w:jc w:val="both"/>
        <w:rPr>
          <w:rFonts w:ascii="Times New Roman" w:eastAsia="Times New Roman" w:hAnsi="Times New Roman" w:cs="Times New Roman"/>
          <w:sz w:val="28"/>
          <w:szCs w:val="28"/>
          <w:lang w:val="kk-KZ"/>
        </w:rPr>
      </w:pPr>
    </w:p>
    <w:p w14:paraId="49541FE2" w14:textId="77777777" w:rsidR="00BA7984" w:rsidRPr="00B75A9A" w:rsidRDefault="00BA7984" w:rsidP="00BA7984">
      <w:pPr>
        <w:spacing w:after="0" w:line="240" w:lineRule="auto"/>
        <w:jc w:val="both"/>
        <w:rPr>
          <w:rFonts w:ascii="Times New Roman" w:eastAsia="Times New Roman" w:hAnsi="Times New Roman" w:cs="Times New Roman"/>
          <w:sz w:val="28"/>
          <w:szCs w:val="28"/>
          <w:lang w:val="kk-KZ"/>
        </w:rPr>
      </w:pPr>
      <w:r w:rsidRPr="00B75A9A">
        <w:rPr>
          <w:rFonts w:ascii="Times New Roman" w:eastAsia="Times New Roman" w:hAnsi="Times New Roman" w:cs="Times New Roman"/>
          <w:sz w:val="28"/>
          <w:szCs w:val="28"/>
          <w:lang w:val="kk-KZ"/>
        </w:rPr>
        <w:t>Бұл теңдеу үшін К-03:</w:t>
      </w:r>
    </w:p>
    <w:p w14:paraId="3B57F193" w14:textId="77777777" w:rsidR="00BA7984" w:rsidRPr="00B75A9A" w:rsidRDefault="00BA7984" w:rsidP="00BA7984">
      <w:pPr>
        <w:spacing w:after="0" w:line="240" w:lineRule="auto"/>
        <w:jc w:val="both"/>
        <w:rPr>
          <w:rFonts w:ascii="Times New Roman" w:eastAsia="Times New Roman" w:hAnsi="Times New Roman" w:cs="Times New Roman"/>
          <w:sz w:val="28"/>
          <w:szCs w:val="28"/>
          <w:lang w:val="kk-KZ"/>
        </w:rPr>
      </w:pPr>
    </w:p>
    <w:p w14:paraId="37DB7164" w14:textId="77777777" w:rsidR="00BA7984" w:rsidRPr="00B75A9A" w:rsidRDefault="00A07FF5" w:rsidP="00BA7984">
      <w:pPr>
        <w:spacing w:after="0" w:line="240" w:lineRule="auto"/>
        <w:jc w:val="center"/>
        <w:outlineLvl w:val="1"/>
        <w:rPr>
          <w:rFonts w:ascii="Times New Roman" w:eastAsia="Times New Roman" w:hAnsi="Times New Roman" w:cs="Times New Roman"/>
          <w:position w:val="-32"/>
          <w:sz w:val="28"/>
          <w:szCs w:val="28"/>
          <w:lang w:val="kk-KZ"/>
        </w:rPr>
      </w:pPr>
      <w:r w:rsidRPr="00B75A9A">
        <w:rPr>
          <w:rFonts w:ascii="Times New Roman" w:hAnsi="Times New Roman" w:cs="Times New Roman"/>
          <w:position w:val="-36"/>
          <w:sz w:val="28"/>
          <w:szCs w:val="28"/>
        </w:rPr>
        <w:object w:dxaOrig="2520" w:dyaOrig="920" w14:anchorId="6D085E8C">
          <v:shape id="_x0000_i1202" type="#_x0000_t75" style="width:123.45pt;height:45.9pt" o:ole="">
            <v:imagedata r:id="rId368" o:title=""/>
          </v:shape>
          <o:OLEObject Type="Embed" ProgID="Equation.DSMT4" ShapeID="_x0000_i1202" DrawAspect="Content" ObjectID="_1840331656" r:id="rId369"/>
        </w:object>
      </w:r>
    </w:p>
    <w:p w14:paraId="7899CCC3" w14:textId="77777777" w:rsidR="00BA7984" w:rsidRPr="00B75A9A" w:rsidRDefault="00BA7984" w:rsidP="00BA7984">
      <w:pPr>
        <w:spacing w:after="0" w:line="240" w:lineRule="auto"/>
        <w:outlineLvl w:val="1"/>
        <w:rPr>
          <w:rFonts w:ascii="Times New Roman" w:eastAsia="Times New Roman" w:hAnsi="Times New Roman" w:cs="Times New Roman"/>
          <w:position w:val="-30"/>
          <w:sz w:val="28"/>
          <w:szCs w:val="28"/>
          <w:lang w:val="kk-KZ"/>
        </w:rPr>
      </w:pPr>
    </w:p>
    <w:p w14:paraId="2B35FB67" w14:textId="589762EE" w:rsidR="00000B91" w:rsidRPr="00B75A9A" w:rsidRDefault="00BA7984" w:rsidP="00BA7984">
      <w:pPr>
        <w:spacing w:after="0" w:line="240" w:lineRule="auto"/>
        <w:outlineLvl w:val="1"/>
        <w:rPr>
          <w:rFonts w:ascii="Times New Roman" w:eastAsia="Times New Roman" w:hAnsi="Times New Roman" w:cs="Times New Roman"/>
          <w:sz w:val="28"/>
          <w:szCs w:val="28"/>
          <w:lang w:val="kk-KZ"/>
        </w:rPr>
      </w:pPr>
      <w:r w:rsidRPr="00B75A9A">
        <w:rPr>
          <w:rFonts w:ascii="Times New Roman" w:eastAsia="Times New Roman" w:hAnsi="Times New Roman" w:cs="Times New Roman"/>
          <w:sz w:val="28"/>
          <w:szCs w:val="28"/>
          <w:lang w:val="kk-KZ"/>
        </w:rPr>
        <w:t xml:space="preserve">5-ші теорема бойынша фредгольмді шешімді, себебі </w:t>
      </w:r>
      <w:r w:rsidR="0033027A" w:rsidRPr="00B75A9A">
        <w:rPr>
          <w:rFonts w:ascii="Times New Roman" w:eastAsia="Times New Roman" w:hAnsi="Times New Roman" w:cs="Times New Roman"/>
          <w:sz w:val="28"/>
          <w:szCs w:val="28"/>
          <w:lang w:val="kk-KZ"/>
        </w:rPr>
        <w:t xml:space="preserve">: </w:t>
      </w:r>
      <w:r w:rsidR="00A07FF5" w:rsidRPr="00B75A9A">
        <w:rPr>
          <w:rFonts w:ascii="Times New Roman" w:hAnsi="Times New Roman" w:cs="Times New Roman"/>
          <w:position w:val="-26"/>
          <w:sz w:val="28"/>
          <w:szCs w:val="28"/>
        </w:rPr>
        <w:object w:dxaOrig="2160" w:dyaOrig="760" w14:anchorId="75202029">
          <v:shape id="_x0000_i1203" type="#_x0000_t75" style="width:110pt;height:38pt" o:ole="">
            <v:imagedata r:id="rId370" o:title=""/>
          </v:shape>
          <o:OLEObject Type="Embed" ProgID="Equation.DSMT4" ShapeID="_x0000_i1203" DrawAspect="Content" ObjectID="_1840331657" r:id="rId371"/>
        </w:object>
      </w:r>
      <w:r w:rsidRPr="00B75A9A">
        <w:rPr>
          <w:rFonts w:ascii="Times New Roman" w:eastAsia="Times New Roman" w:hAnsi="Times New Roman" w:cs="Times New Roman"/>
          <w:sz w:val="28"/>
          <w:szCs w:val="28"/>
          <w:lang w:val="kk-KZ"/>
        </w:rPr>
        <w:t xml:space="preserve"> және </w:t>
      </w:r>
      <w:r w:rsidR="00A07FF5" w:rsidRPr="00B75A9A">
        <w:rPr>
          <w:rFonts w:ascii="Times New Roman" w:hAnsi="Times New Roman" w:cs="Times New Roman"/>
          <w:position w:val="-10"/>
          <w:sz w:val="28"/>
          <w:szCs w:val="28"/>
        </w:rPr>
        <w:object w:dxaOrig="760" w:dyaOrig="340" w14:anchorId="6C7EB61C">
          <v:shape id="_x0000_i1204" type="#_x0000_t75" style="width:38pt;height:15.8pt" o:ole="">
            <v:imagedata r:id="rId372" o:title=""/>
          </v:shape>
          <o:OLEObject Type="Embed" ProgID="Equation.DSMT4" ShapeID="_x0000_i1204" DrawAspect="Content" ObjectID="_1840331658" r:id="rId373"/>
        </w:object>
      </w:r>
      <w:r w:rsidRPr="00B75A9A">
        <w:rPr>
          <w:rFonts w:ascii="Times New Roman" w:eastAsia="Times New Roman" w:hAnsi="Times New Roman" w:cs="Times New Roman"/>
          <w:position w:val="-30"/>
          <w:sz w:val="28"/>
          <w:szCs w:val="28"/>
          <w:lang w:val="kk-KZ"/>
        </w:rPr>
        <w:t xml:space="preserve"> </w:t>
      </w:r>
      <w:r w:rsidRPr="00B75A9A">
        <w:rPr>
          <w:rFonts w:ascii="Times New Roman" w:eastAsia="Times New Roman" w:hAnsi="Times New Roman" w:cs="Times New Roman"/>
          <w:sz w:val="28"/>
          <w:szCs w:val="28"/>
          <w:lang w:val="kk-KZ"/>
        </w:rPr>
        <w:t xml:space="preserve">cебебі </w:t>
      </w:r>
      <w:r w:rsidR="00A07FF5" w:rsidRPr="00B75A9A">
        <w:rPr>
          <w:rFonts w:ascii="Times New Roman" w:hAnsi="Times New Roman" w:cs="Times New Roman"/>
          <w:position w:val="-26"/>
          <w:sz w:val="28"/>
          <w:szCs w:val="28"/>
        </w:rPr>
        <w:object w:dxaOrig="2200" w:dyaOrig="760" w14:anchorId="541D3BB1">
          <v:shape id="_x0000_i1205" type="#_x0000_t75" style="width:110.75pt;height:38pt" o:ole="">
            <v:imagedata r:id="rId374" o:title=""/>
          </v:shape>
          <o:OLEObject Type="Embed" ProgID="Equation.DSMT4" ShapeID="_x0000_i1205" DrawAspect="Content" ObjectID="_1840331659" r:id="rId375"/>
        </w:object>
      </w:r>
    </w:p>
    <w:p w14:paraId="50FA76AF" w14:textId="77777777" w:rsidR="00000B91" w:rsidRPr="00B75A9A" w:rsidRDefault="00BA7984" w:rsidP="00000B91">
      <w:pPr>
        <w:spacing w:after="160" w:line="256" w:lineRule="auto"/>
        <w:rPr>
          <w:rFonts w:ascii="Times New Roman" w:hAnsi="Times New Roman" w:cs="Times New Roman"/>
          <w:position w:val="-34"/>
          <w:sz w:val="28"/>
          <w:szCs w:val="28"/>
          <w:lang w:val="kk-KZ"/>
        </w:rPr>
      </w:pPr>
      <w:r w:rsidRPr="00B75A9A">
        <w:rPr>
          <w:rFonts w:ascii="Times New Roman" w:eastAsia="Times New Roman" w:hAnsi="Times New Roman" w:cs="Times New Roman"/>
          <w:color w:val="000000" w:themeColor="text1"/>
          <w:kern w:val="24"/>
          <w:sz w:val="28"/>
          <w:szCs w:val="28"/>
          <w:lang w:val="kk-KZ"/>
        </w:rPr>
        <w:t>Мысал 2.</w:t>
      </w:r>
      <w:r w:rsidR="00000B91" w:rsidRPr="00B75A9A">
        <w:rPr>
          <w:rFonts w:ascii="Times New Roman" w:eastAsia="Times New Roman" w:hAnsi="Times New Roman" w:cs="Times New Roman"/>
          <w:color w:val="000000" w:themeColor="text1"/>
          <w:kern w:val="24"/>
          <w:sz w:val="28"/>
          <w:szCs w:val="28"/>
          <w:lang w:val="kk-KZ"/>
        </w:rPr>
        <w:t xml:space="preserve"> </w:t>
      </w:r>
      <w:r w:rsidRPr="00B75A9A">
        <w:rPr>
          <w:rFonts w:ascii="Times New Roman" w:eastAsia="Times New Roman" w:hAnsi="Times New Roman" w:cs="Times New Roman"/>
          <w:color w:val="000000" w:themeColor="text1"/>
          <w:kern w:val="24"/>
          <w:sz w:val="28"/>
          <w:szCs w:val="28"/>
          <w:lang w:val="kk-KZ"/>
        </w:rPr>
        <w:t xml:space="preserve"> </w:t>
      </w:r>
      <w:r w:rsidR="00000B91" w:rsidRPr="00B75A9A">
        <w:rPr>
          <w:rFonts w:ascii="Times New Roman" w:hAnsi="Times New Roman" w:cs="Times New Roman"/>
          <w:position w:val="-34"/>
          <w:sz w:val="28"/>
          <w:szCs w:val="28"/>
        </w:rPr>
        <w:object w:dxaOrig="3120" w:dyaOrig="820" w14:anchorId="0087E852">
          <v:shape id="_x0000_i1206" type="#_x0000_t75" style="width:155.1pt;height:43.5pt" o:ole="">
            <v:imagedata r:id="rId376" o:title=""/>
          </v:shape>
          <o:OLEObject Type="Embed" ProgID="Equation.DSMT4" ShapeID="_x0000_i1206" DrawAspect="Content" ObjectID="_1840331660" r:id="rId377"/>
        </w:object>
      </w:r>
    </w:p>
    <w:p w14:paraId="33A7F05E" w14:textId="129B7CA1" w:rsidR="00BA7984" w:rsidRPr="00B75A9A" w:rsidRDefault="00A07FF5" w:rsidP="00000B91">
      <w:pPr>
        <w:spacing w:after="160" w:line="256" w:lineRule="auto"/>
        <w:rPr>
          <w:rFonts w:ascii="Times New Roman" w:eastAsia="Times New Roman" w:hAnsi="Times New Roman" w:cs="Times New Roman"/>
          <w:color w:val="000000" w:themeColor="text1"/>
          <w:kern w:val="24"/>
          <w:sz w:val="28"/>
          <w:szCs w:val="28"/>
          <w:lang w:val="kk-KZ"/>
        </w:rPr>
      </w:pPr>
      <w:r w:rsidRPr="00B75A9A">
        <w:rPr>
          <w:rFonts w:ascii="Times New Roman" w:hAnsi="Times New Roman" w:cs="Times New Roman"/>
          <w:position w:val="-34"/>
          <w:sz w:val="28"/>
          <w:szCs w:val="28"/>
        </w:rPr>
        <w:object w:dxaOrig="5380" w:dyaOrig="780" w14:anchorId="78E83E4B">
          <v:shape id="_x0000_i1207" type="#_x0000_t75" style="width:269pt;height:38pt" o:ole="">
            <v:imagedata r:id="rId378" o:title=""/>
          </v:shape>
          <o:OLEObject Type="Embed" ProgID="Equation.DSMT4" ShapeID="_x0000_i1207" DrawAspect="Content" ObjectID="_1840331661" r:id="rId379"/>
        </w:object>
      </w:r>
      <w:r w:rsidR="00BA7984" w:rsidRPr="00B75A9A">
        <w:rPr>
          <w:rFonts w:ascii="Times New Roman" w:eastAsia="Times New Roman" w:hAnsi="Times New Roman" w:cs="Times New Roman"/>
          <w:sz w:val="28"/>
          <w:szCs w:val="28"/>
          <w:lang w:val="kk-KZ"/>
        </w:rPr>
        <w:t xml:space="preserve">. Бұл теңдеу үшін К-03 есебін қарастырамыз: 5-ші теорема бойынша фредгольмді шешімді, себебі </w:t>
      </w:r>
      <w:r w:rsidRPr="00B75A9A">
        <w:rPr>
          <w:rFonts w:ascii="Times New Roman" w:hAnsi="Times New Roman" w:cs="Times New Roman"/>
          <w:position w:val="-14"/>
          <w:sz w:val="28"/>
          <w:szCs w:val="28"/>
        </w:rPr>
        <w:object w:dxaOrig="2120" w:dyaOrig="460" w14:anchorId="00AABF68">
          <v:shape id="_x0000_i1208" type="#_x0000_t75" style="width:102.85pt;height:25.3pt" o:ole="">
            <v:imagedata r:id="rId380" o:title=""/>
          </v:shape>
          <o:OLEObject Type="Embed" ProgID="Equation.DSMT4" ShapeID="_x0000_i1208" DrawAspect="Content" ObjectID="_1840331662" r:id="rId381"/>
        </w:object>
      </w:r>
      <w:r w:rsidR="00BA7984" w:rsidRPr="00B75A9A">
        <w:rPr>
          <w:rFonts w:ascii="Times New Roman" w:eastAsia="Times New Roman" w:hAnsi="Times New Roman" w:cs="Times New Roman"/>
          <w:sz w:val="28"/>
          <w:szCs w:val="28"/>
          <w:lang w:val="kk-KZ"/>
        </w:rPr>
        <w:t xml:space="preserve"> және индексі</w:t>
      </w:r>
      <w:r w:rsidR="009C454D" w:rsidRPr="00B75A9A">
        <w:rPr>
          <w:rFonts w:ascii="Times New Roman" w:eastAsia="Times New Roman" w:hAnsi="Times New Roman" w:cs="Times New Roman"/>
          <w:sz w:val="28"/>
          <w:szCs w:val="28"/>
          <w:lang w:val="kk-KZ"/>
        </w:rPr>
        <w:t xml:space="preserve"> </w:t>
      </w:r>
      <w:r w:rsidRPr="00B75A9A">
        <w:rPr>
          <w:rFonts w:ascii="Times New Roman" w:hAnsi="Times New Roman" w:cs="Times New Roman"/>
          <w:position w:val="-6"/>
          <w:sz w:val="28"/>
          <w:szCs w:val="28"/>
        </w:rPr>
        <w:object w:dxaOrig="680" w:dyaOrig="300" w14:anchorId="317DB70C">
          <v:shape id="_x0000_i1209" type="#_x0000_t75" style="width:34pt;height:15.8pt" o:ole="">
            <v:imagedata r:id="rId382" o:title=""/>
          </v:shape>
          <o:OLEObject Type="Embed" ProgID="Equation.DSMT4" ShapeID="_x0000_i1209" DrawAspect="Content" ObjectID="_1840331663" r:id="rId383"/>
        </w:object>
      </w:r>
      <w:r w:rsidR="00BA7984" w:rsidRPr="00B75A9A">
        <w:rPr>
          <w:rFonts w:ascii="Times New Roman" w:eastAsia="Times New Roman" w:hAnsi="Times New Roman" w:cs="Times New Roman"/>
          <w:position w:val="-30"/>
          <w:sz w:val="28"/>
          <w:szCs w:val="28"/>
          <w:lang w:val="kk-KZ"/>
        </w:rPr>
        <w:t xml:space="preserve"> </w:t>
      </w:r>
      <w:r w:rsidR="00BA7984" w:rsidRPr="00B75A9A">
        <w:rPr>
          <w:rFonts w:ascii="Times New Roman" w:eastAsia="Times New Roman" w:hAnsi="Times New Roman" w:cs="Times New Roman"/>
          <w:sz w:val="28"/>
          <w:szCs w:val="28"/>
          <w:lang w:val="kk-KZ"/>
        </w:rPr>
        <w:t xml:space="preserve">тең себебі </w:t>
      </w:r>
      <w:r w:rsidRPr="00B75A9A">
        <w:rPr>
          <w:rFonts w:ascii="Times New Roman" w:hAnsi="Times New Roman" w:cs="Times New Roman"/>
          <w:position w:val="-14"/>
          <w:sz w:val="28"/>
          <w:szCs w:val="28"/>
        </w:rPr>
        <w:object w:dxaOrig="2160" w:dyaOrig="460" w14:anchorId="3EE41F07">
          <v:shape id="_x0000_i1210" type="#_x0000_t75" style="width:110pt;height:25.3pt" o:ole="">
            <v:imagedata r:id="rId384" o:title=""/>
          </v:shape>
          <o:OLEObject Type="Embed" ProgID="Equation.DSMT4" ShapeID="_x0000_i1210" DrawAspect="Content" ObjectID="_1840331664" r:id="rId385"/>
        </w:object>
      </w:r>
    </w:p>
    <w:p w14:paraId="4CBD02FD" w14:textId="77777777" w:rsidR="00334E54" w:rsidRPr="00B75A9A" w:rsidRDefault="00BE10A1" w:rsidP="00BA7984">
      <w:pPr>
        <w:spacing w:after="0" w:line="240" w:lineRule="auto"/>
        <w:ind w:firstLine="708"/>
        <w:jc w:val="both"/>
        <w:rPr>
          <w:rFonts w:ascii="Times New Roman" w:eastAsia="Times New Roman" w:hAnsi="Times New Roman" w:cs="Times New Roman"/>
          <w:b/>
          <w:bCs/>
          <w:sz w:val="28"/>
          <w:szCs w:val="28"/>
          <w:lang w:val="kk-KZ"/>
        </w:rPr>
      </w:pPr>
      <w:r w:rsidRPr="00B75A9A">
        <w:rPr>
          <w:rFonts w:ascii="Times New Roman" w:eastAsia="Times New Roman" w:hAnsi="Times New Roman" w:cs="Times New Roman"/>
          <w:b/>
          <w:bCs/>
          <w:sz w:val="28"/>
          <w:szCs w:val="28"/>
          <w:lang w:val="kk-KZ"/>
        </w:rPr>
        <w:t xml:space="preserve">Екінші бөлімде </w:t>
      </w:r>
      <w:r w:rsidRPr="00B75A9A">
        <w:rPr>
          <w:rFonts w:ascii="Times New Roman" w:eastAsia="Times New Roman" w:hAnsi="Times New Roman" w:cs="Times New Roman"/>
          <w:bCs/>
          <w:sz w:val="28"/>
          <w:szCs w:val="28"/>
          <w:lang w:val="kk-KZ"/>
        </w:rPr>
        <w:t>келесі теорема дәлелденген.</w:t>
      </w:r>
      <w:r w:rsidRPr="00B75A9A">
        <w:rPr>
          <w:rFonts w:ascii="Times New Roman" w:eastAsia="Times New Roman" w:hAnsi="Times New Roman" w:cs="Times New Roman"/>
          <w:b/>
          <w:bCs/>
          <w:sz w:val="28"/>
          <w:szCs w:val="28"/>
          <w:lang w:val="kk-KZ"/>
        </w:rPr>
        <w:t xml:space="preserve"> </w:t>
      </w:r>
    </w:p>
    <w:p w14:paraId="0A2890A2" w14:textId="543770A7" w:rsidR="00BA7984" w:rsidRPr="00B75A9A" w:rsidRDefault="00BE10A1" w:rsidP="00E1151B">
      <w:pPr>
        <w:spacing w:after="0" w:line="240" w:lineRule="auto"/>
        <w:ind w:firstLine="708"/>
        <w:rPr>
          <w:rFonts w:ascii="Times New Roman" w:eastAsia="Times New Roman" w:hAnsi="Times New Roman" w:cs="Times New Roman"/>
          <w:position w:val="-16"/>
          <w:sz w:val="28"/>
          <w:szCs w:val="28"/>
          <w:lang w:val="kk-KZ"/>
        </w:rPr>
      </w:pPr>
      <w:r w:rsidRPr="00B75A9A">
        <w:rPr>
          <w:rFonts w:ascii="Times New Roman" w:eastAsia="Times New Roman" w:hAnsi="Times New Roman" w:cs="Times New Roman"/>
          <w:b/>
          <w:bCs/>
          <w:sz w:val="28"/>
          <w:szCs w:val="28"/>
          <w:lang w:val="kk-KZ"/>
        </w:rPr>
        <w:t>Теорема</w:t>
      </w:r>
      <w:r w:rsidR="00E1151B" w:rsidRPr="00B75A9A">
        <w:rPr>
          <w:rFonts w:ascii="Times New Roman" w:eastAsia="Times New Roman" w:hAnsi="Times New Roman" w:cs="Times New Roman"/>
          <w:b/>
          <w:sz w:val="28"/>
          <w:szCs w:val="28"/>
          <w:lang w:val="kk-KZ"/>
        </w:rPr>
        <w:t xml:space="preserve"> </w:t>
      </w:r>
      <w:r w:rsidR="00E77AA4" w:rsidRPr="00B75A9A">
        <w:rPr>
          <w:rFonts w:ascii="Times New Roman" w:eastAsia="Times New Roman" w:hAnsi="Times New Roman" w:cs="Times New Roman"/>
          <w:b/>
          <w:sz w:val="28"/>
          <w:szCs w:val="28"/>
          <w:lang w:val="kk-KZ"/>
        </w:rPr>
        <w:t>7</w:t>
      </w:r>
      <w:r w:rsidR="00000B91" w:rsidRPr="00645707">
        <w:rPr>
          <w:rFonts w:ascii="Times New Roman" w:eastAsia="Times New Roman" w:hAnsi="Times New Roman" w:cs="Times New Roman"/>
          <w:b/>
          <w:sz w:val="28"/>
          <w:szCs w:val="28"/>
          <w:lang w:val="kk-KZ"/>
        </w:rPr>
        <w:t>.</w:t>
      </w:r>
      <w:r w:rsidR="00BA7984" w:rsidRPr="00B75A9A">
        <w:rPr>
          <w:rFonts w:ascii="Times New Roman" w:eastAsia="Times New Roman" w:hAnsi="Times New Roman" w:cs="Times New Roman"/>
          <w:sz w:val="28"/>
          <w:szCs w:val="28"/>
          <w:lang w:val="kk-KZ"/>
        </w:rPr>
        <w:t xml:space="preserve"> (</w:t>
      </w:r>
      <w:r w:rsidRPr="00B75A9A">
        <w:rPr>
          <w:rFonts w:ascii="Times New Roman" w:eastAsia="Times New Roman" w:hAnsi="Times New Roman" w:cs="Times New Roman"/>
          <w:sz w:val="28"/>
          <w:szCs w:val="28"/>
          <w:lang w:val="kk-KZ"/>
        </w:rPr>
        <w:t>7</w:t>
      </w:r>
      <w:r w:rsidR="00BA7984" w:rsidRPr="00B75A9A">
        <w:rPr>
          <w:rFonts w:ascii="Times New Roman" w:eastAsia="Times New Roman" w:hAnsi="Times New Roman" w:cs="Times New Roman"/>
          <w:sz w:val="28"/>
          <w:szCs w:val="28"/>
          <w:lang w:val="kk-KZ"/>
        </w:rPr>
        <w:t>) шарт орындалады</w:t>
      </w:r>
      <w:r w:rsidRPr="00B75A9A">
        <w:rPr>
          <w:rFonts w:ascii="Times New Roman" w:eastAsia="Times New Roman" w:hAnsi="Times New Roman" w:cs="Times New Roman"/>
          <w:sz w:val="28"/>
          <w:szCs w:val="28"/>
          <w:lang w:val="kk-KZ"/>
        </w:rPr>
        <w:t>,</w:t>
      </w:r>
      <w:r w:rsidR="00BA7984" w:rsidRPr="00B75A9A">
        <w:rPr>
          <w:rFonts w:ascii="Times New Roman" w:eastAsia="Times New Roman" w:hAnsi="Times New Roman" w:cs="Times New Roman"/>
          <w:sz w:val="28"/>
          <w:szCs w:val="28"/>
          <w:lang w:val="kk-KZ"/>
        </w:rPr>
        <w:t xml:space="preserve"> </w:t>
      </w:r>
      <w:r w:rsidR="00E1151B" w:rsidRPr="00B75A9A">
        <w:rPr>
          <w:rFonts w:ascii="Times New Roman" w:eastAsia="Times New Roman" w:hAnsi="Times New Roman" w:cs="Times New Roman"/>
          <w:sz w:val="28"/>
          <w:szCs w:val="28"/>
          <w:lang w:val="kk-KZ"/>
        </w:rPr>
        <w:t>яғни</w:t>
      </w:r>
      <w:r w:rsidR="00AB1B70" w:rsidRPr="00B75A9A">
        <w:rPr>
          <w:rFonts w:ascii="Times New Roman" w:eastAsia="Times New Roman" w:hAnsi="Times New Roman" w:cs="Times New Roman"/>
          <w:sz w:val="28"/>
          <w:szCs w:val="28"/>
          <w:lang w:val="kk-KZ"/>
        </w:rPr>
        <w:t xml:space="preserve"> </w:t>
      </w:r>
      <w:r w:rsidR="00E1151B" w:rsidRPr="00B75A9A">
        <w:rPr>
          <w:rFonts w:ascii="Times New Roman" w:hAnsi="Times New Roman" w:cs="Times New Roman"/>
          <w:position w:val="-18"/>
          <w:sz w:val="28"/>
          <w:szCs w:val="28"/>
        </w:rPr>
        <w:object w:dxaOrig="3800" w:dyaOrig="499" w14:anchorId="32529518">
          <v:shape id="_x0000_i1211" type="#_x0000_t75" style="width:189.9pt;height:25.3pt" o:ole="">
            <v:imagedata r:id="rId386" o:title=""/>
          </v:shape>
          <o:OLEObject Type="Embed" ProgID="Equation.DSMT4" ShapeID="_x0000_i1211" DrawAspect="Content" ObjectID="_1840331665" r:id="rId387"/>
        </w:object>
      </w:r>
      <w:r w:rsidR="00E1151B" w:rsidRPr="00B75A9A">
        <w:rPr>
          <w:rFonts w:ascii="Times New Roman" w:hAnsi="Times New Roman" w:cs="Times New Roman"/>
          <w:position w:val="-10"/>
          <w:sz w:val="28"/>
          <w:szCs w:val="28"/>
        </w:rPr>
        <w:object w:dxaOrig="780" w:dyaOrig="340" w14:anchorId="50872273">
          <v:shape id="_x0000_i1212" type="#_x0000_t75" style="width:38pt;height:15.8pt" o:ole="">
            <v:imagedata r:id="rId388" o:title=""/>
          </v:shape>
          <o:OLEObject Type="Embed" ProgID="Equation.DSMT4" ShapeID="_x0000_i1212" DrawAspect="Content" ObjectID="_1840331666" r:id="rId389"/>
        </w:object>
      </w:r>
      <w:r w:rsidR="00E1151B" w:rsidRPr="00B75A9A">
        <w:rPr>
          <w:rFonts w:ascii="Times New Roman" w:hAnsi="Times New Roman" w:cs="Times New Roman"/>
          <w:position w:val="-18"/>
          <w:sz w:val="28"/>
          <w:szCs w:val="28"/>
          <w:lang w:val="kk-KZ"/>
        </w:rPr>
        <w:t xml:space="preserve"> </w:t>
      </w:r>
      <w:r w:rsidR="00BA7984" w:rsidRPr="00B75A9A">
        <w:rPr>
          <w:rFonts w:ascii="Times New Roman" w:eastAsia="Times New Roman" w:hAnsi="Times New Roman" w:cs="Times New Roman"/>
          <w:sz w:val="28"/>
          <w:szCs w:val="28"/>
          <w:lang w:val="kk-KZ"/>
        </w:rPr>
        <w:t xml:space="preserve">сонда тек сонда ғана, егер де </w:t>
      </w:r>
      <w:r w:rsidR="00A07FF5" w:rsidRPr="00B75A9A">
        <w:rPr>
          <w:rFonts w:ascii="Times New Roman" w:hAnsi="Times New Roman" w:cs="Times New Roman"/>
          <w:position w:val="-16"/>
          <w:sz w:val="28"/>
          <w:szCs w:val="28"/>
        </w:rPr>
        <w:object w:dxaOrig="2540" w:dyaOrig="480" w14:anchorId="6B418245">
          <v:shape id="_x0000_i1213" type="#_x0000_t75" style="width:128.2pt;height:25.3pt" o:ole="">
            <v:imagedata r:id="rId390" o:title=""/>
          </v:shape>
          <o:OLEObject Type="Embed" ProgID="Equation.DSMT4" ShapeID="_x0000_i1213" DrawAspect="Content" ObjectID="_1840331667" r:id="rId391"/>
        </w:object>
      </w:r>
      <w:r w:rsidR="00BA7984" w:rsidRPr="00B75A9A">
        <w:rPr>
          <w:rFonts w:ascii="Times New Roman" w:eastAsia="Times New Roman" w:hAnsi="Times New Roman" w:cs="Times New Roman"/>
          <w:position w:val="-16"/>
          <w:sz w:val="28"/>
          <w:szCs w:val="28"/>
          <w:lang w:val="kk-KZ"/>
        </w:rPr>
        <w:t xml:space="preserve"> </w:t>
      </w:r>
      <w:r w:rsidR="00BA7984" w:rsidRPr="00B75A9A">
        <w:rPr>
          <w:rFonts w:ascii="Times New Roman" w:eastAsia="Times New Roman" w:hAnsi="Times New Roman" w:cs="Times New Roman"/>
          <w:sz w:val="28"/>
          <w:szCs w:val="28"/>
          <w:lang w:val="kk-KZ"/>
        </w:rPr>
        <w:t xml:space="preserve">көпмүшеліктері </w:t>
      </w:r>
      <w:r w:rsidRPr="00B75A9A">
        <w:rPr>
          <w:rFonts w:ascii="Times New Roman" w:hAnsi="Times New Roman" w:cs="Times New Roman"/>
          <w:position w:val="-12"/>
          <w:sz w:val="28"/>
          <w:szCs w:val="28"/>
        </w:rPr>
        <w:object w:dxaOrig="680" w:dyaOrig="420" w14:anchorId="4B2F91DE">
          <v:shape id="_x0000_i1214" type="#_x0000_t75" style="width:34pt;height:20.55pt" o:ole="">
            <v:imagedata r:id="rId392" o:title=""/>
          </v:shape>
          <o:OLEObject Type="Embed" ProgID="Equation.DSMT4" ShapeID="_x0000_i1214" DrawAspect="Content" ObjectID="_1840331668" r:id="rId393"/>
        </w:object>
      </w:r>
      <w:r w:rsidR="00BA7984" w:rsidRPr="00B75A9A">
        <w:rPr>
          <w:rFonts w:ascii="Times New Roman" w:eastAsia="Times New Roman" w:hAnsi="Times New Roman" w:cs="Times New Roman"/>
          <w:sz w:val="28"/>
          <w:szCs w:val="28"/>
          <w:lang w:val="kk-KZ"/>
        </w:rPr>
        <w:t>көпмүшелігінің модулі бойынша сызықты тәуелсіз болса.</w:t>
      </w:r>
    </w:p>
    <w:p w14:paraId="51415FD5" w14:textId="5FFD0D90" w:rsidR="00BA7984" w:rsidRPr="00B75A9A" w:rsidRDefault="00E1151B" w:rsidP="00BA7984">
      <w:pPr>
        <w:spacing w:after="0" w:line="240" w:lineRule="auto"/>
        <w:ind w:firstLine="708"/>
        <w:jc w:val="both"/>
        <w:rPr>
          <w:rFonts w:ascii="Times New Roman" w:eastAsia="Times New Roman" w:hAnsi="Times New Roman" w:cs="Times New Roman"/>
          <w:sz w:val="28"/>
          <w:szCs w:val="28"/>
          <w:lang w:val="kk-KZ"/>
        </w:rPr>
      </w:pPr>
      <w:r w:rsidRPr="00B75A9A">
        <w:rPr>
          <w:rFonts w:ascii="Times New Roman" w:eastAsia="Times New Roman" w:hAnsi="Times New Roman" w:cs="Times New Roman"/>
          <w:bCs/>
          <w:sz w:val="28"/>
          <w:szCs w:val="28"/>
          <w:lang w:val="kk-KZ"/>
        </w:rPr>
        <w:lastRenderedPageBreak/>
        <w:t>Л</w:t>
      </w:r>
      <w:r w:rsidR="00BA7984" w:rsidRPr="00B75A9A">
        <w:rPr>
          <w:rFonts w:ascii="Times New Roman" w:eastAsia="Times New Roman" w:hAnsi="Times New Roman" w:cs="Times New Roman"/>
          <w:bCs/>
          <w:sz w:val="28"/>
          <w:szCs w:val="28"/>
          <w:lang w:val="kk-KZ"/>
        </w:rPr>
        <w:t>окалді емес шеттік шартты эллипстік теңдеулердің шешімділігі зерттеледі.</w:t>
      </w:r>
      <w:r w:rsidR="00BA7984" w:rsidRPr="00B75A9A">
        <w:rPr>
          <w:rFonts w:ascii="Times New Roman" w:eastAsia="Times New Roman" w:hAnsi="Times New Roman" w:cs="Times New Roman"/>
          <w:sz w:val="28"/>
          <w:szCs w:val="28"/>
          <w:lang w:val="kk-KZ"/>
        </w:rPr>
        <w:t xml:space="preserve"> Ізделінді шешім мен шешім ізделінетін облыстағы сол шешімнің шекаралық және ішкі нүктелеріндегі туындыларының мәндерін байланыстыратын шеттік шарттары бар есептерді локалді емес есеп деп атайды. Бұл есептер Дирихле немесе Нейман шарттары сияқты классикалық шеттік шарттарды  кеңейтеді, олар локалді болып табылады және облыс шекарасындағы мәндерімен анықталады. </w:t>
      </w:r>
    </w:p>
    <w:p w14:paraId="54064512" w14:textId="56FB55BE" w:rsidR="00BA7984" w:rsidRPr="00B75A9A" w:rsidRDefault="00BA7984" w:rsidP="00BA7984">
      <w:pPr>
        <w:spacing w:after="0" w:line="240" w:lineRule="auto"/>
        <w:ind w:firstLine="708"/>
        <w:jc w:val="both"/>
        <w:rPr>
          <w:rFonts w:ascii="Times New Roman" w:hAnsi="Times New Roman" w:cs="Times New Roman"/>
          <w:b/>
          <w:bCs/>
          <w:position w:val="-16"/>
          <w:sz w:val="28"/>
          <w:szCs w:val="28"/>
          <w:lang w:val="kk-KZ"/>
        </w:rPr>
      </w:pPr>
      <w:r w:rsidRPr="00B75A9A">
        <w:rPr>
          <w:rFonts w:ascii="Times New Roman" w:eastAsia="Times New Roman" w:hAnsi="Times New Roman" w:cs="Times New Roman"/>
          <w:b/>
          <w:bCs/>
          <w:position w:val="-16"/>
          <w:sz w:val="28"/>
          <w:szCs w:val="28"/>
          <w:lang w:val="kk-KZ"/>
        </w:rPr>
        <w:t xml:space="preserve">1-есептің қойылымы. </w:t>
      </w:r>
    </w:p>
    <w:p w14:paraId="0F94A373" w14:textId="77777777" w:rsidR="00BA7984" w:rsidRPr="00B75A9A" w:rsidRDefault="00BA7984" w:rsidP="00BA7984">
      <w:pPr>
        <w:spacing w:after="0" w:line="240" w:lineRule="auto"/>
        <w:jc w:val="both"/>
        <w:rPr>
          <w:rFonts w:ascii="Times New Roman" w:eastAsia="Times New Roman" w:hAnsi="Times New Roman" w:cs="Times New Roman"/>
          <w:sz w:val="28"/>
          <w:szCs w:val="28"/>
          <w:lang w:val="kk-KZ"/>
        </w:rPr>
      </w:pPr>
      <w:r w:rsidRPr="00B75A9A">
        <w:rPr>
          <w:rFonts w:ascii="Times New Roman" w:eastAsia="Times New Roman" w:hAnsi="Times New Roman" w:cs="Times New Roman"/>
          <w:sz w:val="28"/>
          <w:szCs w:val="28"/>
          <w:lang w:val="kk-KZ"/>
        </w:rPr>
        <w:tab/>
        <w:t xml:space="preserve">Айталық, </w:t>
      </w:r>
      <w:r w:rsidR="00A07FF5" w:rsidRPr="00B75A9A">
        <w:rPr>
          <w:rFonts w:ascii="Times New Roman" w:hAnsi="Times New Roman" w:cs="Times New Roman"/>
          <w:position w:val="-12"/>
          <w:sz w:val="28"/>
          <w:szCs w:val="28"/>
        </w:rPr>
        <w:object w:dxaOrig="3260" w:dyaOrig="360" w14:anchorId="7AFBD4C6">
          <v:shape id="_x0000_i1215" type="#_x0000_t75" style="width:162.2pt;height:18.2pt" o:ole="">
            <v:imagedata r:id="rId394" o:title=""/>
          </v:shape>
          <o:OLEObject Type="Embed" ProgID="Equation.DSMT4" ShapeID="_x0000_i1215" DrawAspect="Content" ObjectID="_1840331669" r:id="rId395"/>
        </w:object>
      </w:r>
      <w:r w:rsidRPr="00B75A9A">
        <w:rPr>
          <w:rFonts w:ascii="Times New Roman" w:eastAsia="Times New Roman" w:hAnsi="Times New Roman" w:cs="Times New Roman"/>
          <w:sz w:val="28"/>
          <w:szCs w:val="28"/>
          <w:lang w:val="kk-KZ"/>
        </w:rPr>
        <w:t xml:space="preserve"> цилиндр, </w:t>
      </w:r>
      <w:r w:rsidR="00A07FF5" w:rsidRPr="00B75A9A">
        <w:rPr>
          <w:rFonts w:ascii="Times New Roman" w:hAnsi="Times New Roman" w:cs="Times New Roman"/>
          <w:position w:val="-12"/>
          <w:sz w:val="28"/>
          <w:szCs w:val="28"/>
        </w:rPr>
        <w:object w:dxaOrig="1640" w:dyaOrig="420" w14:anchorId="2A1EBC0C">
          <v:shape id="_x0000_i1216" type="#_x0000_t75" style="width:80.7pt;height:20.55pt" o:ole="">
            <v:imagedata r:id="rId396" o:title=""/>
          </v:shape>
          <o:OLEObject Type="Embed" ProgID="Equation.DSMT4" ShapeID="_x0000_i1216" DrawAspect="Content" ObjectID="_1840331670" r:id="rId397"/>
        </w:object>
      </w:r>
      <w:r w:rsidRPr="00B75A9A">
        <w:rPr>
          <w:rFonts w:ascii="Times New Roman" w:eastAsia="Times New Roman" w:hAnsi="Times New Roman" w:cs="Times New Roman"/>
          <w:sz w:val="28"/>
          <w:szCs w:val="28"/>
          <w:lang w:val="kk-KZ"/>
        </w:rPr>
        <w:t xml:space="preserve"> шектелген облыс, </w:t>
      </w:r>
      <w:r w:rsidR="00A07FF5" w:rsidRPr="00B75A9A">
        <w:rPr>
          <w:rFonts w:ascii="Times New Roman" w:hAnsi="Times New Roman" w:cs="Times New Roman"/>
          <w:position w:val="-6"/>
          <w:sz w:val="28"/>
          <w:szCs w:val="28"/>
        </w:rPr>
        <w:object w:dxaOrig="1020" w:dyaOrig="360" w14:anchorId="7820E59B">
          <v:shape id="_x0000_i1217" type="#_x0000_t75" style="width:51.45pt;height:18.2pt" o:ole="">
            <v:imagedata r:id="rId398" o:title=""/>
          </v:shape>
          <o:OLEObject Type="Embed" ProgID="Equation.DSMT4" ShapeID="_x0000_i1217" DrawAspect="Content" ObjectID="_1840331671" r:id="rId399"/>
        </w:object>
      </w:r>
      <w:r w:rsidRPr="00B75A9A">
        <w:rPr>
          <w:rFonts w:ascii="Times New Roman" w:eastAsia="Times New Roman" w:hAnsi="Times New Roman" w:cs="Times New Roman"/>
          <w:position w:val="-6"/>
          <w:sz w:val="28"/>
          <w:szCs w:val="28"/>
          <w:lang w:val="kk-KZ"/>
        </w:rPr>
        <w:t xml:space="preserve"> </w:t>
      </w:r>
      <w:r w:rsidRPr="00B75A9A">
        <w:rPr>
          <w:rFonts w:ascii="Times New Roman" w:eastAsia="Times New Roman" w:hAnsi="Times New Roman" w:cs="Times New Roman"/>
          <w:sz w:val="28"/>
          <w:szCs w:val="28"/>
          <w:lang w:val="kk-KZ"/>
        </w:rPr>
        <w:t xml:space="preserve">тегіс шекарасы бар, </w:t>
      </w:r>
      <w:r w:rsidR="00A07FF5" w:rsidRPr="00B75A9A">
        <w:rPr>
          <w:rFonts w:ascii="Times New Roman" w:hAnsi="Times New Roman" w:cs="Times New Roman"/>
          <w:position w:val="-12"/>
          <w:sz w:val="28"/>
          <w:szCs w:val="28"/>
        </w:rPr>
        <w:object w:dxaOrig="1620" w:dyaOrig="360" w14:anchorId="211575EE">
          <v:shape id="_x0000_i1218" type="#_x0000_t75" style="width:79.1pt;height:18.2pt" o:ole="">
            <v:imagedata r:id="rId400" o:title=""/>
          </v:shape>
          <o:OLEObject Type="Embed" ProgID="Equation.DSMT4" ShapeID="_x0000_i1218" DrawAspect="Content" ObjectID="_1840331672" r:id="rId401"/>
        </w:object>
      </w:r>
      <w:r w:rsidRPr="00B75A9A">
        <w:rPr>
          <w:rFonts w:ascii="Times New Roman" w:eastAsia="Times New Roman" w:hAnsi="Times New Roman" w:cs="Times New Roman"/>
          <w:position w:val="-10"/>
          <w:sz w:val="28"/>
          <w:szCs w:val="28"/>
          <w:lang w:val="kk-KZ"/>
        </w:rPr>
        <w:t xml:space="preserve"> </w:t>
      </w:r>
      <w:r w:rsidRPr="00B75A9A">
        <w:rPr>
          <w:rFonts w:ascii="Times New Roman" w:eastAsia="Times New Roman" w:hAnsi="Times New Roman" w:cs="Times New Roman"/>
          <w:sz w:val="28"/>
          <w:szCs w:val="28"/>
          <w:lang w:val="kk-KZ"/>
        </w:rPr>
        <w:t xml:space="preserve">цилиндрдің бүйір беті. </w:t>
      </w:r>
    </w:p>
    <w:p w14:paraId="544F396F" w14:textId="77777777" w:rsidR="00BA7984" w:rsidRPr="00B75A9A" w:rsidRDefault="00A07FF5" w:rsidP="00BA7984">
      <w:pPr>
        <w:spacing w:after="0" w:line="240" w:lineRule="auto"/>
        <w:rPr>
          <w:rFonts w:ascii="Times New Roman" w:eastAsia="Times New Roman" w:hAnsi="Times New Roman" w:cs="Times New Roman"/>
          <w:sz w:val="28"/>
          <w:szCs w:val="28"/>
          <w:lang w:val="kk-KZ"/>
        </w:rPr>
      </w:pPr>
      <w:r w:rsidRPr="00B75A9A">
        <w:rPr>
          <w:rFonts w:ascii="Times New Roman" w:hAnsi="Times New Roman" w:cs="Times New Roman"/>
          <w:position w:val="-12"/>
          <w:sz w:val="28"/>
          <w:szCs w:val="28"/>
        </w:rPr>
        <w:object w:dxaOrig="279" w:dyaOrig="360" w14:anchorId="4F59E06F">
          <v:shape id="_x0000_i1219" type="#_x0000_t75" style="width:15.8pt;height:18.2pt" o:ole="">
            <v:imagedata r:id="rId402" o:title=""/>
          </v:shape>
          <o:OLEObject Type="Embed" ProgID="Equation.DSMT4" ShapeID="_x0000_i1219" DrawAspect="Content" ObjectID="_1840331673" r:id="rId403"/>
        </w:object>
      </w:r>
      <w:r w:rsidR="00BA7984" w:rsidRPr="00B75A9A">
        <w:rPr>
          <w:rFonts w:ascii="Times New Roman" w:eastAsia="Times New Roman" w:hAnsi="Times New Roman" w:cs="Times New Roman"/>
          <w:position w:val="-10"/>
          <w:sz w:val="28"/>
          <w:szCs w:val="28"/>
          <w:lang w:val="kk-KZ"/>
        </w:rPr>
        <w:t xml:space="preserve"> </w:t>
      </w:r>
      <w:r w:rsidR="00BA7984" w:rsidRPr="00B75A9A">
        <w:rPr>
          <w:rFonts w:ascii="Times New Roman" w:eastAsia="Times New Roman" w:hAnsi="Times New Roman" w:cs="Times New Roman"/>
          <w:sz w:val="28"/>
          <w:szCs w:val="28"/>
          <w:lang w:val="kk-KZ"/>
        </w:rPr>
        <w:t>цилиндрде сызықтық емес теңдеуді қарастырайық</w:t>
      </w:r>
    </w:p>
    <w:p w14:paraId="7E5B3C2D" w14:textId="77777777" w:rsidR="00000B91" w:rsidRPr="00B75A9A" w:rsidRDefault="00000B91" w:rsidP="00BA7984">
      <w:pPr>
        <w:spacing w:after="0" w:line="240" w:lineRule="auto"/>
        <w:rPr>
          <w:rFonts w:ascii="Times New Roman" w:eastAsia="Times New Roman" w:hAnsi="Times New Roman" w:cs="Times New Roman"/>
          <w:sz w:val="28"/>
          <w:szCs w:val="28"/>
          <w:lang w:val="kk-KZ"/>
        </w:rPr>
      </w:pPr>
    </w:p>
    <w:p w14:paraId="0D2076EC" w14:textId="01DEE696" w:rsidR="00BA7984" w:rsidRPr="00B75A9A" w:rsidRDefault="00A07FF5" w:rsidP="00BA7984">
      <w:pPr>
        <w:spacing w:after="0" w:line="240" w:lineRule="auto"/>
        <w:jc w:val="right"/>
        <w:rPr>
          <w:rFonts w:ascii="Times New Roman" w:eastAsia="Times New Roman" w:hAnsi="Times New Roman" w:cs="Times New Roman"/>
          <w:sz w:val="28"/>
          <w:szCs w:val="28"/>
          <w:lang w:val="kk-KZ"/>
        </w:rPr>
      </w:pPr>
      <w:r w:rsidRPr="00B75A9A">
        <w:rPr>
          <w:rFonts w:ascii="Times New Roman" w:hAnsi="Times New Roman" w:cs="Times New Roman"/>
          <w:position w:val="-16"/>
          <w:sz w:val="28"/>
          <w:szCs w:val="28"/>
        </w:rPr>
        <w:object w:dxaOrig="4680" w:dyaOrig="499" w14:anchorId="4603EC46">
          <v:shape id="_x0000_i1220" type="#_x0000_t75" style="width:234.2pt;height:25.3pt" o:ole="">
            <v:imagedata r:id="rId404" o:title=""/>
          </v:shape>
          <o:OLEObject Type="Embed" ProgID="Equation.DSMT4" ShapeID="_x0000_i1220" DrawAspect="Content" ObjectID="_1840331674" r:id="rId405"/>
        </w:object>
      </w:r>
      <w:r w:rsidR="00170271" w:rsidRPr="00B75A9A">
        <w:rPr>
          <w:rFonts w:ascii="Times New Roman" w:eastAsia="Times New Roman" w:hAnsi="Times New Roman" w:cs="Times New Roman"/>
          <w:sz w:val="28"/>
          <w:szCs w:val="28"/>
          <w:lang w:val="kk-KZ"/>
        </w:rPr>
        <w:tab/>
      </w:r>
      <w:r w:rsidR="00170271" w:rsidRPr="00B75A9A">
        <w:rPr>
          <w:rFonts w:ascii="Times New Roman" w:eastAsia="Times New Roman" w:hAnsi="Times New Roman" w:cs="Times New Roman"/>
          <w:sz w:val="28"/>
          <w:szCs w:val="28"/>
          <w:lang w:val="kk-KZ"/>
        </w:rPr>
        <w:tab/>
      </w:r>
      <w:r w:rsidR="00170271" w:rsidRPr="00B75A9A">
        <w:rPr>
          <w:rFonts w:ascii="Times New Roman" w:eastAsia="Times New Roman" w:hAnsi="Times New Roman" w:cs="Times New Roman"/>
          <w:sz w:val="28"/>
          <w:szCs w:val="28"/>
          <w:lang w:val="kk-KZ"/>
        </w:rPr>
        <w:tab/>
      </w:r>
      <w:r w:rsidR="00170271" w:rsidRPr="00B75A9A">
        <w:rPr>
          <w:rFonts w:ascii="Times New Roman" w:eastAsia="Times New Roman" w:hAnsi="Times New Roman" w:cs="Times New Roman"/>
          <w:sz w:val="28"/>
          <w:szCs w:val="28"/>
          <w:lang w:val="kk-KZ"/>
        </w:rPr>
        <w:tab/>
      </w:r>
      <w:r w:rsidR="00170271" w:rsidRPr="00B75A9A">
        <w:rPr>
          <w:rFonts w:ascii="Times New Roman" w:eastAsia="Times New Roman" w:hAnsi="Times New Roman" w:cs="Times New Roman"/>
          <w:sz w:val="28"/>
          <w:szCs w:val="28"/>
          <w:lang w:val="kk-KZ"/>
        </w:rPr>
        <w:tab/>
        <w:t>(37</w:t>
      </w:r>
      <w:r w:rsidR="00BA7984" w:rsidRPr="00B75A9A">
        <w:rPr>
          <w:rFonts w:ascii="Times New Roman" w:eastAsia="Times New Roman" w:hAnsi="Times New Roman" w:cs="Times New Roman"/>
          <w:sz w:val="28"/>
          <w:szCs w:val="28"/>
          <w:lang w:val="kk-KZ"/>
        </w:rPr>
        <w:t>)</w:t>
      </w:r>
    </w:p>
    <w:p w14:paraId="317EF6DB" w14:textId="77777777" w:rsidR="00000B91" w:rsidRPr="00B75A9A" w:rsidRDefault="00000B91" w:rsidP="00000B91">
      <w:pPr>
        <w:spacing w:after="0" w:line="240" w:lineRule="auto"/>
        <w:rPr>
          <w:rFonts w:ascii="Times New Roman" w:eastAsia="Times New Roman" w:hAnsi="Times New Roman" w:cs="Times New Roman"/>
          <w:sz w:val="28"/>
          <w:szCs w:val="28"/>
          <w:lang w:val="kk-KZ"/>
        </w:rPr>
      </w:pPr>
    </w:p>
    <w:p w14:paraId="6ED0EF18" w14:textId="77777777" w:rsidR="00BA7984" w:rsidRPr="00B75A9A" w:rsidRDefault="00BA7984" w:rsidP="00BA7984">
      <w:pPr>
        <w:spacing w:after="0" w:line="240" w:lineRule="auto"/>
        <w:rPr>
          <w:rFonts w:ascii="Times New Roman" w:eastAsia="Times New Roman" w:hAnsi="Times New Roman" w:cs="Times New Roman"/>
          <w:sz w:val="28"/>
          <w:szCs w:val="28"/>
          <w:lang w:val="kk-KZ"/>
        </w:rPr>
      </w:pPr>
      <w:r w:rsidRPr="00B75A9A">
        <w:rPr>
          <w:rFonts w:ascii="Times New Roman" w:eastAsia="Times New Roman" w:hAnsi="Times New Roman" w:cs="Times New Roman"/>
          <w:sz w:val="28"/>
          <w:szCs w:val="28"/>
          <w:lang w:val="kk-KZ"/>
        </w:rPr>
        <w:t xml:space="preserve">және  шеттік шарттары </w:t>
      </w:r>
    </w:p>
    <w:p w14:paraId="60716D1E" w14:textId="77777777" w:rsidR="00000B91" w:rsidRPr="00B75A9A" w:rsidRDefault="00000B91" w:rsidP="00BA7984">
      <w:pPr>
        <w:spacing w:after="0" w:line="240" w:lineRule="auto"/>
        <w:rPr>
          <w:rFonts w:ascii="Times New Roman" w:eastAsia="Times New Roman" w:hAnsi="Times New Roman" w:cs="Times New Roman"/>
          <w:sz w:val="28"/>
          <w:szCs w:val="28"/>
          <w:lang w:val="kk-KZ"/>
        </w:rPr>
      </w:pPr>
    </w:p>
    <w:p w14:paraId="7A740C69" w14:textId="608EAD3E" w:rsidR="00000B91" w:rsidRPr="00B75A9A" w:rsidRDefault="00A07FF5" w:rsidP="00000B91">
      <w:pPr>
        <w:spacing w:after="0" w:line="240" w:lineRule="auto"/>
        <w:jc w:val="right"/>
        <w:rPr>
          <w:rFonts w:ascii="Times New Roman" w:eastAsia="Times New Roman" w:hAnsi="Times New Roman" w:cs="Times New Roman"/>
          <w:sz w:val="28"/>
          <w:szCs w:val="28"/>
          <w:lang w:val="kk-KZ"/>
        </w:rPr>
      </w:pPr>
      <w:r w:rsidRPr="00B75A9A">
        <w:rPr>
          <w:rFonts w:ascii="Times New Roman" w:hAnsi="Times New Roman" w:cs="Times New Roman"/>
          <w:position w:val="-16"/>
          <w:sz w:val="28"/>
          <w:szCs w:val="28"/>
        </w:rPr>
        <w:object w:dxaOrig="2079" w:dyaOrig="440" w14:anchorId="1F8C0D20">
          <v:shape id="_x0000_i1221" type="#_x0000_t75" style="width:104.45pt;height:20.55pt" o:ole="">
            <v:imagedata r:id="rId406" o:title=""/>
          </v:shape>
          <o:OLEObject Type="Embed" ProgID="Equation.DSMT4" ShapeID="_x0000_i1221" DrawAspect="Content" ObjectID="_1840331675" r:id="rId407"/>
        </w:object>
      </w:r>
      <w:r w:rsidR="00170271" w:rsidRPr="00B75A9A">
        <w:rPr>
          <w:rFonts w:ascii="Times New Roman" w:eastAsia="Times New Roman" w:hAnsi="Times New Roman" w:cs="Times New Roman"/>
          <w:sz w:val="28"/>
          <w:szCs w:val="28"/>
          <w:lang w:val="kk-KZ"/>
        </w:rPr>
        <w:tab/>
      </w:r>
      <w:r w:rsidR="00170271" w:rsidRPr="00B75A9A">
        <w:rPr>
          <w:rFonts w:ascii="Times New Roman" w:eastAsia="Times New Roman" w:hAnsi="Times New Roman" w:cs="Times New Roman"/>
          <w:sz w:val="28"/>
          <w:szCs w:val="28"/>
          <w:lang w:val="kk-KZ"/>
        </w:rPr>
        <w:tab/>
      </w:r>
      <w:r w:rsidR="00170271" w:rsidRPr="00B75A9A">
        <w:rPr>
          <w:rFonts w:ascii="Times New Roman" w:eastAsia="Times New Roman" w:hAnsi="Times New Roman" w:cs="Times New Roman"/>
          <w:sz w:val="28"/>
          <w:szCs w:val="28"/>
          <w:lang w:val="kk-KZ"/>
        </w:rPr>
        <w:tab/>
      </w:r>
      <w:r w:rsidR="00170271" w:rsidRPr="00B75A9A">
        <w:rPr>
          <w:rFonts w:ascii="Times New Roman" w:eastAsia="Times New Roman" w:hAnsi="Times New Roman" w:cs="Times New Roman"/>
          <w:sz w:val="28"/>
          <w:szCs w:val="28"/>
          <w:lang w:val="kk-KZ"/>
        </w:rPr>
        <w:tab/>
      </w:r>
      <w:r w:rsidR="00170271" w:rsidRPr="00B75A9A">
        <w:rPr>
          <w:rFonts w:ascii="Times New Roman" w:eastAsia="Times New Roman" w:hAnsi="Times New Roman" w:cs="Times New Roman"/>
          <w:sz w:val="28"/>
          <w:szCs w:val="28"/>
          <w:lang w:val="kk-KZ"/>
        </w:rPr>
        <w:tab/>
      </w:r>
      <w:r w:rsidR="00170271" w:rsidRPr="00B75A9A">
        <w:rPr>
          <w:rFonts w:ascii="Times New Roman" w:eastAsia="Times New Roman" w:hAnsi="Times New Roman" w:cs="Times New Roman"/>
          <w:sz w:val="28"/>
          <w:szCs w:val="28"/>
          <w:lang w:val="kk-KZ"/>
        </w:rPr>
        <w:tab/>
        <w:t>(38</w:t>
      </w:r>
      <w:r w:rsidR="00BA7984" w:rsidRPr="00B75A9A">
        <w:rPr>
          <w:rFonts w:ascii="Times New Roman" w:eastAsia="Times New Roman" w:hAnsi="Times New Roman" w:cs="Times New Roman"/>
          <w:sz w:val="28"/>
          <w:szCs w:val="28"/>
          <w:lang w:val="kk-KZ"/>
        </w:rPr>
        <w:t>)</w:t>
      </w:r>
    </w:p>
    <w:p w14:paraId="510D034B" w14:textId="6F40FCAA" w:rsidR="00BA7984" w:rsidRPr="00B75A9A" w:rsidRDefault="00A07FF5" w:rsidP="00BA7984">
      <w:pPr>
        <w:spacing w:after="0" w:line="240" w:lineRule="auto"/>
        <w:jc w:val="right"/>
        <w:rPr>
          <w:rFonts w:ascii="Times New Roman" w:eastAsia="Times New Roman" w:hAnsi="Times New Roman" w:cs="Times New Roman"/>
          <w:sz w:val="28"/>
          <w:szCs w:val="28"/>
          <w:lang w:val="kk-KZ"/>
        </w:rPr>
      </w:pPr>
      <w:r w:rsidRPr="00B75A9A">
        <w:rPr>
          <w:rFonts w:ascii="Times New Roman" w:hAnsi="Times New Roman" w:cs="Times New Roman"/>
          <w:position w:val="-12"/>
          <w:sz w:val="28"/>
          <w:szCs w:val="28"/>
        </w:rPr>
        <w:object w:dxaOrig="4220" w:dyaOrig="380" w14:anchorId="5AE05A57">
          <v:shape id="_x0000_i1222" type="#_x0000_t75" style="width:209.65pt;height:18.2pt" o:ole="">
            <v:imagedata r:id="rId408" o:title=""/>
          </v:shape>
          <o:OLEObject Type="Embed" ProgID="Equation.DSMT4" ShapeID="_x0000_i1222" DrawAspect="Content" ObjectID="_1840331676" r:id="rId409"/>
        </w:object>
      </w:r>
      <w:r w:rsidR="00170271" w:rsidRPr="00B75A9A">
        <w:rPr>
          <w:rFonts w:ascii="Times New Roman" w:eastAsia="Times New Roman" w:hAnsi="Times New Roman" w:cs="Times New Roman"/>
          <w:sz w:val="28"/>
          <w:szCs w:val="28"/>
          <w:lang w:val="kk-KZ"/>
        </w:rPr>
        <w:tab/>
      </w:r>
      <w:r w:rsidR="00170271" w:rsidRPr="00B75A9A">
        <w:rPr>
          <w:rFonts w:ascii="Times New Roman" w:eastAsia="Times New Roman" w:hAnsi="Times New Roman" w:cs="Times New Roman"/>
          <w:sz w:val="28"/>
          <w:szCs w:val="28"/>
          <w:lang w:val="kk-KZ"/>
        </w:rPr>
        <w:tab/>
      </w:r>
      <w:r w:rsidR="00170271" w:rsidRPr="00B75A9A">
        <w:rPr>
          <w:rFonts w:ascii="Times New Roman" w:eastAsia="Times New Roman" w:hAnsi="Times New Roman" w:cs="Times New Roman"/>
          <w:sz w:val="28"/>
          <w:szCs w:val="28"/>
          <w:lang w:val="kk-KZ"/>
        </w:rPr>
        <w:tab/>
      </w:r>
      <w:r w:rsidR="00170271" w:rsidRPr="00B75A9A">
        <w:rPr>
          <w:rFonts w:ascii="Times New Roman" w:eastAsia="Times New Roman" w:hAnsi="Times New Roman" w:cs="Times New Roman"/>
          <w:sz w:val="28"/>
          <w:szCs w:val="28"/>
          <w:lang w:val="kk-KZ"/>
        </w:rPr>
        <w:tab/>
        <w:t>(39</w:t>
      </w:r>
      <w:r w:rsidR="00BA7984" w:rsidRPr="00B75A9A">
        <w:rPr>
          <w:rFonts w:ascii="Times New Roman" w:eastAsia="Times New Roman" w:hAnsi="Times New Roman" w:cs="Times New Roman"/>
          <w:sz w:val="28"/>
          <w:szCs w:val="28"/>
          <w:lang w:val="kk-KZ"/>
        </w:rPr>
        <w:t>)</w:t>
      </w:r>
    </w:p>
    <w:p w14:paraId="7B44247E" w14:textId="77777777" w:rsidR="00000B91" w:rsidRPr="00B75A9A" w:rsidRDefault="00000B91" w:rsidP="00BA7984">
      <w:pPr>
        <w:spacing w:after="0" w:line="240" w:lineRule="auto"/>
        <w:jc w:val="right"/>
        <w:rPr>
          <w:rFonts w:ascii="Times New Roman" w:eastAsia="Times New Roman" w:hAnsi="Times New Roman" w:cs="Times New Roman"/>
          <w:sz w:val="28"/>
          <w:szCs w:val="28"/>
          <w:lang w:val="kk-KZ"/>
        </w:rPr>
      </w:pPr>
    </w:p>
    <w:p w14:paraId="0038E439" w14:textId="77777777" w:rsidR="00BA7984" w:rsidRPr="00B75A9A" w:rsidRDefault="00BA7984" w:rsidP="00BA7984">
      <w:pPr>
        <w:spacing w:after="0" w:line="240" w:lineRule="auto"/>
        <w:rPr>
          <w:rFonts w:ascii="Times New Roman" w:eastAsia="Times New Roman" w:hAnsi="Times New Roman" w:cs="Times New Roman"/>
          <w:sz w:val="28"/>
          <w:szCs w:val="28"/>
          <w:lang w:val="kk-KZ"/>
        </w:rPr>
      </w:pPr>
      <w:r w:rsidRPr="00B75A9A">
        <w:rPr>
          <w:rFonts w:ascii="Times New Roman" w:eastAsia="Times New Roman" w:hAnsi="Times New Roman" w:cs="Times New Roman"/>
          <w:sz w:val="28"/>
          <w:szCs w:val="28"/>
          <w:lang w:val="kk-KZ"/>
        </w:rPr>
        <w:t xml:space="preserve">мұндағы  </w:t>
      </w:r>
      <w:r w:rsidR="00A07FF5" w:rsidRPr="00B75A9A">
        <w:rPr>
          <w:rFonts w:ascii="Times New Roman" w:hAnsi="Times New Roman" w:cs="Times New Roman"/>
          <w:position w:val="-12"/>
          <w:sz w:val="28"/>
          <w:szCs w:val="28"/>
        </w:rPr>
        <w:object w:dxaOrig="880" w:dyaOrig="360" w14:anchorId="6BF6B403">
          <v:shape id="_x0000_i1223" type="#_x0000_t75" style="width:44.3pt;height:18.2pt" o:ole="">
            <v:imagedata r:id="rId410" o:title=""/>
          </v:shape>
          <o:OLEObject Type="Embed" ProgID="Equation.DSMT4" ShapeID="_x0000_i1223" DrawAspect="Content" ObjectID="_1840331677" r:id="rId411"/>
        </w:object>
      </w:r>
      <w:r w:rsidRPr="00B75A9A">
        <w:rPr>
          <w:rFonts w:ascii="Times New Roman" w:eastAsia="Times New Roman" w:hAnsi="Times New Roman" w:cs="Times New Roman"/>
          <w:sz w:val="28"/>
          <w:szCs w:val="28"/>
          <w:lang w:val="kk-KZ"/>
        </w:rPr>
        <w:t xml:space="preserve"> берілген функция, </w:t>
      </w:r>
      <w:r w:rsidR="00A07FF5" w:rsidRPr="00B75A9A">
        <w:rPr>
          <w:rFonts w:ascii="Times New Roman" w:hAnsi="Times New Roman" w:cs="Times New Roman"/>
          <w:position w:val="-12"/>
          <w:sz w:val="28"/>
          <w:szCs w:val="28"/>
        </w:rPr>
        <w:object w:dxaOrig="1380" w:dyaOrig="380" w14:anchorId="7264D351">
          <v:shape id="_x0000_i1224" type="#_x0000_t75" style="width:68.85pt;height:18.2pt" o:ole="">
            <v:imagedata r:id="rId412" o:title=""/>
          </v:shape>
          <o:OLEObject Type="Embed" ProgID="Equation.DSMT4" ShapeID="_x0000_i1224" DrawAspect="Content" ObjectID="_1840331678" r:id="rId413"/>
        </w:object>
      </w:r>
      <w:r w:rsidRPr="00B75A9A">
        <w:rPr>
          <w:rFonts w:ascii="Times New Roman" w:eastAsia="Times New Roman" w:hAnsi="Times New Roman" w:cs="Times New Roman"/>
          <w:sz w:val="28"/>
          <w:szCs w:val="28"/>
          <w:lang w:val="kk-KZ"/>
        </w:rPr>
        <w:t xml:space="preserve"> және </w:t>
      </w:r>
      <w:r w:rsidR="00AB1B70" w:rsidRPr="00B75A9A">
        <w:rPr>
          <w:rFonts w:ascii="Times New Roman" w:hAnsi="Times New Roman" w:cs="Times New Roman"/>
          <w:position w:val="-6"/>
          <w:sz w:val="28"/>
          <w:szCs w:val="28"/>
        </w:rPr>
        <w:object w:dxaOrig="1040" w:dyaOrig="300" w14:anchorId="210BD0ED">
          <v:shape id="_x0000_i1225" type="#_x0000_t75" style="width:51.45pt;height:15.8pt" o:ole="">
            <v:imagedata r:id="rId414" o:title=""/>
          </v:shape>
          <o:OLEObject Type="Embed" ProgID="Equation.DSMT4" ShapeID="_x0000_i1225" DrawAspect="Content" ObjectID="_1840331679" r:id="rId415"/>
        </w:object>
      </w:r>
      <w:r w:rsidRPr="00B75A9A">
        <w:rPr>
          <w:rFonts w:ascii="Times New Roman" w:eastAsia="Times New Roman" w:hAnsi="Times New Roman" w:cs="Times New Roman"/>
          <w:sz w:val="28"/>
          <w:szCs w:val="28"/>
          <w:lang w:val="kk-KZ"/>
        </w:rPr>
        <w:t xml:space="preserve">  тұрақтылар, </w:t>
      </w:r>
    </w:p>
    <w:p w14:paraId="2198084B" w14:textId="77777777" w:rsidR="00BA7984" w:rsidRPr="00B75A9A" w:rsidRDefault="00BA7984" w:rsidP="00000B91">
      <w:pPr>
        <w:spacing w:after="0" w:line="240" w:lineRule="auto"/>
        <w:rPr>
          <w:rFonts w:ascii="Times New Roman" w:eastAsia="Times New Roman" w:hAnsi="Times New Roman" w:cs="Times New Roman"/>
          <w:sz w:val="28"/>
          <w:szCs w:val="28"/>
          <w:lang w:val="kk-KZ"/>
        </w:rPr>
      </w:pPr>
    </w:p>
    <w:p w14:paraId="6082F7D1" w14:textId="77777777" w:rsidR="00BA7984" w:rsidRPr="00B75A9A" w:rsidRDefault="00A07FF5" w:rsidP="00BA7984">
      <w:pPr>
        <w:spacing w:after="0" w:line="240" w:lineRule="auto"/>
        <w:jc w:val="center"/>
        <w:rPr>
          <w:rFonts w:ascii="Times New Roman" w:eastAsia="Times New Roman" w:hAnsi="Times New Roman" w:cs="Times New Roman"/>
          <w:sz w:val="28"/>
          <w:szCs w:val="28"/>
          <w:lang w:val="kk-KZ"/>
        </w:rPr>
      </w:pPr>
      <w:r w:rsidRPr="00B75A9A">
        <w:rPr>
          <w:rFonts w:ascii="Times New Roman" w:hAnsi="Times New Roman" w:cs="Times New Roman"/>
          <w:position w:val="-34"/>
          <w:sz w:val="28"/>
          <w:szCs w:val="28"/>
        </w:rPr>
        <w:object w:dxaOrig="2240" w:dyaOrig="820" w14:anchorId="5D5AC95F">
          <v:shape id="_x0000_i1226" type="#_x0000_t75" style="width:115.5pt;height:43.5pt" o:ole="">
            <v:imagedata r:id="rId416" o:title=""/>
          </v:shape>
          <o:OLEObject Type="Embed" ProgID="Equation.DSMT4" ShapeID="_x0000_i1226" DrawAspect="Content" ObjectID="_1840331680" r:id="rId417"/>
        </w:object>
      </w:r>
      <w:r w:rsidR="00BA7984" w:rsidRPr="00B75A9A">
        <w:rPr>
          <w:rFonts w:ascii="Times New Roman" w:eastAsia="Times New Roman" w:hAnsi="Times New Roman" w:cs="Times New Roman"/>
          <w:sz w:val="28"/>
          <w:szCs w:val="28"/>
          <w:lang w:val="kk-KZ"/>
        </w:rPr>
        <w:t>.</w:t>
      </w:r>
    </w:p>
    <w:p w14:paraId="1B69FB99" w14:textId="77777777" w:rsidR="00000B91" w:rsidRPr="00B75A9A" w:rsidRDefault="00000B91" w:rsidP="00000B91">
      <w:pPr>
        <w:spacing w:after="0" w:line="240" w:lineRule="auto"/>
        <w:rPr>
          <w:rFonts w:ascii="Times New Roman" w:eastAsia="Times New Roman" w:hAnsi="Times New Roman" w:cs="Times New Roman"/>
          <w:sz w:val="28"/>
          <w:szCs w:val="28"/>
          <w:lang w:val="kk-KZ"/>
        </w:rPr>
      </w:pPr>
    </w:p>
    <w:p w14:paraId="4BE5DAEC" w14:textId="77777777" w:rsidR="00BA7984" w:rsidRPr="00B75A9A" w:rsidRDefault="00A07FF5" w:rsidP="00BA7984">
      <w:pPr>
        <w:spacing w:after="0" w:line="240" w:lineRule="auto"/>
        <w:rPr>
          <w:rFonts w:ascii="Times New Roman" w:eastAsia="Times New Roman" w:hAnsi="Times New Roman" w:cs="Times New Roman"/>
          <w:sz w:val="28"/>
          <w:szCs w:val="28"/>
          <w:lang w:val="kk-KZ"/>
        </w:rPr>
      </w:pPr>
      <w:r w:rsidRPr="00B75A9A">
        <w:rPr>
          <w:rFonts w:ascii="Times New Roman" w:hAnsi="Times New Roman" w:cs="Times New Roman"/>
          <w:position w:val="-14"/>
          <w:sz w:val="28"/>
          <w:szCs w:val="28"/>
        </w:rPr>
        <w:object w:dxaOrig="1020" w:dyaOrig="440" w14:anchorId="7EEC20F8">
          <v:shape id="_x0000_i1227" type="#_x0000_t75" style="width:51.45pt;height:20.55pt" o:ole="">
            <v:imagedata r:id="rId418" o:title=""/>
          </v:shape>
          <o:OLEObject Type="Embed" ProgID="Equation.DSMT4" ShapeID="_x0000_i1227" DrawAspect="Content" ObjectID="_1840331681" r:id="rId419"/>
        </w:object>
      </w:r>
      <w:r w:rsidR="00BA7984" w:rsidRPr="00B75A9A">
        <w:rPr>
          <w:rFonts w:ascii="Times New Roman" w:eastAsia="Times New Roman" w:hAnsi="Times New Roman" w:cs="Times New Roman"/>
          <w:sz w:val="28"/>
          <w:szCs w:val="28"/>
          <w:lang w:val="kk-KZ"/>
        </w:rPr>
        <w:t xml:space="preserve"> кеңістігін төмендегідей анықтайық:</w:t>
      </w:r>
    </w:p>
    <w:p w14:paraId="7AE692DC" w14:textId="77777777" w:rsidR="009C454D" w:rsidRPr="00B75A9A" w:rsidRDefault="009C454D" w:rsidP="00BA7984">
      <w:pPr>
        <w:spacing w:after="0" w:line="240" w:lineRule="auto"/>
        <w:rPr>
          <w:rFonts w:ascii="Times New Roman" w:eastAsia="Times New Roman" w:hAnsi="Times New Roman" w:cs="Times New Roman"/>
          <w:sz w:val="28"/>
          <w:szCs w:val="28"/>
          <w:lang w:val="kk-KZ"/>
        </w:rPr>
      </w:pPr>
    </w:p>
    <w:p w14:paraId="4C0C6E5E" w14:textId="77777777" w:rsidR="00BA7984" w:rsidRPr="00B75A9A" w:rsidRDefault="00A07FF5" w:rsidP="00BA7984">
      <w:pPr>
        <w:spacing w:after="0" w:line="240" w:lineRule="auto"/>
        <w:jc w:val="center"/>
        <w:rPr>
          <w:rFonts w:ascii="Times New Roman" w:hAnsi="Times New Roman" w:cs="Times New Roman"/>
          <w:position w:val="-18"/>
          <w:sz w:val="28"/>
          <w:szCs w:val="28"/>
          <w:lang w:val="kk-KZ"/>
        </w:rPr>
      </w:pPr>
      <w:r w:rsidRPr="00B75A9A">
        <w:rPr>
          <w:rFonts w:ascii="Times New Roman" w:hAnsi="Times New Roman" w:cs="Times New Roman"/>
          <w:position w:val="-18"/>
          <w:sz w:val="28"/>
          <w:szCs w:val="28"/>
        </w:rPr>
        <w:object w:dxaOrig="8620" w:dyaOrig="499" w14:anchorId="43B9B3AB">
          <v:shape id="_x0000_i1228" type="#_x0000_t75" style="width:6in;height:25.3pt" o:ole="">
            <v:imagedata r:id="rId420" o:title=""/>
          </v:shape>
          <o:OLEObject Type="Embed" ProgID="Equation.DSMT4" ShapeID="_x0000_i1228" DrawAspect="Content" ObjectID="_1840331682" r:id="rId421"/>
        </w:object>
      </w:r>
    </w:p>
    <w:p w14:paraId="7A9CFBE7" w14:textId="77777777" w:rsidR="009C454D" w:rsidRPr="00B75A9A" w:rsidRDefault="009C454D" w:rsidP="00BA7984">
      <w:pPr>
        <w:spacing w:after="0" w:line="240" w:lineRule="auto"/>
        <w:jc w:val="center"/>
        <w:rPr>
          <w:rFonts w:ascii="Times New Roman" w:eastAsia="Times New Roman" w:hAnsi="Times New Roman" w:cs="Times New Roman"/>
          <w:position w:val="-18"/>
          <w:sz w:val="28"/>
          <w:szCs w:val="28"/>
          <w:lang w:val="kk-KZ"/>
        </w:rPr>
      </w:pPr>
    </w:p>
    <w:p w14:paraId="13F2F5CD" w14:textId="77777777" w:rsidR="00BA7984" w:rsidRPr="00B75A9A" w:rsidRDefault="00BA7984" w:rsidP="00BA7984">
      <w:pPr>
        <w:spacing w:after="0" w:line="240" w:lineRule="auto"/>
        <w:rPr>
          <w:rFonts w:ascii="Times New Roman" w:eastAsia="Times New Roman" w:hAnsi="Times New Roman" w:cs="Times New Roman"/>
          <w:position w:val="-18"/>
          <w:sz w:val="28"/>
          <w:szCs w:val="28"/>
          <w:lang w:val="kk-KZ"/>
        </w:rPr>
      </w:pPr>
      <w:r w:rsidRPr="00B75A9A">
        <w:rPr>
          <w:rFonts w:ascii="Times New Roman" w:eastAsia="Times New Roman" w:hAnsi="Times New Roman" w:cs="Times New Roman"/>
          <w:position w:val="-18"/>
          <w:sz w:val="28"/>
          <w:szCs w:val="28"/>
          <w:lang w:val="kk-KZ"/>
        </w:rPr>
        <w:t>және оның нормасы</w:t>
      </w:r>
    </w:p>
    <w:p w14:paraId="6ACC714B" w14:textId="77777777" w:rsidR="00BA7984" w:rsidRPr="00B75A9A" w:rsidRDefault="00A07FF5" w:rsidP="00BA7984">
      <w:pPr>
        <w:spacing w:after="0" w:line="240" w:lineRule="auto"/>
        <w:jc w:val="center"/>
        <w:rPr>
          <w:rFonts w:ascii="Times New Roman" w:hAnsi="Times New Roman" w:cs="Times New Roman"/>
          <w:position w:val="-40"/>
          <w:sz w:val="28"/>
          <w:szCs w:val="28"/>
          <w:lang w:val="kk-KZ"/>
        </w:rPr>
      </w:pPr>
      <w:r w:rsidRPr="00B75A9A">
        <w:rPr>
          <w:rFonts w:ascii="Times New Roman" w:hAnsi="Times New Roman" w:cs="Times New Roman"/>
          <w:position w:val="-40"/>
          <w:sz w:val="28"/>
          <w:szCs w:val="28"/>
        </w:rPr>
        <w:object w:dxaOrig="5800" w:dyaOrig="1100" w14:anchorId="462E7E6A">
          <v:shape id="_x0000_i1229" type="#_x0000_t75" style="width:291.15pt;height:56.2pt" o:ole="">
            <v:imagedata r:id="rId422" o:title=""/>
          </v:shape>
          <o:OLEObject Type="Embed" ProgID="Equation.DSMT4" ShapeID="_x0000_i1229" DrawAspect="Content" ObjectID="_1840331683" r:id="rId423"/>
        </w:object>
      </w:r>
    </w:p>
    <w:p w14:paraId="40233073" w14:textId="77777777" w:rsidR="00000B91" w:rsidRPr="00B75A9A" w:rsidRDefault="00000B91" w:rsidP="00BA7984">
      <w:pPr>
        <w:spacing w:after="0" w:line="240" w:lineRule="auto"/>
        <w:jc w:val="center"/>
        <w:rPr>
          <w:rFonts w:ascii="Times New Roman" w:eastAsia="Times New Roman" w:hAnsi="Times New Roman" w:cs="Times New Roman"/>
          <w:bCs/>
          <w:sz w:val="28"/>
          <w:szCs w:val="28"/>
          <w:lang w:val="kk-KZ"/>
        </w:rPr>
      </w:pPr>
    </w:p>
    <w:p w14:paraId="21067C54" w14:textId="77777777" w:rsidR="00BA7984" w:rsidRPr="00B75A9A" w:rsidRDefault="00A07FF5" w:rsidP="00BA7984">
      <w:pPr>
        <w:spacing w:after="0" w:line="240" w:lineRule="auto"/>
        <w:rPr>
          <w:rFonts w:ascii="Times New Roman" w:eastAsia="Times New Roman" w:hAnsi="Times New Roman" w:cs="Times New Roman"/>
          <w:sz w:val="28"/>
          <w:szCs w:val="28"/>
          <w:lang w:val="kk-KZ"/>
        </w:rPr>
      </w:pPr>
      <w:r w:rsidRPr="00B75A9A">
        <w:rPr>
          <w:rFonts w:ascii="Times New Roman" w:hAnsi="Times New Roman" w:cs="Times New Roman"/>
          <w:position w:val="-16"/>
          <w:sz w:val="28"/>
          <w:szCs w:val="28"/>
        </w:rPr>
        <w:object w:dxaOrig="800" w:dyaOrig="440" w14:anchorId="00B47371">
          <v:shape id="_x0000_i1230" type="#_x0000_t75" style="width:43.5pt;height:20.55pt" o:ole="">
            <v:imagedata r:id="rId424" o:title=""/>
          </v:shape>
          <o:OLEObject Type="Embed" ProgID="Equation.DSMT4" ShapeID="_x0000_i1230" DrawAspect="Content" ObjectID="_1840331684" r:id="rId425"/>
        </w:object>
      </w:r>
      <w:r w:rsidR="00BA7984" w:rsidRPr="00B75A9A">
        <w:rPr>
          <w:rFonts w:ascii="Times New Roman" w:eastAsia="Times New Roman" w:hAnsi="Times New Roman" w:cs="Times New Roman"/>
          <w:sz w:val="28"/>
          <w:szCs w:val="28"/>
          <w:lang w:val="kk-KZ"/>
        </w:rPr>
        <w:t xml:space="preserve"> кеңістігі ретінде</w:t>
      </w:r>
    </w:p>
    <w:p w14:paraId="10DC601C" w14:textId="77777777" w:rsidR="00000B91" w:rsidRPr="00B75A9A" w:rsidRDefault="00000B91" w:rsidP="00BA7984">
      <w:pPr>
        <w:spacing w:after="0" w:line="240" w:lineRule="auto"/>
        <w:rPr>
          <w:rFonts w:ascii="Times New Roman" w:eastAsiaTheme="minorHAnsi" w:hAnsi="Times New Roman" w:cs="Times New Roman"/>
          <w:sz w:val="28"/>
          <w:szCs w:val="28"/>
          <w:lang w:val="kk-KZ" w:eastAsia="en-US"/>
        </w:rPr>
      </w:pPr>
    </w:p>
    <w:p w14:paraId="715FD17C" w14:textId="77777777" w:rsidR="00BA7984" w:rsidRPr="00B75A9A" w:rsidRDefault="00A07FF5" w:rsidP="00BA7984">
      <w:pPr>
        <w:spacing w:after="0" w:line="240" w:lineRule="auto"/>
        <w:jc w:val="center"/>
        <w:rPr>
          <w:rFonts w:ascii="Times New Roman" w:hAnsi="Times New Roman" w:cs="Times New Roman"/>
          <w:position w:val="-18"/>
          <w:sz w:val="28"/>
          <w:szCs w:val="28"/>
          <w:lang w:val="kk-KZ"/>
        </w:rPr>
      </w:pPr>
      <w:r w:rsidRPr="00B75A9A">
        <w:rPr>
          <w:rFonts w:ascii="Times New Roman" w:hAnsi="Times New Roman" w:cs="Times New Roman"/>
          <w:position w:val="-18"/>
          <w:sz w:val="28"/>
          <w:szCs w:val="28"/>
        </w:rPr>
        <w:object w:dxaOrig="5960" w:dyaOrig="499" w14:anchorId="25BD5BBE">
          <v:shape id="_x0000_i1231" type="#_x0000_t75" style="width:297.5pt;height:25.3pt" o:ole="">
            <v:imagedata r:id="rId426" o:title=""/>
          </v:shape>
          <o:OLEObject Type="Embed" ProgID="Equation.DSMT4" ShapeID="_x0000_i1231" DrawAspect="Content" ObjectID="_1840331685" r:id="rId427"/>
        </w:object>
      </w:r>
    </w:p>
    <w:p w14:paraId="03F46E8C" w14:textId="77777777" w:rsidR="00000B91" w:rsidRPr="00B75A9A" w:rsidRDefault="00000B91" w:rsidP="00BA7984">
      <w:pPr>
        <w:spacing w:after="0" w:line="240" w:lineRule="auto"/>
        <w:jc w:val="center"/>
        <w:rPr>
          <w:rFonts w:ascii="Times New Roman" w:eastAsia="Times New Roman" w:hAnsi="Times New Roman" w:cs="Times New Roman"/>
          <w:position w:val="-18"/>
          <w:sz w:val="28"/>
          <w:szCs w:val="28"/>
          <w:lang w:val="kk-KZ"/>
        </w:rPr>
      </w:pPr>
    </w:p>
    <w:p w14:paraId="068AC3AE" w14:textId="520CA18D" w:rsidR="00E15976" w:rsidRDefault="00BA7984" w:rsidP="00B75A9A">
      <w:pPr>
        <w:spacing w:after="0" w:line="240" w:lineRule="auto"/>
        <w:rPr>
          <w:rFonts w:ascii="Times New Roman" w:eastAsia="Times New Roman" w:hAnsi="Times New Roman" w:cs="Times New Roman"/>
          <w:position w:val="-18"/>
          <w:sz w:val="28"/>
          <w:szCs w:val="28"/>
          <w:lang w:val="kk-KZ"/>
        </w:rPr>
      </w:pPr>
      <w:r w:rsidRPr="00B75A9A">
        <w:rPr>
          <w:rFonts w:ascii="Times New Roman" w:eastAsia="Times New Roman" w:hAnsi="Times New Roman" w:cs="Times New Roman"/>
          <w:position w:val="-18"/>
          <w:sz w:val="28"/>
          <w:szCs w:val="28"/>
          <w:lang w:val="kk-KZ"/>
        </w:rPr>
        <w:t>және оның нормасы</w:t>
      </w:r>
    </w:p>
    <w:p w14:paraId="499E8746" w14:textId="77777777" w:rsidR="00B75A9A" w:rsidRPr="00B75A9A" w:rsidRDefault="00B75A9A" w:rsidP="00B75A9A">
      <w:pPr>
        <w:spacing w:after="0" w:line="240" w:lineRule="auto"/>
        <w:rPr>
          <w:rFonts w:ascii="Times New Roman" w:eastAsia="Times New Roman" w:hAnsi="Times New Roman" w:cs="Times New Roman"/>
          <w:position w:val="-18"/>
          <w:sz w:val="28"/>
          <w:szCs w:val="28"/>
          <w:lang w:val="kk-KZ"/>
        </w:rPr>
      </w:pPr>
    </w:p>
    <w:p w14:paraId="61B8553B" w14:textId="77AA993D" w:rsidR="00B75A9A" w:rsidRPr="00B75A9A" w:rsidRDefault="00B75A9A" w:rsidP="00B75A9A">
      <w:pPr>
        <w:spacing w:after="0" w:line="240" w:lineRule="auto"/>
        <w:jc w:val="center"/>
        <w:rPr>
          <w:rFonts w:ascii="Times New Roman" w:hAnsi="Times New Roman" w:cs="Times New Roman"/>
          <w:position w:val="-106"/>
          <w:sz w:val="28"/>
          <w:szCs w:val="28"/>
          <w:lang w:val="kk-KZ"/>
        </w:rPr>
      </w:pPr>
      <w:r w:rsidRPr="00B75A9A">
        <w:rPr>
          <w:rFonts w:ascii="Times New Roman" w:hAnsi="Times New Roman" w:cs="Times New Roman"/>
          <w:position w:val="-106"/>
          <w:sz w:val="28"/>
          <w:szCs w:val="28"/>
        </w:rPr>
        <w:object w:dxaOrig="7000" w:dyaOrig="2260" w14:anchorId="0F1FE04D">
          <v:shape id="_x0000_i1232" type="#_x0000_t75" style="width:348.9pt;height:115.5pt" o:ole="">
            <v:imagedata r:id="rId428" o:title=""/>
          </v:shape>
          <o:OLEObject Type="Embed" ProgID="Equation.DSMT4" ShapeID="_x0000_i1232" DrawAspect="Content" ObjectID="_1840331686" r:id="rId429"/>
        </w:object>
      </w:r>
    </w:p>
    <w:p w14:paraId="530A7D80" w14:textId="54ECAE3B" w:rsidR="00BA7984" w:rsidRPr="00293DA3" w:rsidRDefault="003F46FB" w:rsidP="00B75A9A">
      <w:pPr>
        <w:spacing w:after="0" w:line="240" w:lineRule="auto"/>
        <w:ind w:firstLine="708"/>
        <w:rPr>
          <w:rFonts w:ascii="Times New Roman" w:eastAsia="Times New Roman" w:hAnsi="Times New Roman" w:cs="Times New Roman"/>
          <w:sz w:val="28"/>
          <w:szCs w:val="28"/>
          <w:lang w:val="kk-KZ"/>
        </w:rPr>
      </w:pPr>
      <w:r w:rsidRPr="00293DA3">
        <w:rPr>
          <w:rFonts w:ascii="Times New Roman" w:eastAsia="Times New Roman" w:hAnsi="Times New Roman" w:cs="Times New Roman"/>
          <w:b/>
          <w:sz w:val="28"/>
          <w:szCs w:val="28"/>
          <w:lang w:val="kk-KZ"/>
        </w:rPr>
        <w:t xml:space="preserve">Анықтама </w:t>
      </w:r>
      <w:r w:rsidR="00BA7984" w:rsidRPr="00293DA3">
        <w:rPr>
          <w:rFonts w:ascii="Times New Roman" w:eastAsia="Times New Roman" w:hAnsi="Times New Roman" w:cs="Times New Roman"/>
          <w:b/>
          <w:sz w:val="28"/>
          <w:szCs w:val="28"/>
          <w:lang w:val="kk-KZ"/>
        </w:rPr>
        <w:t>1.</w:t>
      </w:r>
      <w:r w:rsidR="00170271" w:rsidRPr="00293DA3">
        <w:rPr>
          <w:rFonts w:ascii="Times New Roman" w:eastAsia="Times New Roman" w:hAnsi="Times New Roman" w:cs="Times New Roman"/>
          <w:sz w:val="28"/>
          <w:szCs w:val="28"/>
          <w:lang w:val="kk-KZ"/>
        </w:rPr>
        <w:t xml:space="preserve"> (37)-(39</w:t>
      </w:r>
      <w:r w:rsidR="00BA7984" w:rsidRPr="00293DA3">
        <w:rPr>
          <w:rFonts w:ascii="Times New Roman" w:eastAsia="Times New Roman" w:hAnsi="Times New Roman" w:cs="Times New Roman"/>
          <w:sz w:val="28"/>
          <w:szCs w:val="28"/>
          <w:lang w:val="kk-KZ"/>
        </w:rPr>
        <w:t>) шеттік есебінің жалпыла</w:t>
      </w:r>
      <w:r w:rsidR="00170271" w:rsidRPr="00293DA3">
        <w:rPr>
          <w:rFonts w:ascii="Times New Roman" w:eastAsia="Times New Roman" w:hAnsi="Times New Roman" w:cs="Times New Roman"/>
          <w:sz w:val="28"/>
          <w:szCs w:val="28"/>
          <w:lang w:val="kk-KZ"/>
        </w:rPr>
        <w:t>ма шешімі деп (38), (39</w:t>
      </w:r>
      <w:r w:rsidR="00BA7984" w:rsidRPr="00293DA3">
        <w:rPr>
          <w:rFonts w:ascii="Times New Roman" w:eastAsia="Times New Roman" w:hAnsi="Times New Roman" w:cs="Times New Roman"/>
          <w:sz w:val="28"/>
          <w:szCs w:val="28"/>
          <w:lang w:val="kk-KZ"/>
        </w:rPr>
        <w:t xml:space="preserve">) шарттарын және келесі интегралдық тепе-теңдігін қанағаттандыратын </w:t>
      </w:r>
      <w:r w:rsidR="00A07FF5" w:rsidRPr="00293DA3">
        <w:rPr>
          <w:rFonts w:ascii="Times New Roman" w:hAnsi="Times New Roman" w:cs="Times New Roman"/>
          <w:position w:val="-14"/>
          <w:sz w:val="28"/>
          <w:szCs w:val="28"/>
        </w:rPr>
        <w:object w:dxaOrig="2140" w:dyaOrig="440" w14:anchorId="59507652">
          <v:shape id="_x0000_i1233" type="#_x0000_t75" style="width:106pt;height:20.55pt" o:ole="">
            <v:imagedata r:id="rId430" o:title=""/>
          </v:shape>
          <o:OLEObject Type="Embed" ProgID="Equation.DSMT4" ShapeID="_x0000_i1233" DrawAspect="Content" ObjectID="_1840331687" r:id="rId431"/>
        </w:object>
      </w:r>
      <w:r w:rsidR="00BA7984" w:rsidRPr="00293DA3">
        <w:rPr>
          <w:rFonts w:ascii="Times New Roman" w:eastAsia="Times New Roman" w:hAnsi="Times New Roman" w:cs="Times New Roman"/>
          <w:sz w:val="28"/>
          <w:szCs w:val="28"/>
          <w:lang w:val="kk-KZ"/>
        </w:rPr>
        <w:t xml:space="preserve"> </w:t>
      </w:r>
      <w:r w:rsidR="00A07FF5" w:rsidRPr="00293DA3">
        <w:rPr>
          <w:rFonts w:ascii="Times New Roman" w:hAnsi="Times New Roman" w:cs="Times New Roman"/>
          <w:position w:val="-16"/>
          <w:sz w:val="28"/>
          <w:szCs w:val="28"/>
        </w:rPr>
        <w:object w:dxaOrig="1820" w:dyaOrig="440" w14:anchorId="7ED7FA5B">
          <v:shape id="_x0000_i1234" type="#_x0000_t75" style="width:90.2pt;height:20.55pt" o:ole="">
            <v:imagedata r:id="rId432" o:title=""/>
          </v:shape>
          <o:OLEObject Type="Embed" ProgID="Equation.DSMT4" ShapeID="_x0000_i1234" DrawAspect="Content" ObjectID="_1840331688" r:id="rId433"/>
        </w:object>
      </w:r>
      <w:r w:rsidR="009C454D" w:rsidRPr="00293DA3">
        <w:rPr>
          <w:rFonts w:ascii="Times New Roman" w:hAnsi="Times New Roman" w:cs="Times New Roman"/>
          <w:position w:val="-16"/>
          <w:sz w:val="28"/>
          <w:szCs w:val="28"/>
          <w:lang w:val="kk-KZ"/>
        </w:rPr>
        <w:t xml:space="preserve"> </w:t>
      </w:r>
      <w:r w:rsidR="00BA7984" w:rsidRPr="00293DA3">
        <w:rPr>
          <w:rFonts w:ascii="Times New Roman" w:eastAsia="Times New Roman" w:hAnsi="Times New Roman" w:cs="Times New Roman"/>
          <w:sz w:val="28"/>
          <w:szCs w:val="28"/>
          <w:lang w:val="kk-KZ"/>
        </w:rPr>
        <w:t>функциясын айтамыз:</w:t>
      </w:r>
    </w:p>
    <w:p w14:paraId="547D7529" w14:textId="77777777" w:rsidR="00000B91" w:rsidRPr="00293DA3" w:rsidRDefault="00000B91" w:rsidP="00B75A9A">
      <w:pPr>
        <w:tabs>
          <w:tab w:val="left" w:pos="567"/>
        </w:tabs>
        <w:spacing w:after="0" w:line="240" w:lineRule="auto"/>
        <w:jc w:val="both"/>
        <w:rPr>
          <w:rFonts w:ascii="Times New Roman" w:eastAsia="Times New Roman" w:hAnsi="Times New Roman" w:cs="Times New Roman"/>
          <w:sz w:val="28"/>
          <w:szCs w:val="28"/>
          <w:lang w:val="kk-KZ"/>
        </w:rPr>
      </w:pPr>
    </w:p>
    <w:p w14:paraId="6C0481AE" w14:textId="77777777" w:rsidR="00BA7984" w:rsidRPr="00293DA3" w:rsidRDefault="00A07FF5" w:rsidP="00B75A9A">
      <w:pPr>
        <w:spacing w:after="0" w:line="240" w:lineRule="auto"/>
        <w:jc w:val="center"/>
        <w:rPr>
          <w:rFonts w:ascii="Times New Roman" w:hAnsi="Times New Roman" w:cs="Times New Roman"/>
          <w:position w:val="-38"/>
          <w:sz w:val="28"/>
          <w:szCs w:val="28"/>
          <w:lang w:val="kk-KZ"/>
        </w:rPr>
      </w:pPr>
      <w:r w:rsidRPr="00293DA3">
        <w:rPr>
          <w:rFonts w:ascii="Times New Roman" w:hAnsi="Times New Roman" w:cs="Times New Roman"/>
          <w:position w:val="-38"/>
          <w:sz w:val="28"/>
          <w:szCs w:val="28"/>
        </w:rPr>
        <w:object w:dxaOrig="6180" w:dyaOrig="740" w14:anchorId="3EAC7BB5">
          <v:shape id="_x0000_i1235" type="#_x0000_t75" style="width:310.95pt;height:36.4pt" o:ole="">
            <v:imagedata r:id="rId434" o:title=""/>
          </v:shape>
          <o:OLEObject Type="Embed" ProgID="Equation.DSMT4" ShapeID="_x0000_i1235" DrawAspect="Content" ObjectID="_1840331689" r:id="rId435"/>
        </w:object>
      </w:r>
    </w:p>
    <w:p w14:paraId="03EFDD9C" w14:textId="77777777" w:rsidR="00000B91" w:rsidRPr="00293DA3" w:rsidRDefault="00000B91" w:rsidP="00000B91">
      <w:pPr>
        <w:spacing w:after="0" w:line="240" w:lineRule="auto"/>
        <w:rPr>
          <w:rFonts w:ascii="Times New Roman" w:eastAsia="Times New Roman" w:hAnsi="Times New Roman" w:cs="Times New Roman"/>
          <w:sz w:val="28"/>
          <w:szCs w:val="28"/>
          <w:lang w:val="kk-KZ"/>
        </w:rPr>
      </w:pPr>
    </w:p>
    <w:p w14:paraId="241564A4" w14:textId="77777777" w:rsidR="00BA7984" w:rsidRPr="00293DA3" w:rsidRDefault="00BA7984" w:rsidP="00BA7984">
      <w:pPr>
        <w:tabs>
          <w:tab w:val="center" w:pos="4678"/>
          <w:tab w:val="right" w:pos="9639"/>
        </w:tabs>
        <w:spacing w:after="0" w:line="240" w:lineRule="auto"/>
        <w:jc w:val="both"/>
        <w:rPr>
          <w:rFonts w:ascii="Times New Roman" w:eastAsia="Times New Roman" w:hAnsi="Times New Roman" w:cs="Times New Roman"/>
          <w:b/>
          <w:sz w:val="28"/>
          <w:szCs w:val="28"/>
          <w:lang w:val="kk-KZ"/>
        </w:rPr>
      </w:pPr>
      <w:r w:rsidRPr="00293DA3">
        <w:rPr>
          <w:rFonts w:ascii="Times New Roman" w:eastAsia="Times New Roman" w:hAnsi="Times New Roman" w:cs="Times New Roman"/>
          <w:sz w:val="28"/>
          <w:szCs w:val="28"/>
          <w:lang w:val="kk-KZ"/>
        </w:rPr>
        <w:t xml:space="preserve">мұндағы </w:t>
      </w:r>
      <w:r w:rsidR="00A07FF5" w:rsidRPr="00293DA3">
        <w:rPr>
          <w:rFonts w:ascii="Times New Roman" w:hAnsi="Times New Roman" w:cs="Times New Roman"/>
          <w:position w:val="-14"/>
          <w:sz w:val="28"/>
          <w:szCs w:val="28"/>
        </w:rPr>
        <w:object w:dxaOrig="1420" w:dyaOrig="440" w14:anchorId="7A1291F6">
          <v:shape id="_x0000_i1236" type="#_x0000_t75" style="width:1in;height:20.55pt" o:ole="">
            <v:imagedata r:id="rId436" o:title=""/>
          </v:shape>
          <o:OLEObject Type="Embed" ProgID="Equation.DSMT4" ShapeID="_x0000_i1236" DrawAspect="Content" ObjectID="_1840331690" r:id="rId437"/>
        </w:object>
      </w:r>
      <w:r w:rsidRPr="00293DA3">
        <w:rPr>
          <w:rFonts w:ascii="Times New Roman" w:eastAsia="Times New Roman" w:hAnsi="Times New Roman" w:cs="Times New Roman"/>
          <w:sz w:val="28"/>
          <w:szCs w:val="28"/>
          <w:lang w:val="kk-KZ"/>
        </w:rPr>
        <w:t>.</w:t>
      </w:r>
    </w:p>
    <w:p w14:paraId="63C2BF8B" w14:textId="77777777" w:rsidR="00BA7984" w:rsidRPr="00293DA3" w:rsidRDefault="00BA7984" w:rsidP="00BA7984">
      <w:pPr>
        <w:tabs>
          <w:tab w:val="center" w:pos="4678"/>
          <w:tab w:val="right" w:pos="9639"/>
        </w:tabs>
        <w:spacing w:after="0" w:line="240" w:lineRule="auto"/>
        <w:jc w:val="both"/>
        <w:rPr>
          <w:rFonts w:ascii="Times New Roman" w:eastAsia="Times New Roman" w:hAnsi="Times New Roman" w:cs="Times New Roman"/>
          <w:b/>
          <w:sz w:val="28"/>
          <w:szCs w:val="28"/>
          <w:lang w:val="kk-KZ"/>
        </w:rPr>
      </w:pPr>
    </w:p>
    <w:p w14:paraId="413B1AC7" w14:textId="6DF1051F" w:rsidR="00BA7984" w:rsidRPr="00293DA3" w:rsidRDefault="00293DA3" w:rsidP="00BA7984">
      <w:pPr>
        <w:tabs>
          <w:tab w:val="center" w:pos="4678"/>
          <w:tab w:val="right" w:pos="9639"/>
        </w:tabs>
        <w:spacing w:after="0" w:line="240" w:lineRule="auto"/>
        <w:jc w:val="both"/>
        <w:rPr>
          <w:rFonts w:ascii="Times New Roman" w:hAnsi="Times New Roman" w:cs="Times New Roman"/>
          <w:position w:val="-28"/>
          <w:sz w:val="28"/>
          <w:szCs w:val="28"/>
          <w:lang w:val="kk-KZ"/>
        </w:rPr>
      </w:pPr>
      <w:r w:rsidRPr="00293DA3">
        <w:rPr>
          <w:rFonts w:ascii="Times New Roman" w:eastAsia="Times New Roman" w:hAnsi="Times New Roman" w:cs="Times New Roman"/>
          <w:b/>
          <w:sz w:val="28"/>
          <w:szCs w:val="28"/>
          <w:lang w:val="kk-KZ"/>
        </w:rPr>
        <w:t xml:space="preserve">       </w:t>
      </w:r>
      <w:r w:rsidR="00E77AA4" w:rsidRPr="00293DA3">
        <w:rPr>
          <w:rFonts w:ascii="Times New Roman" w:eastAsia="Times New Roman" w:hAnsi="Times New Roman" w:cs="Times New Roman"/>
          <w:b/>
          <w:sz w:val="28"/>
          <w:szCs w:val="28"/>
          <w:lang w:val="kk-KZ"/>
        </w:rPr>
        <w:t>Теорема 8</w:t>
      </w:r>
      <w:r w:rsidR="00BA7984" w:rsidRPr="00293DA3">
        <w:rPr>
          <w:rFonts w:ascii="Times New Roman" w:eastAsia="Times New Roman" w:hAnsi="Times New Roman" w:cs="Times New Roman"/>
          <w:b/>
          <w:sz w:val="28"/>
          <w:szCs w:val="28"/>
          <w:lang w:val="kk-KZ"/>
        </w:rPr>
        <w:t xml:space="preserve">. </w:t>
      </w:r>
      <w:r w:rsidR="00BA7984" w:rsidRPr="00293DA3">
        <w:rPr>
          <w:rFonts w:ascii="Times New Roman" w:eastAsia="Times New Roman" w:hAnsi="Times New Roman" w:cs="Times New Roman"/>
          <w:sz w:val="28"/>
          <w:szCs w:val="28"/>
          <w:lang w:val="kk-KZ"/>
        </w:rPr>
        <w:t xml:space="preserve">Айталық, </w:t>
      </w:r>
      <w:r w:rsidR="00A07FF5" w:rsidRPr="00293DA3">
        <w:rPr>
          <w:rFonts w:ascii="Times New Roman" w:hAnsi="Times New Roman" w:cs="Times New Roman"/>
          <w:position w:val="-28"/>
          <w:sz w:val="28"/>
          <w:szCs w:val="28"/>
        </w:rPr>
        <w:object w:dxaOrig="1920" w:dyaOrig="720" w14:anchorId="357687F3">
          <v:shape id="_x0000_i1237" type="#_x0000_t75" style="width:97.3pt;height:37.2pt" o:ole="">
            <v:imagedata r:id="rId438" o:title=""/>
          </v:shape>
          <o:OLEObject Type="Embed" ProgID="Equation.DSMT4" ShapeID="_x0000_i1237" DrawAspect="Content" ObjectID="_1840331691" r:id="rId439"/>
        </w:object>
      </w:r>
    </w:p>
    <w:p w14:paraId="137F119F" w14:textId="77777777" w:rsidR="00000B91" w:rsidRPr="00293DA3" w:rsidRDefault="00000B91" w:rsidP="00BA7984">
      <w:pPr>
        <w:tabs>
          <w:tab w:val="center" w:pos="4678"/>
          <w:tab w:val="right" w:pos="9639"/>
        </w:tabs>
        <w:spacing w:after="0" w:line="240" w:lineRule="auto"/>
        <w:jc w:val="both"/>
        <w:rPr>
          <w:rFonts w:ascii="Times New Roman" w:eastAsia="Times New Roman" w:hAnsi="Times New Roman" w:cs="Times New Roman"/>
          <w:position w:val="-10"/>
          <w:sz w:val="28"/>
          <w:szCs w:val="28"/>
          <w:lang w:val="kk-KZ"/>
        </w:rPr>
      </w:pPr>
    </w:p>
    <w:p w14:paraId="0CD3C5A0" w14:textId="6CEB6CD5" w:rsidR="00BA7984" w:rsidRPr="00293DA3" w:rsidRDefault="00A07FF5" w:rsidP="00000B91">
      <w:pPr>
        <w:tabs>
          <w:tab w:val="center" w:pos="5387"/>
          <w:tab w:val="right" w:pos="9356"/>
        </w:tabs>
        <w:spacing w:after="0" w:line="240" w:lineRule="auto"/>
        <w:jc w:val="right"/>
        <w:rPr>
          <w:rFonts w:ascii="Times New Roman" w:eastAsia="Times New Roman" w:hAnsi="Times New Roman" w:cs="Times New Roman"/>
          <w:sz w:val="28"/>
          <w:szCs w:val="28"/>
          <w:lang w:val="kk-KZ"/>
        </w:rPr>
      </w:pPr>
      <w:r w:rsidRPr="00293DA3">
        <w:rPr>
          <w:rFonts w:ascii="Times New Roman" w:hAnsi="Times New Roman" w:cs="Times New Roman"/>
          <w:position w:val="-36"/>
          <w:sz w:val="28"/>
          <w:szCs w:val="28"/>
        </w:rPr>
        <w:object w:dxaOrig="5179" w:dyaOrig="859" w14:anchorId="1F4A393D">
          <v:shape id="_x0000_i1238" type="#_x0000_t75" style="width:258.75pt;height:44.3pt" o:ole="">
            <v:imagedata r:id="rId440" o:title=""/>
          </v:shape>
          <o:OLEObject Type="Embed" ProgID="Equation.DSMT4" ShapeID="_x0000_i1238" DrawAspect="Content" ObjectID="_1840331692" r:id="rId441"/>
        </w:object>
      </w:r>
      <w:r w:rsidR="00000B91" w:rsidRPr="00293DA3">
        <w:rPr>
          <w:rFonts w:ascii="Times New Roman" w:hAnsi="Times New Roman" w:cs="Times New Roman"/>
          <w:position w:val="-36"/>
          <w:sz w:val="28"/>
          <w:szCs w:val="28"/>
          <w:lang w:val="kk-KZ"/>
        </w:rPr>
        <w:t xml:space="preserve">    </w:t>
      </w:r>
      <w:r w:rsidR="00000B91" w:rsidRPr="00293DA3">
        <w:rPr>
          <w:rFonts w:ascii="Times New Roman" w:eastAsia="Times New Roman" w:hAnsi="Times New Roman" w:cs="Times New Roman"/>
          <w:sz w:val="28"/>
          <w:szCs w:val="28"/>
          <w:lang w:val="kk-KZ"/>
        </w:rPr>
        <w:t xml:space="preserve">                     </w:t>
      </w:r>
      <w:r w:rsidR="00170271" w:rsidRPr="00293DA3">
        <w:rPr>
          <w:rFonts w:ascii="Times New Roman" w:eastAsia="Times New Roman" w:hAnsi="Times New Roman" w:cs="Times New Roman"/>
          <w:sz w:val="28"/>
          <w:szCs w:val="28"/>
          <w:lang w:val="kk-KZ"/>
        </w:rPr>
        <w:t>(40</w:t>
      </w:r>
      <w:r w:rsidR="00BA7984" w:rsidRPr="00293DA3">
        <w:rPr>
          <w:rFonts w:ascii="Times New Roman" w:eastAsia="Times New Roman" w:hAnsi="Times New Roman" w:cs="Times New Roman"/>
          <w:sz w:val="28"/>
          <w:szCs w:val="28"/>
          <w:lang w:val="kk-KZ"/>
        </w:rPr>
        <w:t>)</w:t>
      </w:r>
    </w:p>
    <w:p w14:paraId="33513BD4" w14:textId="77777777" w:rsidR="00BA7984" w:rsidRPr="00293DA3" w:rsidRDefault="00BA7984" w:rsidP="00BA7984">
      <w:pPr>
        <w:tabs>
          <w:tab w:val="center" w:pos="5387"/>
          <w:tab w:val="right" w:pos="9356"/>
        </w:tabs>
        <w:spacing w:after="0" w:line="240" w:lineRule="auto"/>
        <w:jc w:val="right"/>
        <w:rPr>
          <w:rFonts w:ascii="Times New Roman" w:eastAsia="Times New Roman" w:hAnsi="Times New Roman" w:cs="Times New Roman"/>
          <w:sz w:val="28"/>
          <w:szCs w:val="28"/>
          <w:lang w:val="kk-KZ"/>
        </w:rPr>
      </w:pPr>
    </w:p>
    <w:p w14:paraId="4E711067" w14:textId="51E5CE37" w:rsidR="00BA7984" w:rsidRPr="00293DA3" w:rsidRDefault="00170271" w:rsidP="00BA7984">
      <w:pPr>
        <w:tabs>
          <w:tab w:val="center" w:pos="4678"/>
          <w:tab w:val="right" w:pos="9639"/>
        </w:tabs>
        <w:spacing w:after="0" w:line="240" w:lineRule="auto"/>
        <w:jc w:val="both"/>
        <w:rPr>
          <w:rFonts w:ascii="Times New Roman" w:eastAsia="Times New Roman" w:hAnsi="Times New Roman" w:cs="Times New Roman"/>
          <w:sz w:val="28"/>
          <w:szCs w:val="28"/>
          <w:lang w:val="kk-KZ"/>
        </w:rPr>
      </w:pPr>
      <w:r w:rsidRPr="00293DA3">
        <w:rPr>
          <w:rFonts w:ascii="Times New Roman" w:eastAsia="Times New Roman" w:hAnsi="Times New Roman" w:cs="Times New Roman"/>
          <w:sz w:val="28"/>
          <w:szCs w:val="28"/>
          <w:lang w:val="kk-KZ"/>
        </w:rPr>
        <w:t>шарттары орындалсын, онда (37)-(39</w:t>
      </w:r>
      <w:r w:rsidR="00BA7984" w:rsidRPr="00293DA3">
        <w:rPr>
          <w:rFonts w:ascii="Times New Roman" w:eastAsia="Times New Roman" w:hAnsi="Times New Roman" w:cs="Times New Roman"/>
          <w:sz w:val="28"/>
          <w:szCs w:val="28"/>
          <w:lang w:val="kk-KZ"/>
        </w:rPr>
        <w:t xml:space="preserve">) локалді емес шеттік есептің </w:t>
      </w:r>
      <w:r w:rsidR="00A07FF5" w:rsidRPr="00293DA3">
        <w:rPr>
          <w:rFonts w:ascii="Times New Roman" w:hAnsi="Times New Roman" w:cs="Times New Roman"/>
          <w:position w:val="-14"/>
          <w:sz w:val="28"/>
          <w:szCs w:val="28"/>
        </w:rPr>
        <w:object w:dxaOrig="2140" w:dyaOrig="440" w14:anchorId="7D82A954">
          <v:shape id="_x0000_i1239" type="#_x0000_t75" style="width:106pt;height:20.55pt" o:ole="">
            <v:imagedata r:id="rId442" o:title=""/>
          </v:shape>
          <o:OLEObject Type="Embed" ProgID="Equation.DSMT4" ShapeID="_x0000_i1239" DrawAspect="Content" ObjectID="_1840331693" r:id="rId443"/>
        </w:object>
      </w:r>
      <w:r w:rsidR="00BA7984" w:rsidRPr="00293DA3">
        <w:rPr>
          <w:rFonts w:ascii="Times New Roman" w:eastAsia="Times New Roman" w:hAnsi="Times New Roman" w:cs="Times New Roman"/>
          <w:sz w:val="28"/>
          <w:szCs w:val="28"/>
          <w:lang w:val="kk-KZ"/>
        </w:rPr>
        <w:t xml:space="preserve"> </w:t>
      </w:r>
      <w:r w:rsidR="00A07FF5" w:rsidRPr="00293DA3">
        <w:rPr>
          <w:rFonts w:ascii="Times New Roman" w:hAnsi="Times New Roman" w:cs="Times New Roman"/>
          <w:position w:val="-16"/>
          <w:sz w:val="28"/>
          <w:szCs w:val="28"/>
        </w:rPr>
        <w:object w:dxaOrig="1820" w:dyaOrig="440" w14:anchorId="18A7095C">
          <v:shape id="_x0000_i1240" type="#_x0000_t75" style="width:90.2pt;height:20.55pt" o:ole="">
            <v:imagedata r:id="rId444" o:title=""/>
          </v:shape>
          <o:OLEObject Type="Embed" ProgID="Equation.DSMT4" ShapeID="_x0000_i1240" DrawAspect="Content" ObjectID="_1840331694" r:id="rId445"/>
        </w:object>
      </w:r>
      <w:r w:rsidR="00BA7984" w:rsidRPr="00293DA3">
        <w:rPr>
          <w:rFonts w:ascii="Times New Roman" w:eastAsia="Times New Roman" w:hAnsi="Times New Roman" w:cs="Times New Roman"/>
          <w:sz w:val="28"/>
          <w:szCs w:val="28"/>
          <w:lang w:val="kk-KZ"/>
        </w:rPr>
        <w:t xml:space="preserve"> жалғыз ғана шешімі бар.</w:t>
      </w:r>
    </w:p>
    <w:p w14:paraId="161CFECB" w14:textId="0BB75335" w:rsidR="009B79E5" w:rsidRPr="00293DA3" w:rsidRDefault="00293DA3" w:rsidP="00BA7984">
      <w:pPr>
        <w:tabs>
          <w:tab w:val="left" w:pos="567"/>
        </w:tabs>
        <w:spacing w:after="0" w:line="240" w:lineRule="auto"/>
        <w:jc w:val="both"/>
        <w:rPr>
          <w:rFonts w:ascii="Times New Roman" w:eastAsia="Times New Roman" w:hAnsi="Times New Roman" w:cs="Times New Roman"/>
          <w:sz w:val="28"/>
          <w:szCs w:val="28"/>
          <w:lang w:val="kk-KZ"/>
        </w:rPr>
      </w:pPr>
      <w:r w:rsidRPr="00293DA3">
        <w:rPr>
          <w:rFonts w:ascii="Times New Roman" w:eastAsia="Times New Roman" w:hAnsi="Times New Roman" w:cs="Times New Roman"/>
          <w:b/>
          <w:sz w:val="28"/>
          <w:szCs w:val="28"/>
          <w:lang w:val="kk-KZ"/>
        </w:rPr>
        <w:tab/>
      </w:r>
      <w:r w:rsidR="003F46FB" w:rsidRPr="00293DA3">
        <w:rPr>
          <w:rFonts w:ascii="Times New Roman" w:eastAsia="Times New Roman" w:hAnsi="Times New Roman" w:cs="Times New Roman"/>
          <w:b/>
          <w:sz w:val="28"/>
          <w:szCs w:val="28"/>
          <w:lang w:val="kk-KZ"/>
        </w:rPr>
        <w:t xml:space="preserve">Анықтама </w:t>
      </w:r>
      <w:r w:rsidR="00BA7984" w:rsidRPr="00293DA3">
        <w:rPr>
          <w:rFonts w:ascii="Times New Roman" w:eastAsia="Times New Roman" w:hAnsi="Times New Roman" w:cs="Times New Roman"/>
          <w:b/>
          <w:sz w:val="28"/>
          <w:szCs w:val="28"/>
          <w:lang w:val="kk-KZ"/>
        </w:rPr>
        <w:t>2.</w:t>
      </w:r>
      <w:r w:rsidR="00460261" w:rsidRPr="00293DA3">
        <w:rPr>
          <w:rFonts w:ascii="Times New Roman" w:eastAsia="Times New Roman" w:hAnsi="Times New Roman" w:cs="Times New Roman"/>
          <w:sz w:val="28"/>
          <w:szCs w:val="28"/>
          <w:lang w:val="kk-KZ"/>
        </w:rPr>
        <w:t xml:space="preserve"> (37</w:t>
      </w:r>
      <w:r w:rsidR="00170271" w:rsidRPr="00293DA3">
        <w:rPr>
          <w:rFonts w:ascii="Times New Roman" w:eastAsia="Times New Roman" w:hAnsi="Times New Roman" w:cs="Times New Roman"/>
          <w:sz w:val="28"/>
          <w:szCs w:val="28"/>
          <w:lang w:val="kk-KZ"/>
        </w:rPr>
        <w:t>), (38</w:t>
      </w:r>
      <w:r w:rsidR="00460261" w:rsidRPr="00293DA3">
        <w:rPr>
          <w:rFonts w:ascii="Times New Roman" w:eastAsia="Times New Roman" w:hAnsi="Times New Roman" w:cs="Times New Roman"/>
          <w:sz w:val="28"/>
          <w:szCs w:val="28"/>
          <w:lang w:val="kk-KZ"/>
        </w:rPr>
        <w:t>), (39</w:t>
      </w:r>
      <w:r w:rsidR="00BA7984" w:rsidRPr="00293DA3">
        <w:rPr>
          <w:rFonts w:ascii="Times New Roman" w:eastAsia="Times New Roman" w:hAnsi="Times New Roman" w:cs="Times New Roman"/>
          <w:sz w:val="28"/>
          <w:szCs w:val="28"/>
          <w:lang w:val="kk-KZ"/>
        </w:rPr>
        <w:t>) шетті</w:t>
      </w:r>
      <w:r w:rsidR="009B79E5" w:rsidRPr="00293DA3">
        <w:rPr>
          <w:rFonts w:ascii="Times New Roman" w:eastAsia="Times New Roman" w:hAnsi="Times New Roman" w:cs="Times New Roman"/>
          <w:sz w:val="28"/>
          <w:szCs w:val="28"/>
          <w:lang w:val="kk-KZ"/>
        </w:rPr>
        <w:t>к есебінің жалпы шешімі деп (38</w:t>
      </w:r>
      <w:r w:rsidR="00BA7984" w:rsidRPr="00293DA3">
        <w:rPr>
          <w:rFonts w:ascii="Times New Roman" w:eastAsia="Times New Roman" w:hAnsi="Times New Roman" w:cs="Times New Roman"/>
          <w:sz w:val="28"/>
          <w:szCs w:val="28"/>
          <w:lang w:val="kk-KZ"/>
        </w:rPr>
        <w:t xml:space="preserve">), </w:t>
      </w:r>
    </w:p>
    <w:p w14:paraId="628F17D5" w14:textId="1543A810" w:rsidR="00BA7984" w:rsidRPr="00293DA3" w:rsidRDefault="009B79E5" w:rsidP="00BA7984">
      <w:pPr>
        <w:tabs>
          <w:tab w:val="left" w:pos="567"/>
        </w:tabs>
        <w:spacing w:after="0" w:line="240" w:lineRule="auto"/>
        <w:jc w:val="both"/>
        <w:rPr>
          <w:rFonts w:ascii="Times New Roman" w:eastAsia="Times New Roman" w:hAnsi="Times New Roman" w:cs="Times New Roman"/>
          <w:sz w:val="28"/>
          <w:szCs w:val="28"/>
          <w:lang w:val="kk-KZ"/>
        </w:rPr>
      </w:pPr>
      <w:r w:rsidRPr="00293DA3">
        <w:rPr>
          <w:rFonts w:ascii="Times New Roman" w:eastAsia="Times New Roman" w:hAnsi="Times New Roman" w:cs="Times New Roman"/>
          <w:sz w:val="28"/>
          <w:szCs w:val="28"/>
          <w:lang w:val="kk-KZ"/>
        </w:rPr>
        <w:t>(</w:t>
      </w:r>
      <w:r w:rsidR="00B52681" w:rsidRPr="00293DA3">
        <w:rPr>
          <w:rFonts w:ascii="Times New Roman" w:eastAsia="Times New Roman" w:hAnsi="Times New Roman" w:cs="Times New Roman"/>
          <w:sz w:val="28"/>
          <w:szCs w:val="28"/>
          <w:lang w:val="kk-KZ"/>
        </w:rPr>
        <w:t>39</w:t>
      </w:r>
      <w:r w:rsidR="00BA7984" w:rsidRPr="00293DA3">
        <w:rPr>
          <w:rFonts w:ascii="Times New Roman" w:eastAsia="Times New Roman" w:hAnsi="Times New Roman" w:cs="Times New Roman"/>
          <w:sz w:val="28"/>
          <w:szCs w:val="28"/>
          <w:lang w:val="kk-KZ"/>
        </w:rPr>
        <w:t xml:space="preserve">) шарттарын және келесі интегралдық тепе-теңдігін қанағаттандыратын </w:t>
      </w:r>
      <w:r w:rsidR="00A07FF5" w:rsidRPr="00293DA3">
        <w:rPr>
          <w:rFonts w:ascii="Times New Roman" w:hAnsi="Times New Roman" w:cs="Times New Roman"/>
          <w:position w:val="-16"/>
          <w:sz w:val="28"/>
          <w:szCs w:val="28"/>
        </w:rPr>
        <w:object w:dxaOrig="1820" w:dyaOrig="440" w14:anchorId="254754FD">
          <v:shape id="_x0000_i1241" type="#_x0000_t75" style="width:90.2pt;height:20.55pt" o:ole="">
            <v:imagedata r:id="rId446" o:title=""/>
          </v:shape>
          <o:OLEObject Type="Embed" ProgID="Equation.DSMT4" ShapeID="_x0000_i1241" DrawAspect="Content" ObjectID="_1840331695" r:id="rId447"/>
        </w:object>
      </w:r>
      <w:r w:rsidR="00BA7984" w:rsidRPr="00293DA3">
        <w:rPr>
          <w:rFonts w:ascii="Times New Roman" w:eastAsia="Times New Roman" w:hAnsi="Times New Roman" w:cs="Times New Roman"/>
          <w:sz w:val="28"/>
          <w:szCs w:val="28"/>
          <w:lang w:val="kk-KZ"/>
        </w:rPr>
        <w:t xml:space="preserve"> функциясын айтамыз:</w:t>
      </w:r>
    </w:p>
    <w:p w14:paraId="26922D1C" w14:textId="77777777" w:rsidR="00BA7984" w:rsidRPr="00293DA3" w:rsidRDefault="00BA7984" w:rsidP="00BA7984">
      <w:pPr>
        <w:tabs>
          <w:tab w:val="left" w:pos="567"/>
        </w:tabs>
        <w:spacing w:after="0" w:line="240" w:lineRule="auto"/>
        <w:jc w:val="both"/>
        <w:rPr>
          <w:rFonts w:ascii="Times New Roman" w:eastAsia="Times New Roman" w:hAnsi="Times New Roman" w:cs="Times New Roman"/>
          <w:sz w:val="28"/>
          <w:szCs w:val="28"/>
          <w:lang w:val="kk-KZ"/>
        </w:rPr>
      </w:pPr>
    </w:p>
    <w:p w14:paraId="50D93FC5" w14:textId="4862B1B5" w:rsidR="00BA7984" w:rsidRPr="00293DA3" w:rsidRDefault="00A07FF5" w:rsidP="00BA7984">
      <w:pPr>
        <w:spacing w:after="0" w:line="240" w:lineRule="auto"/>
        <w:jc w:val="right"/>
        <w:rPr>
          <w:rFonts w:ascii="Times New Roman" w:eastAsia="Times New Roman" w:hAnsi="Times New Roman" w:cs="Times New Roman"/>
          <w:sz w:val="28"/>
          <w:szCs w:val="28"/>
          <w:lang w:val="kk-KZ"/>
        </w:rPr>
      </w:pPr>
      <w:r w:rsidRPr="00293DA3">
        <w:rPr>
          <w:rFonts w:ascii="Times New Roman" w:hAnsi="Times New Roman" w:cs="Times New Roman"/>
          <w:position w:val="-38"/>
          <w:sz w:val="28"/>
          <w:szCs w:val="28"/>
        </w:rPr>
        <w:object w:dxaOrig="7020" w:dyaOrig="740" w14:anchorId="3C944547">
          <v:shape id="_x0000_i1242" type="#_x0000_t75" style="width:348.9pt;height:36.4pt" o:ole="">
            <v:imagedata r:id="rId448" o:title=""/>
          </v:shape>
          <o:OLEObject Type="Embed" ProgID="Equation.DSMT4" ShapeID="_x0000_i1242" DrawAspect="Content" ObjectID="_1840331696" r:id="rId449"/>
        </w:object>
      </w:r>
      <w:r w:rsidR="009C454D" w:rsidRPr="00293DA3">
        <w:rPr>
          <w:rFonts w:ascii="Times New Roman" w:eastAsia="Times New Roman" w:hAnsi="Times New Roman" w:cs="Times New Roman"/>
          <w:sz w:val="28"/>
          <w:szCs w:val="28"/>
          <w:lang w:val="kk-KZ"/>
        </w:rPr>
        <w:tab/>
      </w:r>
      <w:r w:rsidR="009C454D" w:rsidRPr="00293DA3">
        <w:rPr>
          <w:rFonts w:ascii="Times New Roman" w:eastAsia="Times New Roman" w:hAnsi="Times New Roman" w:cs="Times New Roman"/>
          <w:sz w:val="28"/>
          <w:szCs w:val="28"/>
          <w:lang w:val="kk-KZ"/>
        </w:rPr>
        <w:tab/>
        <w:t>(41</w:t>
      </w:r>
      <w:r w:rsidR="00BA7984" w:rsidRPr="00293DA3">
        <w:rPr>
          <w:rFonts w:ascii="Times New Roman" w:eastAsia="Times New Roman" w:hAnsi="Times New Roman" w:cs="Times New Roman"/>
          <w:sz w:val="28"/>
          <w:szCs w:val="28"/>
          <w:lang w:val="kk-KZ"/>
        </w:rPr>
        <w:t>)</w:t>
      </w:r>
    </w:p>
    <w:p w14:paraId="3970560A" w14:textId="77777777" w:rsidR="00BA7984" w:rsidRPr="00293DA3" w:rsidRDefault="00BA7984" w:rsidP="00000B91">
      <w:pPr>
        <w:spacing w:after="0" w:line="240" w:lineRule="auto"/>
        <w:rPr>
          <w:rFonts w:ascii="Times New Roman" w:eastAsia="Times New Roman" w:hAnsi="Times New Roman" w:cs="Times New Roman"/>
          <w:sz w:val="28"/>
          <w:szCs w:val="28"/>
          <w:lang w:val="kk-KZ"/>
        </w:rPr>
      </w:pPr>
    </w:p>
    <w:p w14:paraId="25A17F92" w14:textId="77777777" w:rsidR="00BA7984" w:rsidRPr="00293DA3" w:rsidRDefault="00BA7984" w:rsidP="00BA7984">
      <w:pPr>
        <w:spacing w:after="0" w:line="240" w:lineRule="auto"/>
        <w:rPr>
          <w:rFonts w:ascii="Times New Roman" w:eastAsia="Times New Roman" w:hAnsi="Times New Roman" w:cs="Times New Roman"/>
          <w:sz w:val="28"/>
          <w:szCs w:val="28"/>
          <w:lang w:val="kk-KZ"/>
        </w:rPr>
      </w:pPr>
      <w:r w:rsidRPr="00293DA3">
        <w:rPr>
          <w:rFonts w:ascii="Times New Roman" w:eastAsia="Times New Roman" w:hAnsi="Times New Roman" w:cs="Times New Roman"/>
          <w:sz w:val="28"/>
          <w:szCs w:val="28"/>
          <w:lang w:val="kk-KZ"/>
        </w:rPr>
        <w:t xml:space="preserve">мұндағы </w:t>
      </w:r>
      <w:r w:rsidR="00A07FF5" w:rsidRPr="00293DA3">
        <w:rPr>
          <w:rFonts w:ascii="Times New Roman" w:hAnsi="Times New Roman" w:cs="Times New Roman"/>
          <w:position w:val="-14"/>
          <w:sz w:val="28"/>
          <w:szCs w:val="28"/>
        </w:rPr>
        <w:object w:dxaOrig="1420" w:dyaOrig="440" w14:anchorId="1F3286B1">
          <v:shape id="_x0000_i1243" type="#_x0000_t75" style="width:1in;height:20.55pt" o:ole="">
            <v:imagedata r:id="rId450" o:title=""/>
          </v:shape>
          <o:OLEObject Type="Embed" ProgID="Equation.DSMT4" ShapeID="_x0000_i1243" DrawAspect="Content" ObjectID="_1840331697" r:id="rId451"/>
        </w:object>
      </w:r>
      <w:r w:rsidRPr="00293DA3">
        <w:rPr>
          <w:rFonts w:ascii="Times New Roman" w:eastAsia="Times New Roman" w:hAnsi="Times New Roman" w:cs="Times New Roman"/>
          <w:sz w:val="28"/>
          <w:szCs w:val="28"/>
          <w:lang w:val="kk-KZ"/>
        </w:rPr>
        <w:t>.</w:t>
      </w:r>
    </w:p>
    <w:p w14:paraId="3FA7D7E2" w14:textId="1F0CB7C6" w:rsidR="00BA7984" w:rsidRPr="00293DA3" w:rsidRDefault="00E77AA4" w:rsidP="009C454D">
      <w:pPr>
        <w:spacing w:after="0" w:line="240" w:lineRule="auto"/>
        <w:ind w:firstLine="567"/>
        <w:jc w:val="both"/>
        <w:rPr>
          <w:rFonts w:ascii="Times New Roman" w:eastAsia="Times New Roman" w:hAnsi="Times New Roman" w:cs="Times New Roman"/>
          <w:sz w:val="28"/>
          <w:szCs w:val="28"/>
          <w:lang w:val="kk-KZ"/>
        </w:rPr>
      </w:pPr>
      <w:r w:rsidRPr="00293DA3">
        <w:rPr>
          <w:rFonts w:ascii="Times New Roman" w:eastAsia="Times New Roman" w:hAnsi="Times New Roman" w:cs="Times New Roman"/>
          <w:b/>
          <w:bCs/>
          <w:sz w:val="28"/>
          <w:szCs w:val="28"/>
          <w:lang w:val="kk-KZ"/>
        </w:rPr>
        <w:t>Теорема 9</w:t>
      </w:r>
      <w:r w:rsidR="00BA7984" w:rsidRPr="00293DA3">
        <w:rPr>
          <w:rFonts w:ascii="Times New Roman" w:eastAsia="Times New Roman" w:hAnsi="Times New Roman" w:cs="Times New Roman"/>
          <w:b/>
          <w:bCs/>
          <w:sz w:val="28"/>
          <w:szCs w:val="28"/>
          <w:lang w:val="kk-KZ"/>
        </w:rPr>
        <w:t>.</w:t>
      </w:r>
      <w:r w:rsidR="00BA7984" w:rsidRPr="00293DA3">
        <w:rPr>
          <w:rFonts w:ascii="Times New Roman" w:eastAsia="Times New Roman" w:hAnsi="Times New Roman" w:cs="Times New Roman"/>
          <w:sz w:val="28"/>
          <w:szCs w:val="28"/>
          <w:lang w:val="kk-KZ"/>
        </w:rPr>
        <w:t xml:space="preserve"> </w:t>
      </w:r>
      <w:r w:rsidR="00774598" w:rsidRPr="00293DA3">
        <w:rPr>
          <w:rFonts w:ascii="Times New Roman" w:eastAsia="Times New Roman" w:hAnsi="Times New Roman" w:cs="Times New Roman"/>
          <w:sz w:val="28"/>
          <w:szCs w:val="28"/>
          <w:lang w:val="kk-KZ"/>
        </w:rPr>
        <w:t>8</w:t>
      </w:r>
      <w:r w:rsidR="00BA7984" w:rsidRPr="00293DA3">
        <w:rPr>
          <w:rFonts w:ascii="Times New Roman" w:eastAsia="Times New Roman" w:hAnsi="Times New Roman" w:cs="Times New Roman"/>
          <w:sz w:val="28"/>
          <w:szCs w:val="28"/>
          <w:lang w:val="kk-KZ"/>
        </w:rPr>
        <w:t xml:space="preserve">-ші теореманың шарттары орындалсын, онда </w:t>
      </w:r>
      <w:r w:rsidR="00351B9E" w:rsidRPr="00293DA3">
        <w:rPr>
          <w:rFonts w:ascii="Times New Roman" w:eastAsia="Times New Roman" w:hAnsi="Times New Roman" w:cs="Times New Roman"/>
          <w:sz w:val="28"/>
          <w:szCs w:val="28"/>
          <w:lang w:val="kk-KZ"/>
        </w:rPr>
        <w:t>(38)- (39</w:t>
      </w:r>
      <w:r w:rsidR="009B79E5" w:rsidRPr="00293DA3">
        <w:rPr>
          <w:rFonts w:ascii="Times New Roman" w:eastAsia="Times New Roman" w:hAnsi="Times New Roman" w:cs="Times New Roman"/>
          <w:sz w:val="28"/>
          <w:szCs w:val="28"/>
          <w:lang w:val="kk-KZ"/>
        </w:rPr>
        <w:t>), (</w:t>
      </w:r>
      <w:r w:rsidR="00351B9E" w:rsidRPr="00293DA3">
        <w:rPr>
          <w:rFonts w:ascii="Times New Roman" w:eastAsia="Times New Roman" w:hAnsi="Times New Roman" w:cs="Times New Roman"/>
          <w:sz w:val="28"/>
          <w:szCs w:val="28"/>
          <w:lang w:val="kk-KZ"/>
        </w:rPr>
        <w:t>41</w:t>
      </w:r>
      <w:r w:rsidR="009B79E5" w:rsidRPr="00293DA3">
        <w:rPr>
          <w:rFonts w:ascii="Times New Roman" w:eastAsia="Times New Roman" w:hAnsi="Times New Roman" w:cs="Times New Roman"/>
          <w:sz w:val="28"/>
          <w:szCs w:val="28"/>
          <w:lang w:val="kk-KZ"/>
        </w:rPr>
        <w:t>)</w:t>
      </w:r>
      <w:r w:rsidR="00BA7984" w:rsidRPr="00293DA3">
        <w:rPr>
          <w:rFonts w:ascii="Times New Roman" w:eastAsia="Times New Roman" w:hAnsi="Times New Roman" w:cs="Times New Roman"/>
          <w:sz w:val="28"/>
          <w:szCs w:val="28"/>
          <w:lang w:val="kk-KZ"/>
        </w:rPr>
        <w:t xml:space="preserve"> шеттік есебінің </w:t>
      </w:r>
      <w:r w:rsidR="00A07FF5" w:rsidRPr="00293DA3">
        <w:rPr>
          <w:rFonts w:ascii="Times New Roman" w:hAnsi="Times New Roman" w:cs="Times New Roman"/>
          <w:position w:val="-16"/>
          <w:sz w:val="28"/>
          <w:szCs w:val="28"/>
        </w:rPr>
        <w:object w:dxaOrig="1160" w:dyaOrig="420" w14:anchorId="138A4BA9">
          <v:shape id="_x0000_i1244" type="#_x0000_t75" style="width:56.2pt;height:20.55pt" o:ole="">
            <v:imagedata r:id="rId452" o:title=""/>
          </v:shape>
          <o:OLEObject Type="Embed" ProgID="Equation.DSMT4" ShapeID="_x0000_i1244" DrawAspect="Content" ObjectID="_1840331698" r:id="rId453"/>
        </w:object>
      </w:r>
      <w:r w:rsidR="00BA7984" w:rsidRPr="00293DA3">
        <w:rPr>
          <w:rFonts w:ascii="Times New Roman" w:eastAsia="Times New Roman" w:hAnsi="Times New Roman" w:cs="Times New Roman"/>
          <w:position w:val="-14"/>
          <w:sz w:val="28"/>
          <w:szCs w:val="28"/>
          <w:lang w:val="kk-KZ"/>
        </w:rPr>
        <w:t xml:space="preserve"> </w:t>
      </w:r>
      <w:r w:rsidR="00BA7984" w:rsidRPr="00293DA3">
        <w:rPr>
          <w:rFonts w:ascii="Times New Roman" w:eastAsia="Times New Roman" w:hAnsi="Times New Roman" w:cs="Times New Roman"/>
          <w:sz w:val="28"/>
          <w:szCs w:val="28"/>
          <w:lang w:val="kk-KZ"/>
        </w:rPr>
        <w:t xml:space="preserve">жалғыз ғана жалпылама шешімі бар болады. </w:t>
      </w:r>
    </w:p>
    <w:p w14:paraId="2511DCC2" w14:textId="685E31C1" w:rsidR="00BA7984" w:rsidRPr="00293DA3" w:rsidRDefault="003F46FB" w:rsidP="00000B91">
      <w:pPr>
        <w:spacing w:after="0" w:line="240" w:lineRule="auto"/>
        <w:ind w:firstLine="567"/>
        <w:jc w:val="both"/>
        <w:rPr>
          <w:rFonts w:ascii="Times New Roman" w:eastAsia="Times New Roman" w:hAnsi="Times New Roman" w:cs="Times New Roman"/>
          <w:sz w:val="28"/>
          <w:szCs w:val="28"/>
          <w:lang w:val="kk-KZ"/>
        </w:rPr>
      </w:pPr>
      <w:r w:rsidRPr="00293DA3">
        <w:rPr>
          <w:rFonts w:ascii="Times New Roman" w:eastAsia="Times New Roman" w:hAnsi="Times New Roman" w:cs="Times New Roman"/>
          <w:b/>
          <w:sz w:val="28"/>
          <w:szCs w:val="28"/>
          <w:lang w:val="kk-KZ"/>
        </w:rPr>
        <w:t>Лемма 3</w:t>
      </w:r>
      <w:r w:rsidR="00BA7984" w:rsidRPr="00293DA3">
        <w:rPr>
          <w:rFonts w:ascii="Times New Roman" w:eastAsia="Times New Roman" w:hAnsi="Times New Roman" w:cs="Times New Roman"/>
          <w:b/>
          <w:sz w:val="28"/>
          <w:szCs w:val="28"/>
          <w:lang w:val="kk-KZ"/>
        </w:rPr>
        <w:t>.</w:t>
      </w:r>
      <w:r w:rsidR="009B79E5" w:rsidRPr="00293DA3">
        <w:rPr>
          <w:rFonts w:ascii="Times New Roman" w:eastAsia="Times New Roman" w:hAnsi="Times New Roman" w:cs="Times New Roman"/>
          <w:sz w:val="28"/>
          <w:szCs w:val="28"/>
          <w:lang w:val="kk-KZ"/>
        </w:rPr>
        <w:t xml:space="preserve"> Галеркин жуықтаулар (45</w:t>
      </w:r>
      <w:r w:rsidR="00BA7984" w:rsidRPr="00293DA3">
        <w:rPr>
          <w:rFonts w:ascii="Times New Roman" w:eastAsia="Times New Roman" w:hAnsi="Times New Roman" w:cs="Times New Roman"/>
          <w:sz w:val="28"/>
          <w:szCs w:val="28"/>
          <w:lang w:val="kk-KZ"/>
        </w:rPr>
        <w:t xml:space="preserve">) жүйенің әрбір </w:t>
      </w:r>
      <w:r w:rsidR="00A07FF5" w:rsidRPr="00293DA3">
        <w:rPr>
          <w:rFonts w:ascii="Times New Roman" w:hAnsi="Times New Roman" w:cs="Times New Roman"/>
          <w:position w:val="-6"/>
          <w:sz w:val="28"/>
          <w:szCs w:val="28"/>
        </w:rPr>
        <w:object w:dxaOrig="300" w:dyaOrig="300" w14:anchorId="3B855F59">
          <v:shape id="_x0000_i1245" type="#_x0000_t75" style="width:15.8pt;height:15.8pt" o:ole="">
            <v:imagedata r:id="rId454" o:title=""/>
          </v:shape>
          <o:OLEObject Type="Embed" ProgID="Equation.DSMT4" ShapeID="_x0000_i1245" DrawAspect="Content" ObjectID="_1840331699" r:id="rId455"/>
        </w:object>
      </w:r>
      <w:r w:rsidR="00BA7984" w:rsidRPr="00293DA3">
        <w:rPr>
          <w:rFonts w:ascii="Times New Roman" w:eastAsia="Times New Roman" w:hAnsi="Times New Roman" w:cs="Times New Roman"/>
          <w:sz w:val="28"/>
          <w:szCs w:val="28"/>
          <w:lang w:val="kk-KZ"/>
        </w:rPr>
        <w:t xml:space="preserve"> үшін </w:t>
      </w:r>
      <w:r w:rsidR="00A07FF5" w:rsidRPr="00293DA3">
        <w:rPr>
          <w:rFonts w:ascii="Times New Roman" w:hAnsi="Times New Roman" w:cs="Times New Roman"/>
          <w:position w:val="-12"/>
          <w:sz w:val="28"/>
          <w:szCs w:val="28"/>
        </w:rPr>
        <w:object w:dxaOrig="1020" w:dyaOrig="440" w14:anchorId="06A7A1B7">
          <v:shape id="_x0000_i1246" type="#_x0000_t75" style="width:51.45pt;height:20.55pt" o:ole="">
            <v:imagedata r:id="rId456" o:title=""/>
          </v:shape>
          <o:OLEObject Type="Embed" ProgID="Equation.DSMT4" ShapeID="_x0000_i1246" DrawAspect="Content" ObjectID="_1840331700" r:id="rId457"/>
        </w:object>
      </w:r>
      <w:r w:rsidR="00BA7984" w:rsidRPr="00293DA3">
        <w:rPr>
          <w:rFonts w:ascii="Times New Roman" w:eastAsia="Times New Roman" w:hAnsi="Times New Roman" w:cs="Times New Roman"/>
          <w:sz w:val="28"/>
          <w:szCs w:val="28"/>
          <w:lang w:val="kk-KZ"/>
        </w:rPr>
        <w:t xml:space="preserve"> шешімі бар.</w:t>
      </w:r>
    </w:p>
    <w:p w14:paraId="394EC848" w14:textId="7F59C46C" w:rsidR="00BA7984" w:rsidRPr="00293DA3" w:rsidRDefault="00BA7984" w:rsidP="00BA7984">
      <w:pPr>
        <w:spacing w:after="0" w:line="240" w:lineRule="auto"/>
        <w:ind w:firstLine="567"/>
        <w:jc w:val="both"/>
        <w:rPr>
          <w:rFonts w:ascii="Times New Roman" w:eastAsia="Times New Roman" w:hAnsi="Times New Roman" w:cs="Times New Roman"/>
          <w:b/>
          <w:bCs/>
          <w:position w:val="-16"/>
          <w:sz w:val="28"/>
          <w:szCs w:val="28"/>
          <w:lang w:val="kk-KZ"/>
        </w:rPr>
      </w:pPr>
      <w:r w:rsidRPr="00293DA3">
        <w:rPr>
          <w:rFonts w:ascii="Times New Roman" w:eastAsia="Times New Roman" w:hAnsi="Times New Roman" w:cs="Times New Roman"/>
          <w:b/>
          <w:bCs/>
          <w:position w:val="-16"/>
          <w:sz w:val="28"/>
          <w:szCs w:val="28"/>
          <w:lang w:val="kk-KZ"/>
        </w:rPr>
        <w:t xml:space="preserve">2- есептің қойылымы. </w:t>
      </w:r>
    </w:p>
    <w:p w14:paraId="1E6648C7" w14:textId="77777777" w:rsidR="00BA7984" w:rsidRPr="00293DA3" w:rsidRDefault="00BA7984" w:rsidP="00BA7984">
      <w:pPr>
        <w:spacing w:after="0" w:line="240" w:lineRule="auto"/>
        <w:ind w:firstLine="567"/>
        <w:jc w:val="both"/>
        <w:rPr>
          <w:rFonts w:ascii="Times New Roman" w:eastAsia="Times New Roman" w:hAnsi="Times New Roman" w:cs="Times New Roman"/>
          <w:sz w:val="28"/>
          <w:szCs w:val="28"/>
          <w:lang w:val="kk-KZ"/>
        </w:rPr>
      </w:pPr>
      <w:r w:rsidRPr="00293DA3">
        <w:rPr>
          <w:rFonts w:ascii="Times New Roman" w:eastAsia="Times New Roman" w:hAnsi="Times New Roman" w:cs="Times New Roman"/>
          <w:sz w:val="28"/>
          <w:szCs w:val="28"/>
          <w:lang w:val="kk-KZ"/>
        </w:rPr>
        <w:t>Айталық,</w:t>
      </w:r>
      <w:r w:rsidR="00A07FF5" w:rsidRPr="00293DA3">
        <w:rPr>
          <w:rFonts w:ascii="Times New Roman" w:hAnsi="Times New Roman" w:cs="Times New Roman"/>
          <w:position w:val="-12"/>
          <w:sz w:val="28"/>
          <w:szCs w:val="28"/>
        </w:rPr>
        <w:object w:dxaOrig="3260" w:dyaOrig="360" w14:anchorId="67F3AEC9">
          <v:shape id="_x0000_i1247" type="#_x0000_t75" style="width:162.2pt;height:18.2pt" o:ole="">
            <v:imagedata r:id="rId458" o:title=""/>
          </v:shape>
          <o:OLEObject Type="Embed" ProgID="Equation.DSMT4" ShapeID="_x0000_i1247" DrawAspect="Content" ObjectID="_1840331701" r:id="rId459"/>
        </w:object>
      </w:r>
      <w:r w:rsidRPr="00293DA3">
        <w:rPr>
          <w:rFonts w:ascii="Times New Roman" w:eastAsia="Times New Roman" w:hAnsi="Times New Roman" w:cs="Times New Roman"/>
          <w:sz w:val="28"/>
          <w:szCs w:val="28"/>
          <w:lang w:val="kk-KZ"/>
        </w:rPr>
        <w:t xml:space="preserve">   цилиндр, </w:t>
      </w:r>
      <w:r w:rsidR="00A07FF5" w:rsidRPr="00293DA3">
        <w:rPr>
          <w:rFonts w:ascii="Times New Roman" w:hAnsi="Times New Roman" w:cs="Times New Roman"/>
          <w:position w:val="-12"/>
          <w:sz w:val="28"/>
          <w:szCs w:val="28"/>
        </w:rPr>
        <w:object w:dxaOrig="1640" w:dyaOrig="420" w14:anchorId="0A8555E6">
          <v:shape id="_x0000_i1248" type="#_x0000_t75" style="width:80.7pt;height:20.55pt" o:ole="">
            <v:imagedata r:id="rId460" o:title=""/>
          </v:shape>
          <o:OLEObject Type="Embed" ProgID="Equation.DSMT4" ShapeID="_x0000_i1248" DrawAspect="Content" ObjectID="_1840331702" r:id="rId461"/>
        </w:object>
      </w:r>
      <w:r w:rsidRPr="00293DA3">
        <w:rPr>
          <w:rFonts w:ascii="Times New Roman" w:eastAsia="Times New Roman" w:hAnsi="Times New Roman" w:cs="Times New Roman"/>
          <w:sz w:val="28"/>
          <w:szCs w:val="28"/>
          <w:lang w:val="kk-KZ"/>
        </w:rPr>
        <w:t xml:space="preserve"> шектелген облыс, </w:t>
      </w:r>
      <w:r w:rsidR="00A07FF5" w:rsidRPr="00293DA3">
        <w:rPr>
          <w:rFonts w:ascii="Times New Roman" w:hAnsi="Times New Roman" w:cs="Times New Roman"/>
          <w:position w:val="-6"/>
          <w:sz w:val="28"/>
          <w:szCs w:val="28"/>
        </w:rPr>
        <w:object w:dxaOrig="1020" w:dyaOrig="360" w14:anchorId="383D1C37">
          <v:shape id="_x0000_i1249" type="#_x0000_t75" style="width:51.45pt;height:18.2pt" o:ole="">
            <v:imagedata r:id="rId462" o:title=""/>
          </v:shape>
          <o:OLEObject Type="Embed" ProgID="Equation.DSMT4" ShapeID="_x0000_i1249" DrawAspect="Content" ObjectID="_1840331703" r:id="rId463"/>
        </w:object>
      </w:r>
      <w:r w:rsidRPr="00293DA3">
        <w:rPr>
          <w:rFonts w:ascii="Times New Roman" w:eastAsia="Times New Roman" w:hAnsi="Times New Roman" w:cs="Times New Roman"/>
          <w:sz w:val="28"/>
          <w:szCs w:val="28"/>
          <w:lang w:val="kk-KZ"/>
        </w:rPr>
        <w:t xml:space="preserve">тегіс шекарасы бар, </w:t>
      </w:r>
      <w:r w:rsidR="00A07FF5" w:rsidRPr="00293DA3">
        <w:rPr>
          <w:rFonts w:ascii="Times New Roman" w:hAnsi="Times New Roman" w:cs="Times New Roman"/>
          <w:position w:val="-12"/>
          <w:sz w:val="28"/>
          <w:szCs w:val="28"/>
        </w:rPr>
        <w:object w:dxaOrig="1620" w:dyaOrig="360" w14:anchorId="1B7044A5">
          <v:shape id="_x0000_i1250" type="#_x0000_t75" style="width:79.1pt;height:18.2pt" o:ole="">
            <v:imagedata r:id="rId464" o:title=""/>
          </v:shape>
          <o:OLEObject Type="Embed" ProgID="Equation.DSMT4" ShapeID="_x0000_i1250" DrawAspect="Content" ObjectID="_1840331704" r:id="rId465"/>
        </w:object>
      </w:r>
      <w:r w:rsidRPr="00293DA3">
        <w:rPr>
          <w:rFonts w:ascii="Times New Roman" w:eastAsia="Times New Roman" w:hAnsi="Times New Roman" w:cs="Times New Roman"/>
          <w:sz w:val="28"/>
          <w:szCs w:val="28"/>
          <w:lang w:val="kk-KZ"/>
        </w:rPr>
        <w:t xml:space="preserve"> цилиндрдің бүйір беті. </w:t>
      </w:r>
      <w:r w:rsidR="00A07FF5" w:rsidRPr="00293DA3">
        <w:rPr>
          <w:rFonts w:ascii="Times New Roman" w:hAnsi="Times New Roman" w:cs="Times New Roman"/>
          <w:position w:val="-12"/>
          <w:sz w:val="28"/>
          <w:szCs w:val="28"/>
        </w:rPr>
        <w:object w:dxaOrig="279" w:dyaOrig="360" w14:anchorId="3D063F8A">
          <v:shape id="_x0000_i1251" type="#_x0000_t75" style="width:15.8pt;height:18.2pt" o:ole="">
            <v:imagedata r:id="rId466" o:title=""/>
          </v:shape>
          <o:OLEObject Type="Embed" ProgID="Equation.DSMT4" ShapeID="_x0000_i1251" DrawAspect="Content" ObjectID="_1840331705" r:id="rId467"/>
        </w:object>
      </w:r>
      <w:r w:rsidRPr="00293DA3">
        <w:rPr>
          <w:rFonts w:ascii="Times New Roman" w:eastAsia="Times New Roman" w:hAnsi="Times New Roman" w:cs="Times New Roman"/>
          <w:sz w:val="28"/>
          <w:szCs w:val="28"/>
          <w:lang w:val="kk-KZ"/>
        </w:rPr>
        <w:t xml:space="preserve"> цилиндрде сызықтық емес теңдеуді қарастырайық</w:t>
      </w:r>
    </w:p>
    <w:p w14:paraId="5502ACDE" w14:textId="77777777" w:rsidR="00000B91" w:rsidRPr="00293DA3" w:rsidRDefault="00000B91" w:rsidP="00BA7984">
      <w:pPr>
        <w:spacing w:after="0" w:line="240" w:lineRule="auto"/>
        <w:ind w:firstLine="567"/>
        <w:jc w:val="both"/>
        <w:rPr>
          <w:rFonts w:ascii="Times New Roman" w:eastAsia="Times New Roman" w:hAnsi="Times New Roman" w:cs="Times New Roman"/>
          <w:sz w:val="28"/>
          <w:szCs w:val="28"/>
          <w:lang w:val="kk-KZ"/>
        </w:rPr>
      </w:pPr>
    </w:p>
    <w:p w14:paraId="62AEB1CA" w14:textId="0792D87A" w:rsidR="00BA7984" w:rsidRPr="00293DA3" w:rsidRDefault="00A07FF5" w:rsidP="00BA7984">
      <w:pPr>
        <w:spacing w:after="0" w:line="240" w:lineRule="auto"/>
        <w:jc w:val="right"/>
        <w:rPr>
          <w:rFonts w:ascii="Times New Roman" w:eastAsia="Times New Roman" w:hAnsi="Times New Roman" w:cs="Times New Roman"/>
          <w:sz w:val="28"/>
          <w:szCs w:val="28"/>
          <w:lang w:val="kk-KZ"/>
        </w:rPr>
      </w:pPr>
      <w:r w:rsidRPr="00293DA3">
        <w:rPr>
          <w:rFonts w:ascii="Times New Roman" w:hAnsi="Times New Roman" w:cs="Times New Roman"/>
          <w:position w:val="-18"/>
          <w:sz w:val="28"/>
          <w:szCs w:val="28"/>
        </w:rPr>
        <w:object w:dxaOrig="4640" w:dyaOrig="560" w14:anchorId="33C0638E">
          <v:shape id="_x0000_i1252" type="#_x0000_t75" style="width:231.8pt;height:26.9pt" o:ole="">
            <v:imagedata r:id="rId468" o:title=""/>
          </v:shape>
          <o:OLEObject Type="Embed" ProgID="Equation.DSMT4" ShapeID="_x0000_i1252" DrawAspect="Content" ObjectID="_1840331706" r:id="rId469"/>
        </w:object>
      </w:r>
      <w:r w:rsidR="00BA7984" w:rsidRPr="00293DA3">
        <w:rPr>
          <w:rFonts w:ascii="Times New Roman" w:eastAsia="Times New Roman" w:hAnsi="Times New Roman" w:cs="Times New Roman"/>
          <w:sz w:val="28"/>
          <w:szCs w:val="28"/>
          <w:lang w:val="kk-KZ"/>
        </w:rPr>
        <w:tab/>
      </w:r>
      <w:r w:rsidR="00BA7984" w:rsidRPr="00293DA3">
        <w:rPr>
          <w:rFonts w:ascii="Times New Roman" w:eastAsia="Times New Roman" w:hAnsi="Times New Roman" w:cs="Times New Roman"/>
          <w:sz w:val="28"/>
          <w:szCs w:val="28"/>
          <w:lang w:val="kk-KZ"/>
        </w:rPr>
        <w:tab/>
      </w:r>
      <w:r w:rsidR="00BA7984" w:rsidRPr="00293DA3">
        <w:rPr>
          <w:rFonts w:ascii="Times New Roman" w:eastAsia="Times New Roman" w:hAnsi="Times New Roman" w:cs="Times New Roman"/>
          <w:sz w:val="28"/>
          <w:szCs w:val="28"/>
          <w:lang w:val="kk-KZ"/>
        </w:rPr>
        <w:tab/>
      </w:r>
      <w:r w:rsidR="009C454D" w:rsidRPr="00293DA3">
        <w:rPr>
          <w:rFonts w:ascii="Times New Roman" w:eastAsia="Times New Roman" w:hAnsi="Times New Roman" w:cs="Times New Roman"/>
          <w:sz w:val="28"/>
          <w:szCs w:val="28"/>
          <w:lang w:val="kk-KZ"/>
        </w:rPr>
        <w:t>(42</w:t>
      </w:r>
      <w:r w:rsidR="00BA7984" w:rsidRPr="00293DA3">
        <w:rPr>
          <w:rFonts w:ascii="Times New Roman" w:eastAsia="Times New Roman" w:hAnsi="Times New Roman" w:cs="Times New Roman"/>
          <w:sz w:val="28"/>
          <w:szCs w:val="28"/>
          <w:lang w:val="kk-KZ"/>
        </w:rPr>
        <w:t>)</w:t>
      </w:r>
    </w:p>
    <w:p w14:paraId="62E776DC" w14:textId="77777777" w:rsidR="00000B91" w:rsidRPr="00293DA3" w:rsidRDefault="00000B91" w:rsidP="00000B91">
      <w:pPr>
        <w:spacing w:after="0" w:line="240" w:lineRule="auto"/>
        <w:rPr>
          <w:rFonts w:ascii="Times New Roman" w:eastAsia="Times New Roman" w:hAnsi="Times New Roman" w:cs="Times New Roman"/>
          <w:sz w:val="28"/>
          <w:szCs w:val="28"/>
          <w:lang w:val="kk-KZ"/>
        </w:rPr>
      </w:pPr>
    </w:p>
    <w:p w14:paraId="64C7C603" w14:textId="77777777" w:rsidR="00BA7984" w:rsidRPr="00293DA3" w:rsidRDefault="00BA7984" w:rsidP="00BA7984">
      <w:pPr>
        <w:spacing w:after="0" w:line="240" w:lineRule="auto"/>
        <w:rPr>
          <w:rFonts w:ascii="Times New Roman" w:eastAsia="Times New Roman" w:hAnsi="Times New Roman" w:cs="Times New Roman"/>
          <w:sz w:val="28"/>
          <w:szCs w:val="28"/>
          <w:lang w:val="kk-KZ"/>
        </w:rPr>
      </w:pPr>
      <w:r w:rsidRPr="00293DA3">
        <w:rPr>
          <w:rFonts w:ascii="Times New Roman" w:eastAsia="Times New Roman" w:hAnsi="Times New Roman" w:cs="Times New Roman"/>
          <w:sz w:val="28"/>
          <w:szCs w:val="28"/>
          <w:lang w:val="kk-KZ"/>
        </w:rPr>
        <w:t xml:space="preserve">және  шеттік шарттары </w:t>
      </w:r>
    </w:p>
    <w:p w14:paraId="5F04571A" w14:textId="77777777" w:rsidR="00000B91" w:rsidRPr="00293DA3" w:rsidRDefault="00000B91" w:rsidP="00BA7984">
      <w:pPr>
        <w:spacing w:after="0" w:line="240" w:lineRule="auto"/>
        <w:rPr>
          <w:rFonts w:ascii="Times New Roman" w:eastAsia="Times New Roman" w:hAnsi="Times New Roman" w:cs="Times New Roman"/>
          <w:sz w:val="28"/>
          <w:szCs w:val="28"/>
          <w:lang w:val="kk-KZ"/>
        </w:rPr>
      </w:pPr>
    </w:p>
    <w:p w14:paraId="448E5D82" w14:textId="55AF3984" w:rsidR="00BA7984" w:rsidRPr="00293DA3" w:rsidRDefault="00A07FF5" w:rsidP="00BA7984">
      <w:pPr>
        <w:spacing w:after="0" w:line="240" w:lineRule="auto"/>
        <w:jc w:val="right"/>
        <w:rPr>
          <w:rFonts w:ascii="Times New Roman" w:eastAsia="Times New Roman" w:hAnsi="Times New Roman" w:cs="Times New Roman"/>
          <w:sz w:val="28"/>
          <w:szCs w:val="28"/>
          <w:lang w:val="kk-KZ"/>
        </w:rPr>
      </w:pPr>
      <w:r w:rsidRPr="00293DA3">
        <w:rPr>
          <w:rFonts w:ascii="Times New Roman" w:hAnsi="Times New Roman" w:cs="Times New Roman"/>
          <w:position w:val="-16"/>
          <w:sz w:val="28"/>
          <w:szCs w:val="28"/>
        </w:rPr>
        <w:object w:dxaOrig="2079" w:dyaOrig="440" w14:anchorId="76B810EE">
          <v:shape id="_x0000_i1253" type="#_x0000_t75" style="width:104.45pt;height:20.55pt" o:ole="">
            <v:imagedata r:id="rId470" o:title=""/>
          </v:shape>
          <o:OLEObject Type="Embed" ProgID="Equation.DSMT4" ShapeID="_x0000_i1253" DrawAspect="Content" ObjectID="_1840331707" r:id="rId471"/>
        </w:object>
      </w:r>
      <w:r w:rsidR="00BA7984" w:rsidRPr="00293DA3">
        <w:rPr>
          <w:rFonts w:ascii="Times New Roman" w:eastAsia="Times New Roman" w:hAnsi="Times New Roman" w:cs="Times New Roman"/>
          <w:sz w:val="28"/>
          <w:szCs w:val="28"/>
          <w:lang w:val="kk-KZ"/>
        </w:rPr>
        <w:tab/>
      </w:r>
      <w:r w:rsidR="00BA7984" w:rsidRPr="00293DA3">
        <w:rPr>
          <w:rFonts w:ascii="Times New Roman" w:eastAsia="Times New Roman" w:hAnsi="Times New Roman" w:cs="Times New Roman"/>
          <w:sz w:val="28"/>
          <w:szCs w:val="28"/>
          <w:lang w:val="kk-KZ"/>
        </w:rPr>
        <w:tab/>
      </w:r>
      <w:r w:rsidR="00BA7984" w:rsidRPr="00293DA3">
        <w:rPr>
          <w:rFonts w:ascii="Times New Roman" w:eastAsia="Times New Roman" w:hAnsi="Times New Roman" w:cs="Times New Roman"/>
          <w:sz w:val="28"/>
          <w:szCs w:val="28"/>
          <w:lang w:val="kk-KZ"/>
        </w:rPr>
        <w:tab/>
      </w:r>
      <w:r w:rsidR="00BA7984" w:rsidRPr="00293DA3">
        <w:rPr>
          <w:rFonts w:ascii="Times New Roman" w:eastAsia="Times New Roman" w:hAnsi="Times New Roman" w:cs="Times New Roman"/>
          <w:sz w:val="28"/>
          <w:szCs w:val="28"/>
          <w:lang w:val="kk-KZ"/>
        </w:rPr>
        <w:tab/>
      </w:r>
      <w:r w:rsidR="00BA7984" w:rsidRPr="00293DA3">
        <w:rPr>
          <w:rFonts w:ascii="Times New Roman" w:eastAsia="Times New Roman" w:hAnsi="Times New Roman" w:cs="Times New Roman"/>
          <w:sz w:val="28"/>
          <w:szCs w:val="28"/>
          <w:lang w:val="kk-KZ"/>
        </w:rPr>
        <w:tab/>
      </w:r>
      <w:r w:rsidR="00BA7984" w:rsidRPr="00293DA3">
        <w:rPr>
          <w:rFonts w:ascii="Times New Roman" w:eastAsia="Times New Roman" w:hAnsi="Times New Roman" w:cs="Times New Roman"/>
          <w:sz w:val="28"/>
          <w:szCs w:val="28"/>
          <w:lang w:val="kk-KZ"/>
        </w:rPr>
        <w:tab/>
      </w:r>
      <w:r w:rsidR="009C454D" w:rsidRPr="00293DA3">
        <w:rPr>
          <w:rFonts w:ascii="Times New Roman" w:eastAsia="Times New Roman" w:hAnsi="Times New Roman" w:cs="Times New Roman"/>
          <w:sz w:val="28"/>
          <w:szCs w:val="28"/>
          <w:lang w:val="kk-KZ"/>
        </w:rPr>
        <w:t>(43</w:t>
      </w:r>
      <w:r w:rsidR="00BA7984" w:rsidRPr="00293DA3">
        <w:rPr>
          <w:rFonts w:ascii="Times New Roman" w:eastAsia="Times New Roman" w:hAnsi="Times New Roman" w:cs="Times New Roman"/>
          <w:sz w:val="28"/>
          <w:szCs w:val="28"/>
          <w:lang w:val="kk-KZ"/>
        </w:rPr>
        <w:t>)</w:t>
      </w:r>
    </w:p>
    <w:p w14:paraId="24A60EA2" w14:textId="77777777" w:rsidR="00000B91" w:rsidRPr="00293DA3" w:rsidRDefault="00000B91" w:rsidP="00000B91">
      <w:pPr>
        <w:spacing w:after="0" w:line="240" w:lineRule="auto"/>
        <w:rPr>
          <w:rFonts w:ascii="Times New Roman" w:eastAsia="Times New Roman" w:hAnsi="Times New Roman" w:cs="Times New Roman"/>
          <w:sz w:val="28"/>
          <w:szCs w:val="28"/>
          <w:lang w:val="kk-KZ"/>
        </w:rPr>
      </w:pPr>
    </w:p>
    <w:p w14:paraId="118C1E7E" w14:textId="342E41DC" w:rsidR="00BA7984" w:rsidRPr="00293DA3" w:rsidRDefault="00A07FF5" w:rsidP="00BA7984">
      <w:pPr>
        <w:spacing w:after="0" w:line="240" w:lineRule="auto"/>
        <w:jc w:val="right"/>
        <w:rPr>
          <w:rFonts w:ascii="Times New Roman" w:eastAsia="Times New Roman" w:hAnsi="Times New Roman" w:cs="Times New Roman"/>
          <w:sz w:val="28"/>
          <w:szCs w:val="28"/>
          <w:lang w:val="kk-KZ"/>
        </w:rPr>
      </w:pPr>
      <w:r w:rsidRPr="00293DA3">
        <w:rPr>
          <w:rFonts w:ascii="Times New Roman" w:hAnsi="Times New Roman" w:cs="Times New Roman"/>
          <w:position w:val="-12"/>
          <w:sz w:val="28"/>
          <w:szCs w:val="28"/>
        </w:rPr>
        <w:object w:dxaOrig="4220" w:dyaOrig="380" w14:anchorId="0E6E6C35">
          <v:shape id="_x0000_i1254" type="#_x0000_t75" style="width:209.65pt;height:18.2pt" o:ole="">
            <v:imagedata r:id="rId472" o:title=""/>
          </v:shape>
          <o:OLEObject Type="Embed" ProgID="Equation.DSMT4" ShapeID="_x0000_i1254" DrawAspect="Content" ObjectID="_1840331708" r:id="rId473"/>
        </w:object>
      </w:r>
      <w:r w:rsidR="00BA7984" w:rsidRPr="00293DA3">
        <w:rPr>
          <w:rFonts w:ascii="Times New Roman" w:eastAsia="Times New Roman" w:hAnsi="Times New Roman" w:cs="Times New Roman"/>
          <w:sz w:val="28"/>
          <w:szCs w:val="28"/>
          <w:lang w:val="kk-KZ"/>
        </w:rPr>
        <w:tab/>
      </w:r>
      <w:r w:rsidR="00BA7984" w:rsidRPr="00293DA3">
        <w:rPr>
          <w:rFonts w:ascii="Times New Roman" w:eastAsia="Times New Roman" w:hAnsi="Times New Roman" w:cs="Times New Roman"/>
          <w:sz w:val="28"/>
          <w:szCs w:val="28"/>
          <w:lang w:val="kk-KZ"/>
        </w:rPr>
        <w:tab/>
      </w:r>
      <w:r w:rsidR="00BA7984" w:rsidRPr="00293DA3">
        <w:rPr>
          <w:rFonts w:ascii="Times New Roman" w:eastAsia="Times New Roman" w:hAnsi="Times New Roman" w:cs="Times New Roman"/>
          <w:sz w:val="28"/>
          <w:szCs w:val="28"/>
          <w:lang w:val="kk-KZ"/>
        </w:rPr>
        <w:tab/>
      </w:r>
      <w:r w:rsidR="009E4BE4" w:rsidRPr="00293DA3">
        <w:rPr>
          <w:rFonts w:ascii="Times New Roman" w:eastAsia="Times New Roman" w:hAnsi="Times New Roman" w:cs="Times New Roman"/>
          <w:sz w:val="28"/>
          <w:szCs w:val="28"/>
          <w:lang w:val="kk-KZ"/>
        </w:rPr>
        <w:t>(44</w:t>
      </w:r>
      <w:r w:rsidR="00BA7984" w:rsidRPr="00293DA3">
        <w:rPr>
          <w:rFonts w:ascii="Times New Roman" w:eastAsia="Times New Roman" w:hAnsi="Times New Roman" w:cs="Times New Roman"/>
          <w:sz w:val="28"/>
          <w:szCs w:val="28"/>
          <w:lang w:val="kk-KZ"/>
        </w:rPr>
        <w:t>)</w:t>
      </w:r>
    </w:p>
    <w:p w14:paraId="477A7FBF" w14:textId="77777777" w:rsidR="00000B91" w:rsidRPr="00293DA3" w:rsidRDefault="00000B91" w:rsidP="00BA7984">
      <w:pPr>
        <w:spacing w:after="0" w:line="240" w:lineRule="auto"/>
        <w:jc w:val="right"/>
        <w:rPr>
          <w:rFonts w:ascii="Times New Roman" w:eastAsia="Times New Roman" w:hAnsi="Times New Roman" w:cs="Times New Roman"/>
          <w:sz w:val="28"/>
          <w:szCs w:val="28"/>
          <w:lang w:val="kk-KZ"/>
        </w:rPr>
      </w:pPr>
    </w:p>
    <w:p w14:paraId="4183902A" w14:textId="77777777" w:rsidR="00BA7984" w:rsidRPr="00293DA3" w:rsidRDefault="00BA7984" w:rsidP="00BA7984">
      <w:pPr>
        <w:spacing w:after="0" w:line="240" w:lineRule="auto"/>
        <w:jc w:val="both"/>
        <w:rPr>
          <w:rFonts w:ascii="Times New Roman" w:eastAsia="Times New Roman" w:hAnsi="Times New Roman" w:cs="Times New Roman"/>
          <w:sz w:val="28"/>
          <w:szCs w:val="28"/>
          <w:lang w:val="kk-KZ"/>
        </w:rPr>
      </w:pPr>
      <w:r w:rsidRPr="00293DA3">
        <w:rPr>
          <w:rFonts w:ascii="Times New Roman" w:eastAsia="Times New Roman" w:hAnsi="Times New Roman" w:cs="Times New Roman"/>
          <w:sz w:val="28"/>
          <w:szCs w:val="28"/>
          <w:lang w:val="kk-KZ"/>
        </w:rPr>
        <w:t xml:space="preserve">мұндағы  </w:t>
      </w:r>
      <w:r w:rsidR="00A07FF5" w:rsidRPr="00293DA3">
        <w:rPr>
          <w:rFonts w:ascii="Times New Roman" w:hAnsi="Times New Roman" w:cs="Times New Roman"/>
          <w:position w:val="-12"/>
          <w:sz w:val="28"/>
          <w:szCs w:val="28"/>
        </w:rPr>
        <w:object w:dxaOrig="880" w:dyaOrig="360" w14:anchorId="3D39D68A">
          <v:shape id="_x0000_i1255" type="#_x0000_t75" style="width:44.3pt;height:18.2pt" o:ole="">
            <v:imagedata r:id="rId474" o:title=""/>
          </v:shape>
          <o:OLEObject Type="Embed" ProgID="Equation.DSMT4" ShapeID="_x0000_i1255" DrawAspect="Content" ObjectID="_1840331709" r:id="rId475"/>
        </w:object>
      </w:r>
      <w:r w:rsidRPr="00293DA3">
        <w:rPr>
          <w:rFonts w:ascii="Times New Roman" w:eastAsia="Times New Roman" w:hAnsi="Times New Roman" w:cs="Times New Roman"/>
          <w:sz w:val="28"/>
          <w:szCs w:val="28"/>
          <w:lang w:val="kk-KZ"/>
        </w:rPr>
        <w:t xml:space="preserve"> берілген функция, </w:t>
      </w:r>
      <w:r w:rsidR="00A07FF5" w:rsidRPr="00293DA3">
        <w:rPr>
          <w:rFonts w:ascii="Times New Roman" w:hAnsi="Times New Roman" w:cs="Times New Roman"/>
          <w:position w:val="-12"/>
          <w:sz w:val="28"/>
          <w:szCs w:val="28"/>
        </w:rPr>
        <w:object w:dxaOrig="1380" w:dyaOrig="380" w14:anchorId="6EE84931">
          <v:shape id="_x0000_i1256" type="#_x0000_t75" style="width:68.85pt;height:18.2pt" o:ole="">
            <v:imagedata r:id="rId476" o:title=""/>
          </v:shape>
          <o:OLEObject Type="Embed" ProgID="Equation.DSMT4" ShapeID="_x0000_i1256" DrawAspect="Content" ObjectID="_1840331710" r:id="rId477"/>
        </w:object>
      </w:r>
      <w:r w:rsidRPr="00293DA3">
        <w:rPr>
          <w:rFonts w:ascii="Times New Roman" w:eastAsia="Times New Roman" w:hAnsi="Times New Roman" w:cs="Times New Roman"/>
          <w:sz w:val="28"/>
          <w:szCs w:val="28"/>
          <w:lang w:val="kk-KZ"/>
        </w:rPr>
        <w:t xml:space="preserve"> және </w:t>
      </w:r>
      <w:r w:rsidR="00351B9E" w:rsidRPr="00293DA3">
        <w:rPr>
          <w:rFonts w:ascii="Times New Roman" w:hAnsi="Times New Roman" w:cs="Times New Roman"/>
          <w:position w:val="-6"/>
          <w:sz w:val="28"/>
          <w:szCs w:val="28"/>
        </w:rPr>
        <w:object w:dxaOrig="1040" w:dyaOrig="300" w14:anchorId="604CCD91">
          <v:shape id="_x0000_i1257" type="#_x0000_t75" style="width:51.45pt;height:15.8pt" o:ole="">
            <v:imagedata r:id="rId478" o:title=""/>
          </v:shape>
          <o:OLEObject Type="Embed" ProgID="Equation.DSMT4" ShapeID="_x0000_i1257" DrawAspect="Content" ObjectID="_1840331711" r:id="rId479"/>
        </w:object>
      </w:r>
      <w:r w:rsidRPr="00293DA3">
        <w:rPr>
          <w:rFonts w:ascii="Times New Roman" w:eastAsia="Times New Roman" w:hAnsi="Times New Roman" w:cs="Times New Roman"/>
          <w:sz w:val="28"/>
          <w:szCs w:val="28"/>
          <w:lang w:val="kk-KZ"/>
        </w:rPr>
        <w:t xml:space="preserve">  тұрақтылар, </w:t>
      </w:r>
    </w:p>
    <w:p w14:paraId="70AD0666" w14:textId="77777777" w:rsidR="00351B9E" w:rsidRPr="00293DA3" w:rsidRDefault="00351B9E" w:rsidP="00BA7984">
      <w:pPr>
        <w:spacing w:after="0" w:line="240" w:lineRule="auto"/>
        <w:jc w:val="both"/>
        <w:rPr>
          <w:rFonts w:ascii="Times New Roman" w:eastAsia="Times New Roman" w:hAnsi="Times New Roman" w:cs="Times New Roman"/>
          <w:sz w:val="28"/>
          <w:szCs w:val="28"/>
          <w:lang w:val="kk-KZ"/>
        </w:rPr>
      </w:pPr>
    </w:p>
    <w:p w14:paraId="6F3E6390" w14:textId="77777777" w:rsidR="00BA7984" w:rsidRPr="00293DA3" w:rsidRDefault="00A07FF5" w:rsidP="00BA7984">
      <w:pPr>
        <w:spacing w:after="0" w:line="240" w:lineRule="auto"/>
        <w:jc w:val="both"/>
        <w:rPr>
          <w:rFonts w:ascii="Times New Roman" w:eastAsia="Times New Roman" w:hAnsi="Times New Roman" w:cs="Times New Roman"/>
          <w:sz w:val="28"/>
          <w:szCs w:val="28"/>
          <w:lang w:val="kk-KZ"/>
        </w:rPr>
      </w:pPr>
      <w:r w:rsidRPr="00293DA3">
        <w:rPr>
          <w:rFonts w:ascii="Times New Roman" w:hAnsi="Times New Roman" w:cs="Times New Roman"/>
          <w:position w:val="-34"/>
          <w:sz w:val="28"/>
          <w:szCs w:val="28"/>
        </w:rPr>
        <w:object w:dxaOrig="2240" w:dyaOrig="820" w14:anchorId="7D771BBF">
          <v:shape id="_x0000_i1258" type="#_x0000_t75" style="width:115.5pt;height:43.5pt" o:ole="">
            <v:imagedata r:id="rId480" o:title=""/>
          </v:shape>
          <o:OLEObject Type="Embed" ProgID="Equation.DSMT4" ShapeID="_x0000_i1258" DrawAspect="Content" ObjectID="_1840331712" r:id="rId481"/>
        </w:object>
      </w:r>
      <w:r w:rsidR="00BA7984" w:rsidRPr="00293DA3">
        <w:rPr>
          <w:rFonts w:ascii="Times New Roman" w:eastAsia="Times New Roman" w:hAnsi="Times New Roman" w:cs="Times New Roman"/>
          <w:sz w:val="28"/>
          <w:szCs w:val="28"/>
          <w:lang w:val="kk-KZ"/>
        </w:rPr>
        <w:t>.</w:t>
      </w:r>
    </w:p>
    <w:p w14:paraId="477E7004" w14:textId="77777777" w:rsidR="00BA7984" w:rsidRPr="00293DA3" w:rsidRDefault="00BA7984" w:rsidP="00BA7984">
      <w:pPr>
        <w:spacing w:after="0" w:line="240" w:lineRule="auto"/>
        <w:rPr>
          <w:rFonts w:ascii="Times New Roman" w:eastAsia="Times New Roman" w:hAnsi="Times New Roman" w:cs="Times New Roman"/>
          <w:bCs/>
          <w:sz w:val="28"/>
          <w:szCs w:val="28"/>
          <w:lang w:val="kk-KZ"/>
        </w:rPr>
      </w:pPr>
    </w:p>
    <w:p w14:paraId="589C2816" w14:textId="77777777" w:rsidR="00BA7984" w:rsidRPr="00B75A9A" w:rsidRDefault="00AC218E" w:rsidP="00BA7984">
      <w:pPr>
        <w:spacing w:after="0" w:line="240" w:lineRule="auto"/>
        <w:ind w:firstLine="567"/>
        <w:rPr>
          <w:rFonts w:ascii="Times New Roman" w:eastAsia="Times New Roman" w:hAnsi="Times New Roman" w:cs="Times New Roman"/>
          <w:sz w:val="28"/>
          <w:szCs w:val="28"/>
          <w:lang w:val="kk-KZ"/>
        </w:rPr>
      </w:pPr>
      <m:oMath>
        <m:sSub>
          <m:sSubPr>
            <m:ctrlPr>
              <w:rPr>
                <w:rFonts w:ascii="Cambria Math" w:eastAsia="Times New Roman" w:hAnsi="Cambria Math" w:cs="Times New Roman"/>
                <w:i/>
                <w:sz w:val="28"/>
                <w:szCs w:val="28"/>
                <w:lang w:eastAsia="en-US"/>
              </w:rPr>
            </m:ctrlPr>
          </m:sSubPr>
          <m:e>
            <m:r>
              <w:rPr>
                <w:rFonts w:ascii="Cambria Math" w:eastAsia="Times New Roman" w:hAnsi="Cambria Math" w:cs="Times New Roman"/>
                <w:sz w:val="28"/>
                <w:szCs w:val="28"/>
                <w:lang w:val="kk-KZ"/>
              </w:rPr>
              <m:t>V</m:t>
            </m:r>
          </m:e>
          <m:sub>
            <m:r>
              <w:rPr>
                <w:rFonts w:ascii="Cambria Math" w:eastAsia="Times New Roman" w:hAnsi="Cambria Math" w:cs="Times New Roman"/>
                <w:sz w:val="28"/>
                <w:szCs w:val="28"/>
                <w:lang w:val="kk-KZ"/>
              </w:rPr>
              <m:t>p</m:t>
            </m:r>
          </m:sub>
        </m:sSub>
        <m:d>
          <m:dPr>
            <m:ctrlPr>
              <w:rPr>
                <w:rFonts w:ascii="Cambria Math" w:eastAsia="Times New Roman" w:hAnsi="Cambria Math" w:cs="Times New Roman"/>
                <w:i/>
                <w:sz w:val="28"/>
                <w:szCs w:val="28"/>
                <w:lang w:eastAsia="en-US"/>
              </w:rPr>
            </m:ctrlPr>
          </m:dPr>
          <m:e>
            <m:r>
              <w:rPr>
                <w:rFonts w:ascii="Cambria Math" w:eastAsia="Times New Roman" w:hAnsi="Cambria Math" w:cs="Times New Roman"/>
                <w:sz w:val="28"/>
                <w:szCs w:val="28"/>
                <w:lang w:val="kk-KZ"/>
              </w:rPr>
              <m:t>Q</m:t>
            </m:r>
          </m:e>
        </m:d>
      </m:oMath>
      <w:r w:rsidR="00BA7984" w:rsidRPr="00293DA3">
        <w:rPr>
          <w:rFonts w:ascii="Times New Roman" w:eastAsia="Times New Roman" w:hAnsi="Times New Roman" w:cs="Times New Roman"/>
          <w:sz w:val="28"/>
          <w:szCs w:val="28"/>
          <w:lang w:val="kk-KZ"/>
        </w:rPr>
        <w:t xml:space="preserve"> кеңістігін төмендегідей анықтап алайық:</w:t>
      </w:r>
    </w:p>
    <w:p w14:paraId="79BABDA3" w14:textId="77777777" w:rsidR="00000B91" w:rsidRPr="00B75A9A" w:rsidRDefault="00000B91" w:rsidP="00BA7984">
      <w:pPr>
        <w:spacing w:after="0" w:line="240" w:lineRule="auto"/>
        <w:ind w:firstLine="567"/>
        <w:rPr>
          <w:rFonts w:ascii="Times New Roman" w:eastAsiaTheme="minorHAnsi" w:hAnsi="Times New Roman" w:cs="Times New Roman"/>
          <w:sz w:val="28"/>
          <w:szCs w:val="28"/>
          <w:lang w:val="kk-KZ" w:eastAsia="en-US"/>
        </w:rPr>
      </w:pPr>
    </w:p>
    <w:p w14:paraId="0C0A1AC4" w14:textId="77777777" w:rsidR="00BA7984" w:rsidRPr="00B75A9A" w:rsidRDefault="00A07FF5" w:rsidP="00BA7984">
      <w:pPr>
        <w:spacing w:after="0" w:line="240" w:lineRule="auto"/>
        <w:jc w:val="center"/>
        <w:rPr>
          <w:rFonts w:ascii="Times New Roman" w:hAnsi="Times New Roman" w:cs="Times New Roman"/>
          <w:position w:val="-18"/>
          <w:sz w:val="28"/>
          <w:szCs w:val="28"/>
          <w:lang w:val="kk-KZ"/>
        </w:rPr>
      </w:pPr>
      <w:r w:rsidRPr="00B75A9A">
        <w:rPr>
          <w:rFonts w:ascii="Times New Roman" w:hAnsi="Times New Roman" w:cs="Times New Roman"/>
          <w:position w:val="-18"/>
          <w:sz w:val="28"/>
          <w:szCs w:val="28"/>
        </w:rPr>
        <w:object w:dxaOrig="6120" w:dyaOrig="499" w14:anchorId="5D707A0D">
          <v:shape id="_x0000_i1259" type="#_x0000_t75" style="width:306.2pt;height:25.3pt" o:ole="">
            <v:imagedata r:id="rId482" o:title=""/>
          </v:shape>
          <o:OLEObject Type="Embed" ProgID="Equation.DSMT4" ShapeID="_x0000_i1259" DrawAspect="Content" ObjectID="_1840331713" r:id="rId483"/>
        </w:object>
      </w:r>
    </w:p>
    <w:p w14:paraId="7AB1911D" w14:textId="77777777" w:rsidR="00000B91" w:rsidRPr="00B75A9A" w:rsidRDefault="00000B91" w:rsidP="00BA7984">
      <w:pPr>
        <w:spacing w:after="0" w:line="240" w:lineRule="auto"/>
        <w:jc w:val="center"/>
        <w:rPr>
          <w:rFonts w:ascii="Times New Roman" w:eastAsia="Times New Roman" w:hAnsi="Times New Roman" w:cs="Times New Roman"/>
          <w:position w:val="-18"/>
          <w:sz w:val="28"/>
          <w:szCs w:val="28"/>
          <w:lang w:val="kk-KZ"/>
        </w:rPr>
      </w:pPr>
    </w:p>
    <w:p w14:paraId="0919036B" w14:textId="77777777" w:rsidR="00BA7984" w:rsidRPr="00B75A9A" w:rsidRDefault="00BA7984" w:rsidP="00BA7984">
      <w:pPr>
        <w:spacing w:after="0" w:line="240" w:lineRule="auto"/>
        <w:rPr>
          <w:rFonts w:ascii="Times New Roman" w:eastAsia="Times New Roman" w:hAnsi="Times New Roman" w:cs="Times New Roman"/>
          <w:position w:val="-18"/>
          <w:sz w:val="28"/>
          <w:szCs w:val="28"/>
          <w:lang w:val="kk-KZ"/>
        </w:rPr>
      </w:pPr>
      <w:r w:rsidRPr="00B75A9A">
        <w:rPr>
          <w:rFonts w:ascii="Times New Roman" w:eastAsia="Times New Roman" w:hAnsi="Times New Roman" w:cs="Times New Roman"/>
          <w:position w:val="-18"/>
          <w:sz w:val="28"/>
          <w:szCs w:val="28"/>
          <w:lang w:val="kk-KZ"/>
        </w:rPr>
        <w:t>және оның нормасы</w:t>
      </w:r>
    </w:p>
    <w:p w14:paraId="1FA4D958" w14:textId="77777777" w:rsidR="00BA7984" w:rsidRPr="00B75A9A" w:rsidRDefault="00A07FF5" w:rsidP="00BA7984">
      <w:pPr>
        <w:spacing w:after="0" w:line="240" w:lineRule="auto"/>
        <w:jc w:val="center"/>
        <w:rPr>
          <w:rFonts w:ascii="Times New Roman" w:eastAsia="Times New Roman" w:hAnsi="Times New Roman" w:cs="Times New Roman"/>
          <w:sz w:val="28"/>
          <w:szCs w:val="28"/>
          <w:lang w:val="kk-KZ"/>
        </w:rPr>
      </w:pPr>
      <w:r w:rsidRPr="00B75A9A">
        <w:rPr>
          <w:rFonts w:ascii="Times New Roman" w:hAnsi="Times New Roman" w:cs="Times New Roman"/>
          <w:position w:val="-106"/>
          <w:sz w:val="28"/>
          <w:szCs w:val="28"/>
        </w:rPr>
        <w:object w:dxaOrig="7000" w:dyaOrig="2260" w14:anchorId="3F0734BE">
          <v:shape id="_x0000_i1260" type="#_x0000_t75" style="width:348.9pt;height:115.5pt" o:ole="">
            <v:imagedata r:id="rId484" o:title=""/>
          </v:shape>
          <o:OLEObject Type="Embed" ProgID="Equation.DSMT4" ShapeID="_x0000_i1260" DrawAspect="Content" ObjectID="_1840331714" r:id="rId485"/>
        </w:object>
      </w:r>
    </w:p>
    <w:p w14:paraId="1232C4A9" w14:textId="77777777" w:rsidR="00BA7984" w:rsidRPr="00B75A9A" w:rsidRDefault="00BA7984" w:rsidP="00BA7984">
      <w:pPr>
        <w:spacing w:after="0" w:line="240" w:lineRule="auto"/>
        <w:rPr>
          <w:rFonts w:ascii="Times New Roman" w:eastAsia="Times New Roman" w:hAnsi="Times New Roman" w:cs="Times New Roman"/>
          <w:sz w:val="28"/>
          <w:szCs w:val="28"/>
          <w:lang w:val="kk-KZ"/>
        </w:rPr>
      </w:pPr>
      <w:r w:rsidRPr="00B75A9A">
        <w:rPr>
          <w:rFonts w:ascii="Times New Roman" w:eastAsia="Times New Roman" w:hAnsi="Times New Roman" w:cs="Times New Roman"/>
          <w:position w:val="-18"/>
          <w:sz w:val="28"/>
          <w:szCs w:val="28"/>
          <w:lang w:val="kk-KZ"/>
        </w:rPr>
        <w:tab/>
      </w:r>
    </w:p>
    <w:p w14:paraId="40AF4A02" w14:textId="7CA4ED5A" w:rsidR="00BA7984" w:rsidRPr="00B75A9A" w:rsidRDefault="003F46FB" w:rsidP="00BA7984">
      <w:pPr>
        <w:spacing w:after="0" w:line="240" w:lineRule="auto"/>
        <w:ind w:firstLine="567"/>
        <w:rPr>
          <w:rFonts w:ascii="Times New Roman" w:eastAsia="Times New Roman" w:hAnsi="Times New Roman" w:cs="Times New Roman"/>
          <w:sz w:val="28"/>
          <w:szCs w:val="28"/>
          <w:lang w:val="kk-KZ"/>
        </w:rPr>
      </w:pPr>
      <w:r w:rsidRPr="00B75A9A">
        <w:rPr>
          <w:rFonts w:ascii="Times New Roman" w:eastAsia="Times New Roman" w:hAnsi="Times New Roman" w:cs="Times New Roman"/>
          <w:b/>
          <w:sz w:val="28"/>
          <w:szCs w:val="28"/>
          <w:lang w:val="kk-KZ"/>
        </w:rPr>
        <w:t xml:space="preserve">Анықтама </w:t>
      </w:r>
      <w:r w:rsidR="00017141" w:rsidRPr="00B75A9A">
        <w:rPr>
          <w:rFonts w:ascii="Times New Roman" w:eastAsia="Times New Roman" w:hAnsi="Times New Roman" w:cs="Times New Roman"/>
          <w:b/>
          <w:sz w:val="28"/>
          <w:szCs w:val="28"/>
          <w:lang w:val="kk-KZ"/>
        </w:rPr>
        <w:t>3</w:t>
      </w:r>
      <w:r w:rsidR="00BA7984" w:rsidRPr="00B75A9A">
        <w:rPr>
          <w:rFonts w:ascii="Times New Roman" w:eastAsia="Times New Roman" w:hAnsi="Times New Roman" w:cs="Times New Roman"/>
          <w:b/>
          <w:sz w:val="28"/>
          <w:szCs w:val="28"/>
          <w:lang w:val="kk-KZ"/>
        </w:rPr>
        <w:t>.</w:t>
      </w:r>
      <w:r w:rsidR="009E4BE4" w:rsidRPr="00B75A9A">
        <w:rPr>
          <w:rFonts w:ascii="Times New Roman" w:eastAsia="Times New Roman" w:hAnsi="Times New Roman" w:cs="Times New Roman"/>
          <w:sz w:val="28"/>
          <w:szCs w:val="28"/>
          <w:lang w:val="kk-KZ"/>
        </w:rPr>
        <w:t xml:space="preserve"> (42)-(44</w:t>
      </w:r>
      <w:r w:rsidR="00BA7984" w:rsidRPr="00B75A9A">
        <w:rPr>
          <w:rFonts w:ascii="Times New Roman" w:eastAsia="Times New Roman" w:hAnsi="Times New Roman" w:cs="Times New Roman"/>
          <w:sz w:val="28"/>
          <w:szCs w:val="28"/>
          <w:lang w:val="kk-KZ"/>
        </w:rPr>
        <w:t>) шеттік ес</w:t>
      </w:r>
      <w:r w:rsidR="009B79E5" w:rsidRPr="00B75A9A">
        <w:rPr>
          <w:rFonts w:ascii="Times New Roman" w:eastAsia="Times New Roman" w:hAnsi="Times New Roman" w:cs="Times New Roman"/>
          <w:sz w:val="28"/>
          <w:szCs w:val="28"/>
          <w:lang w:val="kk-KZ"/>
        </w:rPr>
        <w:t>ебінің жалпылама шешімі деп (38), (39</w:t>
      </w:r>
      <w:r w:rsidR="00BA7984" w:rsidRPr="00B75A9A">
        <w:rPr>
          <w:rFonts w:ascii="Times New Roman" w:eastAsia="Times New Roman" w:hAnsi="Times New Roman" w:cs="Times New Roman"/>
          <w:sz w:val="28"/>
          <w:szCs w:val="28"/>
          <w:lang w:val="kk-KZ"/>
        </w:rPr>
        <w:t xml:space="preserve">) шарттарын және келесі интегралдық тепе-теңдігін қанағаттандыратын </w:t>
      </w:r>
      <w:r w:rsidR="00A07FF5" w:rsidRPr="00B75A9A">
        <w:rPr>
          <w:rFonts w:ascii="Times New Roman" w:hAnsi="Times New Roman" w:cs="Times New Roman"/>
          <w:position w:val="-14"/>
          <w:sz w:val="28"/>
          <w:szCs w:val="28"/>
        </w:rPr>
        <w:object w:dxaOrig="2000" w:dyaOrig="440" w14:anchorId="127F25B5">
          <v:shape id="_x0000_i1261" type="#_x0000_t75" style="width:102.05pt;height:20.55pt" o:ole="">
            <v:imagedata r:id="rId486" o:title=""/>
          </v:shape>
          <o:OLEObject Type="Embed" ProgID="Equation.DSMT4" ShapeID="_x0000_i1261" DrawAspect="Content" ObjectID="_1840331715" r:id="rId487"/>
        </w:object>
      </w:r>
      <w:r w:rsidR="00A07FF5" w:rsidRPr="00B75A9A">
        <w:rPr>
          <w:rFonts w:ascii="Times New Roman" w:hAnsi="Times New Roman" w:cs="Times New Roman"/>
          <w:position w:val="-16"/>
          <w:sz w:val="28"/>
          <w:szCs w:val="28"/>
        </w:rPr>
        <w:object w:dxaOrig="2120" w:dyaOrig="440" w14:anchorId="32D64B93">
          <v:shape id="_x0000_i1262" type="#_x0000_t75" style="width:102.85pt;height:20.55pt" o:ole="">
            <v:imagedata r:id="rId488" o:title=""/>
          </v:shape>
          <o:OLEObject Type="Embed" ProgID="Equation.DSMT4" ShapeID="_x0000_i1262" DrawAspect="Content" ObjectID="_1840331716" r:id="rId489"/>
        </w:object>
      </w:r>
      <w:r w:rsidR="00BA7984" w:rsidRPr="00B75A9A">
        <w:rPr>
          <w:rFonts w:ascii="Times New Roman" w:eastAsia="Times New Roman" w:hAnsi="Times New Roman" w:cs="Times New Roman"/>
          <w:sz w:val="28"/>
          <w:szCs w:val="28"/>
          <w:lang w:val="kk-KZ"/>
        </w:rPr>
        <w:t xml:space="preserve"> функциясын айтамыз:</w:t>
      </w:r>
    </w:p>
    <w:p w14:paraId="1FB6F490" w14:textId="77777777" w:rsidR="00BA7984" w:rsidRPr="00B75A9A" w:rsidRDefault="00BA7984" w:rsidP="00BA7984">
      <w:pPr>
        <w:spacing w:after="0" w:line="240" w:lineRule="auto"/>
        <w:ind w:firstLine="567"/>
        <w:rPr>
          <w:rFonts w:ascii="Times New Roman" w:eastAsia="Times New Roman" w:hAnsi="Times New Roman" w:cs="Times New Roman"/>
          <w:sz w:val="28"/>
          <w:szCs w:val="28"/>
          <w:lang w:val="kk-KZ"/>
        </w:rPr>
      </w:pPr>
    </w:p>
    <w:p w14:paraId="48D0F6E1" w14:textId="77777777" w:rsidR="00BA7984" w:rsidRPr="00B75A9A" w:rsidRDefault="00A07FF5" w:rsidP="00BA7984">
      <w:pPr>
        <w:spacing w:after="0" w:line="240" w:lineRule="auto"/>
        <w:jc w:val="center"/>
        <w:rPr>
          <w:rFonts w:ascii="Times New Roman" w:hAnsi="Times New Roman" w:cs="Times New Roman"/>
          <w:position w:val="-38"/>
          <w:sz w:val="28"/>
          <w:szCs w:val="28"/>
          <w:lang w:val="kk-KZ"/>
        </w:rPr>
      </w:pPr>
      <w:r w:rsidRPr="00B75A9A">
        <w:rPr>
          <w:rFonts w:ascii="Times New Roman" w:hAnsi="Times New Roman" w:cs="Times New Roman"/>
          <w:position w:val="-38"/>
          <w:sz w:val="28"/>
          <w:szCs w:val="28"/>
        </w:rPr>
        <w:object w:dxaOrig="6160" w:dyaOrig="780" w14:anchorId="621E106E">
          <v:shape id="_x0000_i1263" type="#_x0000_t75" style="width:308.55pt;height:38pt" o:ole="">
            <v:imagedata r:id="rId490" o:title=""/>
          </v:shape>
          <o:OLEObject Type="Embed" ProgID="Equation.DSMT4" ShapeID="_x0000_i1263" DrawAspect="Content" ObjectID="_1840331717" r:id="rId491"/>
        </w:object>
      </w:r>
    </w:p>
    <w:p w14:paraId="139BE2EB" w14:textId="77777777" w:rsidR="008F75AB" w:rsidRPr="00B75A9A" w:rsidRDefault="008F75AB" w:rsidP="00BA7984">
      <w:pPr>
        <w:spacing w:after="0" w:line="240" w:lineRule="auto"/>
        <w:jc w:val="center"/>
        <w:rPr>
          <w:rFonts w:ascii="Times New Roman" w:eastAsia="Times New Roman" w:hAnsi="Times New Roman" w:cs="Times New Roman"/>
          <w:sz w:val="28"/>
          <w:szCs w:val="28"/>
          <w:lang w:val="kk-KZ"/>
        </w:rPr>
      </w:pPr>
    </w:p>
    <w:p w14:paraId="5E5D084B" w14:textId="77777777" w:rsidR="00BA7984" w:rsidRPr="00B75A9A" w:rsidRDefault="00BA7984" w:rsidP="00BA7984">
      <w:pPr>
        <w:tabs>
          <w:tab w:val="center" w:pos="4678"/>
          <w:tab w:val="right" w:pos="9639"/>
        </w:tabs>
        <w:spacing w:after="0" w:line="240" w:lineRule="auto"/>
        <w:jc w:val="both"/>
        <w:rPr>
          <w:rFonts w:ascii="Times New Roman" w:eastAsia="Times New Roman" w:hAnsi="Times New Roman" w:cs="Times New Roman"/>
          <w:b/>
          <w:sz w:val="28"/>
          <w:szCs w:val="28"/>
          <w:lang w:val="kk-KZ"/>
        </w:rPr>
      </w:pPr>
      <w:r w:rsidRPr="00B75A9A">
        <w:rPr>
          <w:rFonts w:ascii="Times New Roman" w:eastAsia="Times New Roman" w:hAnsi="Times New Roman" w:cs="Times New Roman"/>
          <w:sz w:val="28"/>
          <w:szCs w:val="28"/>
          <w:lang w:val="kk-KZ"/>
        </w:rPr>
        <w:t xml:space="preserve">мұндағы </w:t>
      </w:r>
      <w:r w:rsidR="00A07FF5" w:rsidRPr="00B75A9A">
        <w:rPr>
          <w:rFonts w:ascii="Times New Roman" w:hAnsi="Times New Roman" w:cs="Times New Roman"/>
          <w:position w:val="-14"/>
          <w:sz w:val="28"/>
          <w:szCs w:val="28"/>
        </w:rPr>
        <w:object w:dxaOrig="1359" w:dyaOrig="440" w14:anchorId="3669377C">
          <v:shape id="_x0000_i1264" type="#_x0000_t75" style="width:67.25pt;height:20.55pt" o:ole="">
            <v:imagedata r:id="rId492" o:title=""/>
          </v:shape>
          <o:OLEObject Type="Embed" ProgID="Equation.DSMT4" ShapeID="_x0000_i1264" DrawAspect="Content" ObjectID="_1840331718" r:id="rId493"/>
        </w:object>
      </w:r>
      <w:r w:rsidR="00A07FF5" w:rsidRPr="00B75A9A">
        <w:rPr>
          <w:rFonts w:ascii="Times New Roman" w:hAnsi="Times New Roman" w:cs="Times New Roman"/>
          <w:position w:val="-16"/>
          <w:sz w:val="28"/>
          <w:szCs w:val="28"/>
        </w:rPr>
        <w:object w:dxaOrig="2060" w:dyaOrig="440" w14:anchorId="7D825C9F">
          <v:shape id="_x0000_i1265" type="#_x0000_t75" style="width:104.45pt;height:20.55pt" o:ole="">
            <v:imagedata r:id="rId494" o:title=""/>
          </v:shape>
          <o:OLEObject Type="Embed" ProgID="Equation.DSMT4" ShapeID="_x0000_i1265" DrawAspect="Content" ObjectID="_1840331719" r:id="rId495"/>
        </w:object>
      </w:r>
      <w:r w:rsidR="00A07FF5" w:rsidRPr="00B75A9A">
        <w:rPr>
          <w:rFonts w:ascii="Times New Roman" w:hAnsi="Times New Roman" w:cs="Times New Roman"/>
          <w:position w:val="-12"/>
          <w:sz w:val="28"/>
          <w:szCs w:val="28"/>
        </w:rPr>
        <w:object w:dxaOrig="3460" w:dyaOrig="380" w14:anchorId="0D283208">
          <v:shape id="_x0000_i1266" type="#_x0000_t75" style="width:174.05pt;height:18.2pt" o:ole="">
            <v:imagedata r:id="rId496" o:title=""/>
          </v:shape>
          <o:OLEObject Type="Embed" ProgID="Equation.DSMT4" ShapeID="_x0000_i1266" DrawAspect="Content" ObjectID="_1840331720" r:id="rId497"/>
        </w:object>
      </w:r>
      <w:r w:rsidRPr="00B75A9A">
        <w:rPr>
          <w:rFonts w:ascii="Times New Roman" w:eastAsia="Times New Roman" w:hAnsi="Times New Roman" w:cs="Times New Roman"/>
          <w:sz w:val="28"/>
          <w:szCs w:val="28"/>
          <w:lang w:val="kk-KZ"/>
        </w:rPr>
        <w:t>.</w:t>
      </w:r>
    </w:p>
    <w:p w14:paraId="3214048E" w14:textId="77777777" w:rsidR="00BA7984" w:rsidRPr="00B75A9A" w:rsidRDefault="00BA7984" w:rsidP="00BA7984">
      <w:pPr>
        <w:tabs>
          <w:tab w:val="center" w:pos="4678"/>
          <w:tab w:val="right" w:pos="9639"/>
        </w:tabs>
        <w:spacing w:after="0" w:line="240" w:lineRule="auto"/>
        <w:jc w:val="both"/>
        <w:rPr>
          <w:rFonts w:ascii="Times New Roman" w:eastAsia="Times New Roman" w:hAnsi="Times New Roman" w:cs="Times New Roman"/>
          <w:b/>
          <w:sz w:val="28"/>
          <w:szCs w:val="28"/>
          <w:lang w:val="kk-KZ"/>
        </w:rPr>
      </w:pPr>
    </w:p>
    <w:p w14:paraId="44FF9739" w14:textId="07A0DCB5" w:rsidR="00BA7984" w:rsidRPr="00B75A9A" w:rsidRDefault="00B52681" w:rsidP="00BA7984">
      <w:pPr>
        <w:tabs>
          <w:tab w:val="center" w:pos="4678"/>
          <w:tab w:val="right" w:pos="9639"/>
        </w:tabs>
        <w:spacing w:after="0" w:line="240" w:lineRule="auto"/>
        <w:jc w:val="both"/>
        <w:rPr>
          <w:rFonts w:ascii="Times New Roman" w:eastAsia="Times New Roman" w:hAnsi="Times New Roman" w:cs="Times New Roman"/>
          <w:position w:val="-6"/>
          <w:sz w:val="28"/>
          <w:szCs w:val="28"/>
          <w:lang w:val="kk-KZ"/>
        </w:rPr>
      </w:pPr>
      <w:r w:rsidRPr="00B75A9A">
        <w:rPr>
          <w:rFonts w:ascii="Times New Roman" w:eastAsia="Times New Roman" w:hAnsi="Times New Roman" w:cs="Times New Roman"/>
          <w:b/>
          <w:sz w:val="28"/>
          <w:szCs w:val="28"/>
          <w:lang w:val="kk-KZ"/>
        </w:rPr>
        <w:t xml:space="preserve">      </w:t>
      </w:r>
      <w:r w:rsidR="00E77AA4" w:rsidRPr="00B75A9A">
        <w:rPr>
          <w:rFonts w:ascii="Times New Roman" w:eastAsia="Times New Roman" w:hAnsi="Times New Roman" w:cs="Times New Roman"/>
          <w:b/>
          <w:sz w:val="28"/>
          <w:szCs w:val="28"/>
          <w:lang w:val="kk-KZ"/>
        </w:rPr>
        <w:t>Теорема 10</w:t>
      </w:r>
      <w:r w:rsidR="00BA7984" w:rsidRPr="00B75A9A">
        <w:rPr>
          <w:rFonts w:ascii="Times New Roman" w:eastAsia="Times New Roman" w:hAnsi="Times New Roman" w:cs="Times New Roman"/>
          <w:b/>
          <w:sz w:val="28"/>
          <w:szCs w:val="28"/>
          <w:lang w:val="kk-KZ"/>
        </w:rPr>
        <w:t xml:space="preserve">. </w:t>
      </w:r>
      <w:r w:rsidR="00BA7984" w:rsidRPr="00B75A9A">
        <w:rPr>
          <w:rFonts w:ascii="Times New Roman" w:eastAsia="Times New Roman" w:hAnsi="Times New Roman" w:cs="Times New Roman"/>
          <w:sz w:val="28"/>
          <w:szCs w:val="28"/>
          <w:lang w:val="kk-KZ"/>
        </w:rPr>
        <w:t xml:space="preserve">Айталық,  </w:t>
      </w:r>
      <w:r w:rsidR="00A07FF5" w:rsidRPr="00B75A9A">
        <w:rPr>
          <w:rFonts w:ascii="Times New Roman" w:hAnsi="Times New Roman" w:cs="Times New Roman"/>
          <w:position w:val="-28"/>
          <w:sz w:val="28"/>
          <w:szCs w:val="28"/>
        </w:rPr>
        <w:object w:dxaOrig="1640" w:dyaOrig="720" w14:anchorId="5A141088">
          <v:shape id="_x0000_i1267" type="#_x0000_t75" style="width:80.7pt;height:37.2pt" o:ole="">
            <v:imagedata r:id="rId498" o:title=""/>
          </v:shape>
          <o:OLEObject Type="Embed" ProgID="Equation.DSMT4" ShapeID="_x0000_i1267" DrawAspect="Content" ObjectID="_1840331721" r:id="rId499"/>
        </w:object>
      </w:r>
      <w:r w:rsidR="00A07FF5" w:rsidRPr="00B75A9A">
        <w:rPr>
          <w:rFonts w:ascii="Times New Roman" w:hAnsi="Times New Roman" w:cs="Times New Roman"/>
          <w:position w:val="-6"/>
          <w:sz w:val="28"/>
          <w:szCs w:val="28"/>
        </w:rPr>
        <w:object w:dxaOrig="1040" w:dyaOrig="300" w14:anchorId="4ECB1104">
          <v:shape id="_x0000_i1268" type="#_x0000_t75" style="width:53.8pt;height:15.8pt" o:ole="">
            <v:imagedata r:id="rId500" o:title=""/>
          </v:shape>
          <o:OLEObject Type="Embed" ProgID="Equation.DSMT4" ShapeID="_x0000_i1268" DrawAspect="Content" ObjectID="_1840331722" r:id="rId501"/>
        </w:object>
      </w:r>
    </w:p>
    <w:p w14:paraId="1C59452B" w14:textId="77777777" w:rsidR="00BA7984" w:rsidRPr="00B75A9A" w:rsidRDefault="00BA7984" w:rsidP="00BA7984">
      <w:pPr>
        <w:tabs>
          <w:tab w:val="center" w:pos="4678"/>
          <w:tab w:val="right" w:pos="9639"/>
        </w:tabs>
        <w:spacing w:after="0" w:line="240" w:lineRule="auto"/>
        <w:jc w:val="both"/>
        <w:rPr>
          <w:rFonts w:ascii="Times New Roman" w:eastAsia="Times New Roman" w:hAnsi="Times New Roman" w:cs="Times New Roman"/>
          <w:position w:val="-10"/>
          <w:sz w:val="28"/>
          <w:szCs w:val="28"/>
          <w:lang w:val="kk-KZ"/>
        </w:rPr>
      </w:pPr>
    </w:p>
    <w:p w14:paraId="27BF45D5" w14:textId="0739D67C" w:rsidR="00BA7984" w:rsidRPr="00B75A9A" w:rsidRDefault="00A07FF5" w:rsidP="00BA7984">
      <w:pPr>
        <w:tabs>
          <w:tab w:val="center" w:pos="5387"/>
          <w:tab w:val="right" w:pos="9356"/>
        </w:tabs>
        <w:spacing w:after="0" w:line="240" w:lineRule="auto"/>
        <w:jc w:val="right"/>
        <w:rPr>
          <w:rFonts w:ascii="Times New Roman" w:eastAsia="Times New Roman" w:hAnsi="Times New Roman" w:cs="Times New Roman"/>
          <w:sz w:val="28"/>
          <w:szCs w:val="28"/>
          <w:lang w:val="kk-KZ"/>
        </w:rPr>
      </w:pPr>
      <w:r w:rsidRPr="00B75A9A">
        <w:rPr>
          <w:rFonts w:ascii="Times New Roman" w:hAnsi="Times New Roman" w:cs="Times New Roman"/>
          <w:position w:val="-16"/>
          <w:sz w:val="28"/>
          <w:szCs w:val="28"/>
        </w:rPr>
        <w:object w:dxaOrig="1880" w:dyaOrig="420" w14:anchorId="5F589799">
          <v:shape id="_x0000_i1269" type="#_x0000_t75" style="width:94.95pt;height:20.55pt" o:ole="">
            <v:imagedata r:id="rId502" o:title=""/>
          </v:shape>
          <o:OLEObject Type="Embed" ProgID="Equation.DSMT4" ShapeID="_x0000_i1269" DrawAspect="Content" ObjectID="_1840331723" r:id="rId503"/>
        </w:object>
      </w:r>
      <w:r w:rsidR="00BA7984" w:rsidRPr="00B75A9A">
        <w:rPr>
          <w:rFonts w:ascii="Times New Roman" w:eastAsia="Times New Roman" w:hAnsi="Times New Roman" w:cs="Times New Roman"/>
          <w:sz w:val="28"/>
          <w:szCs w:val="28"/>
          <w:lang w:val="kk-KZ"/>
        </w:rPr>
        <w:tab/>
        <w:t xml:space="preserve">              </w:t>
      </w:r>
      <w:r w:rsidR="009B79E5" w:rsidRPr="00B75A9A">
        <w:rPr>
          <w:rFonts w:ascii="Times New Roman" w:eastAsia="Times New Roman" w:hAnsi="Times New Roman" w:cs="Times New Roman"/>
          <w:sz w:val="28"/>
          <w:szCs w:val="28"/>
          <w:lang w:val="kk-KZ"/>
        </w:rPr>
        <w:t xml:space="preserve">                              (</w:t>
      </w:r>
      <w:r w:rsidR="00BA7984" w:rsidRPr="00B75A9A">
        <w:rPr>
          <w:rFonts w:ascii="Times New Roman" w:eastAsia="Times New Roman" w:hAnsi="Times New Roman" w:cs="Times New Roman"/>
          <w:sz w:val="28"/>
          <w:szCs w:val="28"/>
          <w:lang w:val="kk-KZ"/>
        </w:rPr>
        <w:t>4</w:t>
      </w:r>
      <w:r w:rsidR="009E4BE4" w:rsidRPr="00B75A9A">
        <w:rPr>
          <w:rFonts w:ascii="Times New Roman" w:eastAsia="Times New Roman" w:hAnsi="Times New Roman" w:cs="Times New Roman"/>
          <w:sz w:val="28"/>
          <w:szCs w:val="28"/>
          <w:lang w:val="kk-KZ"/>
        </w:rPr>
        <w:t>5</w:t>
      </w:r>
      <w:r w:rsidR="00BA7984" w:rsidRPr="00B75A9A">
        <w:rPr>
          <w:rFonts w:ascii="Times New Roman" w:eastAsia="Times New Roman" w:hAnsi="Times New Roman" w:cs="Times New Roman"/>
          <w:sz w:val="28"/>
          <w:szCs w:val="28"/>
          <w:lang w:val="kk-KZ"/>
        </w:rPr>
        <w:t>)</w:t>
      </w:r>
    </w:p>
    <w:p w14:paraId="6FE6D398" w14:textId="77777777" w:rsidR="00BA7984" w:rsidRPr="00B75A9A" w:rsidRDefault="00BA7984" w:rsidP="008F75AB">
      <w:pPr>
        <w:tabs>
          <w:tab w:val="center" w:pos="5387"/>
          <w:tab w:val="right" w:pos="9356"/>
        </w:tabs>
        <w:spacing w:after="0" w:line="240" w:lineRule="auto"/>
        <w:rPr>
          <w:rFonts w:ascii="Times New Roman" w:eastAsia="Times New Roman" w:hAnsi="Times New Roman" w:cs="Times New Roman"/>
          <w:sz w:val="28"/>
          <w:szCs w:val="28"/>
          <w:lang w:val="kk-KZ"/>
        </w:rPr>
      </w:pPr>
    </w:p>
    <w:p w14:paraId="76619CBE" w14:textId="7A0C3DDB" w:rsidR="00BA7984" w:rsidRPr="00B75A9A" w:rsidRDefault="009E4BE4" w:rsidP="009E4BE4">
      <w:pPr>
        <w:tabs>
          <w:tab w:val="center" w:pos="4678"/>
          <w:tab w:val="right" w:pos="9639"/>
        </w:tabs>
        <w:spacing w:after="0" w:line="240" w:lineRule="auto"/>
        <w:jc w:val="both"/>
        <w:rPr>
          <w:rFonts w:ascii="Times New Roman" w:eastAsia="Times New Roman" w:hAnsi="Times New Roman" w:cs="Times New Roman"/>
          <w:sz w:val="28"/>
          <w:szCs w:val="28"/>
          <w:lang w:val="kk-KZ"/>
        </w:rPr>
      </w:pPr>
      <w:r w:rsidRPr="00B75A9A">
        <w:rPr>
          <w:rFonts w:ascii="Times New Roman" w:eastAsia="Times New Roman" w:hAnsi="Times New Roman" w:cs="Times New Roman"/>
          <w:sz w:val="28"/>
          <w:szCs w:val="28"/>
          <w:lang w:val="kk-KZ"/>
        </w:rPr>
        <w:t>шарттары орындалсын, онда (42)-(44</w:t>
      </w:r>
      <w:r w:rsidR="00BA7984" w:rsidRPr="00B75A9A">
        <w:rPr>
          <w:rFonts w:ascii="Times New Roman" w:eastAsia="Times New Roman" w:hAnsi="Times New Roman" w:cs="Times New Roman"/>
          <w:sz w:val="28"/>
          <w:szCs w:val="28"/>
          <w:lang w:val="kk-KZ"/>
        </w:rPr>
        <w:t xml:space="preserve">) локалді емес шеттік есептің </w:t>
      </w:r>
      <m:oMath>
        <m:r>
          <w:rPr>
            <w:rFonts w:ascii="Cambria Math" w:eastAsia="Times New Roman" w:hAnsi="Cambria Math" w:cs="Times New Roman"/>
            <w:sz w:val="28"/>
            <w:szCs w:val="28"/>
            <w:lang w:val="kk-KZ"/>
          </w:rPr>
          <m:t>u</m:t>
        </m:r>
        <m:d>
          <m:dPr>
            <m:ctrlPr>
              <w:rPr>
                <w:rFonts w:ascii="Cambria Math" w:eastAsia="Times New Roman" w:hAnsi="Cambria Math" w:cs="Times New Roman"/>
                <w:i/>
                <w:sz w:val="28"/>
                <w:szCs w:val="28"/>
                <w:lang w:val="kk-KZ" w:eastAsia="en-US"/>
              </w:rPr>
            </m:ctrlPr>
          </m:dPr>
          <m:e>
            <m:r>
              <w:rPr>
                <w:rFonts w:ascii="Cambria Math" w:eastAsia="Times New Roman" w:hAnsi="Cambria Math" w:cs="Times New Roman"/>
                <w:sz w:val="28"/>
                <w:szCs w:val="28"/>
                <w:lang w:val="kk-KZ"/>
              </w:rPr>
              <m:t>x,y</m:t>
            </m:r>
          </m:e>
        </m:d>
        <m:r>
          <w:rPr>
            <w:rFonts w:ascii="Cambria Math" w:eastAsia="Times New Roman" w:hAnsi="Cambria Math" w:cs="Times New Roman"/>
            <w:sz w:val="28"/>
            <w:szCs w:val="28"/>
            <w:lang w:val="kk-KZ"/>
          </w:rPr>
          <m:t>∈</m:t>
        </m:r>
        <m:sSubSup>
          <m:sSubSupPr>
            <m:ctrlPr>
              <w:rPr>
                <w:rFonts w:ascii="Cambria Math" w:eastAsia="Times New Roman" w:hAnsi="Cambria Math" w:cs="Times New Roman"/>
                <w:i/>
                <w:sz w:val="28"/>
                <w:szCs w:val="28"/>
                <w:lang w:eastAsia="en-US"/>
              </w:rPr>
            </m:ctrlPr>
          </m:sSubSupPr>
          <m:e>
            <m:r>
              <w:rPr>
                <w:rFonts w:ascii="Cambria Math" w:eastAsia="Times New Roman" w:hAnsi="Cambria Math" w:cs="Times New Roman"/>
                <w:sz w:val="28"/>
                <w:szCs w:val="28"/>
                <w:lang w:val="kk-KZ"/>
              </w:rPr>
              <m:t>W</m:t>
            </m:r>
          </m:e>
          <m:sub>
            <m:r>
              <w:rPr>
                <w:rFonts w:ascii="Cambria Math" w:eastAsia="Times New Roman" w:hAnsi="Cambria Math" w:cs="Times New Roman"/>
                <w:sz w:val="28"/>
                <w:szCs w:val="28"/>
                <w:lang w:val="kk-KZ"/>
              </w:rPr>
              <m:t>2</m:t>
            </m:r>
          </m:sub>
          <m:sup>
            <m:r>
              <w:rPr>
                <w:rFonts w:ascii="Cambria Math" w:eastAsia="Times New Roman" w:hAnsi="Cambria Math" w:cs="Times New Roman"/>
                <w:sz w:val="28"/>
                <w:szCs w:val="28"/>
                <w:lang w:val="kk-KZ"/>
              </w:rPr>
              <m:t>2</m:t>
            </m:r>
          </m:sup>
        </m:sSubSup>
        <m:d>
          <m:dPr>
            <m:ctrlPr>
              <w:rPr>
                <w:rFonts w:ascii="Cambria Math" w:eastAsia="Times New Roman" w:hAnsi="Cambria Math" w:cs="Times New Roman"/>
                <w:i/>
                <w:sz w:val="28"/>
                <w:szCs w:val="28"/>
                <w:lang w:eastAsia="en-US"/>
              </w:rPr>
            </m:ctrlPr>
          </m:dPr>
          <m:e>
            <m:r>
              <w:rPr>
                <w:rFonts w:ascii="Cambria Math" w:eastAsia="Times New Roman" w:hAnsi="Cambria Math" w:cs="Times New Roman"/>
                <w:sz w:val="28"/>
                <w:szCs w:val="28"/>
                <w:lang w:val="kk-KZ"/>
              </w:rPr>
              <m:t>Q</m:t>
            </m:r>
          </m:e>
        </m:d>
        <m:r>
          <w:rPr>
            <w:rFonts w:ascii="Cambria Math" w:eastAsia="Times New Roman" w:hAnsi="Cambria Math" w:cs="Times New Roman"/>
            <w:sz w:val="28"/>
            <w:szCs w:val="28"/>
            <w:lang w:val="kk-KZ"/>
          </w:rPr>
          <m:t>,</m:t>
        </m:r>
      </m:oMath>
      <w:r w:rsidR="00BA7984" w:rsidRPr="00B75A9A">
        <w:rPr>
          <w:rFonts w:ascii="Times New Roman" w:eastAsia="Times New Roman" w:hAnsi="Times New Roman" w:cs="Times New Roman"/>
          <w:sz w:val="28"/>
          <w:szCs w:val="28"/>
          <w:lang w:val="kk-KZ"/>
        </w:rPr>
        <w:t xml:space="preserve"> </w:t>
      </w:r>
      <m:oMath>
        <m:r>
          <w:rPr>
            <w:rFonts w:ascii="Cambria Math" w:eastAsia="Times New Roman" w:hAnsi="Cambria Math" w:cs="Times New Roman"/>
            <w:sz w:val="28"/>
            <w:szCs w:val="28"/>
            <w:lang w:val="kk-KZ"/>
          </w:rPr>
          <m:t>∆u(x,y)∈</m:t>
        </m:r>
        <m:sSub>
          <m:sSubPr>
            <m:ctrlPr>
              <w:rPr>
                <w:rFonts w:ascii="Cambria Math" w:eastAsia="Times New Roman" w:hAnsi="Cambria Math" w:cs="Times New Roman"/>
                <w:i/>
                <w:sz w:val="28"/>
                <w:szCs w:val="28"/>
                <w:lang w:eastAsia="en-US"/>
              </w:rPr>
            </m:ctrlPr>
          </m:sSubPr>
          <m:e>
            <m:r>
              <w:rPr>
                <w:rFonts w:ascii="Cambria Math" w:eastAsia="Times New Roman" w:hAnsi="Cambria Math" w:cs="Times New Roman"/>
                <w:sz w:val="28"/>
                <w:szCs w:val="28"/>
                <w:lang w:val="kk-KZ"/>
              </w:rPr>
              <m:t>L</m:t>
            </m:r>
          </m:e>
          <m:sub>
            <m:r>
              <w:rPr>
                <w:rFonts w:ascii="Cambria Math" w:eastAsia="Times New Roman" w:hAnsi="Cambria Math" w:cs="Times New Roman"/>
                <w:sz w:val="28"/>
                <w:szCs w:val="28"/>
                <w:lang w:val="kk-KZ"/>
              </w:rPr>
              <m:t>p</m:t>
            </m:r>
          </m:sub>
        </m:sSub>
        <m:d>
          <m:dPr>
            <m:ctrlPr>
              <w:rPr>
                <w:rFonts w:ascii="Cambria Math" w:eastAsia="Times New Roman" w:hAnsi="Cambria Math" w:cs="Times New Roman"/>
                <w:i/>
                <w:sz w:val="28"/>
                <w:szCs w:val="28"/>
                <w:lang w:val="kk-KZ"/>
              </w:rPr>
            </m:ctrlPr>
          </m:dPr>
          <m:e>
            <m:r>
              <w:rPr>
                <w:rFonts w:ascii="Cambria Math" w:eastAsia="Times New Roman" w:hAnsi="Cambria Math" w:cs="Times New Roman"/>
                <w:sz w:val="28"/>
                <w:szCs w:val="28"/>
                <w:lang w:val="kk-KZ"/>
              </w:rPr>
              <m:t>Q</m:t>
            </m:r>
          </m:e>
        </m:d>
      </m:oMath>
      <w:r w:rsidRPr="00B75A9A">
        <w:rPr>
          <w:rFonts w:ascii="Times New Roman" w:eastAsia="Times New Roman" w:hAnsi="Times New Roman" w:cs="Times New Roman"/>
          <w:sz w:val="28"/>
          <w:szCs w:val="28"/>
          <w:lang w:val="kk-KZ"/>
        </w:rPr>
        <w:t xml:space="preserve"> </w:t>
      </w:r>
      <w:r w:rsidR="00BA7984" w:rsidRPr="00B75A9A">
        <w:rPr>
          <w:rFonts w:ascii="Times New Roman" w:eastAsia="Times New Roman" w:hAnsi="Times New Roman" w:cs="Times New Roman"/>
          <w:sz w:val="28"/>
          <w:szCs w:val="28"/>
          <w:lang w:val="kk-KZ"/>
        </w:rPr>
        <w:t>жалғыз ғана шешімі бар</w:t>
      </w:r>
      <w:r w:rsidRPr="00B75A9A">
        <w:rPr>
          <w:rFonts w:ascii="Times New Roman" w:eastAsia="Times New Roman" w:hAnsi="Times New Roman" w:cs="Times New Roman"/>
          <w:sz w:val="28"/>
          <w:szCs w:val="28"/>
          <w:lang w:val="kk-KZ"/>
        </w:rPr>
        <w:t>.</w:t>
      </w:r>
    </w:p>
    <w:p w14:paraId="19C71378" w14:textId="22B82AEC" w:rsidR="004A3C03" w:rsidRPr="00B75A9A" w:rsidRDefault="00E15976" w:rsidP="00BA7984">
      <w:pPr>
        <w:tabs>
          <w:tab w:val="left" w:pos="567"/>
        </w:tabs>
        <w:spacing w:after="0" w:line="240" w:lineRule="auto"/>
        <w:jc w:val="both"/>
        <w:rPr>
          <w:rFonts w:ascii="Times New Roman" w:eastAsia="Times New Roman" w:hAnsi="Times New Roman" w:cs="Times New Roman"/>
          <w:sz w:val="28"/>
          <w:szCs w:val="28"/>
          <w:lang w:val="kk-KZ"/>
        </w:rPr>
      </w:pPr>
      <w:r w:rsidRPr="00B75A9A">
        <w:rPr>
          <w:rFonts w:ascii="Times New Roman" w:eastAsia="Times New Roman" w:hAnsi="Times New Roman" w:cs="Times New Roman"/>
          <w:b/>
          <w:sz w:val="28"/>
          <w:szCs w:val="28"/>
          <w:lang w:val="kk-KZ"/>
        </w:rPr>
        <w:tab/>
      </w:r>
      <w:r w:rsidR="003F46FB" w:rsidRPr="00B75A9A">
        <w:rPr>
          <w:rFonts w:ascii="Times New Roman" w:eastAsia="Times New Roman" w:hAnsi="Times New Roman" w:cs="Times New Roman"/>
          <w:b/>
          <w:sz w:val="28"/>
          <w:szCs w:val="28"/>
          <w:lang w:val="kk-KZ"/>
        </w:rPr>
        <w:t xml:space="preserve">Анықтама </w:t>
      </w:r>
      <w:r w:rsidR="00017141" w:rsidRPr="00B75A9A">
        <w:rPr>
          <w:rFonts w:ascii="Times New Roman" w:eastAsia="Times New Roman" w:hAnsi="Times New Roman" w:cs="Times New Roman"/>
          <w:b/>
          <w:sz w:val="28"/>
          <w:szCs w:val="28"/>
          <w:lang w:val="kk-KZ"/>
        </w:rPr>
        <w:t>4</w:t>
      </w:r>
      <w:r w:rsidR="00BA7984" w:rsidRPr="00B75A9A">
        <w:rPr>
          <w:rFonts w:ascii="Times New Roman" w:eastAsia="Times New Roman" w:hAnsi="Times New Roman" w:cs="Times New Roman"/>
          <w:b/>
          <w:sz w:val="28"/>
          <w:szCs w:val="28"/>
          <w:lang w:val="kk-KZ"/>
        </w:rPr>
        <w:t>.</w:t>
      </w:r>
      <w:r w:rsidR="009E4BE4" w:rsidRPr="00B75A9A">
        <w:rPr>
          <w:rFonts w:ascii="Times New Roman" w:eastAsia="Times New Roman" w:hAnsi="Times New Roman" w:cs="Times New Roman"/>
          <w:sz w:val="28"/>
          <w:szCs w:val="28"/>
          <w:lang w:val="kk-KZ"/>
        </w:rPr>
        <w:t xml:space="preserve"> (42)-</w:t>
      </w:r>
      <w:r w:rsidR="00787BB8" w:rsidRPr="00B75A9A">
        <w:rPr>
          <w:rFonts w:ascii="Times New Roman" w:eastAsia="Times New Roman" w:hAnsi="Times New Roman" w:cs="Times New Roman"/>
          <w:sz w:val="28"/>
          <w:szCs w:val="28"/>
          <w:lang w:val="kk-KZ"/>
        </w:rPr>
        <w:t>(44), (45</w:t>
      </w:r>
      <w:r w:rsidR="00BA7984" w:rsidRPr="00B75A9A">
        <w:rPr>
          <w:rFonts w:ascii="Times New Roman" w:eastAsia="Times New Roman" w:hAnsi="Times New Roman" w:cs="Times New Roman"/>
          <w:sz w:val="28"/>
          <w:szCs w:val="28"/>
          <w:lang w:val="kk-KZ"/>
        </w:rPr>
        <w:t>) шетті</w:t>
      </w:r>
      <w:r w:rsidR="00787BB8" w:rsidRPr="00B75A9A">
        <w:rPr>
          <w:rFonts w:ascii="Times New Roman" w:eastAsia="Times New Roman" w:hAnsi="Times New Roman" w:cs="Times New Roman"/>
          <w:sz w:val="28"/>
          <w:szCs w:val="28"/>
          <w:lang w:val="kk-KZ"/>
        </w:rPr>
        <w:t>к есебінің жалпы шешімі деп (43</w:t>
      </w:r>
      <w:r w:rsidR="00BA7984" w:rsidRPr="00B75A9A">
        <w:rPr>
          <w:rFonts w:ascii="Times New Roman" w:eastAsia="Times New Roman" w:hAnsi="Times New Roman" w:cs="Times New Roman"/>
          <w:sz w:val="28"/>
          <w:szCs w:val="28"/>
          <w:lang w:val="kk-KZ"/>
        </w:rPr>
        <w:t>),</w:t>
      </w:r>
    </w:p>
    <w:p w14:paraId="0542B28C" w14:textId="2282E74A" w:rsidR="00BA7984" w:rsidRPr="00B75A9A" w:rsidRDefault="00787BB8" w:rsidP="00BA7984">
      <w:pPr>
        <w:tabs>
          <w:tab w:val="left" w:pos="567"/>
        </w:tabs>
        <w:spacing w:after="0" w:line="240" w:lineRule="auto"/>
        <w:jc w:val="both"/>
        <w:rPr>
          <w:rFonts w:ascii="Times New Roman" w:eastAsia="Times New Roman" w:hAnsi="Times New Roman" w:cs="Times New Roman"/>
          <w:sz w:val="28"/>
          <w:szCs w:val="28"/>
          <w:lang w:val="kk-KZ"/>
        </w:rPr>
      </w:pPr>
      <w:r w:rsidRPr="00B75A9A">
        <w:rPr>
          <w:rFonts w:ascii="Times New Roman" w:eastAsia="Times New Roman" w:hAnsi="Times New Roman" w:cs="Times New Roman"/>
          <w:sz w:val="28"/>
          <w:szCs w:val="28"/>
          <w:lang w:val="kk-KZ"/>
        </w:rPr>
        <w:t xml:space="preserve"> (44</w:t>
      </w:r>
      <w:r w:rsidR="00BA7984" w:rsidRPr="00B75A9A">
        <w:rPr>
          <w:rFonts w:ascii="Times New Roman" w:eastAsia="Times New Roman" w:hAnsi="Times New Roman" w:cs="Times New Roman"/>
          <w:sz w:val="28"/>
          <w:szCs w:val="28"/>
          <w:lang w:val="kk-KZ"/>
        </w:rPr>
        <w:t xml:space="preserve">) шарттарын және келесі интегралдық тепе-теңдігін қанағаттандыратын </w:t>
      </w:r>
      <w:r w:rsidR="00A07FF5" w:rsidRPr="00B75A9A">
        <w:rPr>
          <w:rFonts w:ascii="Times New Roman" w:hAnsi="Times New Roman" w:cs="Times New Roman"/>
          <w:position w:val="-16"/>
          <w:sz w:val="28"/>
          <w:szCs w:val="28"/>
        </w:rPr>
        <w:object w:dxaOrig="1820" w:dyaOrig="440" w14:anchorId="135F9D8C">
          <v:shape id="_x0000_i1270" type="#_x0000_t75" style="width:90.2pt;height:20.55pt" o:ole="">
            <v:imagedata r:id="rId504" o:title=""/>
          </v:shape>
          <o:OLEObject Type="Embed" ProgID="Equation.DSMT4" ShapeID="_x0000_i1270" DrawAspect="Content" ObjectID="_1840331724" r:id="rId505"/>
        </w:object>
      </w:r>
      <w:r w:rsidR="00BA7984" w:rsidRPr="00B75A9A">
        <w:rPr>
          <w:rFonts w:ascii="Times New Roman" w:eastAsia="Times New Roman" w:hAnsi="Times New Roman" w:cs="Times New Roman"/>
          <w:sz w:val="28"/>
          <w:szCs w:val="28"/>
          <w:lang w:val="kk-KZ"/>
        </w:rPr>
        <w:t xml:space="preserve"> функциясын айтамыз:</w:t>
      </w:r>
    </w:p>
    <w:p w14:paraId="6AC85111" w14:textId="77777777" w:rsidR="00BA7984" w:rsidRPr="00B75A9A" w:rsidRDefault="00BA7984" w:rsidP="00BA7984">
      <w:pPr>
        <w:tabs>
          <w:tab w:val="left" w:pos="567"/>
        </w:tabs>
        <w:spacing w:after="0" w:line="240" w:lineRule="auto"/>
        <w:jc w:val="both"/>
        <w:rPr>
          <w:rFonts w:ascii="Times New Roman" w:eastAsia="Times New Roman" w:hAnsi="Times New Roman" w:cs="Times New Roman"/>
          <w:sz w:val="28"/>
          <w:szCs w:val="28"/>
          <w:lang w:val="kk-KZ"/>
        </w:rPr>
      </w:pPr>
    </w:p>
    <w:p w14:paraId="21DAD976" w14:textId="5583F1ED" w:rsidR="00BA7984" w:rsidRPr="00B75A9A" w:rsidRDefault="00A07FF5" w:rsidP="00BA7984">
      <w:pPr>
        <w:spacing w:after="0" w:line="240" w:lineRule="auto"/>
        <w:jc w:val="right"/>
        <w:rPr>
          <w:rFonts w:ascii="Times New Roman" w:eastAsia="Times New Roman" w:hAnsi="Times New Roman" w:cs="Times New Roman"/>
          <w:sz w:val="28"/>
          <w:szCs w:val="28"/>
          <w:lang w:val="kk-KZ"/>
        </w:rPr>
      </w:pPr>
      <w:r w:rsidRPr="00B75A9A">
        <w:rPr>
          <w:rFonts w:ascii="Times New Roman" w:hAnsi="Times New Roman" w:cs="Times New Roman"/>
          <w:position w:val="-38"/>
          <w:sz w:val="28"/>
          <w:szCs w:val="28"/>
        </w:rPr>
        <w:object w:dxaOrig="6979" w:dyaOrig="780" w14:anchorId="562BC220">
          <v:shape id="_x0000_i1271" type="#_x0000_t75" style="width:348.9pt;height:38pt" o:ole="">
            <v:imagedata r:id="rId506" o:title=""/>
          </v:shape>
          <o:OLEObject Type="Embed" ProgID="Equation.DSMT4" ShapeID="_x0000_i1271" DrawAspect="Content" ObjectID="_1840331725" r:id="rId507"/>
        </w:object>
      </w:r>
      <w:r w:rsidR="00BA7984" w:rsidRPr="00B75A9A">
        <w:rPr>
          <w:rFonts w:ascii="Times New Roman" w:eastAsia="Times New Roman" w:hAnsi="Times New Roman" w:cs="Times New Roman"/>
          <w:sz w:val="28"/>
          <w:szCs w:val="28"/>
          <w:lang w:val="kk-KZ"/>
        </w:rPr>
        <w:tab/>
      </w:r>
      <w:r w:rsidR="00BA7984" w:rsidRPr="00B75A9A">
        <w:rPr>
          <w:rFonts w:ascii="Times New Roman" w:eastAsia="Times New Roman" w:hAnsi="Times New Roman" w:cs="Times New Roman"/>
          <w:sz w:val="28"/>
          <w:szCs w:val="28"/>
          <w:lang w:val="kk-KZ"/>
        </w:rPr>
        <w:tab/>
      </w:r>
      <w:r w:rsidR="009E4BE4" w:rsidRPr="00B75A9A">
        <w:rPr>
          <w:rFonts w:ascii="Times New Roman" w:eastAsia="Times New Roman" w:hAnsi="Times New Roman" w:cs="Times New Roman"/>
          <w:sz w:val="28"/>
          <w:szCs w:val="28"/>
          <w:lang w:val="kk-KZ"/>
        </w:rPr>
        <w:t>(46</w:t>
      </w:r>
      <w:r w:rsidR="00BA7984" w:rsidRPr="00B75A9A">
        <w:rPr>
          <w:rFonts w:ascii="Times New Roman" w:eastAsia="Times New Roman" w:hAnsi="Times New Roman" w:cs="Times New Roman"/>
          <w:sz w:val="28"/>
          <w:szCs w:val="28"/>
          <w:lang w:val="kk-KZ"/>
        </w:rPr>
        <w:t>)</w:t>
      </w:r>
    </w:p>
    <w:p w14:paraId="63D54713" w14:textId="77777777" w:rsidR="00BA7984" w:rsidRPr="00B75A9A" w:rsidRDefault="00BA7984" w:rsidP="008F75AB">
      <w:pPr>
        <w:spacing w:after="0" w:line="240" w:lineRule="auto"/>
        <w:rPr>
          <w:rFonts w:ascii="Times New Roman" w:eastAsia="Times New Roman" w:hAnsi="Times New Roman" w:cs="Times New Roman"/>
          <w:sz w:val="28"/>
          <w:szCs w:val="28"/>
          <w:lang w:val="kk-KZ"/>
        </w:rPr>
      </w:pPr>
    </w:p>
    <w:p w14:paraId="1A83D602" w14:textId="6B091E04" w:rsidR="00BA7984" w:rsidRPr="00B75A9A" w:rsidRDefault="00BA7984" w:rsidP="00BA7984">
      <w:pPr>
        <w:spacing w:after="0" w:line="240" w:lineRule="auto"/>
        <w:rPr>
          <w:rFonts w:ascii="Times New Roman" w:eastAsia="Times New Roman" w:hAnsi="Times New Roman" w:cs="Times New Roman"/>
          <w:sz w:val="28"/>
          <w:szCs w:val="28"/>
          <w:lang w:val="kk-KZ"/>
        </w:rPr>
      </w:pPr>
      <w:r w:rsidRPr="00B75A9A">
        <w:rPr>
          <w:rFonts w:ascii="Times New Roman" w:eastAsia="Times New Roman" w:hAnsi="Times New Roman" w:cs="Times New Roman"/>
          <w:sz w:val="28"/>
          <w:szCs w:val="28"/>
          <w:lang w:val="kk-KZ"/>
        </w:rPr>
        <w:t xml:space="preserve">мұндағы </w:t>
      </w:r>
      <w:r w:rsidR="00A07FF5" w:rsidRPr="00B75A9A">
        <w:rPr>
          <w:rFonts w:ascii="Times New Roman" w:hAnsi="Times New Roman" w:cs="Times New Roman"/>
          <w:position w:val="-14"/>
          <w:sz w:val="28"/>
          <w:szCs w:val="28"/>
        </w:rPr>
        <w:object w:dxaOrig="1380" w:dyaOrig="440" w14:anchorId="67C31D4A">
          <v:shape id="_x0000_i1272" type="#_x0000_t75" style="width:68.85pt;height:20.55pt" o:ole="">
            <v:imagedata r:id="rId508" o:title=""/>
          </v:shape>
          <o:OLEObject Type="Embed" ProgID="Equation.DSMT4" ShapeID="_x0000_i1272" DrawAspect="Content" ObjectID="_1840331726" r:id="rId509"/>
        </w:object>
      </w:r>
      <w:r w:rsidR="00A07FF5" w:rsidRPr="00B75A9A">
        <w:rPr>
          <w:rFonts w:ascii="Times New Roman" w:hAnsi="Times New Roman" w:cs="Times New Roman"/>
          <w:position w:val="-16"/>
          <w:sz w:val="28"/>
          <w:szCs w:val="28"/>
        </w:rPr>
        <w:object w:dxaOrig="2060" w:dyaOrig="440" w14:anchorId="43478DA7">
          <v:shape id="_x0000_i1273" type="#_x0000_t75" style="width:104.45pt;height:20.55pt" o:ole="">
            <v:imagedata r:id="rId510" o:title=""/>
          </v:shape>
          <o:OLEObject Type="Embed" ProgID="Equation.DSMT4" ShapeID="_x0000_i1273" DrawAspect="Content" ObjectID="_1840331727" r:id="rId511"/>
        </w:object>
      </w:r>
      <w:r w:rsidR="00A07FF5" w:rsidRPr="00B75A9A">
        <w:rPr>
          <w:rFonts w:ascii="Times New Roman" w:hAnsi="Times New Roman" w:cs="Times New Roman"/>
          <w:position w:val="-12"/>
          <w:sz w:val="28"/>
          <w:szCs w:val="28"/>
        </w:rPr>
        <w:object w:dxaOrig="3460" w:dyaOrig="380" w14:anchorId="2B121D7B">
          <v:shape id="_x0000_i1274" type="#_x0000_t75" style="width:174.05pt;height:18.2pt" o:ole="">
            <v:imagedata r:id="rId512" o:title=""/>
          </v:shape>
          <o:OLEObject Type="Embed" ProgID="Equation.DSMT4" ShapeID="_x0000_i1274" DrawAspect="Content" ObjectID="_1840331728" r:id="rId513"/>
        </w:object>
      </w:r>
      <w:r w:rsidRPr="00B75A9A">
        <w:rPr>
          <w:rFonts w:ascii="Times New Roman" w:eastAsia="Times New Roman" w:hAnsi="Times New Roman" w:cs="Times New Roman"/>
          <w:sz w:val="28"/>
          <w:szCs w:val="28"/>
          <w:lang w:val="kk-KZ"/>
        </w:rPr>
        <w:t>.</w:t>
      </w:r>
    </w:p>
    <w:p w14:paraId="4EB5DAE6" w14:textId="408EE9E2" w:rsidR="00BA7984" w:rsidRPr="00B75A9A" w:rsidRDefault="003F46FB" w:rsidP="008F75AB">
      <w:pPr>
        <w:spacing w:after="0" w:line="240" w:lineRule="auto"/>
        <w:ind w:firstLine="708"/>
        <w:jc w:val="both"/>
        <w:rPr>
          <w:rFonts w:ascii="Times New Roman" w:eastAsia="Times New Roman" w:hAnsi="Times New Roman" w:cs="Times New Roman"/>
          <w:sz w:val="28"/>
          <w:szCs w:val="28"/>
          <w:lang w:val="kk-KZ"/>
        </w:rPr>
      </w:pPr>
      <w:r w:rsidRPr="00B75A9A">
        <w:rPr>
          <w:rFonts w:ascii="Times New Roman" w:eastAsia="Times New Roman" w:hAnsi="Times New Roman" w:cs="Times New Roman"/>
          <w:b/>
          <w:bCs/>
          <w:sz w:val="28"/>
          <w:szCs w:val="28"/>
          <w:lang w:val="kk-KZ"/>
        </w:rPr>
        <w:t>Теорема 11</w:t>
      </w:r>
      <w:r w:rsidR="00BA7984" w:rsidRPr="00B75A9A">
        <w:rPr>
          <w:rFonts w:ascii="Times New Roman" w:eastAsia="Times New Roman" w:hAnsi="Times New Roman" w:cs="Times New Roman"/>
          <w:b/>
          <w:bCs/>
          <w:sz w:val="28"/>
          <w:szCs w:val="28"/>
          <w:lang w:val="kk-KZ"/>
        </w:rPr>
        <w:t>.</w:t>
      </w:r>
      <w:r w:rsidRPr="00B75A9A">
        <w:rPr>
          <w:rFonts w:ascii="Times New Roman" w:eastAsia="Times New Roman" w:hAnsi="Times New Roman" w:cs="Times New Roman"/>
          <w:sz w:val="28"/>
          <w:szCs w:val="28"/>
          <w:lang w:val="kk-KZ"/>
        </w:rPr>
        <w:t xml:space="preserve"> 8</w:t>
      </w:r>
      <w:r w:rsidR="00BA7984" w:rsidRPr="00B75A9A">
        <w:rPr>
          <w:rFonts w:ascii="Times New Roman" w:eastAsia="Times New Roman" w:hAnsi="Times New Roman" w:cs="Times New Roman"/>
          <w:sz w:val="28"/>
          <w:szCs w:val="28"/>
          <w:lang w:val="kk-KZ"/>
        </w:rPr>
        <w:t>-ші теореманы</w:t>
      </w:r>
      <w:r w:rsidR="009E4BE4" w:rsidRPr="00B75A9A">
        <w:rPr>
          <w:rFonts w:ascii="Times New Roman" w:eastAsia="Times New Roman" w:hAnsi="Times New Roman" w:cs="Times New Roman"/>
          <w:sz w:val="28"/>
          <w:szCs w:val="28"/>
          <w:lang w:val="kk-KZ"/>
        </w:rPr>
        <w:t>ң шар</w:t>
      </w:r>
      <w:r w:rsidR="00787BB8" w:rsidRPr="00B75A9A">
        <w:rPr>
          <w:rFonts w:ascii="Times New Roman" w:eastAsia="Times New Roman" w:hAnsi="Times New Roman" w:cs="Times New Roman"/>
          <w:sz w:val="28"/>
          <w:szCs w:val="28"/>
          <w:lang w:val="kk-KZ"/>
        </w:rPr>
        <w:t>ттары орындалсын, онда (46), (43</w:t>
      </w:r>
      <w:r w:rsidR="009E4BE4" w:rsidRPr="00B75A9A">
        <w:rPr>
          <w:rFonts w:ascii="Times New Roman" w:eastAsia="Times New Roman" w:hAnsi="Times New Roman" w:cs="Times New Roman"/>
          <w:sz w:val="28"/>
          <w:szCs w:val="28"/>
          <w:lang w:val="kk-KZ"/>
        </w:rPr>
        <w:t>)-(44</w:t>
      </w:r>
      <w:r w:rsidR="00BA7984" w:rsidRPr="00B75A9A">
        <w:rPr>
          <w:rFonts w:ascii="Times New Roman" w:eastAsia="Times New Roman" w:hAnsi="Times New Roman" w:cs="Times New Roman"/>
          <w:sz w:val="28"/>
          <w:szCs w:val="28"/>
          <w:lang w:val="kk-KZ"/>
        </w:rPr>
        <w:t xml:space="preserve">) шеттік есебінің </w:t>
      </w:r>
      <w:r w:rsidR="00A07FF5" w:rsidRPr="00B75A9A">
        <w:rPr>
          <w:rFonts w:ascii="Times New Roman" w:hAnsi="Times New Roman" w:cs="Times New Roman"/>
          <w:position w:val="-16"/>
          <w:sz w:val="28"/>
          <w:szCs w:val="28"/>
        </w:rPr>
        <w:object w:dxaOrig="1160" w:dyaOrig="420" w14:anchorId="6A717A26">
          <v:shape id="_x0000_i1275" type="#_x0000_t75" style="width:56.2pt;height:20.55pt" o:ole="">
            <v:imagedata r:id="rId514" o:title=""/>
          </v:shape>
          <o:OLEObject Type="Embed" ProgID="Equation.DSMT4" ShapeID="_x0000_i1275" DrawAspect="Content" ObjectID="_1840331729" r:id="rId515"/>
        </w:object>
      </w:r>
      <w:r w:rsidR="00BA7984" w:rsidRPr="00B75A9A">
        <w:rPr>
          <w:rFonts w:ascii="Times New Roman" w:eastAsia="Times New Roman" w:hAnsi="Times New Roman" w:cs="Times New Roman"/>
          <w:sz w:val="28"/>
          <w:szCs w:val="28"/>
          <w:lang w:val="kk-KZ"/>
        </w:rPr>
        <w:t xml:space="preserve"> жалғыз ғана жалпылама шешімі бар болады. </w:t>
      </w:r>
    </w:p>
    <w:p w14:paraId="0013C6C8" w14:textId="77777777" w:rsidR="00CE08C6" w:rsidRDefault="003F46FB" w:rsidP="00645707">
      <w:pPr>
        <w:spacing w:after="0" w:line="240" w:lineRule="auto"/>
        <w:ind w:firstLine="708"/>
        <w:jc w:val="both"/>
        <w:rPr>
          <w:rFonts w:ascii="Times New Roman" w:eastAsia="Times New Roman" w:hAnsi="Times New Roman" w:cs="Times New Roman"/>
          <w:sz w:val="28"/>
          <w:szCs w:val="28"/>
          <w:lang w:val="kk-KZ"/>
        </w:rPr>
      </w:pPr>
      <w:r w:rsidRPr="00B75A9A">
        <w:rPr>
          <w:rFonts w:ascii="Times New Roman" w:eastAsia="Times New Roman" w:hAnsi="Times New Roman" w:cs="Times New Roman"/>
          <w:b/>
          <w:sz w:val="28"/>
          <w:szCs w:val="28"/>
          <w:lang w:val="kk-KZ"/>
        </w:rPr>
        <w:t>Лемма 4</w:t>
      </w:r>
      <w:r w:rsidR="00BA7984" w:rsidRPr="00B75A9A">
        <w:rPr>
          <w:rFonts w:ascii="Times New Roman" w:eastAsia="Times New Roman" w:hAnsi="Times New Roman" w:cs="Times New Roman"/>
          <w:b/>
          <w:sz w:val="28"/>
          <w:szCs w:val="28"/>
          <w:lang w:val="kk-KZ"/>
        </w:rPr>
        <w:t>.</w:t>
      </w:r>
      <w:r w:rsidR="009B79E5" w:rsidRPr="00B75A9A">
        <w:rPr>
          <w:rFonts w:ascii="Times New Roman" w:eastAsia="Times New Roman" w:hAnsi="Times New Roman" w:cs="Times New Roman"/>
          <w:sz w:val="28"/>
          <w:szCs w:val="28"/>
          <w:lang w:val="kk-KZ"/>
        </w:rPr>
        <w:t xml:space="preserve"> Галеркин жуықтаулар (45</w:t>
      </w:r>
      <w:r w:rsidR="00BA7984" w:rsidRPr="00B75A9A">
        <w:rPr>
          <w:rFonts w:ascii="Times New Roman" w:eastAsia="Times New Roman" w:hAnsi="Times New Roman" w:cs="Times New Roman"/>
          <w:sz w:val="28"/>
          <w:szCs w:val="28"/>
          <w:lang w:val="kk-KZ"/>
        </w:rPr>
        <w:t xml:space="preserve">) жүйенің әрбір </w:t>
      </w:r>
      <w:r w:rsidR="00A07FF5" w:rsidRPr="00B75A9A">
        <w:rPr>
          <w:rFonts w:ascii="Times New Roman" w:hAnsi="Times New Roman" w:cs="Times New Roman"/>
          <w:position w:val="-6"/>
          <w:sz w:val="28"/>
          <w:szCs w:val="28"/>
        </w:rPr>
        <w:object w:dxaOrig="300" w:dyaOrig="300" w14:anchorId="1E67E60A">
          <v:shape id="_x0000_i1276" type="#_x0000_t75" style="width:15.8pt;height:15.8pt" o:ole="">
            <v:imagedata r:id="rId516" o:title=""/>
          </v:shape>
          <o:OLEObject Type="Embed" ProgID="Equation.DSMT4" ShapeID="_x0000_i1276" DrawAspect="Content" ObjectID="_1840331730" r:id="rId517"/>
        </w:object>
      </w:r>
      <w:r w:rsidR="00BA7984" w:rsidRPr="00B75A9A">
        <w:rPr>
          <w:rFonts w:ascii="Times New Roman" w:eastAsia="Times New Roman" w:hAnsi="Times New Roman" w:cs="Times New Roman"/>
          <w:sz w:val="28"/>
          <w:szCs w:val="28"/>
          <w:lang w:val="kk-KZ"/>
        </w:rPr>
        <w:t xml:space="preserve"> үшін </w:t>
      </w:r>
      <w:r w:rsidR="00A07FF5" w:rsidRPr="00B75A9A">
        <w:rPr>
          <w:rFonts w:ascii="Times New Roman" w:hAnsi="Times New Roman" w:cs="Times New Roman"/>
          <w:position w:val="-12"/>
          <w:sz w:val="28"/>
          <w:szCs w:val="28"/>
        </w:rPr>
        <w:object w:dxaOrig="1020" w:dyaOrig="440" w14:anchorId="12F0C622">
          <v:shape id="_x0000_i1277" type="#_x0000_t75" style="width:51.45pt;height:20.55pt" o:ole="">
            <v:imagedata r:id="rId518" o:title=""/>
          </v:shape>
          <o:OLEObject Type="Embed" ProgID="Equation.DSMT4" ShapeID="_x0000_i1277" DrawAspect="Content" ObjectID="_1840331731" r:id="rId519"/>
        </w:object>
      </w:r>
      <w:r w:rsidR="001A13AF">
        <w:rPr>
          <w:rFonts w:ascii="Times New Roman" w:eastAsia="Times New Roman" w:hAnsi="Times New Roman" w:cs="Times New Roman"/>
          <w:sz w:val="28"/>
          <w:szCs w:val="28"/>
          <w:lang w:val="kk-KZ"/>
        </w:rPr>
        <w:t xml:space="preserve"> шешімі </w:t>
      </w:r>
      <w:r w:rsidR="00BA7984" w:rsidRPr="00B75A9A">
        <w:rPr>
          <w:rFonts w:ascii="Times New Roman" w:eastAsia="Times New Roman" w:hAnsi="Times New Roman" w:cs="Times New Roman"/>
          <w:sz w:val="28"/>
          <w:szCs w:val="28"/>
          <w:lang w:val="kk-KZ"/>
        </w:rPr>
        <w:t>бар.</w:t>
      </w:r>
    </w:p>
    <w:p w14:paraId="2F2B5A6B" w14:textId="77777777" w:rsidR="00CE08C6" w:rsidRDefault="00CE08C6" w:rsidP="00645707">
      <w:pPr>
        <w:spacing w:after="0" w:line="240" w:lineRule="auto"/>
        <w:ind w:firstLine="708"/>
        <w:jc w:val="both"/>
        <w:rPr>
          <w:rFonts w:ascii="Times New Roman" w:eastAsia="Times New Roman" w:hAnsi="Times New Roman" w:cs="Times New Roman"/>
          <w:sz w:val="28"/>
          <w:szCs w:val="28"/>
          <w:lang w:val="kk-KZ"/>
        </w:rPr>
      </w:pPr>
    </w:p>
    <w:p w14:paraId="2D3884EC" w14:textId="77777777" w:rsidR="00CE08C6" w:rsidRDefault="00CE08C6" w:rsidP="00645707">
      <w:pPr>
        <w:spacing w:after="0" w:line="240" w:lineRule="auto"/>
        <w:ind w:firstLine="708"/>
        <w:jc w:val="both"/>
        <w:rPr>
          <w:rFonts w:ascii="Times New Roman" w:eastAsia="Times New Roman" w:hAnsi="Times New Roman" w:cs="Times New Roman"/>
          <w:sz w:val="28"/>
          <w:szCs w:val="28"/>
          <w:lang w:val="kk-KZ"/>
        </w:rPr>
      </w:pPr>
    </w:p>
    <w:p w14:paraId="319B9108" w14:textId="11BD8887" w:rsidR="003A4ABB" w:rsidRPr="00B75A9A" w:rsidRDefault="00BA7984" w:rsidP="00645707">
      <w:pPr>
        <w:spacing w:after="0" w:line="240" w:lineRule="auto"/>
        <w:ind w:firstLine="708"/>
        <w:jc w:val="both"/>
        <w:rPr>
          <w:rFonts w:ascii="Times New Roman" w:eastAsia="Times New Roman" w:hAnsi="Times New Roman" w:cs="Times New Roman"/>
          <w:sz w:val="28"/>
          <w:szCs w:val="28"/>
          <w:lang w:val="kk-KZ"/>
        </w:rPr>
      </w:pPr>
      <w:r w:rsidRPr="00B75A9A">
        <w:rPr>
          <w:rFonts w:ascii="Times New Roman" w:eastAsia="Times New Roman" w:hAnsi="Times New Roman" w:cs="Times New Roman"/>
          <w:sz w:val="28"/>
          <w:szCs w:val="28"/>
          <w:lang w:val="kk-KZ"/>
        </w:rPr>
        <w:br w:type="page"/>
      </w:r>
      <w:r w:rsidR="003A4ABB" w:rsidRPr="00B75A9A">
        <w:rPr>
          <w:rFonts w:ascii="Times New Roman" w:hAnsi="Times New Roman" w:cs="Times New Roman"/>
          <w:b/>
          <w:sz w:val="28"/>
          <w:szCs w:val="28"/>
          <w:lang w:val="kk-KZ"/>
        </w:rPr>
        <w:lastRenderedPageBreak/>
        <w:t>1 ЖАЗЫҚТЫҚТАҒЫ НОРМАЛЬ ТУЫНДЫЛЫ ЖОҒАРҒЫ РЕТТІ ЭЛЛИПСТІК ТЕҢДЕУЛЕР ҮШІН ШЕТТІК ЕСЕПТЕРДІ БІР БАЙЛАНЫСТЫ (КӨП БАЙЛАНЫСТЫ) ОБЛЫСТАРДА ҚОЙЫЛУЫ ЖӘНЕ ОЛАРДЫҢ ФРЕДГОЛЬМДІ ШЕШІМДІЛІГІ</w:t>
      </w:r>
    </w:p>
    <w:p w14:paraId="3817B3D4" w14:textId="77777777" w:rsidR="003A4ABB" w:rsidRPr="00B75A9A" w:rsidRDefault="003A4ABB" w:rsidP="00E15976">
      <w:pPr>
        <w:spacing w:after="0" w:line="240" w:lineRule="auto"/>
        <w:jc w:val="both"/>
        <w:rPr>
          <w:rFonts w:ascii="Times New Roman" w:hAnsi="Times New Roman" w:cs="Times New Roman"/>
          <w:b/>
          <w:sz w:val="28"/>
          <w:szCs w:val="28"/>
          <w:lang w:val="kk-KZ"/>
        </w:rPr>
      </w:pPr>
    </w:p>
    <w:p w14:paraId="005A9048" w14:textId="2A110E93" w:rsidR="003A4ABB" w:rsidRPr="00B75A9A" w:rsidRDefault="003A4ABB" w:rsidP="004F565E">
      <w:pPr>
        <w:spacing w:after="0" w:line="240" w:lineRule="auto"/>
        <w:ind w:firstLine="567"/>
        <w:jc w:val="both"/>
        <w:rPr>
          <w:rFonts w:ascii="Times New Roman" w:hAnsi="Times New Roman" w:cs="Times New Roman"/>
          <w:b/>
          <w:sz w:val="28"/>
          <w:szCs w:val="28"/>
          <w:lang w:val="kk-KZ"/>
        </w:rPr>
      </w:pPr>
      <w:r w:rsidRPr="00B75A9A">
        <w:rPr>
          <w:rFonts w:ascii="Times New Roman" w:hAnsi="Times New Roman" w:cs="Times New Roman"/>
          <w:b/>
          <w:sz w:val="28"/>
          <w:szCs w:val="28"/>
          <w:lang w:val="kk-KZ"/>
        </w:rPr>
        <w:t xml:space="preserve">1.1 Жазықтықтағы нормаль туындылы жоғарғы ретті эллипстік теңдеулер үшін шеттік есептердің көпбайланысты облыстарда қойылуы. </w:t>
      </w:r>
      <w:r w:rsidR="008F75AB" w:rsidRPr="00B75A9A">
        <w:rPr>
          <w:rFonts w:ascii="Times New Roman" w:hAnsi="Times New Roman" w:cs="Times New Roman"/>
          <w:b/>
          <w:sz w:val="28"/>
          <w:szCs w:val="28"/>
          <w:lang w:val="kk-KZ"/>
        </w:rPr>
        <w:t>Есептің эквивалентті редукциясы</w:t>
      </w:r>
      <w:r w:rsidR="00E15976" w:rsidRPr="00B75A9A">
        <w:rPr>
          <w:rFonts w:ascii="Times New Roman" w:hAnsi="Times New Roman" w:cs="Times New Roman"/>
          <w:b/>
          <w:sz w:val="28"/>
          <w:szCs w:val="28"/>
          <w:lang w:val="kk-KZ"/>
        </w:rPr>
        <w:t>.</w:t>
      </w:r>
      <w:r w:rsidRPr="00B75A9A">
        <w:rPr>
          <w:rFonts w:ascii="Times New Roman" w:eastAsia="Calibri" w:hAnsi="Times New Roman" w:cs="Times New Roman"/>
          <w:color w:val="000000" w:themeColor="text1"/>
          <w:kern w:val="24"/>
          <w:sz w:val="28"/>
          <w:szCs w:val="28"/>
          <w:lang w:val="kk-KZ"/>
        </w:rPr>
        <w:tab/>
      </w:r>
    </w:p>
    <w:p w14:paraId="2D5DB97A" w14:textId="4DC231C3" w:rsidR="008F75AB" w:rsidRPr="00B75A9A" w:rsidRDefault="00E15976" w:rsidP="00645707">
      <w:pPr>
        <w:tabs>
          <w:tab w:val="left" w:pos="0"/>
        </w:tabs>
        <w:spacing w:after="0" w:line="240" w:lineRule="auto"/>
        <w:jc w:val="both"/>
        <w:rPr>
          <w:rFonts w:ascii="Times New Roman" w:eastAsia="Times New Roman" w:hAnsi="Times New Roman" w:cs="Times New Roman"/>
          <w:sz w:val="28"/>
          <w:szCs w:val="28"/>
          <w:lang w:val="kk-KZ"/>
        </w:rPr>
      </w:pPr>
      <w:r w:rsidRPr="00B75A9A">
        <w:rPr>
          <w:rFonts w:ascii="Times New Roman" w:eastAsia="Calibri" w:hAnsi="Times New Roman" w:cs="Times New Roman"/>
          <w:color w:val="000000" w:themeColor="text1"/>
          <w:kern w:val="24"/>
          <w:sz w:val="28"/>
          <w:szCs w:val="28"/>
          <w:lang w:val="kk-KZ"/>
        </w:rPr>
        <w:tab/>
      </w:r>
      <w:r w:rsidR="003A4ABB" w:rsidRPr="00B75A9A">
        <w:rPr>
          <w:rFonts w:ascii="Times New Roman" w:eastAsia="Calibri" w:hAnsi="Times New Roman" w:cs="Times New Roman"/>
          <w:color w:val="000000" w:themeColor="text1"/>
          <w:kern w:val="24"/>
          <w:sz w:val="28"/>
          <w:szCs w:val="28"/>
          <w:lang w:val="kk-KZ"/>
        </w:rPr>
        <w:t>Нормаль туындылы жоғарғы ретті эллипстік теңдеулер үшін жазықтықтағы шеттік есептер дифференциалдық теңдеулер теориясында маңызды тақырып болып табылады. Эллипстік теңдеулер жылу өткізгіштік, гидродинамика, сұйықтықтар механикасы, электростатика сияқты физикалық процестердің кең спектрын қамтиды. Алайда, олардың кеңінен қолданылуына қарамастан, жоғарғы ретті нормаль туындылары бар Нейман типтес есептер әлі де толық шешілмеген есеп болып табылады. Мұндай есептерді көп байланысты облыстарда және шексіз облыстарда зерттеген маңызды. Мұндай есептердің шешімділігі математикалық физика, инженерия және басқа есептердің қолданбалы ғылымдар саласында математикалық модельдерді әзірлеу үшін өте маңызды. Сонымен, осындай есептердің фредгольмді шешімділігі мен индекстерін есептеу және оларды зерттеу маңызды әрі өзекті болып табылады.</w:t>
      </w:r>
    </w:p>
    <w:p w14:paraId="6B2C64DD" w14:textId="2450172F" w:rsidR="003A4ABB" w:rsidRPr="00351B9E" w:rsidRDefault="003A4ABB" w:rsidP="00645707">
      <w:pPr>
        <w:tabs>
          <w:tab w:val="left" w:pos="5954"/>
        </w:tabs>
        <w:spacing w:after="0" w:line="240" w:lineRule="auto"/>
        <w:ind w:firstLine="567"/>
        <w:jc w:val="both"/>
        <w:rPr>
          <w:rFonts w:ascii="Times New Roman" w:eastAsia="Times New Roman" w:hAnsi="Times New Roman" w:cs="Times New Roman"/>
          <w:sz w:val="28"/>
          <w:szCs w:val="28"/>
          <w:lang w:val="kk-KZ"/>
        </w:rPr>
      </w:pPr>
      <w:r w:rsidRPr="00B75A9A">
        <w:rPr>
          <w:rFonts w:ascii="Times New Roman" w:hAnsi="Times New Roman" w:cs="Times New Roman"/>
          <w:sz w:val="28"/>
          <w:szCs w:val="28"/>
          <w:lang w:val="kk-KZ"/>
        </w:rPr>
        <w:t xml:space="preserve">Шекарада нормаль туындылардың </w:t>
      </w:r>
      <w:r w:rsidR="00A07FF5" w:rsidRPr="00B75A9A">
        <w:rPr>
          <w:rFonts w:ascii="Times New Roman" w:hAnsi="Times New Roman" w:cs="Times New Roman"/>
          <w:position w:val="-14"/>
          <w:sz w:val="28"/>
          <w:szCs w:val="28"/>
        </w:rPr>
        <w:object w:dxaOrig="2880" w:dyaOrig="480" w14:anchorId="39EDB82E">
          <v:shape id="_x0000_i1278" type="#_x0000_t75" style="width:2in;height:25.3pt" o:ole="">
            <v:imagedata r:id="rId520" o:title=""/>
          </v:shape>
          <o:OLEObject Type="Embed" ProgID="Equation.DSMT4" ShapeID="_x0000_i1278" DrawAspect="Content" ObjectID="_1840331732" r:id="rId521"/>
        </w:object>
      </w:r>
      <w:r w:rsidRPr="00B75A9A">
        <w:rPr>
          <w:rFonts w:ascii="Times New Roman" w:hAnsi="Times New Roman" w:cs="Times New Roman"/>
          <w:sz w:val="28"/>
          <w:szCs w:val="28"/>
          <w:lang w:val="kk-KZ"/>
        </w:rPr>
        <w:t xml:space="preserve"> тізбегімен берілген </w:t>
      </w:r>
      <w:r w:rsidR="00A07FF5" w:rsidRPr="00B75A9A">
        <w:rPr>
          <w:rFonts w:ascii="Times New Roman" w:hAnsi="Times New Roman" w:cs="Times New Roman"/>
          <w:position w:val="-6"/>
          <w:sz w:val="28"/>
          <w:szCs w:val="28"/>
        </w:rPr>
        <w:object w:dxaOrig="300" w:dyaOrig="300" w14:anchorId="6FBF8E88">
          <v:shape id="_x0000_i1279" type="#_x0000_t75" style="width:15.8pt;height:15.8pt" o:ole="">
            <v:imagedata r:id="rId522" o:title=""/>
          </v:shape>
          <o:OLEObject Type="Embed" ProgID="Equation.DSMT4" ShapeID="_x0000_i1279" DrawAspect="Content" ObjectID="_1840331733" r:id="rId523"/>
        </w:object>
      </w:r>
      <w:r w:rsidRPr="00B75A9A">
        <w:rPr>
          <w:rFonts w:ascii="Times New Roman" w:hAnsi="Times New Roman" w:cs="Times New Roman"/>
          <w:sz w:val="28"/>
          <w:szCs w:val="28"/>
          <w:lang w:val="kk-KZ"/>
        </w:rPr>
        <w:t xml:space="preserve"> жұп ретті эллипстік теңдеулер үшін  </w:t>
      </w:r>
      <w:r w:rsidRPr="00B75A9A">
        <w:rPr>
          <w:rFonts w:ascii="Times New Roman" w:hAnsi="Times New Roman" w:cs="Times New Roman"/>
          <w:position w:val="-14"/>
          <w:sz w:val="28"/>
          <w:szCs w:val="28"/>
          <w:lang w:val="kk-KZ"/>
        </w:rPr>
        <w:t xml:space="preserve"> </w:t>
      </w:r>
      <w:r w:rsidRPr="00B75A9A">
        <w:rPr>
          <w:rFonts w:ascii="Times New Roman" w:hAnsi="Times New Roman" w:cs="Times New Roman"/>
          <w:sz w:val="28"/>
          <w:szCs w:val="28"/>
          <w:lang w:val="kk-KZ"/>
        </w:rPr>
        <w:t>Нейманның жалпыланған есебі қарастырылады. Полигармониялы теңдеу үшін бұл есепті А.В. Бицадзе [16</w:t>
      </w:r>
      <w:r w:rsidR="000A6C69">
        <w:rPr>
          <w:rFonts w:ascii="Times New Roman" w:hAnsi="Times New Roman" w:cs="Times New Roman"/>
          <w:sz w:val="28"/>
          <w:szCs w:val="28"/>
          <w:lang w:val="kk-KZ"/>
        </w:rPr>
        <w:t>, р.</w:t>
      </w:r>
      <w:r w:rsidR="002E3F14">
        <w:rPr>
          <w:rFonts w:ascii="Times New Roman" w:hAnsi="Times New Roman" w:cs="Times New Roman"/>
          <w:sz w:val="28"/>
          <w:szCs w:val="28"/>
          <w:lang w:val="kk-KZ"/>
        </w:rPr>
        <w:t>825-827</w:t>
      </w:r>
      <w:r w:rsidRPr="00B75A9A">
        <w:rPr>
          <w:rFonts w:ascii="Times New Roman" w:hAnsi="Times New Roman" w:cs="Times New Roman"/>
          <w:sz w:val="28"/>
          <w:szCs w:val="28"/>
          <w:lang w:val="kk-KZ"/>
        </w:rPr>
        <w:t>] жұмысында зерттеді. Нейман есебінің вариациялық принципке негізделген нұсқасы А.А.Дезин [</w:t>
      </w:r>
      <w:r w:rsidR="00351B9E">
        <w:rPr>
          <w:rFonts w:ascii="Times New Roman" w:hAnsi="Times New Roman" w:cs="Times New Roman"/>
          <w:sz w:val="28"/>
          <w:szCs w:val="28"/>
          <w:lang w:val="kk-KZ"/>
        </w:rPr>
        <w:t>31</w:t>
      </w:r>
      <w:r w:rsidRPr="00B75A9A">
        <w:rPr>
          <w:rFonts w:ascii="Times New Roman" w:hAnsi="Times New Roman" w:cs="Times New Roman"/>
          <w:sz w:val="28"/>
          <w:szCs w:val="28"/>
          <w:lang w:val="kk-KZ"/>
        </w:rPr>
        <w:t>] жұмысында ұсынылғ</w:t>
      </w:r>
      <w:r w:rsidR="00351B9E">
        <w:rPr>
          <w:rFonts w:ascii="Times New Roman" w:hAnsi="Times New Roman" w:cs="Times New Roman"/>
          <w:sz w:val="28"/>
          <w:szCs w:val="28"/>
          <w:lang w:val="kk-KZ"/>
        </w:rPr>
        <w:t>ан болатын. А.П. Солдатовтың [34</w:t>
      </w:r>
      <w:r w:rsidRPr="00B75A9A">
        <w:rPr>
          <w:rFonts w:ascii="Times New Roman" w:hAnsi="Times New Roman" w:cs="Times New Roman"/>
          <w:sz w:val="28"/>
          <w:szCs w:val="28"/>
          <w:lang w:val="kk-KZ"/>
        </w:rPr>
        <w:t xml:space="preserve">] жұмысында </w:t>
      </w:r>
      <w:r w:rsidR="00A07FF5" w:rsidRPr="00B75A9A">
        <w:rPr>
          <w:rFonts w:ascii="Times New Roman" w:hAnsi="Times New Roman" w:cs="Times New Roman"/>
          <w:position w:val="-18"/>
          <w:sz w:val="28"/>
          <w:szCs w:val="28"/>
        </w:rPr>
        <w:object w:dxaOrig="1060" w:dyaOrig="499" w14:anchorId="22CBDEBC">
          <v:shape id="_x0000_i1280" type="#_x0000_t75" style="width:53.8pt;height:25.3pt" o:ole="">
            <v:imagedata r:id="rId524" o:title=""/>
          </v:shape>
          <o:OLEObject Type="Embed" ProgID="Equation.DSMT4" ShapeID="_x0000_i1280" DrawAspect="Content" ObjectID="_1840331734" r:id="rId525"/>
        </w:object>
      </w:r>
      <w:r w:rsidRPr="00B75A9A">
        <w:rPr>
          <w:rFonts w:ascii="Times New Roman" w:hAnsi="Times New Roman" w:cs="Times New Roman"/>
          <w:sz w:val="28"/>
          <w:szCs w:val="28"/>
          <w:lang w:val="kk-KZ"/>
        </w:rPr>
        <w:t xml:space="preserve"> </w:t>
      </w:r>
      <w:r w:rsidR="00A07FF5" w:rsidRPr="00B75A9A">
        <w:rPr>
          <w:rFonts w:ascii="Times New Roman" w:hAnsi="Times New Roman" w:cs="Times New Roman"/>
          <w:position w:val="-12"/>
          <w:sz w:val="28"/>
          <w:szCs w:val="28"/>
        </w:rPr>
        <w:object w:dxaOrig="1700" w:dyaOrig="360" w14:anchorId="022C985C">
          <v:shape id="_x0000_i1281" type="#_x0000_t75" style="width:83.85pt;height:18.2pt" o:ole="">
            <v:imagedata r:id="rId526" o:title=""/>
          </v:shape>
          <o:OLEObject Type="Embed" ProgID="Equation.DSMT4" ShapeID="_x0000_i1281" DrawAspect="Content" ObjectID="_1840331735" r:id="rId527"/>
        </w:object>
      </w:r>
      <w:r w:rsidRPr="00B75A9A">
        <w:rPr>
          <w:rFonts w:ascii="Times New Roman" w:hAnsi="Times New Roman" w:cs="Times New Roman"/>
          <w:position w:val="-10"/>
          <w:sz w:val="28"/>
          <w:szCs w:val="28"/>
          <w:lang w:val="kk-KZ"/>
        </w:rPr>
        <w:t xml:space="preserve"> </w:t>
      </w:r>
      <w:r w:rsidRPr="00B75A9A">
        <w:rPr>
          <w:rFonts w:ascii="Times New Roman" w:hAnsi="Times New Roman" w:cs="Times New Roman"/>
          <w:sz w:val="28"/>
          <w:szCs w:val="28"/>
          <w:lang w:val="kk-KZ"/>
        </w:rPr>
        <w:t xml:space="preserve">ретті нормаль туындылы </w:t>
      </w:r>
      <w:r w:rsidR="00A07FF5" w:rsidRPr="00B75A9A">
        <w:rPr>
          <w:rFonts w:ascii="Times New Roman" w:hAnsi="Times New Roman" w:cs="Times New Roman"/>
          <w:position w:val="-12"/>
          <w:sz w:val="28"/>
          <w:szCs w:val="28"/>
        </w:rPr>
        <w:object w:dxaOrig="2220" w:dyaOrig="380" w14:anchorId="03DDAE88">
          <v:shape id="_x0000_i1282" type="#_x0000_t75" style="width:110.75pt;height:18.2pt" o:ole="">
            <v:imagedata r:id="rId528" o:title=""/>
          </v:shape>
          <o:OLEObject Type="Embed" ProgID="Equation.DSMT4" ShapeID="_x0000_i1282" DrawAspect="Content" ObjectID="_1840331736" r:id="rId529"/>
        </w:object>
      </w:r>
      <w:r w:rsidRPr="00B75A9A">
        <w:rPr>
          <w:rFonts w:ascii="Times New Roman" w:hAnsi="Times New Roman" w:cs="Times New Roman"/>
          <w:sz w:val="28"/>
          <w:szCs w:val="28"/>
          <w:lang w:val="kk-KZ"/>
        </w:rPr>
        <w:t xml:space="preserve"> эллипстік теңдеу үшін тұрақты (және тек жоғары) коэффициенттері бар жалпы есеп қарастырылды. Егер </w:t>
      </w:r>
      <w:r w:rsidR="00A07FF5" w:rsidRPr="00B75A9A">
        <w:rPr>
          <w:rFonts w:ascii="Times New Roman" w:hAnsi="Times New Roman" w:cs="Times New Roman"/>
          <w:position w:val="-16"/>
          <w:sz w:val="28"/>
          <w:szCs w:val="28"/>
        </w:rPr>
        <w:object w:dxaOrig="740" w:dyaOrig="420" w14:anchorId="6A7D5838">
          <v:shape id="_x0000_i1283" type="#_x0000_t75" style="width:36.4pt;height:20.55pt" o:ole="">
            <v:imagedata r:id="rId530" o:title=""/>
          </v:shape>
          <o:OLEObject Type="Embed" ProgID="Equation.DSMT4" ShapeID="_x0000_i1283" DrawAspect="Content" ObjectID="_1840331737" r:id="rId531"/>
        </w:object>
      </w:r>
      <w:r w:rsidRPr="00B75A9A">
        <w:rPr>
          <w:rFonts w:ascii="Times New Roman" w:hAnsi="Times New Roman" w:cs="Times New Roman"/>
          <w:sz w:val="28"/>
          <w:szCs w:val="28"/>
          <w:lang w:val="kk-KZ"/>
        </w:rPr>
        <w:t xml:space="preserve"> болса, онда қарастырылып отырған есеп Дирихле есебіне ауысады, ал </w:t>
      </w:r>
      <w:r w:rsidR="00A07FF5" w:rsidRPr="00B75A9A">
        <w:rPr>
          <w:rFonts w:ascii="Times New Roman" w:hAnsi="Times New Roman" w:cs="Times New Roman"/>
          <w:position w:val="-16"/>
          <w:sz w:val="28"/>
          <w:szCs w:val="28"/>
        </w:rPr>
        <w:object w:dxaOrig="1100" w:dyaOrig="420" w14:anchorId="65AE51BF">
          <v:shape id="_x0000_i1284" type="#_x0000_t75" style="width:56.2pt;height:20.55pt" o:ole="">
            <v:imagedata r:id="rId532" o:title=""/>
          </v:shape>
          <o:OLEObject Type="Embed" ProgID="Equation.DSMT4" ShapeID="_x0000_i1284" DrawAspect="Content" ObjectID="_1840331738" r:id="rId533"/>
        </w:object>
      </w:r>
      <w:r w:rsidRPr="00B75A9A">
        <w:rPr>
          <w:rFonts w:ascii="Times New Roman" w:hAnsi="Times New Roman" w:cs="Times New Roman"/>
          <w:sz w:val="28"/>
          <w:szCs w:val="28"/>
          <w:lang w:val="kk-KZ"/>
        </w:rPr>
        <w:t>болғанда жоғарыда аталған Нейман есебіне ауысады. Сондықтан оны Дирихле-Нейманның жалпыланған есебі деп атауға болады.</w:t>
      </w:r>
      <w:r w:rsidR="00351B9E" w:rsidRPr="00351B9E">
        <w:rPr>
          <w:rFonts w:ascii="Times New Roman" w:eastAsia="Times New Roman" w:hAnsi="Times New Roman" w:cs="Times New Roman"/>
          <w:sz w:val="28"/>
          <w:szCs w:val="28"/>
          <w:lang w:val="kk-KZ"/>
        </w:rPr>
        <w:t xml:space="preserve"> </w:t>
      </w:r>
      <w:r w:rsidRPr="00B75A9A">
        <w:rPr>
          <w:rFonts w:ascii="Times New Roman" w:hAnsi="Times New Roman" w:cs="Times New Roman"/>
          <w:color w:val="202124"/>
          <w:sz w:val="28"/>
          <w:szCs w:val="28"/>
          <w:lang w:val="kk-KZ"/>
        </w:rPr>
        <w:t xml:space="preserve">Осы тарауда </w:t>
      </w:r>
      <w:r w:rsidR="00A07FF5" w:rsidRPr="00B75A9A">
        <w:rPr>
          <w:rFonts w:ascii="Times New Roman" w:hAnsi="Times New Roman" w:cs="Times New Roman"/>
          <w:position w:val="-6"/>
          <w:sz w:val="28"/>
          <w:szCs w:val="28"/>
        </w:rPr>
        <w:object w:dxaOrig="859" w:dyaOrig="300" w14:anchorId="6B82EF24">
          <v:shape id="_x0000_i1285" type="#_x0000_t75" style="width:44.3pt;height:15.8pt" o:ole="">
            <v:imagedata r:id="rId534" o:title=""/>
          </v:shape>
          <o:OLEObject Type="Embed" ProgID="Equation.DSMT4" ShapeID="_x0000_i1285" DrawAspect="Content" ObjectID="_1840331739" r:id="rId535"/>
        </w:object>
      </w:r>
      <w:r w:rsidRPr="00B75A9A">
        <w:rPr>
          <w:rFonts w:ascii="Times New Roman" w:hAnsi="Times New Roman" w:cs="Times New Roman"/>
          <w:position w:val="-4"/>
          <w:sz w:val="28"/>
          <w:szCs w:val="28"/>
          <w:lang w:val="kk-KZ"/>
        </w:rPr>
        <w:t xml:space="preserve"> </w:t>
      </w:r>
      <w:r w:rsidRPr="00B75A9A">
        <w:rPr>
          <w:rFonts w:ascii="Times New Roman" w:hAnsi="Times New Roman" w:cs="Times New Roman"/>
          <w:sz w:val="28"/>
          <w:szCs w:val="28"/>
          <w:lang w:val="kk-KZ"/>
        </w:rPr>
        <w:t>контурымен шектелген бірбайланысты</w:t>
      </w:r>
      <w:r w:rsidR="00A07FF5" w:rsidRPr="00B75A9A">
        <w:rPr>
          <w:rFonts w:ascii="Times New Roman" w:hAnsi="Times New Roman" w:cs="Times New Roman"/>
          <w:position w:val="-4"/>
          <w:sz w:val="28"/>
          <w:szCs w:val="28"/>
        </w:rPr>
        <w:object w:dxaOrig="300" w:dyaOrig="279" w14:anchorId="191D215B">
          <v:shape id="_x0000_i1286" type="#_x0000_t75" style="width:15.8pt;height:15.8pt" o:ole="">
            <v:imagedata r:id="rId536" o:title=""/>
          </v:shape>
          <o:OLEObject Type="Embed" ProgID="Equation.DSMT4" ShapeID="_x0000_i1286" DrawAspect="Content" ObjectID="_1840331740" r:id="rId537"/>
        </w:object>
      </w:r>
      <w:r w:rsidRPr="00B75A9A">
        <w:rPr>
          <w:rFonts w:ascii="Times New Roman" w:hAnsi="Times New Roman" w:cs="Times New Roman"/>
          <w:position w:val="-4"/>
          <w:sz w:val="28"/>
          <w:szCs w:val="28"/>
          <w:lang w:val="kk-KZ"/>
        </w:rPr>
        <w:t xml:space="preserve"> </w:t>
      </w:r>
      <w:r w:rsidRPr="00B75A9A">
        <w:rPr>
          <w:rFonts w:ascii="Times New Roman" w:hAnsi="Times New Roman" w:cs="Times New Roman"/>
          <w:sz w:val="28"/>
          <w:szCs w:val="28"/>
          <w:lang w:val="kk-KZ"/>
        </w:rPr>
        <w:t xml:space="preserve">облыста </w:t>
      </w:r>
      <w:r w:rsidRPr="00B75A9A">
        <w:rPr>
          <w:rFonts w:ascii="Times New Roman" w:hAnsi="Times New Roman" w:cs="Times New Roman"/>
          <w:color w:val="202124"/>
          <w:sz w:val="28"/>
          <w:szCs w:val="28"/>
          <w:lang w:val="kk-KZ"/>
        </w:rPr>
        <w:t>жалпы эллипстік теңдеуі қарастырылады</w:t>
      </w:r>
      <w:r w:rsidRPr="00B75A9A">
        <w:rPr>
          <w:rFonts w:ascii="Times New Roman" w:hAnsi="Times New Roman" w:cs="Times New Roman"/>
          <w:sz w:val="28"/>
          <w:szCs w:val="28"/>
          <w:lang w:val="kk-KZ"/>
        </w:rPr>
        <w:t>:</w:t>
      </w:r>
    </w:p>
    <w:p w14:paraId="21267064" w14:textId="77777777" w:rsidR="008F75AB" w:rsidRPr="00B75A9A" w:rsidRDefault="008F75AB" w:rsidP="008F75AB">
      <w:pPr>
        <w:spacing w:after="0" w:line="240" w:lineRule="auto"/>
        <w:jc w:val="both"/>
        <w:rPr>
          <w:rFonts w:ascii="Times New Roman" w:hAnsi="Times New Roman" w:cs="Times New Roman"/>
          <w:sz w:val="28"/>
          <w:szCs w:val="28"/>
          <w:lang w:val="kk-KZ"/>
        </w:rPr>
      </w:pPr>
    </w:p>
    <w:p w14:paraId="5AB27AC7" w14:textId="77777777" w:rsidR="003A4ABB" w:rsidRPr="00B75A9A" w:rsidRDefault="003A4ABB" w:rsidP="008F75AB">
      <w:pPr>
        <w:spacing w:after="0" w:line="240" w:lineRule="auto"/>
        <w:jc w:val="both"/>
        <w:rPr>
          <w:rFonts w:ascii="Times New Roman" w:hAnsi="Times New Roman" w:cs="Times New Roman"/>
          <w:sz w:val="28"/>
          <w:szCs w:val="28"/>
          <w:lang w:val="kk-KZ"/>
        </w:rPr>
      </w:pPr>
      <w:r w:rsidRPr="00B75A9A">
        <w:rPr>
          <w:rFonts w:ascii="Times New Roman" w:hAnsi="Times New Roman" w:cs="Times New Roman"/>
          <w:position w:val="-12"/>
          <w:sz w:val="28"/>
          <w:szCs w:val="28"/>
          <w:lang w:val="kk-KZ"/>
        </w:rPr>
        <w:t xml:space="preserve">                                                                 </w:t>
      </w:r>
      <w:r w:rsidR="00A07FF5" w:rsidRPr="00B75A9A">
        <w:rPr>
          <w:rFonts w:ascii="Times New Roman" w:hAnsi="Times New Roman" w:cs="Times New Roman"/>
          <w:position w:val="-12"/>
          <w:sz w:val="28"/>
          <w:szCs w:val="28"/>
        </w:rPr>
        <w:object w:dxaOrig="1840" w:dyaOrig="420" w14:anchorId="0D955B7B">
          <v:shape id="_x0000_i1287" type="#_x0000_t75" style="width:87.8pt;height:20.55pt" o:ole="">
            <v:imagedata r:id="rId538" o:title=""/>
          </v:shape>
          <o:OLEObject Type="Embed" ProgID="Equation.DSMT4" ShapeID="_x0000_i1287" DrawAspect="Content" ObjectID="_1840331741" r:id="rId539"/>
        </w:object>
      </w:r>
      <w:r w:rsidRPr="00B75A9A">
        <w:rPr>
          <w:rFonts w:ascii="Times New Roman" w:hAnsi="Times New Roman" w:cs="Times New Roman"/>
          <w:sz w:val="28"/>
          <w:szCs w:val="28"/>
          <w:lang w:val="kk-KZ"/>
        </w:rPr>
        <w:t xml:space="preserve">                     </w:t>
      </w:r>
      <w:r w:rsidR="008F75AB" w:rsidRPr="00B75A9A">
        <w:rPr>
          <w:rFonts w:ascii="Times New Roman" w:hAnsi="Times New Roman" w:cs="Times New Roman"/>
          <w:sz w:val="28"/>
          <w:szCs w:val="28"/>
          <w:lang w:val="kk-KZ"/>
        </w:rPr>
        <w:t xml:space="preserve">          </w:t>
      </w:r>
      <w:r w:rsidRPr="00B75A9A">
        <w:rPr>
          <w:rFonts w:ascii="Times New Roman" w:hAnsi="Times New Roman" w:cs="Times New Roman"/>
          <w:sz w:val="28"/>
          <w:szCs w:val="28"/>
          <w:lang w:val="kk-KZ"/>
        </w:rPr>
        <w:t xml:space="preserve">       (1.1)</w:t>
      </w:r>
    </w:p>
    <w:p w14:paraId="0C1D04F4" w14:textId="77777777" w:rsidR="003A4ABB" w:rsidRPr="00B75A9A" w:rsidRDefault="003A4ABB" w:rsidP="008F75AB">
      <w:pPr>
        <w:spacing w:after="0" w:line="240" w:lineRule="auto"/>
        <w:jc w:val="both"/>
        <w:rPr>
          <w:rFonts w:ascii="Times New Roman" w:hAnsi="Times New Roman" w:cs="Times New Roman"/>
          <w:sz w:val="28"/>
          <w:szCs w:val="28"/>
          <w:lang w:val="kk-KZ"/>
        </w:rPr>
      </w:pPr>
      <w:r w:rsidRPr="00B75A9A">
        <w:rPr>
          <w:rFonts w:ascii="Times New Roman" w:hAnsi="Times New Roman" w:cs="Times New Roman"/>
          <w:sz w:val="28"/>
          <w:szCs w:val="28"/>
          <w:lang w:val="kk-KZ"/>
        </w:rPr>
        <w:t>мұндағы</w:t>
      </w:r>
      <w:r w:rsidRPr="00B75A9A">
        <w:rPr>
          <w:rFonts w:ascii="Times New Roman" w:hAnsi="Times New Roman" w:cs="Times New Roman"/>
          <w:sz w:val="28"/>
          <w:szCs w:val="28"/>
          <w:lang w:val="kk-KZ"/>
        </w:rPr>
        <w:tab/>
      </w:r>
    </w:p>
    <w:p w14:paraId="5053C441" w14:textId="77777777" w:rsidR="003A4ABB" w:rsidRPr="00B75A9A" w:rsidRDefault="003A4ABB" w:rsidP="003A4ABB">
      <w:pPr>
        <w:tabs>
          <w:tab w:val="left" w:pos="916"/>
        </w:tabs>
        <w:spacing w:after="0" w:line="240" w:lineRule="auto"/>
        <w:rPr>
          <w:rFonts w:ascii="Times New Roman" w:hAnsi="Times New Roman" w:cs="Times New Roman"/>
          <w:position w:val="-10"/>
          <w:sz w:val="28"/>
          <w:szCs w:val="28"/>
          <w:lang w:val="kk-KZ"/>
        </w:rPr>
      </w:pPr>
    </w:p>
    <w:p w14:paraId="389CD39F" w14:textId="77777777" w:rsidR="003A4ABB" w:rsidRPr="00B75A9A" w:rsidRDefault="004A3C03" w:rsidP="003A4ABB">
      <w:pPr>
        <w:spacing w:after="0" w:line="240" w:lineRule="auto"/>
        <w:jc w:val="center"/>
        <w:rPr>
          <w:rFonts w:ascii="Times New Roman" w:hAnsi="Times New Roman" w:cs="Times New Roman"/>
          <w:position w:val="-34"/>
          <w:sz w:val="28"/>
          <w:szCs w:val="28"/>
          <w:lang w:val="kk-KZ"/>
        </w:rPr>
      </w:pPr>
      <w:r w:rsidRPr="00B75A9A">
        <w:rPr>
          <w:rFonts w:ascii="Times New Roman" w:hAnsi="Times New Roman" w:cs="Times New Roman"/>
          <w:position w:val="-34"/>
          <w:sz w:val="28"/>
          <w:szCs w:val="28"/>
          <w:lang w:val="kk-KZ"/>
        </w:rPr>
        <w:t xml:space="preserve">                  </w:t>
      </w:r>
      <w:r w:rsidR="00A07FF5" w:rsidRPr="00B75A9A">
        <w:rPr>
          <w:rFonts w:ascii="Times New Roman" w:hAnsi="Times New Roman" w:cs="Times New Roman"/>
          <w:position w:val="-34"/>
          <w:sz w:val="28"/>
          <w:szCs w:val="28"/>
        </w:rPr>
        <w:object w:dxaOrig="3900" w:dyaOrig="820" w14:anchorId="35E332BC">
          <v:shape id="_x0000_i1288" type="#_x0000_t75" style="width:195.45pt;height:43.5pt" o:ole="">
            <v:imagedata r:id="rId540" o:title=""/>
          </v:shape>
          <o:OLEObject Type="Embed" ProgID="Equation.DSMT4" ShapeID="_x0000_i1288" DrawAspect="Content" ObjectID="_1840331742" r:id="rId541"/>
        </w:object>
      </w:r>
    </w:p>
    <w:p w14:paraId="736F44B7" w14:textId="77777777" w:rsidR="003A4ABB" w:rsidRPr="00B75A9A" w:rsidRDefault="003A4ABB" w:rsidP="003A4ABB">
      <w:pPr>
        <w:spacing w:after="0" w:line="240" w:lineRule="auto"/>
        <w:rPr>
          <w:rFonts w:ascii="Times New Roman" w:hAnsi="Times New Roman" w:cs="Times New Roman"/>
          <w:position w:val="-34"/>
          <w:sz w:val="28"/>
          <w:szCs w:val="28"/>
          <w:lang w:val="kk-KZ"/>
        </w:rPr>
      </w:pPr>
    </w:p>
    <w:p w14:paraId="0EAC050A" w14:textId="77777777" w:rsidR="003A4ABB" w:rsidRPr="00B75A9A" w:rsidRDefault="00A07FF5" w:rsidP="003A4ABB">
      <w:pPr>
        <w:spacing w:after="0" w:line="240" w:lineRule="auto"/>
        <w:jc w:val="center"/>
        <w:rPr>
          <w:rFonts w:ascii="Times New Roman" w:hAnsi="Times New Roman" w:cs="Times New Roman"/>
          <w:position w:val="-34"/>
          <w:sz w:val="28"/>
          <w:szCs w:val="28"/>
          <w:lang w:val="kk-KZ"/>
        </w:rPr>
      </w:pPr>
      <w:r w:rsidRPr="00B75A9A">
        <w:rPr>
          <w:rFonts w:ascii="Times New Roman" w:hAnsi="Times New Roman" w:cs="Times New Roman"/>
          <w:position w:val="-34"/>
          <w:sz w:val="28"/>
          <w:szCs w:val="28"/>
        </w:rPr>
        <w:object w:dxaOrig="6340" w:dyaOrig="820" w14:anchorId="681E20D9">
          <v:shape id="_x0000_i1289" type="#_x0000_t75" style="width:316.5pt;height:43.5pt" o:ole="">
            <v:imagedata r:id="rId542" o:title=""/>
          </v:shape>
          <o:OLEObject Type="Embed" ProgID="Equation.DSMT4" ShapeID="_x0000_i1289" DrawAspect="Content" ObjectID="_1840331743" r:id="rId543"/>
        </w:object>
      </w:r>
    </w:p>
    <w:p w14:paraId="7849FB1D" w14:textId="77777777" w:rsidR="003A4ABB" w:rsidRPr="00B75A9A" w:rsidRDefault="003A4ABB" w:rsidP="003A4ABB">
      <w:pPr>
        <w:spacing w:after="0" w:line="240" w:lineRule="auto"/>
        <w:rPr>
          <w:rFonts w:ascii="Times New Roman" w:hAnsi="Times New Roman" w:cs="Times New Roman"/>
          <w:position w:val="-30"/>
          <w:sz w:val="28"/>
          <w:szCs w:val="28"/>
          <w:lang w:val="kk-KZ"/>
        </w:rPr>
      </w:pPr>
    </w:p>
    <w:p w14:paraId="4933875D" w14:textId="77777777" w:rsidR="003A4ABB" w:rsidRPr="00B75A9A" w:rsidRDefault="00A07FF5" w:rsidP="008F75AB">
      <w:pPr>
        <w:spacing w:after="0" w:line="240" w:lineRule="auto"/>
        <w:jc w:val="both"/>
        <w:rPr>
          <w:rFonts w:ascii="Times New Roman" w:hAnsi="Times New Roman" w:cs="Times New Roman"/>
          <w:sz w:val="28"/>
          <w:szCs w:val="28"/>
          <w:lang w:val="kk-KZ"/>
        </w:rPr>
      </w:pPr>
      <w:r w:rsidRPr="00B75A9A">
        <w:rPr>
          <w:rFonts w:ascii="Times New Roman" w:hAnsi="Times New Roman" w:cs="Times New Roman"/>
          <w:position w:val="-12"/>
          <w:sz w:val="28"/>
          <w:szCs w:val="28"/>
        </w:rPr>
        <w:object w:dxaOrig="1440" w:dyaOrig="440" w14:anchorId="66DF1AC4">
          <v:shape id="_x0000_i1290" type="#_x0000_t75" style="width:1in;height:20.55pt" o:ole="">
            <v:imagedata r:id="rId544" o:title=""/>
          </v:shape>
          <o:OLEObject Type="Embed" ProgID="Equation.DSMT4" ShapeID="_x0000_i1290" DrawAspect="Content" ObjectID="_1840331744" r:id="rId545"/>
        </w:object>
      </w:r>
      <w:r w:rsidR="003A4ABB" w:rsidRPr="00B75A9A">
        <w:rPr>
          <w:rFonts w:ascii="Times New Roman" w:hAnsi="Times New Roman" w:cs="Times New Roman"/>
          <w:sz w:val="28"/>
          <w:szCs w:val="28"/>
          <w:lang w:val="kk-KZ"/>
        </w:rPr>
        <w:t xml:space="preserve"> кеңістігінде жататын берілген функция. Сипаттамалық көпмүшенің түбірлері нақты осьте жатпағанда және</w:t>
      </w:r>
      <w:r w:rsidR="003A4ABB" w:rsidRPr="00B75A9A">
        <w:rPr>
          <w:rFonts w:ascii="Times New Roman" w:hAnsi="Times New Roman" w:cs="Times New Roman"/>
          <w:position w:val="-12"/>
          <w:sz w:val="28"/>
          <w:szCs w:val="28"/>
          <w:lang w:val="kk-KZ"/>
        </w:rPr>
        <w:t xml:space="preserve"> </w:t>
      </w:r>
      <w:r w:rsidRPr="00B75A9A">
        <w:rPr>
          <w:rFonts w:ascii="Times New Roman" w:hAnsi="Times New Roman" w:cs="Times New Roman"/>
          <w:position w:val="-12"/>
          <w:sz w:val="28"/>
          <w:szCs w:val="28"/>
        </w:rPr>
        <w:object w:dxaOrig="820" w:dyaOrig="380" w14:anchorId="1812CDA9">
          <v:shape id="_x0000_i1291" type="#_x0000_t75" style="width:43.5pt;height:18.2pt" o:ole="">
            <v:imagedata r:id="rId546" o:title=""/>
          </v:shape>
          <o:OLEObject Type="Embed" ProgID="Equation.DSMT4" ShapeID="_x0000_i1291" DrawAspect="Content" ObjectID="_1840331745" r:id="rId547"/>
        </w:object>
      </w:r>
      <w:r w:rsidR="003A4ABB" w:rsidRPr="00B75A9A">
        <w:rPr>
          <w:rFonts w:ascii="Times New Roman" w:hAnsi="Times New Roman" w:cs="Times New Roman"/>
          <w:position w:val="-12"/>
          <w:sz w:val="28"/>
          <w:szCs w:val="28"/>
          <w:lang w:val="kk-KZ"/>
        </w:rPr>
        <w:t xml:space="preserve"> </w:t>
      </w:r>
    </w:p>
    <w:p w14:paraId="58DCD021" w14:textId="77777777" w:rsidR="003A4ABB" w:rsidRPr="00B75A9A" w:rsidRDefault="003A4ABB" w:rsidP="008F75AB">
      <w:pPr>
        <w:spacing w:after="0" w:line="240" w:lineRule="auto"/>
        <w:jc w:val="both"/>
        <w:rPr>
          <w:rFonts w:ascii="Times New Roman" w:hAnsi="Times New Roman" w:cs="Times New Roman"/>
          <w:sz w:val="28"/>
          <w:szCs w:val="28"/>
          <w:lang w:val="kk-KZ"/>
        </w:rPr>
      </w:pPr>
    </w:p>
    <w:p w14:paraId="2A29578F" w14:textId="77777777" w:rsidR="003A4ABB" w:rsidRPr="00B75A9A" w:rsidRDefault="00A07FF5" w:rsidP="008F75AB">
      <w:pPr>
        <w:spacing w:after="0" w:line="240" w:lineRule="auto"/>
        <w:jc w:val="center"/>
        <w:rPr>
          <w:rFonts w:ascii="Times New Roman" w:hAnsi="Times New Roman" w:cs="Times New Roman"/>
          <w:sz w:val="28"/>
          <w:szCs w:val="28"/>
          <w:lang w:val="kk-KZ"/>
        </w:rPr>
      </w:pPr>
      <w:r w:rsidRPr="00B75A9A">
        <w:rPr>
          <w:rFonts w:ascii="Times New Roman" w:hAnsi="Times New Roman" w:cs="Times New Roman"/>
          <w:position w:val="-36"/>
          <w:sz w:val="28"/>
          <w:szCs w:val="28"/>
        </w:rPr>
        <w:object w:dxaOrig="1740" w:dyaOrig="820" w14:anchorId="24689AEC">
          <v:shape id="_x0000_i1292" type="#_x0000_t75" style="width:87.8pt;height:43.5pt" o:ole="">
            <v:imagedata r:id="rId548" o:title=""/>
          </v:shape>
          <o:OLEObject Type="Embed" ProgID="Equation.DSMT4" ShapeID="_x0000_i1292" DrawAspect="Content" ObjectID="_1840331746" r:id="rId549"/>
        </w:object>
      </w:r>
      <w:r w:rsidR="003A4ABB" w:rsidRPr="00B75A9A">
        <w:rPr>
          <w:rFonts w:ascii="Times New Roman" w:hAnsi="Times New Roman" w:cs="Times New Roman"/>
          <w:sz w:val="28"/>
          <w:szCs w:val="28"/>
          <w:lang w:val="kk-KZ"/>
        </w:rPr>
        <w:br w:type="textWrapping" w:clear="all"/>
      </w:r>
    </w:p>
    <w:p w14:paraId="0F10CD10" w14:textId="77777777" w:rsidR="003A4ABB" w:rsidRPr="00B75A9A" w:rsidRDefault="003A4ABB" w:rsidP="008F7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lang w:val="kk-KZ"/>
        </w:rPr>
      </w:pPr>
      <w:r w:rsidRPr="00B75A9A">
        <w:rPr>
          <w:rFonts w:ascii="Times New Roman" w:hAnsi="Times New Roman" w:cs="Times New Roman"/>
          <w:color w:val="202124"/>
          <w:sz w:val="28"/>
          <w:szCs w:val="28"/>
          <w:lang w:val="kk-KZ"/>
        </w:rPr>
        <w:t>болғанда эллипстік шарт  орындалады. Осылайша,</w:t>
      </w:r>
    </w:p>
    <w:p w14:paraId="12979690" w14:textId="77777777" w:rsidR="003A4ABB" w:rsidRPr="00B75A9A" w:rsidRDefault="003A4ABB" w:rsidP="008F7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lang w:val="kk-KZ"/>
        </w:rPr>
      </w:pPr>
    </w:p>
    <w:p w14:paraId="5C77CB2F" w14:textId="77777777" w:rsidR="003A4ABB" w:rsidRPr="00B75A9A" w:rsidRDefault="00A07FF5" w:rsidP="008F75AB">
      <w:pPr>
        <w:spacing w:after="0" w:line="240" w:lineRule="auto"/>
        <w:jc w:val="right"/>
        <w:rPr>
          <w:rFonts w:ascii="Times New Roman" w:hAnsi="Times New Roman" w:cs="Times New Roman"/>
          <w:sz w:val="28"/>
          <w:szCs w:val="28"/>
          <w:lang w:val="kk-KZ"/>
        </w:rPr>
      </w:pPr>
      <w:r w:rsidRPr="00B75A9A">
        <w:rPr>
          <w:rFonts w:ascii="Times New Roman" w:hAnsi="Times New Roman" w:cs="Times New Roman"/>
          <w:position w:val="-32"/>
          <w:sz w:val="28"/>
          <w:szCs w:val="28"/>
        </w:rPr>
        <w:object w:dxaOrig="4060" w:dyaOrig="780" w14:anchorId="5C0C10FF">
          <v:shape id="_x0000_i1293" type="#_x0000_t75" style="width:204.15pt;height:38pt" o:ole="">
            <v:imagedata r:id="rId550" o:title=""/>
          </v:shape>
          <o:OLEObject Type="Embed" ProgID="Equation.DSMT4" ShapeID="_x0000_i1293" DrawAspect="Content" ObjectID="_1840331747" r:id="rId551"/>
        </w:object>
      </w:r>
      <w:r w:rsidR="003A4ABB" w:rsidRPr="00B75A9A">
        <w:rPr>
          <w:rFonts w:ascii="Times New Roman" w:hAnsi="Times New Roman" w:cs="Times New Roman"/>
          <w:sz w:val="28"/>
          <w:szCs w:val="28"/>
          <w:lang w:val="kk-KZ"/>
        </w:rPr>
        <w:t xml:space="preserve">                                     (1.2)</w:t>
      </w:r>
    </w:p>
    <w:p w14:paraId="7ABA9EBD" w14:textId="77777777" w:rsidR="003A4ABB" w:rsidRPr="00B75A9A" w:rsidRDefault="003A4ABB" w:rsidP="008F75AB">
      <w:pPr>
        <w:tabs>
          <w:tab w:val="left" w:pos="2748"/>
          <w:tab w:val="left" w:pos="3664"/>
          <w:tab w:val="left" w:pos="4167"/>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lang w:val="kk-KZ"/>
        </w:rPr>
      </w:pPr>
    </w:p>
    <w:p w14:paraId="6468C29A" w14:textId="77777777" w:rsidR="003A4ABB" w:rsidRPr="00B75A9A" w:rsidRDefault="003A4ABB" w:rsidP="008F7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202124"/>
          <w:sz w:val="28"/>
          <w:szCs w:val="28"/>
          <w:lang w:val="kk-KZ"/>
        </w:rPr>
      </w:pPr>
      <w:r w:rsidRPr="00B75A9A">
        <w:rPr>
          <w:rFonts w:ascii="Times New Roman" w:hAnsi="Times New Roman" w:cs="Times New Roman"/>
          <w:color w:val="202124"/>
          <w:sz w:val="28"/>
          <w:szCs w:val="28"/>
          <w:lang w:val="kk-KZ"/>
        </w:rPr>
        <w:t xml:space="preserve">мұндағы жоғарғы жарты жазықтықта жататын </w:t>
      </w:r>
      <w:r w:rsidR="00A07FF5" w:rsidRPr="00B75A9A">
        <w:rPr>
          <w:rFonts w:ascii="Times New Roman" w:hAnsi="Times New Roman" w:cs="Times New Roman"/>
          <w:position w:val="-12"/>
          <w:sz w:val="28"/>
          <w:szCs w:val="28"/>
        </w:rPr>
        <w:object w:dxaOrig="260" w:dyaOrig="380" w14:anchorId="55F4E87E">
          <v:shape id="_x0000_i1294" type="#_x0000_t75" style="width:11.85pt;height:18.2pt" o:ole="">
            <v:imagedata r:id="rId552" o:title=""/>
          </v:shape>
          <o:OLEObject Type="Embed" ProgID="Equation.DSMT4" ShapeID="_x0000_i1294" DrawAspect="Content" ObjectID="_1840331748" r:id="rId553"/>
        </w:object>
      </w:r>
      <w:r w:rsidRPr="00B75A9A">
        <w:rPr>
          <w:rFonts w:ascii="Times New Roman" w:hAnsi="Times New Roman" w:cs="Times New Roman"/>
          <w:color w:val="202124"/>
          <w:sz w:val="28"/>
          <w:szCs w:val="28"/>
          <w:lang w:val="kk-KZ"/>
        </w:rPr>
        <w:t xml:space="preserve"> әр түрлі түбірлері және </w:t>
      </w:r>
      <w:r w:rsidR="00A07FF5" w:rsidRPr="00B75A9A">
        <w:rPr>
          <w:rFonts w:ascii="Times New Roman" w:hAnsi="Times New Roman" w:cs="Times New Roman"/>
          <w:position w:val="-12"/>
          <w:sz w:val="28"/>
          <w:szCs w:val="28"/>
        </w:rPr>
        <w:object w:dxaOrig="1140" w:dyaOrig="380" w14:anchorId="2F880C28">
          <v:shape id="_x0000_i1295" type="#_x0000_t75" style="width:56.2pt;height:18.2pt" o:ole="">
            <v:imagedata r:id="rId554" o:title=""/>
          </v:shape>
          <o:OLEObject Type="Embed" ProgID="Equation.DSMT4" ShapeID="_x0000_i1295" DrawAspect="Content" ObjectID="_1840331749" r:id="rId555"/>
        </w:object>
      </w:r>
      <w:r w:rsidRPr="00B75A9A">
        <w:rPr>
          <w:rFonts w:ascii="Times New Roman" w:hAnsi="Times New Roman" w:cs="Times New Roman"/>
          <w:position w:val="-12"/>
          <w:sz w:val="28"/>
          <w:szCs w:val="28"/>
          <w:lang w:val="kk-KZ"/>
        </w:rPr>
        <w:t xml:space="preserve"> </w:t>
      </w:r>
      <w:r w:rsidRPr="00B75A9A">
        <w:rPr>
          <w:rFonts w:ascii="Times New Roman" w:hAnsi="Times New Roman" w:cs="Times New Roman"/>
          <w:color w:val="202124"/>
          <w:sz w:val="28"/>
          <w:szCs w:val="28"/>
          <w:lang w:val="kk-KZ"/>
        </w:rPr>
        <w:t xml:space="preserve">олардың еселіктерінің қосындысы </w:t>
      </w:r>
      <w:r w:rsidR="00A07FF5" w:rsidRPr="00B75A9A">
        <w:rPr>
          <w:rFonts w:ascii="Times New Roman" w:hAnsi="Times New Roman" w:cs="Times New Roman"/>
          <w:position w:val="-6"/>
          <w:sz w:val="28"/>
          <w:szCs w:val="28"/>
        </w:rPr>
        <w:object w:dxaOrig="160" w:dyaOrig="300" w14:anchorId="114720F8">
          <v:shape id="_x0000_i1296" type="#_x0000_t75" style="width:9.5pt;height:15.8pt" o:ole="">
            <v:imagedata r:id="rId556" o:title=""/>
          </v:shape>
          <o:OLEObject Type="Embed" ProgID="Equation.DSMT4" ShapeID="_x0000_i1296" DrawAspect="Content" ObjectID="_1840331750" r:id="rId557"/>
        </w:object>
      </w:r>
      <w:r w:rsidRPr="00B75A9A">
        <w:rPr>
          <w:rFonts w:ascii="Times New Roman" w:hAnsi="Times New Roman" w:cs="Times New Roman"/>
          <w:color w:val="202124"/>
          <w:sz w:val="28"/>
          <w:szCs w:val="28"/>
          <w:lang w:val="kk-KZ"/>
        </w:rPr>
        <w:t xml:space="preserve">–ге тең. Дирихле-Нейманның жалпыланған есебінің шешімін табу деп, (1.1) теңдеуінің D облысында келесі шеттік шарттарды қанағаттандыратын </w:t>
      </w:r>
      <w:r w:rsidR="00A07FF5" w:rsidRPr="00B75A9A">
        <w:rPr>
          <w:rFonts w:ascii="Times New Roman" w:hAnsi="Times New Roman" w:cs="Times New Roman"/>
          <w:position w:val="-14"/>
          <w:sz w:val="28"/>
          <w:szCs w:val="28"/>
        </w:rPr>
        <w:object w:dxaOrig="859" w:dyaOrig="420" w14:anchorId="70C873AD">
          <v:shape id="_x0000_i1297" type="#_x0000_t75" style="width:44.3pt;height:20.55pt" o:ole="">
            <v:imagedata r:id="rId558" o:title=""/>
          </v:shape>
          <o:OLEObject Type="Embed" ProgID="Equation.DSMT4" ShapeID="_x0000_i1297" DrawAspect="Content" ObjectID="_1840331751" r:id="rId559"/>
        </w:object>
      </w:r>
      <w:r w:rsidRPr="00B75A9A">
        <w:rPr>
          <w:rFonts w:ascii="Times New Roman" w:hAnsi="Times New Roman" w:cs="Times New Roman"/>
          <w:position w:val="-12"/>
          <w:sz w:val="28"/>
          <w:szCs w:val="28"/>
          <w:lang w:val="kk-KZ"/>
        </w:rPr>
        <w:t xml:space="preserve"> </w:t>
      </w:r>
      <w:r w:rsidRPr="00B75A9A">
        <w:rPr>
          <w:rFonts w:ascii="Times New Roman" w:hAnsi="Times New Roman" w:cs="Times New Roman"/>
          <w:color w:val="202124"/>
          <w:sz w:val="28"/>
          <w:szCs w:val="28"/>
          <w:lang w:val="kk-KZ"/>
        </w:rPr>
        <w:t>функциясын табуды айтамыз.</w:t>
      </w:r>
    </w:p>
    <w:p w14:paraId="21FE7739" w14:textId="77777777" w:rsidR="003A4ABB" w:rsidRPr="00B75A9A" w:rsidRDefault="003A4ABB" w:rsidP="008F7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lang w:val="kk-KZ"/>
        </w:rPr>
      </w:pPr>
    </w:p>
    <w:p w14:paraId="3A30810D" w14:textId="77777777" w:rsidR="003A4ABB" w:rsidRPr="00B75A9A" w:rsidRDefault="00A07FF5" w:rsidP="008F75AB">
      <w:pPr>
        <w:spacing w:after="0" w:line="240" w:lineRule="auto"/>
        <w:jc w:val="right"/>
        <w:rPr>
          <w:rFonts w:ascii="Times New Roman" w:hAnsi="Times New Roman" w:cs="Times New Roman"/>
          <w:sz w:val="28"/>
          <w:szCs w:val="28"/>
          <w:lang w:val="kk-KZ"/>
        </w:rPr>
      </w:pPr>
      <w:r w:rsidRPr="00B75A9A">
        <w:rPr>
          <w:rFonts w:ascii="Times New Roman" w:hAnsi="Times New Roman" w:cs="Times New Roman"/>
          <w:position w:val="-36"/>
          <w:sz w:val="28"/>
          <w:szCs w:val="28"/>
        </w:rPr>
        <w:object w:dxaOrig="3140" w:dyaOrig="859" w14:anchorId="550AACC8">
          <v:shape id="_x0000_i1298" type="#_x0000_t75" style="width:155.85pt;height:44.3pt" o:ole="">
            <v:imagedata r:id="rId560" o:title=""/>
          </v:shape>
          <o:OLEObject Type="Embed" ProgID="Equation.DSMT4" ShapeID="_x0000_i1298" DrawAspect="Content" ObjectID="_1840331752" r:id="rId561"/>
        </w:object>
      </w:r>
      <w:r w:rsidR="003A4ABB" w:rsidRPr="00B75A9A">
        <w:rPr>
          <w:rFonts w:ascii="Times New Roman" w:hAnsi="Times New Roman" w:cs="Times New Roman"/>
          <w:sz w:val="28"/>
          <w:szCs w:val="28"/>
          <w:lang w:val="kk-KZ"/>
        </w:rPr>
        <w:t xml:space="preserve">                                        (1.3)</w:t>
      </w:r>
    </w:p>
    <w:p w14:paraId="71D3A42A" w14:textId="77777777" w:rsidR="003A4ABB" w:rsidRPr="00B75A9A" w:rsidRDefault="003A4ABB" w:rsidP="008F75AB">
      <w:pPr>
        <w:spacing w:after="0" w:line="240" w:lineRule="auto"/>
        <w:rPr>
          <w:rFonts w:ascii="Times New Roman" w:hAnsi="Times New Roman" w:cs="Times New Roman"/>
          <w:sz w:val="28"/>
          <w:szCs w:val="28"/>
          <w:lang w:val="kk-KZ"/>
        </w:rPr>
      </w:pPr>
    </w:p>
    <w:p w14:paraId="5F4DD44B" w14:textId="77777777" w:rsidR="003A4ABB" w:rsidRPr="00B75A9A" w:rsidRDefault="003A4ABB" w:rsidP="008F7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lang w:val="kk-KZ"/>
        </w:rPr>
      </w:pPr>
      <w:r w:rsidRPr="00B75A9A">
        <w:rPr>
          <w:rFonts w:ascii="Times New Roman" w:hAnsi="Times New Roman" w:cs="Times New Roman"/>
          <w:color w:val="202124"/>
          <w:sz w:val="28"/>
          <w:szCs w:val="28"/>
          <w:lang w:val="kk-KZ"/>
        </w:rPr>
        <w:t xml:space="preserve">мұндағы </w:t>
      </w:r>
      <w:r w:rsidR="00A07FF5" w:rsidRPr="00B75A9A">
        <w:rPr>
          <w:rFonts w:ascii="Times New Roman" w:hAnsi="Times New Roman" w:cs="Times New Roman"/>
          <w:position w:val="-12"/>
          <w:sz w:val="28"/>
          <w:szCs w:val="28"/>
        </w:rPr>
        <w:object w:dxaOrig="1280" w:dyaOrig="380" w14:anchorId="15935518">
          <v:shape id="_x0000_i1299" type="#_x0000_t75" style="width:64.9pt;height:18.2pt" o:ole="">
            <v:imagedata r:id="rId562" o:title=""/>
          </v:shape>
          <o:OLEObject Type="Embed" ProgID="Equation.DSMT4" ShapeID="_x0000_i1299" DrawAspect="Content" ObjectID="_1840331753" r:id="rId563"/>
        </w:object>
      </w:r>
      <w:r w:rsidRPr="00B75A9A">
        <w:rPr>
          <w:rFonts w:ascii="Times New Roman" w:hAnsi="Times New Roman" w:cs="Times New Roman"/>
          <w:color w:val="202124"/>
          <w:sz w:val="28"/>
          <w:szCs w:val="28"/>
          <w:lang w:val="kk-KZ"/>
        </w:rPr>
        <w:t xml:space="preserve"> сыртқы бірлік </w:t>
      </w:r>
      <w:r w:rsidRPr="00B75A9A">
        <w:rPr>
          <w:rFonts w:ascii="Times New Roman" w:hAnsi="Times New Roman" w:cs="Times New Roman"/>
          <w:sz w:val="28"/>
          <w:szCs w:val="28"/>
          <w:lang w:val="kk-KZ"/>
        </w:rPr>
        <w:t>нормаль</w:t>
      </w:r>
      <w:r w:rsidRPr="00B75A9A">
        <w:rPr>
          <w:rFonts w:ascii="Times New Roman" w:hAnsi="Times New Roman" w:cs="Times New Roman"/>
          <w:color w:val="202124"/>
          <w:sz w:val="28"/>
          <w:szCs w:val="28"/>
          <w:lang w:val="kk-KZ"/>
        </w:rPr>
        <w:t xml:space="preserve">ді көрсетеді. Бұл жерде шекаралық дифференциалдық оператор ретінде </w:t>
      </w:r>
      <w:r w:rsidR="00A07FF5" w:rsidRPr="00B75A9A">
        <w:rPr>
          <w:rFonts w:ascii="Times New Roman" w:hAnsi="Times New Roman" w:cs="Times New Roman"/>
          <w:position w:val="-6"/>
          <w:sz w:val="28"/>
          <w:szCs w:val="28"/>
        </w:rPr>
        <w:object w:dxaOrig="440" w:dyaOrig="300" w14:anchorId="5034246D">
          <v:shape id="_x0000_i1300" type="#_x0000_t75" style="width:20.55pt;height:15.8pt" o:ole="">
            <v:imagedata r:id="rId564" o:title=""/>
          </v:shape>
          <o:OLEObject Type="Embed" ProgID="Equation.DSMT4" ShapeID="_x0000_i1300" DrawAspect="Content" ObjectID="_1840331754" r:id="rId565"/>
        </w:object>
      </w:r>
      <w:r w:rsidRPr="00B75A9A">
        <w:rPr>
          <w:rFonts w:ascii="Times New Roman" w:hAnsi="Times New Roman" w:cs="Times New Roman"/>
          <w:color w:val="202124"/>
          <w:sz w:val="28"/>
          <w:szCs w:val="28"/>
          <w:lang w:val="kk-KZ"/>
        </w:rPr>
        <w:t xml:space="preserve"> ші ретті </w:t>
      </w:r>
      <w:r w:rsidRPr="00B75A9A">
        <w:rPr>
          <w:rFonts w:ascii="Times New Roman" w:hAnsi="Times New Roman" w:cs="Times New Roman"/>
          <w:sz w:val="28"/>
          <w:szCs w:val="28"/>
          <w:lang w:val="kk-KZ"/>
        </w:rPr>
        <w:t>нормаль</w:t>
      </w:r>
      <w:r w:rsidRPr="00B75A9A">
        <w:rPr>
          <w:rFonts w:ascii="Times New Roman" w:hAnsi="Times New Roman" w:cs="Times New Roman"/>
          <w:color w:val="202124"/>
          <w:sz w:val="28"/>
          <w:szCs w:val="28"/>
          <w:lang w:val="kk-KZ"/>
        </w:rPr>
        <w:t xml:space="preserve"> туындысы келесі формуламен анықталады:</w:t>
      </w:r>
    </w:p>
    <w:p w14:paraId="47D636F5" w14:textId="77777777" w:rsidR="003A4ABB" w:rsidRPr="00B75A9A" w:rsidRDefault="003A4ABB" w:rsidP="008F7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lang w:val="kk-KZ"/>
        </w:rPr>
      </w:pPr>
    </w:p>
    <w:p w14:paraId="00073C8F" w14:textId="77777777" w:rsidR="003A4ABB" w:rsidRPr="00B75A9A" w:rsidRDefault="00A07FF5" w:rsidP="008F75AB">
      <w:pPr>
        <w:spacing w:after="0" w:line="240" w:lineRule="auto"/>
        <w:jc w:val="center"/>
        <w:rPr>
          <w:rFonts w:ascii="Times New Roman" w:hAnsi="Times New Roman" w:cs="Times New Roman"/>
          <w:position w:val="-32"/>
          <w:sz w:val="28"/>
          <w:szCs w:val="28"/>
        </w:rPr>
      </w:pPr>
      <w:r w:rsidRPr="00B75A9A">
        <w:rPr>
          <w:rFonts w:ascii="Times New Roman" w:hAnsi="Times New Roman" w:cs="Times New Roman"/>
          <w:position w:val="-36"/>
          <w:sz w:val="28"/>
          <w:szCs w:val="28"/>
        </w:rPr>
        <w:object w:dxaOrig="4860" w:dyaOrig="900" w14:anchorId="7B6657F7">
          <v:shape id="_x0000_i1301" type="#_x0000_t75" style="width:242.9pt;height:45.9pt" o:ole="">
            <v:imagedata r:id="rId566" o:title=""/>
          </v:shape>
          <o:OLEObject Type="Embed" ProgID="Equation.DSMT4" ShapeID="_x0000_i1301" DrawAspect="Content" ObjectID="_1840331755" r:id="rId567"/>
        </w:object>
      </w:r>
    </w:p>
    <w:p w14:paraId="30AAEE7A" w14:textId="77777777" w:rsidR="003A4ABB" w:rsidRPr="00B75A9A" w:rsidRDefault="003A4ABB" w:rsidP="008F75AB">
      <w:pPr>
        <w:spacing w:after="0" w:line="240" w:lineRule="auto"/>
        <w:jc w:val="center"/>
        <w:rPr>
          <w:rFonts w:ascii="Times New Roman" w:hAnsi="Times New Roman" w:cs="Times New Roman"/>
          <w:sz w:val="28"/>
          <w:szCs w:val="28"/>
        </w:rPr>
      </w:pPr>
    </w:p>
    <w:p w14:paraId="288B7E76" w14:textId="77777777" w:rsidR="003A4ABB" w:rsidRPr="00B75A9A" w:rsidRDefault="00A07FF5" w:rsidP="008F7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202124"/>
          <w:sz w:val="28"/>
          <w:szCs w:val="28"/>
          <w:lang w:val="kk-KZ"/>
        </w:rPr>
      </w:pPr>
      <w:r w:rsidRPr="00B75A9A">
        <w:rPr>
          <w:rFonts w:ascii="Times New Roman" w:hAnsi="Times New Roman" w:cs="Times New Roman"/>
          <w:position w:val="-12"/>
          <w:sz w:val="28"/>
          <w:szCs w:val="28"/>
        </w:rPr>
        <w:object w:dxaOrig="3700" w:dyaOrig="380" w14:anchorId="20498DED">
          <v:shape id="_x0000_i1302" type="#_x0000_t75" style="width:181.2pt;height:18.2pt" o:ole="">
            <v:imagedata r:id="rId568" o:title=""/>
          </v:shape>
          <o:OLEObject Type="Embed" ProgID="Equation.DSMT4" ShapeID="_x0000_i1302" DrawAspect="Content" ObjectID="_1840331756" r:id="rId569"/>
        </w:object>
      </w:r>
      <w:r w:rsidR="003A4ABB" w:rsidRPr="00B75A9A">
        <w:rPr>
          <w:rFonts w:ascii="Times New Roman" w:hAnsi="Times New Roman" w:cs="Times New Roman"/>
          <w:color w:val="202124"/>
          <w:sz w:val="28"/>
          <w:szCs w:val="28"/>
          <w:lang w:val="kk-KZ"/>
        </w:rPr>
        <w:t xml:space="preserve"> </w:t>
      </w:r>
      <w:r w:rsidRPr="00B75A9A">
        <w:rPr>
          <w:rFonts w:ascii="Times New Roman" w:hAnsi="Times New Roman" w:cs="Times New Roman"/>
          <w:position w:val="-4"/>
          <w:sz w:val="28"/>
          <w:szCs w:val="28"/>
        </w:rPr>
        <w:object w:dxaOrig="240" w:dyaOrig="279" w14:anchorId="40D685DA">
          <v:shape id="_x0000_i1303" type="#_x0000_t75" style="width:11.85pt;height:15.8pt" o:ole="">
            <v:imagedata r:id="rId570" o:title=""/>
          </v:shape>
          <o:OLEObject Type="Embed" ProgID="Equation.DSMT4" ShapeID="_x0000_i1303" DrawAspect="Content" ObjectID="_1840331757" r:id="rId571"/>
        </w:object>
      </w:r>
      <w:r w:rsidR="003A4ABB" w:rsidRPr="00B75A9A">
        <w:rPr>
          <w:rFonts w:ascii="Times New Roman" w:hAnsi="Times New Roman" w:cs="Times New Roman"/>
          <w:position w:val="-4"/>
          <w:sz w:val="28"/>
          <w:szCs w:val="28"/>
          <w:lang w:val="kk-KZ"/>
        </w:rPr>
        <w:t xml:space="preserve"> </w:t>
      </w:r>
      <w:r w:rsidR="003A4ABB" w:rsidRPr="00B75A9A">
        <w:rPr>
          <w:rFonts w:ascii="Times New Roman" w:hAnsi="Times New Roman" w:cs="Times New Roman"/>
          <w:color w:val="202124"/>
          <w:sz w:val="28"/>
          <w:szCs w:val="28"/>
          <w:lang w:val="kk-KZ"/>
        </w:rPr>
        <w:t xml:space="preserve">контурының қалыпты параметрленуі болсын. Бекітілген </w:t>
      </w:r>
      <w:r w:rsidRPr="00B75A9A">
        <w:rPr>
          <w:rFonts w:ascii="Times New Roman" w:hAnsi="Times New Roman" w:cs="Times New Roman"/>
          <w:position w:val="-12"/>
          <w:sz w:val="28"/>
          <w:szCs w:val="28"/>
        </w:rPr>
        <w:object w:dxaOrig="980" w:dyaOrig="360" w14:anchorId="00D9E45A">
          <v:shape id="_x0000_i1304" type="#_x0000_t75" style="width:46.7pt;height:18.2pt" o:ole="">
            <v:imagedata r:id="rId572" o:title=""/>
          </v:shape>
          <o:OLEObject Type="Embed" ProgID="Equation.DSMT4" ShapeID="_x0000_i1304" DrawAspect="Content" ObjectID="_1840331758" r:id="rId573"/>
        </w:object>
      </w:r>
      <w:r w:rsidR="003A4ABB" w:rsidRPr="00B75A9A">
        <w:rPr>
          <w:rFonts w:ascii="Times New Roman" w:hAnsi="Times New Roman" w:cs="Times New Roman"/>
          <w:position w:val="-12"/>
          <w:sz w:val="28"/>
          <w:szCs w:val="28"/>
          <w:lang w:val="kk-KZ"/>
        </w:rPr>
        <w:t xml:space="preserve"> </w:t>
      </w:r>
      <w:r w:rsidR="003A4ABB" w:rsidRPr="00B75A9A">
        <w:rPr>
          <w:rFonts w:ascii="Times New Roman" w:hAnsi="Times New Roman" w:cs="Times New Roman"/>
          <w:color w:val="202124"/>
          <w:sz w:val="28"/>
          <w:szCs w:val="28"/>
          <w:lang w:val="kk-KZ"/>
        </w:rPr>
        <w:t xml:space="preserve">нүктесінен сағат тіліне қарсы бағытталған доғаның ұзындығы s параметрі болып табылады. Cәйкесінше, </w:t>
      </w:r>
      <w:r w:rsidRPr="00B75A9A">
        <w:rPr>
          <w:rFonts w:ascii="Times New Roman" w:hAnsi="Times New Roman" w:cs="Times New Roman"/>
          <w:position w:val="-12"/>
          <w:sz w:val="28"/>
          <w:szCs w:val="28"/>
        </w:rPr>
        <w:object w:dxaOrig="2380" w:dyaOrig="380" w14:anchorId="4219F03E">
          <v:shape id="_x0000_i1305" type="#_x0000_t75" style="width:118.7pt;height:18.2pt" o:ole="">
            <v:imagedata r:id="rId574" o:title=""/>
          </v:shape>
          <o:OLEObject Type="Embed" ProgID="Equation.DSMT4" ShapeID="_x0000_i1305" DrawAspect="Content" ObjectID="_1840331759" r:id="rId575"/>
        </w:object>
      </w:r>
      <w:r w:rsidR="003A4ABB" w:rsidRPr="00B75A9A">
        <w:rPr>
          <w:rFonts w:ascii="Times New Roman" w:hAnsi="Times New Roman" w:cs="Times New Roman"/>
          <w:color w:val="202124"/>
          <w:sz w:val="28"/>
          <w:szCs w:val="28"/>
          <w:lang w:val="kk-KZ"/>
        </w:rPr>
        <w:t xml:space="preserve">жанама бірлік векторы </w:t>
      </w:r>
      <w:r w:rsidRPr="00B75A9A">
        <w:rPr>
          <w:rFonts w:ascii="Times New Roman" w:hAnsi="Times New Roman" w:cs="Times New Roman"/>
          <w:position w:val="-12"/>
          <w:sz w:val="28"/>
          <w:szCs w:val="28"/>
        </w:rPr>
        <w:object w:dxaOrig="2200" w:dyaOrig="380" w14:anchorId="7822400E">
          <v:shape id="_x0000_i1306" type="#_x0000_t75" style="width:110.75pt;height:18.2pt" o:ole="">
            <v:imagedata r:id="rId576" o:title=""/>
          </v:shape>
          <o:OLEObject Type="Embed" ProgID="Equation.DSMT4" ShapeID="_x0000_i1306" DrawAspect="Content" ObjectID="_1840331760" r:id="rId577"/>
        </w:object>
      </w:r>
      <w:r w:rsidR="003A4ABB" w:rsidRPr="00B75A9A">
        <w:rPr>
          <w:rFonts w:ascii="Times New Roman" w:hAnsi="Times New Roman" w:cs="Times New Roman"/>
          <w:position w:val="-12"/>
          <w:sz w:val="28"/>
          <w:szCs w:val="28"/>
          <w:lang w:val="kk-KZ"/>
        </w:rPr>
        <w:t xml:space="preserve"> </w:t>
      </w:r>
      <w:r w:rsidR="003A4ABB" w:rsidRPr="00B75A9A">
        <w:rPr>
          <w:rFonts w:ascii="Times New Roman" w:hAnsi="Times New Roman" w:cs="Times New Roman"/>
          <w:color w:val="202124"/>
          <w:sz w:val="28"/>
          <w:szCs w:val="28"/>
          <w:lang w:val="kk-KZ"/>
        </w:rPr>
        <w:t xml:space="preserve">нормальмен теңдігімен байланысады. </w:t>
      </w:r>
    </w:p>
    <w:p w14:paraId="0A7F4891" w14:textId="77777777" w:rsidR="003A4ABB" w:rsidRPr="00B75A9A" w:rsidRDefault="003A4ABB" w:rsidP="008F7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202124"/>
          <w:sz w:val="28"/>
          <w:szCs w:val="28"/>
          <w:lang w:val="kk-KZ"/>
        </w:rPr>
      </w:pPr>
      <w:r w:rsidRPr="00B75A9A">
        <w:rPr>
          <w:rFonts w:ascii="Times New Roman" w:hAnsi="Times New Roman" w:cs="Times New Roman"/>
          <w:color w:val="202124"/>
          <w:sz w:val="28"/>
          <w:szCs w:val="28"/>
          <w:lang w:val="kk-KZ"/>
        </w:rPr>
        <w:tab/>
        <w:t xml:space="preserve">Одан әрі </w:t>
      </w:r>
      <w:r w:rsidR="00A07FF5" w:rsidRPr="00B75A9A">
        <w:rPr>
          <w:rFonts w:ascii="Times New Roman" w:hAnsi="Times New Roman" w:cs="Times New Roman"/>
          <w:position w:val="-10"/>
          <w:sz w:val="28"/>
          <w:szCs w:val="28"/>
        </w:rPr>
        <w:object w:dxaOrig="2160" w:dyaOrig="400" w14:anchorId="550053F8">
          <v:shape id="_x0000_i1307" type="#_x0000_t75" style="width:110pt;height:18.2pt" o:ole="">
            <v:imagedata r:id="rId578" o:title=""/>
          </v:shape>
          <o:OLEObject Type="Embed" ProgID="Equation.DSMT4" ShapeID="_x0000_i1307" DrawAspect="Content" ObjectID="_1840331761" r:id="rId579"/>
        </w:object>
      </w:r>
      <w:r w:rsidRPr="00B75A9A">
        <w:rPr>
          <w:rFonts w:ascii="Times New Roman" w:hAnsi="Times New Roman" w:cs="Times New Roman"/>
          <w:position w:val="-10"/>
          <w:sz w:val="28"/>
          <w:szCs w:val="28"/>
          <w:lang w:val="kk-KZ"/>
        </w:rPr>
        <w:t xml:space="preserve"> </w:t>
      </w:r>
      <w:r w:rsidRPr="00B75A9A">
        <w:rPr>
          <w:rFonts w:ascii="Times New Roman" w:hAnsi="Times New Roman" w:cs="Times New Roman"/>
          <w:color w:val="202124"/>
          <w:sz w:val="28"/>
          <w:szCs w:val="28"/>
          <w:lang w:val="kk-KZ"/>
        </w:rPr>
        <w:t xml:space="preserve">Γ </w:t>
      </w:r>
      <w:r w:rsidRPr="00B75A9A">
        <w:rPr>
          <w:rFonts w:ascii="Times New Roman" w:hAnsi="Times New Roman" w:cs="Times New Roman"/>
          <w:color w:val="202124"/>
          <w:position w:val="-10"/>
          <w:sz w:val="28"/>
          <w:szCs w:val="28"/>
          <w:lang w:val="kk-KZ"/>
        </w:rPr>
        <w:t xml:space="preserve"> </w:t>
      </w:r>
      <w:r w:rsidRPr="00B75A9A">
        <w:rPr>
          <w:rFonts w:ascii="Times New Roman" w:hAnsi="Times New Roman" w:cs="Times New Roman"/>
          <w:color w:val="202124"/>
          <w:sz w:val="28"/>
          <w:szCs w:val="28"/>
          <w:lang w:val="kk-KZ"/>
        </w:rPr>
        <w:t xml:space="preserve">класына жатады деген болжаммен </w:t>
      </w:r>
      <w:r w:rsidR="00A07FF5" w:rsidRPr="00B75A9A">
        <w:rPr>
          <w:rFonts w:ascii="Times New Roman" w:hAnsi="Times New Roman" w:cs="Times New Roman"/>
          <w:position w:val="-12"/>
          <w:sz w:val="28"/>
          <w:szCs w:val="28"/>
        </w:rPr>
        <w:object w:dxaOrig="520" w:dyaOrig="360" w14:anchorId="08A226BE">
          <v:shape id="_x0000_i1308" type="#_x0000_t75" style="width:27.7pt;height:18.2pt" o:ole="">
            <v:imagedata r:id="rId580" o:title=""/>
          </v:shape>
          <o:OLEObject Type="Embed" ProgID="Equation.DSMT4" ShapeID="_x0000_i1308" DrawAspect="Content" ObjectID="_1840331762" r:id="rId581"/>
        </w:object>
      </w:r>
      <w:r w:rsidRPr="00B75A9A">
        <w:rPr>
          <w:rFonts w:ascii="Times New Roman" w:hAnsi="Times New Roman" w:cs="Times New Roman"/>
          <w:sz w:val="28"/>
          <w:szCs w:val="28"/>
          <w:lang w:val="kk-KZ"/>
        </w:rPr>
        <w:t xml:space="preserve">периодтық функциясы ретінде аламыз. </w:t>
      </w:r>
      <w:r w:rsidR="00A07FF5" w:rsidRPr="00B75A9A">
        <w:rPr>
          <w:rFonts w:ascii="Times New Roman" w:hAnsi="Times New Roman" w:cs="Times New Roman"/>
          <w:position w:val="-6"/>
          <w:sz w:val="28"/>
          <w:szCs w:val="28"/>
        </w:rPr>
        <w:object w:dxaOrig="520" w:dyaOrig="300" w14:anchorId="4FB4EBBD">
          <v:shape id="_x0000_i1309" type="#_x0000_t75" style="width:27.7pt;height:15.8pt" o:ole="">
            <v:imagedata r:id="rId582" o:title=""/>
          </v:shape>
          <o:OLEObject Type="Embed" ProgID="Equation.DSMT4" ShapeID="_x0000_i1309" DrawAspect="Content" ObjectID="_1840331763" r:id="rId583"/>
        </w:object>
      </w:r>
      <w:r w:rsidRPr="00B75A9A">
        <w:rPr>
          <w:rFonts w:ascii="Times New Roman" w:hAnsi="Times New Roman" w:cs="Times New Roman"/>
          <w:position w:val="-6"/>
          <w:sz w:val="28"/>
          <w:szCs w:val="28"/>
          <w:lang w:val="kk-KZ"/>
        </w:rPr>
        <w:t xml:space="preserve"> </w:t>
      </w:r>
      <w:r w:rsidRPr="00B75A9A">
        <w:rPr>
          <w:rFonts w:ascii="Times New Roman" w:hAnsi="Times New Roman" w:cs="Times New Roman"/>
          <w:sz w:val="28"/>
          <w:szCs w:val="28"/>
          <w:lang w:val="kk-KZ"/>
        </w:rPr>
        <w:t xml:space="preserve">жағдайында бұл шартты күшейтеміз </w:t>
      </w:r>
      <w:r w:rsidR="00A07FF5" w:rsidRPr="00B75A9A">
        <w:rPr>
          <w:rFonts w:ascii="Times New Roman" w:hAnsi="Times New Roman" w:cs="Times New Roman"/>
          <w:position w:val="-6"/>
          <w:sz w:val="28"/>
          <w:szCs w:val="28"/>
        </w:rPr>
        <w:object w:dxaOrig="1140" w:dyaOrig="360" w14:anchorId="6AC48BA6">
          <v:shape id="_x0000_i1310" type="#_x0000_t75" style="width:56.2pt;height:18.2pt" o:ole="">
            <v:imagedata r:id="rId584" o:title=""/>
          </v:shape>
          <o:OLEObject Type="Embed" ProgID="Equation.DSMT4" ShapeID="_x0000_i1310" DrawAspect="Content" ObjectID="_1840331764" r:id="rId585"/>
        </w:object>
      </w:r>
      <w:r w:rsidRPr="00B75A9A">
        <w:rPr>
          <w:rFonts w:ascii="Times New Roman" w:hAnsi="Times New Roman" w:cs="Times New Roman"/>
          <w:sz w:val="28"/>
          <w:szCs w:val="28"/>
          <w:lang w:val="kk-KZ"/>
        </w:rPr>
        <w:t>қандай да бір</w:t>
      </w:r>
      <w:r w:rsidR="00A07FF5" w:rsidRPr="00B75A9A">
        <w:rPr>
          <w:rFonts w:ascii="Times New Roman" w:hAnsi="Times New Roman" w:cs="Times New Roman"/>
          <w:position w:val="-6"/>
          <w:sz w:val="28"/>
          <w:szCs w:val="28"/>
        </w:rPr>
        <w:object w:dxaOrig="720" w:dyaOrig="300" w14:anchorId="112E3EEB">
          <v:shape id="_x0000_i1311" type="#_x0000_t75" style="width:37.2pt;height:15.8pt" o:ole="">
            <v:imagedata r:id="rId586" o:title=""/>
          </v:shape>
          <o:OLEObject Type="Embed" ProgID="Equation.DSMT4" ShapeID="_x0000_i1311" DrawAspect="Content" ObjectID="_1840331765" r:id="rId587"/>
        </w:object>
      </w:r>
      <w:r w:rsidRPr="00B75A9A">
        <w:rPr>
          <w:rFonts w:ascii="Times New Roman" w:hAnsi="Times New Roman" w:cs="Times New Roman"/>
          <w:color w:val="202124"/>
          <w:sz w:val="28"/>
          <w:szCs w:val="28"/>
          <w:lang w:val="kk-KZ"/>
        </w:rPr>
        <w:t>. Осыған байланысты</w:t>
      </w:r>
      <w:r w:rsidR="00A07FF5" w:rsidRPr="00B75A9A">
        <w:rPr>
          <w:rFonts w:ascii="Times New Roman" w:hAnsi="Times New Roman" w:cs="Times New Roman"/>
          <w:position w:val="-6"/>
          <w:sz w:val="28"/>
          <w:szCs w:val="28"/>
        </w:rPr>
        <w:object w:dxaOrig="680" w:dyaOrig="360" w14:anchorId="36306828">
          <v:shape id="_x0000_i1312" type="#_x0000_t75" style="width:34pt;height:18.2pt" o:ole="">
            <v:imagedata r:id="rId588" o:title=""/>
          </v:shape>
          <o:OLEObject Type="Embed" ProgID="Equation.DSMT4" ShapeID="_x0000_i1312" DrawAspect="Content" ObjectID="_1840331766" r:id="rId589"/>
        </w:object>
      </w:r>
      <w:r w:rsidRPr="00B75A9A">
        <w:rPr>
          <w:rFonts w:ascii="Times New Roman" w:hAnsi="Times New Roman" w:cs="Times New Roman"/>
          <w:color w:val="202124"/>
          <w:sz w:val="28"/>
          <w:szCs w:val="28"/>
          <w:lang w:val="kk-KZ"/>
        </w:rPr>
        <w:t xml:space="preserve"> деп, барлық </w:t>
      </w:r>
      <w:r w:rsidR="00A07FF5" w:rsidRPr="00B75A9A">
        <w:rPr>
          <w:rFonts w:ascii="Times New Roman" w:hAnsi="Times New Roman" w:cs="Times New Roman"/>
          <w:position w:val="-6"/>
          <w:sz w:val="28"/>
          <w:szCs w:val="28"/>
        </w:rPr>
        <w:object w:dxaOrig="720" w:dyaOrig="300" w14:anchorId="7A189581">
          <v:shape id="_x0000_i1313" type="#_x0000_t75" style="width:37.2pt;height:15.8pt" o:ole="">
            <v:imagedata r:id="rId590" o:title=""/>
          </v:shape>
          <o:OLEObject Type="Embed" ProgID="Equation.DSMT4" ShapeID="_x0000_i1313" DrawAspect="Content" ObjectID="_1840331767" r:id="rId591"/>
        </w:object>
      </w:r>
      <w:r w:rsidRPr="00B75A9A">
        <w:rPr>
          <w:rFonts w:ascii="Times New Roman" w:hAnsi="Times New Roman" w:cs="Times New Roman"/>
          <w:color w:val="202124"/>
          <w:sz w:val="28"/>
          <w:szCs w:val="28"/>
          <w:lang w:val="kk-KZ"/>
        </w:rPr>
        <w:t xml:space="preserve"> үшін </w:t>
      </w:r>
      <w:r w:rsidR="00A07FF5" w:rsidRPr="00B75A9A">
        <w:rPr>
          <w:rFonts w:ascii="Times New Roman" w:hAnsi="Times New Roman" w:cs="Times New Roman"/>
          <w:position w:val="-6"/>
          <w:sz w:val="28"/>
          <w:szCs w:val="28"/>
        </w:rPr>
        <w:object w:dxaOrig="700" w:dyaOrig="360" w14:anchorId="1C2C60F0">
          <v:shape id="_x0000_i1314" type="#_x0000_t75" style="width:37.2pt;height:18.2pt" o:ole="">
            <v:imagedata r:id="rId592" o:title=""/>
          </v:shape>
          <o:OLEObject Type="Embed" ProgID="Equation.DSMT4" ShapeID="_x0000_i1314" DrawAspect="Content" ObjectID="_1840331768" r:id="rId593"/>
        </w:object>
      </w:r>
      <w:r w:rsidRPr="00B75A9A">
        <w:rPr>
          <w:rFonts w:ascii="Times New Roman" w:hAnsi="Times New Roman" w:cs="Times New Roman"/>
          <w:color w:val="202124"/>
          <w:sz w:val="28"/>
          <w:szCs w:val="28"/>
          <w:lang w:val="kk-KZ"/>
        </w:rPr>
        <w:t xml:space="preserve"> кластарының бірігуін түсіну ыңғайлы</w:t>
      </w:r>
      <w:r w:rsidRPr="00B75A9A">
        <w:rPr>
          <w:rFonts w:ascii="Times New Roman" w:hAnsi="Times New Roman" w:cs="Times New Roman"/>
          <w:sz w:val="28"/>
          <w:szCs w:val="28"/>
          <w:lang w:val="kk-KZ"/>
        </w:rPr>
        <w:t xml:space="preserve">. </w:t>
      </w:r>
      <w:r w:rsidRPr="00B75A9A">
        <w:rPr>
          <w:rFonts w:ascii="Times New Roman" w:hAnsi="Times New Roman" w:cs="Times New Roman"/>
          <w:color w:val="202124"/>
          <w:sz w:val="28"/>
          <w:szCs w:val="28"/>
          <w:lang w:val="kk-KZ"/>
        </w:rPr>
        <w:t xml:space="preserve">Атап айтқанда, Γ барлық </w:t>
      </w:r>
      <w:r w:rsidR="00A07FF5" w:rsidRPr="00B75A9A">
        <w:rPr>
          <w:rFonts w:ascii="Times New Roman" w:hAnsi="Times New Roman" w:cs="Times New Roman"/>
          <w:position w:val="-6"/>
          <w:sz w:val="28"/>
          <w:szCs w:val="28"/>
        </w:rPr>
        <w:object w:dxaOrig="160" w:dyaOrig="300" w14:anchorId="6D8FA064">
          <v:shape id="_x0000_i1315" type="#_x0000_t75" style="width:9.5pt;height:15.8pt" o:ole="">
            <v:imagedata r:id="rId594" o:title=""/>
          </v:shape>
          <o:OLEObject Type="Embed" ProgID="Equation.DSMT4" ShapeID="_x0000_i1315" DrawAspect="Content" ObjectID="_1840331769" r:id="rId595"/>
        </w:object>
      </w:r>
      <w:r w:rsidRPr="00B75A9A">
        <w:rPr>
          <w:rFonts w:ascii="Times New Roman" w:hAnsi="Times New Roman" w:cs="Times New Roman"/>
          <w:color w:val="202124"/>
          <w:sz w:val="28"/>
          <w:szCs w:val="28"/>
          <w:lang w:val="kk-KZ"/>
        </w:rPr>
        <w:t>мәндері үшін осы классқа жатады.</w:t>
      </w:r>
    </w:p>
    <w:p w14:paraId="500F9208" w14:textId="77777777" w:rsidR="003A4ABB" w:rsidRPr="00B75A9A" w:rsidRDefault="003A4ABB" w:rsidP="008F7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202124"/>
          <w:sz w:val="28"/>
          <w:szCs w:val="28"/>
          <w:lang w:val="kk-KZ"/>
        </w:rPr>
      </w:pPr>
      <w:r w:rsidRPr="00B75A9A">
        <w:rPr>
          <w:rFonts w:ascii="Times New Roman" w:hAnsi="Times New Roman" w:cs="Times New Roman"/>
          <w:color w:val="202124"/>
          <w:sz w:val="28"/>
          <w:szCs w:val="28"/>
          <w:lang w:val="kk-KZ"/>
        </w:rPr>
        <w:lastRenderedPageBreak/>
        <w:tab/>
        <w:t xml:space="preserve">Сонымен, </w:t>
      </w:r>
      <w:r w:rsidR="00A07FF5" w:rsidRPr="00B75A9A">
        <w:rPr>
          <w:rFonts w:ascii="Times New Roman" w:hAnsi="Times New Roman" w:cs="Times New Roman"/>
          <w:position w:val="-12"/>
          <w:sz w:val="28"/>
          <w:szCs w:val="28"/>
        </w:rPr>
        <w:object w:dxaOrig="620" w:dyaOrig="380" w14:anchorId="3A0907ED">
          <v:shape id="_x0000_i1316" type="#_x0000_t75" style="width:28.5pt;height:18.2pt" o:ole="">
            <v:imagedata r:id="rId596" o:title=""/>
          </v:shape>
          <o:OLEObject Type="Embed" ProgID="Equation.DSMT4" ShapeID="_x0000_i1316" DrawAspect="Content" ObjectID="_1840331770" r:id="rId597"/>
        </w:object>
      </w:r>
      <w:r w:rsidRPr="00B75A9A">
        <w:rPr>
          <w:rFonts w:ascii="Times New Roman" w:hAnsi="Times New Roman" w:cs="Times New Roman"/>
          <w:color w:val="202124"/>
          <w:sz w:val="28"/>
          <w:szCs w:val="28"/>
          <w:lang w:val="kk-KZ"/>
        </w:rPr>
        <w:t xml:space="preserve"> функциялары, демек шекаралық дифференциалдық операторлардың коэффициенттері (1.3) </w:t>
      </w:r>
      <w:r w:rsidR="00A07FF5" w:rsidRPr="00B75A9A">
        <w:rPr>
          <w:rFonts w:ascii="Times New Roman" w:hAnsi="Times New Roman" w:cs="Times New Roman"/>
          <w:position w:val="-12"/>
          <w:sz w:val="28"/>
          <w:szCs w:val="28"/>
        </w:rPr>
        <w:object w:dxaOrig="1719" w:dyaOrig="420" w14:anchorId="0781E2A5">
          <v:shape id="_x0000_i1317" type="#_x0000_t75" style="width:87.8pt;height:20.55pt" o:ole="">
            <v:imagedata r:id="rId598" o:title=""/>
          </v:shape>
          <o:OLEObject Type="Embed" ProgID="Equation.DSMT4" ShapeID="_x0000_i1317" DrawAspect="Content" ObjectID="_1840331771" r:id="rId599"/>
        </w:object>
      </w:r>
      <w:r w:rsidRPr="00B75A9A">
        <w:rPr>
          <w:rFonts w:ascii="Times New Roman" w:hAnsi="Times New Roman" w:cs="Times New Roman"/>
          <w:color w:val="202124"/>
          <w:sz w:val="28"/>
          <w:szCs w:val="28"/>
          <w:lang w:val="kk-KZ"/>
        </w:rPr>
        <w:t xml:space="preserve"> және </w:t>
      </w:r>
      <w:r w:rsidR="00A07FF5" w:rsidRPr="00B75A9A">
        <w:rPr>
          <w:rFonts w:ascii="Times New Roman" w:hAnsi="Times New Roman" w:cs="Times New Roman"/>
          <w:position w:val="-12"/>
          <w:sz w:val="28"/>
          <w:szCs w:val="28"/>
        </w:rPr>
        <w:object w:dxaOrig="1620" w:dyaOrig="420" w14:anchorId="1CE09BBA">
          <v:shape id="_x0000_i1318" type="#_x0000_t75" style="width:79.1pt;height:20.55pt" o:ole="">
            <v:imagedata r:id="rId600" o:title=""/>
          </v:shape>
          <o:OLEObject Type="Embed" ProgID="Equation.DSMT4" ShapeID="_x0000_i1318" DrawAspect="Content" ObjectID="_1840331772" r:id="rId601"/>
        </w:object>
      </w:r>
      <w:r w:rsidRPr="00B75A9A">
        <w:rPr>
          <w:rFonts w:ascii="Times New Roman" w:hAnsi="Times New Roman" w:cs="Times New Roman"/>
          <w:color w:val="202124"/>
          <w:sz w:val="28"/>
          <w:szCs w:val="28"/>
          <w:lang w:val="kk-KZ"/>
        </w:rPr>
        <w:t xml:space="preserve"> класына жатады. (1.1) теңдеудің шешімі келесі</w:t>
      </w:r>
      <w:r w:rsidRPr="00B75A9A">
        <w:rPr>
          <w:rFonts w:ascii="Times New Roman" w:hAnsi="Times New Roman" w:cs="Times New Roman"/>
          <w:position w:val="-14"/>
          <w:sz w:val="28"/>
          <w:szCs w:val="28"/>
          <w:lang w:val="kk-KZ"/>
        </w:rPr>
        <w:t xml:space="preserve"> </w:t>
      </w:r>
      <w:r w:rsidRPr="00B75A9A">
        <w:rPr>
          <w:rFonts w:ascii="Times New Roman" w:hAnsi="Times New Roman" w:cs="Times New Roman"/>
          <w:color w:val="202124"/>
          <w:sz w:val="28"/>
          <w:szCs w:val="28"/>
          <w:lang w:val="kk-KZ"/>
        </w:rPr>
        <w:t>функциялар класынан ізделінеді</w:t>
      </w:r>
    </w:p>
    <w:p w14:paraId="00620EF5" w14:textId="77777777" w:rsidR="008F75AB" w:rsidRPr="00B75A9A" w:rsidRDefault="008F75AB" w:rsidP="008F7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202124"/>
          <w:sz w:val="28"/>
          <w:szCs w:val="28"/>
          <w:lang w:val="kk-KZ"/>
        </w:rPr>
      </w:pPr>
    </w:p>
    <w:p w14:paraId="4CE47C82" w14:textId="77777777" w:rsidR="003A4ABB" w:rsidRPr="00B75A9A" w:rsidRDefault="00A07FF5" w:rsidP="008F75AB">
      <w:pPr>
        <w:spacing w:after="0" w:line="240" w:lineRule="auto"/>
        <w:jc w:val="right"/>
        <w:rPr>
          <w:rFonts w:ascii="Times New Roman" w:hAnsi="Times New Roman" w:cs="Times New Roman"/>
          <w:color w:val="202124"/>
          <w:sz w:val="28"/>
          <w:szCs w:val="28"/>
          <w:lang w:val="kk-KZ"/>
        </w:rPr>
      </w:pPr>
      <w:r w:rsidRPr="00B75A9A">
        <w:rPr>
          <w:rFonts w:ascii="Times New Roman" w:hAnsi="Times New Roman" w:cs="Times New Roman"/>
          <w:position w:val="-20"/>
          <w:sz w:val="28"/>
          <w:szCs w:val="28"/>
        </w:rPr>
        <w:object w:dxaOrig="5220" w:dyaOrig="540" w14:anchorId="6FC2E27E">
          <v:shape id="_x0000_i1319" type="#_x0000_t75" style="width:261.9pt;height:27.7pt" o:ole="">
            <v:imagedata r:id="rId602" o:title=""/>
          </v:shape>
          <o:OLEObject Type="Embed" ProgID="Equation.DSMT4" ShapeID="_x0000_i1319" DrawAspect="Content" ObjectID="_1840331773" r:id="rId603"/>
        </w:object>
      </w:r>
      <w:r w:rsidR="003A4ABB" w:rsidRPr="00B75A9A">
        <w:rPr>
          <w:rFonts w:ascii="Times New Roman" w:hAnsi="Times New Roman" w:cs="Times New Roman"/>
          <w:position w:val="-22"/>
          <w:sz w:val="28"/>
          <w:szCs w:val="28"/>
          <w:lang w:val="kk-KZ"/>
        </w:rPr>
        <w:t xml:space="preserve">      </w:t>
      </w:r>
      <w:r w:rsidR="003A4ABB" w:rsidRPr="00B75A9A">
        <w:rPr>
          <w:rFonts w:ascii="Times New Roman" w:hAnsi="Times New Roman" w:cs="Times New Roman"/>
          <w:sz w:val="28"/>
          <w:szCs w:val="28"/>
          <w:lang w:val="kk-KZ"/>
        </w:rPr>
        <w:t xml:space="preserve">           (1.4)</w:t>
      </w:r>
      <w:r w:rsidR="003A4ABB" w:rsidRPr="00B75A9A">
        <w:rPr>
          <w:rFonts w:ascii="Times New Roman" w:hAnsi="Times New Roman" w:cs="Times New Roman"/>
          <w:color w:val="202124"/>
          <w:sz w:val="28"/>
          <w:szCs w:val="28"/>
          <w:lang w:val="kk-KZ"/>
        </w:rPr>
        <w:t xml:space="preserve"> </w:t>
      </w:r>
    </w:p>
    <w:p w14:paraId="74896735" w14:textId="77777777" w:rsidR="008F75AB" w:rsidRPr="00B75A9A" w:rsidRDefault="008F75AB" w:rsidP="008F75AB">
      <w:pPr>
        <w:spacing w:after="0" w:line="240" w:lineRule="auto"/>
        <w:rPr>
          <w:rFonts w:ascii="Times New Roman" w:hAnsi="Times New Roman" w:cs="Times New Roman"/>
          <w:color w:val="202124"/>
          <w:sz w:val="28"/>
          <w:szCs w:val="28"/>
          <w:lang w:val="kk-KZ"/>
        </w:rPr>
      </w:pPr>
    </w:p>
    <w:p w14:paraId="56495EA1" w14:textId="77777777" w:rsidR="003A4ABB" w:rsidRPr="00B75A9A" w:rsidRDefault="003A4ABB" w:rsidP="008F7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lang w:val="kk-KZ"/>
        </w:rPr>
      </w:pPr>
      <w:r w:rsidRPr="00B75A9A">
        <w:rPr>
          <w:rFonts w:ascii="Times New Roman" w:hAnsi="Times New Roman" w:cs="Times New Roman"/>
          <w:color w:val="202124"/>
          <w:sz w:val="28"/>
          <w:szCs w:val="28"/>
          <w:lang w:val="kk-KZ"/>
        </w:rPr>
        <w:t xml:space="preserve">Өйткені бұл </w:t>
      </w:r>
      <w:r w:rsidR="00A07FF5" w:rsidRPr="00B75A9A">
        <w:rPr>
          <w:rFonts w:ascii="Times New Roman" w:hAnsi="Times New Roman" w:cs="Times New Roman"/>
          <w:position w:val="-6"/>
          <w:sz w:val="28"/>
          <w:szCs w:val="28"/>
        </w:rPr>
        <w:object w:dxaOrig="220" w:dyaOrig="240" w14:anchorId="2277F742">
          <v:shape id="_x0000_i1320" type="#_x0000_t75" style="width:11.85pt;height:11.85pt" o:ole="">
            <v:imagedata r:id="rId604" o:title=""/>
          </v:shape>
          <o:OLEObject Type="Embed" ProgID="Equation.DSMT4" ShapeID="_x0000_i1320" DrawAspect="Content" ObjectID="_1840331774" r:id="rId605"/>
        </w:object>
      </w:r>
      <w:r w:rsidRPr="00B75A9A">
        <w:rPr>
          <w:rFonts w:ascii="Times New Roman" w:hAnsi="Times New Roman" w:cs="Times New Roman"/>
          <w:color w:val="202124"/>
          <w:position w:val="-6"/>
          <w:sz w:val="28"/>
          <w:szCs w:val="28"/>
          <w:lang w:val="kk-KZ"/>
        </w:rPr>
        <w:t xml:space="preserve"> </w:t>
      </w:r>
      <w:r w:rsidRPr="00B75A9A">
        <w:rPr>
          <w:rFonts w:ascii="Times New Roman" w:hAnsi="Times New Roman" w:cs="Times New Roman"/>
          <w:color w:val="202124"/>
          <w:sz w:val="28"/>
          <w:szCs w:val="28"/>
          <w:lang w:val="kk-KZ"/>
        </w:rPr>
        <w:t xml:space="preserve">класстың  элементтері  үшін </w:t>
      </w:r>
      <w:r w:rsidR="00A07FF5" w:rsidRPr="00B75A9A">
        <w:rPr>
          <w:rFonts w:ascii="Times New Roman" w:hAnsi="Times New Roman" w:cs="Times New Roman"/>
          <w:position w:val="-12"/>
          <w:sz w:val="28"/>
          <w:szCs w:val="28"/>
        </w:rPr>
        <w:object w:dxaOrig="1480" w:dyaOrig="440" w14:anchorId="6F555FA3">
          <v:shape id="_x0000_i1321" type="#_x0000_t75" style="width:75.15pt;height:20.55pt" o:ole="">
            <v:imagedata r:id="rId606" o:title=""/>
          </v:shape>
          <o:OLEObject Type="Embed" ProgID="Equation.DSMT4" ShapeID="_x0000_i1321" DrawAspect="Content" ObjectID="_1840331775" r:id="rId607"/>
        </w:object>
      </w:r>
      <w:r w:rsidRPr="00B75A9A">
        <w:rPr>
          <w:rFonts w:ascii="Times New Roman" w:hAnsi="Times New Roman" w:cs="Times New Roman"/>
          <w:color w:val="202124"/>
          <w:sz w:val="28"/>
          <w:szCs w:val="28"/>
          <w:lang w:val="kk-KZ"/>
        </w:rPr>
        <w:t xml:space="preserve">, (1.1) теңдеуінің </w:t>
      </w:r>
      <w:r w:rsidR="00A07FF5" w:rsidRPr="00B75A9A">
        <w:rPr>
          <w:rFonts w:ascii="Times New Roman" w:hAnsi="Times New Roman" w:cs="Times New Roman"/>
          <w:position w:val="-12"/>
          <w:sz w:val="28"/>
          <w:szCs w:val="28"/>
        </w:rPr>
        <w:object w:dxaOrig="260" w:dyaOrig="360" w14:anchorId="3942E70D">
          <v:shape id="_x0000_i1322" type="#_x0000_t75" style="width:11.85pt;height:18.2pt" o:ole="">
            <v:imagedata r:id="rId608" o:title=""/>
          </v:shape>
          <o:OLEObject Type="Embed" ProgID="Equation.DSMT4" ShapeID="_x0000_i1322" DrawAspect="Content" ObjectID="_1840331776" r:id="rId609"/>
        </w:object>
      </w:r>
      <w:r w:rsidRPr="00B75A9A">
        <w:rPr>
          <w:rFonts w:ascii="Times New Roman" w:hAnsi="Times New Roman" w:cs="Times New Roman"/>
          <w:color w:val="202124"/>
          <w:sz w:val="28"/>
          <w:szCs w:val="28"/>
          <w:lang w:val="kk-KZ"/>
        </w:rPr>
        <w:t xml:space="preserve"> оң жағы </w:t>
      </w:r>
      <w:r w:rsidR="00A07FF5" w:rsidRPr="00B75A9A">
        <w:rPr>
          <w:rFonts w:ascii="Times New Roman" w:hAnsi="Times New Roman" w:cs="Times New Roman"/>
          <w:position w:val="-12"/>
          <w:sz w:val="28"/>
          <w:szCs w:val="28"/>
        </w:rPr>
        <w:object w:dxaOrig="840" w:dyaOrig="440" w14:anchorId="56A6BADC">
          <v:shape id="_x0000_i1323" type="#_x0000_t75" style="width:43.5pt;height:20.55pt" o:ole="">
            <v:imagedata r:id="rId610" o:title=""/>
          </v:shape>
          <o:OLEObject Type="Embed" ProgID="Equation.DSMT4" ShapeID="_x0000_i1323" DrawAspect="Content" ObjectID="_1840331777" r:id="rId611"/>
        </w:object>
      </w:r>
      <w:r w:rsidRPr="00B75A9A">
        <w:rPr>
          <w:rFonts w:ascii="Times New Roman" w:hAnsi="Times New Roman" w:cs="Times New Roman"/>
          <w:position w:val="-12"/>
          <w:sz w:val="28"/>
          <w:szCs w:val="28"/>
          <w:lang w:val="kk-KZ"/>
        </w:rPr>
        <w:t xml:space="preserve"> </w:t>
      </w:r>
      <w:r w:rsidRPr="00B75A9A">
        <w:rPr>
          <w:rFonts w:ascii="Times New Roman" w:hAnsi="Times New Roman" w:cs="Times New Roman"/>
          <w:position w:val="-20"/>
          <w:sz w:val="28"/>
          <w:szCs w:val="28"/>
          <w:lang w:val="kk-KZ"/>
        </w:rPr>
        <w:t xml:space="preserve"> </w:t>
      </w:r>
      <w:r w:rsidRPr="00B75A9A">
        <w:rPr>
          <w:rFonts w:ascii="Times New Roman" w:hAnsi="Times New Roman" w:cs="Times New Roman"/>
          <w:color w:val="202124"/>
          <w:sz w:val="28"/>
          <w:szCs w:val="28"/>
          <w:lang w:val="kk-KZ"/>
        </w:rPr>
        <w:t>кеңістігіне  тиесілі болуы керек.</w:t>
      </w:r>
    </w:p>
    <w:p w14:paraId="57C0226D" w14:textId="77777777" w:rsidR="003A4ABB" w:rsidRPr="00B75A9A" w:rsidRDefault="003A4ABB" w:rsidP="008F7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202124"/>
          <w:sz w:val="28"/>
          <w:szCs w:val="28"/>
          <w:lang w:val="kk-KZ"/>
        </w:rPr>
      </w:pPr>
      <w:r w:rsidRPr="00B75A9A">
        <w:rPr>
          <w:rFonts w:ascii="Times New Roman" w:hAnsi="Times New Roman" w:cs="Times New Roman"/>
          <w:sz w:val="28"/>
          <w:szCs w:val="28"/>
          <w:lang w:val="kk-KZ"/>
        </w:rPr>
        <w:tab/>
      </w:r>
      <w:r w:rsidRPr="00B75A9A">
        <w:rPr>
          <w:rFonts w:ascii="Times New Roman" w:hAnsi="Times New Roman" w:cs="Times New Roman"/>
          <w:color w:val="202124"/>
          <w:sz w:val="28"/>
          <w:szCs w:val="28"/>
          <w:lang w:val="kk-KZ"/>
        </w:rPr>
        <w:t xml:space="preserve">Айталық, </w:t>
      </w:r>
      <w:r w:rsidR="00A07FF5" w:rsidRPr="00B75A9A">
        <w:rPr>
          <w:rFonts w:ascii="Times New Roman" w:hAnsi="Times New Roman" w:cs="Times New Roman"/>
          <w:position w:val="-12"/>
          <w:sz w:val="28"/>
          <w:szCs w:val="28"/>
        </w:rPr>
        <w:object w:dxaOrig="1640" w:dyaOrig="440" w14:anchorId="555B5B4B">
          <v:shape id="_x0000_i1324" type="#_x0000_t75" style="width:80.7pt;height:20.55pt" o:ole="">
            <v:imagedata r:id="rId612" o:title=""/>
          </v:shape>
          <o:OLEObject Type="Embed" ProgID="Equation.DSMT4" ShapeID="_x0000_i1324" DrawAspect="Content" ObjectID="_1840331778" r:id="rId613"/>
        </w:object>
      </w:r>
      <w:r w:rsidRPr="00B75A9A">
        <w:rPr>
          <w:rFonts w:ascii="Times New Roman" w:hAnsi="Times New Roman" w:cs="Times New Roman"/>
          <w:color w:val="202124"/>
          <w:sz w:val="28"/>
          <w:szCs w:val="28"/>
          <w:lang w:val="kk-KZ"/>
        </w:rPr>
        <w:t xml:space="preserve"> де </w:t>
      </w:r>
      <w:r w:rsidR="00A07FF5" w:rsidRPr="00B75A9A">
        <w:rPr>
          <w:rFonts w:ascii="Times New Roman" w:hAnsi="Times New Roman" w:cs="Times New Roman"/>
          <w:position w:val="-12"/>
          <w:sz w:val="28"/>
          <w:szCs w:val="28"/>
        </w:rPr>
        <w:object w:dxaOrig="1260" w:dyaOrig="420" w14:anchorId="2CCA3021">
          <v:shape id="_x0000_i1325" type="#_x0000_t75" style="width:64.9pt;height:20.55pt" o:ole="">
            <v:imagedata r:id="rId614" o:title=""/>
          </v:shape>
          <o:OLEObject Type="Embed" ProgID="Equation.DSMT4" ShapeID="_x0000_i1325" DrawAspect="Content" ObjectID="_1840331779" r:id="rId615"/>
        </w:object>
      </w:r>
      <w:r w:rsidRPr="00B75A9A">
        <w:rPr>
          <w:rFonts w:ascii="Times New Roman" w:hAnsi="Times New Roman" w:cs="Times New Roman"/>
          <w:position w:val="-14"/>
          <w:sz w:val="28"/>
          <w:szCs w:val="28"/>
          <w:lang w:val="kk-KZ"/>
        </w:rPr>
        <w:t xml:space="preserve"> </w:t>
      </w:r>
      <w:r w:rsidRPr="00B75A9A">
        <w:rPr>
          <w:rFonts w:ascii="Times New Roman" w:hAnsi="Times New Roman" w:cs="Times New Roman"/>
          <w:color w:val="202124"/>
          <w:sz w:val="28"/>
          <w:szCs w:val="28"/>
          <w:lang w:val="kk-KZ"/>
        </w:rPr>
        <w:t xml:space="preserve">функциясының доға ұзындығының  </w:t>
      </w:r>
      <w:r w:rsidR="00A07FF5" w:rsidRPr="00B75A9A">
        <w:rPr>
          <w:rFonts w:ascii="Times New Roman" w:hAnsi="Times New Roman" w:cs="Times New Roman"/>
          <w:position w:val="-6"/>
          <w:sz w:val="28"/>
          <w:szCs w:val="28"/>
        </w:rPr>
        <w:object w:dxaOrig="200" w:dyaOrig="240" w14:anchorId="63A51A55">
          <v:shape id="_x0000_i1326" type="#_x0000_t75" style="width:9.5pt;height:11.85pt" o:ole="">
            <v:imagedata r:id="rId616" o:title=""/>
          </v:shape>
          <o:OLEObject Type="Embed" ProgID="Equation.DSMT4" ShapeID="_x0000_i1326" DrawAspect="Content" ObjectID="_1840331780" r:id="rId617"/>
        </w:object>
      </w:r>
      <w:r w:rsidRPr="00B75A9A">
        <w:rPr>
          <w:rFonts w:ascii="Times New Roman" w:hAnsi="Times New Roman" w:cs="Times New Roman"/>
          <w:position w:val="-12"/>
          <w:sz w:val="28"/>
          <w:szCs w:val="28"/>
          <w:lang w:val="kk-KZ"/>
        </w:rPr>
        <w:t xml:space="preserve"> </w:t>
      </w:r>
      <w:r w:rsidRPr="00B75A9A">
        <w:rPr>
          <w:rFonts w:ascii="Times New Roman" w:hAnsi="Times New Roman" w:cs="Times New Roman"/>
          <w:color w:val="202124"/>
          <w:sz w:val="28"/>
          <w:szCs w:val="28"/>
          <w:lang w:val="kk-KZ"/>
        </w:rPr>
        <w:t xml:space="preserve">параметрі  бойынша </w:t>
      </w:r>
      <w:r w:rsidR="00A07FF5" w:rsidRPr="00B75A9A">
        <w:rPr>
          <w:rFonts w:ascii="Times New Roman" w:hAnsi="Times New Roman" w:cs="Times New Roman"/>
          <w:position w:val="-4"/>
          <w:sz w:val="28"/>
          <w:szCs w:val="28"/>
        </w:rPr>
        <w:object w:dxaOrig="200" w:dyaOrig="220" w14:anchorId="4FF01F7F">
          <v:shape id="_x0000_i1327" type="#_x0000_t75" style="width:9.5pt;height:11.85pt" o:ole="">
            <v:imagedata r:id="rId618" o:title=""/>
          </v:shape>
          <o:OLEObject Type="Embed" ProgID="Equation.DSMT4" ShapeID="_x0000_i1327" DrawAspect="Content" ObjectID="_1840331781" r:id="rId619"/>
        </w:object>
      </w:r>
      <w:r w:rsidRPr="00B75A9A">
        <w:rPr>
          <w:rFonts w:ascii="Times New Roman" w:hAnsi="Times New Roman" w:cs="Times New Roman"/>
          <w:color w:val="202124"/>
          <w:sz w:val="28"/>
          <w:szCs w:val="28"/>
          <w:lang w:val="kk-KZ"/>
        </w:rPr>
        <w:t>-ші ретті туындысын  білдірсін, яғни:</w:t>
      </w:r>
    </w:p>
    <w:p w14:paraId="00F58492" w14:textId="77777777" w:rsidR="003A4ABB" w:rsidRPr="00B75A9A" w:rsidRDefault="003A4ABB" w:rsidP="008F7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202124"/>
          <w:sz w:val="28"/>
          <w:szCs w:val="28"/>
          <w:lang w:val="kk-KZ"/>
        </w:rPr>
      </w:pPr>
    </w:p>
    <w:p w14:paraId="65EB87C3" w14:textId="77777777" w:rsidR="003A4ABB" w:rsidRPr="00B75A9A" w:rsidRDefault="00A07FF5" w:rsidP="008F75AB">
      <w:pPr>
        <w:spacing w:after="0" w:line="240" w:lineRule="auto"/>
        <w:jc w:val="center"/>
        <w:rPr>
          <w:rFonts w:ascii="Times New Roman" w:hAnsi="Times New Roman" w:cs="Times New Roman"/>
          <w:position w:val="-24"/>
          <w:sz w:val="28"/>
          <w:szCs w:val="28"/>
        </w:rPr>
      </w:pPr>
      <w:r w:rsidRPr="00B75A9A">
        <w:rPr>
          <w:rFonts w:ascii="Times New Roman" w:hAnsi="Times New Roman" w:cs="Times New Roman"/>
          <w:position w:val="-28"/>
          <w:sz w:val="28"/>
          <w:szCs w:val="28"/>
        </w:rPr>
        <w:object w:dxaOrig="2740" w:dyaOrig="760" w14:anchorId="49F52533">
          <v:shape id="_x0000_i1328" type="#_x0000_t75" style="width:136.9pt;height:38pt" o:ole="">
            <v:imagedata r:id="rId620" o:title=""/>
          </v:shape>
          <o:OLEObject Type="Embed" ProgID="Equation.DSMT4" ShapeID="_x0000_i1328" DrawAspect="Content" ObjectID="_1840331782" r:id="rId621"/>
        </w:object>
      </w:r>
    </w:p>
    <w:p w14:paraId="17C442EC" w14:textId="77777777" w:rsidR="003A4ABB" w:rsidRPr="00B75A9A" w:rsidRDefault="003A4ABB" w:rsidP="008F75AB">
      <w:pPr>
        <w:spacing w:after="0" w:line="240" w:lineRule="auto"/>
        <w:rPr>
          <w:rFonts w:ascii="Times New Roman" w:hAnsi="Times New Roman" w:cs="Times New Roman"/>
          <w:color w:val="202124"/>
          <w:position w:val="-14"/>
          <w:sz w:val="28"/>
          <w:szCs w:val="28"/>
          <w:lang w:val="kk-KZ"/>
        </w:rPr>
      </w:pPr>
    </w:p>
    <w:p w14:paraId="5F481912" w14:textId="77777777" w:rsidR="003A4ABB" w:rsidRPr="00B75A9A" w:rsidRDefault="003A4ABB" w:rsidP="008F75AB">
      <w:pPr>
        <w:spacing w:after="0" w:line="240" w:lineRule="auto"/>
        <w:rPr>
          <w:rFonts w:ascii="Times New Roman" w:hAnsi="Times New Roman" w:cs="Times New Roman"/>
          <w:sz w:val="28"/>
          <w:szCs w:val="28"/>
          <w:lang w:val="kk-KZ"/>
        </w:rPr>
      </w:pPr>
      <w:r w:rsidRPr="00B75A9A">
        <w:rPr>
          <w:rFonts w:ascii="Times New Roman" w:hAnsi="Times New Roman" w:cs="Times New Roman"/>
          <w:sz w:val="28"/>
          <w:szCs w:val="28"/>
          <w:lang w:val="kk-KZ"/>
        </w:rPr>
        <w:t xml:space="preserve"> [19]-дa көрсетілгендей, кез-келген  </w:t>
      </w:r>
      <w:r w:rsidR="00A07FF5" w:rsidRPr="00B75A9A">
        <w:rPr>
          <w:rFonts w:ascii="Times New Roman" w:hAnsi="Times New Roman" w:cs="Times New Roman"/>
          <w:position w:val="-12"/>
          <w:sz w:val="28"/>
          <w:szCs w:val="28"/>
        </w:rPr>
        <w:object w:dxaOrig="1240" w:dyaOrig="360" w14:anchorId="5CA0FC1A">
          <v:shape id="_x0000_i1329" type="#_x0000_t75" style="width:63.3pt;height:18.2pt" o:ole="">
            <v:imagedata r:id="rId622" o:title=""/>
          </v:shape>
          <o:OLEObject Type="Embed" ProgID="Equation.DSMT4" ShapeID="_x0000_i1329" DrawAspect="Content" ObjectID="_1840331783" r:id="rId623"/>
        </w:object>
      </w:r>
      <w:r w:rsidRPr="00B75A9A">
        <w:rPr>
          <w:rFonts w:ascii="Times New Roman" w:hAnsi="Times New Roman" w:cs="Times New Roman"/>
          <w:sz w:val="28"/>
          <w:szCs w:val="28"/>
          <w:lang w:val="kk-KZ"/>
        </w:rPr>
        <w:t xml:space="preserve"> функциясы үшін теңдеу:</w:t>
      </w:r>
    </w:p>
    <w:p w14:paraId="6BF6B05D" w14:textId="77777777" w:rsidR="003A4ABB" w:rsidRPr="00B75A9A" w:rsidRDefault="003A4ABB" w:rsidP="008F75AB">
      <w:pPr>
        <w:spacing w:after="0" w:line="240" w:lineRule="auto"/>
        <w:rPr>
          <w:rFonts w:ascii="Times New Roman" w:hAnsi="Times New Roman" w:cs="Times New Roman"/>
          <w:sz w:val="28"/>
          <w:szCs w:val="28"/>
          <w:lang w:val="kk-KZ"/>
        </w:rPr>
      </w:pPr>
    </w:p>
    <w:p w14:paraId="71D8BE0B" w14:textId="77777777" w:rsidR="003A4ABB" w:rsidRPr="00B75A9A" w:rsidRDefault="00A07FF5" w:rsidP="008F75AB">
      <w:pPr>
        <w:spacing w:after="0" w:line="240" w:lineRule="auto"/>
        <w:jc w:val="center"/>
        <w:rPr>
          <w:rFonts w:ascii="Times New Roman" w:hAnsi="Times New Roman" w:cs="Times New Roman"/>
          <w:position w:val="-30"/>
          <w:sz w:val="28"/>
          <w:szCs w:val="28"/>
        </w:rPr>
      </w:pPr>
      <w:r w:rsidRPr="00B75A9A">
        <w:rPr>
          <w:rFonts w:ascii="Times New Roman" w:hAnsi="Times New Roman" w:cs="Times New Roman"/>
          <w:position w:val="-36"/>
          <w:sz w:val="28"/>
          <w:szCs w:val="28"/>
        </w:rPr>
        <w:object w:dxaOrig="2220" w:dyaOrig="680" w14:anchorId="26F464D6">
          <v:shape id="_x0000_i1330" type="#_x0000_t75" style="width:110.75pt;height:34pt" o:ole="">
            <v:imagedata r:id="rId624" o:title=""/>
          </v:shape>
          <o:OLEObject Type="Embed" ProgID="Equation.DSMT4" ShapeID="_x0000_i1330" DrawAspect="Content" ObjectID="_1840331784" r:id="rId625"/>
        </w:object>
      </w:r>
    </w:p>
    <w:p w14:paraId="22FF9952" w14:textId="77777777" w:rsidR="003A4ABB" w:rsidRPr="00B75A9A" w:rsidRDefault="003A4ABB" w:rsidP="008F75AB">
      <w:pPr>
        <w:spacing w:after="0" w:line="240" w:lineRule="auto"/>
        <w:rPr>
          <w:rFonts w:ascii="Times New Roman" w:hAnsi="Times New Roman" w:cs="Times New Roman"/>
          <w:color w:val="202124"/>
          <w:position w:val="-14"/>
          <w:sz w:val="28"/>
          <w:szCs w:val="28"/>
          <w:lang w:val="kk-KZ"/>
        </w:rPr>
      </w:pPr>
    </w:p>
    <w:p w14:paraId="42A992DD" w14:textId="77777777" w:rsidR="003A4ABB" w:rsidRPr="00B75A9A" w:rsidRDefault="003A4ABB" w:rsidP="008F7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lang w:val="kk-KZ"/>
        </w:rPr>
      </w:pPr>
      <w:r w:rsidRPr="00B75A9A">
        <w:rPr>
          <w:rFonts w:ascii="Times New Roman" w:hAnsi="Times New Roman" w:cs="Times New Roman"/>
          <w:color w:val="202124"/>
          <w:sz w:val="28"/>
          <w:szCs w:val="28"/>
          <w:lang w:val="kk-KZ"/>
        </w:rPr>
        <w:t xml:space="preserve">мұндағы </w:t>
      </w:r>
      <w:r w:rsidR="00A07FF5" w:rsidRPr="00B75A9A">
        <w:rPr>
          <w:rFonts w:ascii="Times New Roman" w:hAnsi="Times New Roman" w:cs="Times New Roman"/>
          <w:position w:val="-12"/>
          <w:sz w:val="28"/>
          <w:szCs w:val="28"/>
        </w:rPr>
        <w:object w:dxaOrig="380" w:dyaOrig="380" w14:anchorId="08CD3518">
          <v:shape id="_x0000_i1331" type="#_x0000_t75" style="width:18.2pt;height:18.2pt" o:ole="">
            <v:imagedata r:id="rId626" o:title=""/>
          </v:shape>
          <o:OLEObject Type="Embed" ProgID="Equation.DSMT4" ShapeID="_x0000_i1331" DrawAspect="Content" ObjectID="_1840331785" r:id="rId627"/>
        </w:object>
      </w:r>
      <w:r w:rsidRPr="00B75A9A">
        <w:rPr>
          <w:rFonts w:ascii="Times New Roman" w:hAnsi="Times New Roman" w:cs="Times New Roman"/>
          <w:position w:val="-12"/>
          <w:sz w:val="28"/>
          <w:szCs w:val="28"/>
          <w:lang w:val="kk-KZ"/>
        </w:rPr>
        <w:t xml:space="preserve">  </w:t>
      </w:r>
      <w:r w:rsidRPr="00B75A9A">
        <w:rPr>
          <w:rFonts w:ascii="Times New Roman" w:hAnsi="Times New Roman" w:cs="Times New Roman"/>
          <w:color w:val="202124"/>
          <w:sz w:val="28"/>
          <w:szCs w:val="28"/>
          <w:lang w:val="kk-KZ"/>
        </w:rPr>
        <w:t xml:space="preserve">элементі </w:t>
      </w:r>
      <w:r w:rsidR="00A07FF5" w:rsidRPr="00B75A9A">
        <w:rPr>
          <w:rFonts w:ascii="Times New Roman" w:hAnsi="Times New Roman" w:cs="Times New Roman"/>
          <w:position w:val="-14"/>
          <w:sz w:val="28"/>
          <w:szCs w:val="28"/>
        </w:rPr>
        <w:object w:dxaOrig="999" w:dyaOrig="440" w14:anchorId="437A9AE8">
          <v:shape id="_x0000_i1332" type="#_x0000_t75" style="width:49.05pt;height:20.55pt" o:ole="">
            <v:imagedata r:id="rId628" o:title=""/>
          </v:shape>
          <o:OLEObject Type="Embed" ProgID="Equation.DSMT4" ShapeID="_x0000_i1332" DrawAspect="Content" ObjectID="_1840331786" r:id="rId629"/>
        </w:object>
      </w:r>
      <w:r w:rsidRPr="00B75A9A">
        <w:rPr>
          <w:rFonts w:ascii="Times New Roman" w:hAnsi="Times New Roman" w:cs="Times New Roman"/>
          <w:color w:val="202124"/>
          <w:sz w:val="28"/>
          <w:szCs w:val="28"/>
          <w:lang w:val="kk-KZ"/>
        </w:rPr>
        <w:t xml:space="preserve"> класында бірмәнді шешіледі, мұндағы </w:t>
      </w:r>
      <w:r w:rsidR="00A07FF5" w:rsidRPr="00B75A9A">
        <w:rPr>
          <w:rFonts w:ascii="Times New Roman" w:hAnsi="Times New Roman" w:cs="Times New Roman"/>
          <w:position w:val="-12"/>
          <w:sz w:val="28"/>
          <w:szCs w:val="28"/>
        </w:rPr>
        <w:object w:dxaOrig="980" w:dyaOrig="380" w14:anchorId="5195912B">
          <v:shape id="_x0000_i1333" type="#_x0000_t75" style="width:46.7pt;height:18.2pt" o:ole="">
            <v:imagedata r:id="rId630" o:title=""/>
          </v:shape>
          <o:OLEObject Type="Embed" ProgID="Equation.DSMT4" ShapeID="_x0000_i1333" DrawAspect="Content" ObjectID="_1840331787" r:id="rId631"/>
        </w:object>
      </w:r>
      <w:r w:rsidRPr="00B75A9A">
        <w:rPr>
          <w:rFonts w:ascii="Times New Roman" w:hAnsi="Times New Roman" w:cs="Times New Roman"/>
          <w:color w:val="202124"/>
          <w:sz w:val="28"/>
          <w:szCs w:val="28"/>
          <w:lang w:val="kk-KZ"/>
        </w:rPr>
        <w:t xml:space="preserve"> </w:t>
      </w:r>
      <w:r w:rsidRPr="00B75A9A">
        <w:rPr>
          <w:rFonts w:ascii="Times New Roman" w:hAnsi="Times New Roman" w:cs="Times New Roman"/>
          <w:color w:val="202124"/>
          <w:position w:val="-12"/>
          <w:sz w:val="28"/>
          <w:szCs w:val="28"/>
          <w:lang w:val="kk-KZ"/>
        </w:rPr>
        <w:t xml:space="preserve"> </w:t>
      </w:r>
      <w:r w:rsidRPr="00B75A9A">
        <w:rPr>
          <w:rFonts w:ascii="Times New Roman" w:hAnsi="Times New Roman" w:cs="Times New Roman"/>
          <w:color w:val="202124"/>
          <w:sz w:val="28"/>
          <w:szCs w:val="28"/>
          <w:lang w:val="kk-KZ"/>
        </w:rPr>
        <w:t>доғасының ұзындығын білдіреді.</w:t>
      </w:r>
    </w:p>
    <w:p w14:paraId="7E740B56" w14:textId="77777777" w:rsidR="003A4ABB" w:rsidRPr="00B75A9A" w:rsidRDefault="003A4ABB" w:rsidP="008F7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lang w:val="kk-KZ"/>
        </w:rPr>
      </w:pPr>
      <w:r w:rsidRPr="00B75A9A">
        <w:rPr>
          <w:rFonts w:ascii="Times New Roman" w:hAnsi="Times New Roman" w:cs="Times New Roman"/>
          <w:color w:val="202124"/>
          <w:sz w:val="28"/>
          <w:szCs w:val="28"/>
          <w:lang w:val="kk-KZ"/>
        </w:rPr>
        <w:tab/>
        <w:t xml:space="preserve">Егер </w:t>
      </w:r>
      <w:r w:rsidR="00A07FF5" w:rsidRPr="00B75A9A">
        <w:rPr>
          <w:rFonts w:ascii="Times New Roman" w:hAnsi="Times New Roman" w:cs="Times New Roman"/>
          <w:position w:val="-12"/>
          <w:sz w:val="28"/>
          <w:szCs w:val="28"/>
        </w:rPr>
        <w:object w:dxaOrig="2700" w:dyaOrig="440" w14:anchorId="71EF051F">
          <v:shape id="_x0000_i1334" type="#_x0000_t75" style="width:134.5pt;height:20.55pt" o:ole="">
            <v:imagedata r:id="rId632" o:title=""/>
          </v:shape>
          <o:OLEObject Type="Embed" ProgID="Equation.DSMT4" ShapeID="_x0000_i1334" DrawAspect="Content" ObjectID="_1840331788" r:id="rId633"/>
        </w:object>
      </w:r>
      <w:r w:rsidRPr="00B75A9A">
        <w:rPr>
          <w:rFonts w:ascii="Times New Roman" w:hAnsi="Times New Roman" w:cs="Times New Roman"/>
          <w:color w:val="202124"/>
          <w:sz w:val="28"/>
          <w:szCs w:val="28"/>
          <w:lang w:val="kk-KZ"/>
        </w:rPr>
        <w:t xml:space="preserve"> функциясының шекаралық мәні </w:t>
      </w:r>
      <w:r w:rsidR="00A07FF5" w:rsidRPr="00B75A9A">
        <w:rPr>
          <w:rFonts w:ascii="Times New Roman" w:hAnsi="Times New Roman" w:cs="Times New Roman"/>
          <w:position w:val="-12"/>
          <w:sz w:val="28"/>
          <w:szCs w:val="28"/>
        </w:rPr>
        <w:object w:dxaOrig="240" w:dyaOrig="300" w14:anchorId="79A462AE">
          <v:shape id="_x0000_i1335" type="#_x0000_t75" style="width:11.85pt;height:15.8pt" o:ole="">
            <v:imagedata r:id="rId634" o:title=""/>
          </v:shape>
          <o:OLEObject Type="Embed" ProgID="Equation.DSMT4" ShapeID="_x0000_i1335" DrawAspect="Content" ObjectID="_1840331789" r:id="rId635"/>
        </w:object>
      </w:r>
      <w:r w:rsidRPr="00B75A9A">
        <w:rPr>
          <w:rFonts w:ascii="Times New Roman" w:hAnsi="Times New Roman" w:cs="Times New Roman"/>
          <w:color w:val="202124"/>
          <w:sz w:val="28"/>
          <w:szCs w:val="28"/>
          <w:lang w:val="kk-KZ"/>
        </w:rPr>
        <w:t xml:space="preserve"> болса, онда осы функцияға қатысты </w:t>
      </w:r>
      <w:r w:rsidR="00A07FF5" w:rsidRPr="00B75A9A">
        <w:rPr>
          <w:rFonts w:ascii="Times New Roman" w:hAnsi="Times New Roman" w:cs="Times New Roman"/>
          <w:position w:val="-12"/>
          <w:sz w:val="28"/>
          <w:szCs w:val="28"/>
        </w:rPr>
        <w:object w:dxaOrig="460" w:dyaOrig="440" w14:anchorId="326AA71F">
          <v:shape id="_x0000_i1336" type="#_x0000_t75" style="width:25.3pt;height:20.55pt" o:ole="">
            <v:imagedata r:id="rId636" o:title=""/>
          </v:shape>
          <o:OLEObject Type="Embed" ProgID="Equation.DSMT4" ShapeID="_x0000_i1336" DrawAspect="Content" ObjectID="_1840331790" r:id="rId637"/>
        </w:object>
      </w:r>
      <w:r w:rsidRPr="00B75A9A">
        <w:rPr>
          <w:rFonts w:ascii="Times New Roman" w:hAnsi="Times New Roman" w:cs="Times New Roman"/>
          <w:color w:val="202124"/>
          <w:sz w:val="28"/>
          <w:szCs w:val="28"/>
          <w:lang w:val="kk-KZ"/>
        </w:rPr>
        <w:t xml:space="preserve"> туындысы </w:t>
      </w:r>
      <w:r w:rsidR="00A07FF5" w:rsidRPr="00B75A9A">
        <w:rPr>
          <w:rFonts w:ascii="Times New Roman" w:hAnsi="Times New Roman" w:cs="Times New Roman"/>
          <w:position w:val="-6"/>
          <w:sz w:val="28"/>
          <w:szCs w:val="28"/>
        </w:rPr>
        <w:object w:dxaOrig="340" w:dyaOrig="300" w14:anchorId="409A181E">
          <v:shape id="_x0000_i1337" type="#_x0000_t75" style="width:15.8pt;height:15.8pt" o:ole="">
            <v:imagedata r:id="rId638" o:title=""/>
          </v:shape>
          <o:OLEObject Type="Embed" ProgID="Equation.DSMT4" ShapeID="_x0000_i1337" DrawAspect="Content" ObjectID="_1840331791" r:id="rId639"/>
        </w:object>
      </w:r>
      <w:r w:rsidRPr="00B75A9A">
        <w:rPr>
          <w:rFonts w:ascii="Times New Roman" w:hAnsi="Times New Roman" w:cs="Times New Roman"/>
          <w:color w:val="202124"/>
          <w:sz w:val="28"/>
          <w:szCs w:val="28"/>
          <w:lang w:val="kk-KZ"/>
        </w:rPr>
        <w:t xml:space="preserve"> -ға  шекаралық оператордың әсер еткендегі  нәтижесі болады.</w:t>
      </w:r>
    </w:p>
    <w:p w14:paraId="44E3E764" w14:textId="77777777" w:rsidR="003A4ABB" w:rsidRPr="00B75A9A" w:rsidRDefault="003A4ABB" w:rsidP="008F7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lang w:val="kk-KZ"/>
        </w:rPr>
      </w:pPr>
    </w:p>
    <w:p w14:paraId="7630B89F" w14:textId="77777777" w:rsidR="003A4ABB" w:rsidRPr="00B75A9A" w:rsidRDefault="00A07FF5" w:rsidP="008F75AB">
      <w:pPr>
        <w:spacing w:after="0" w:line="240" w:lineRule="auto"/>
        <w:jc w:val="right"/>
        <w:rPr>
          <w:rFonts w:ascii="Times New Roman" w:hAnsi="Times New Roman" w:cs="Times New Roman"/>
          <w:sz w:val="28"/>
          <w:szCs w:val="28"/>
          <w:lang w:val="kk-KZ"/>
        </w:rPr>
      </w:pPr>
      <w:r w:rsidRPr="00B75A9A">
        <w:rPr>
          <w:rFonts w:ascii="Times New Roman" w:hAnsi="Times New Roman" w:cs="Times New Roman"/>
          <w:position w:val="-36"/>
          <w:sz w:val="28"/>
          <w:szCs w:val="28"/>
        </w:rPr>
        <w:object w:dxaOrig="3720" w:dyaOrig="900" w14:anchorId="729C1827">
          <v:shape id="_x0000_i1338" type="#_x0000_t75" style="width:186.75pt;height:45.9pt" o:ole="">
            <v:imagedata r:id="rId640" o:title=""/>
          </v:shape>
          <o:OLEObject Type="Embed" ProgID="Equation.DSMT4" ShapeID="_x0000_i1338" DrawAspect="Content" ObjectID="_1840331792" r:id="rId641"/>
        </w:object>
      </w:r>
      <w:r w:rsidR="003A4ABB" w:rsidRPr="00B75A9A">
        <w:rPr>
          <w:rFonts w:ascii="Times New Roman" w:hAnsi="Times New Roman" w:cs="Times New Roman"/>
          <w:position w:val="-22"/>
          <w:sz w:val="28"/>
          <w:szCs w:val="28"/>
          <w:lang w:val="kk-KZ"/>
        </w:rPr>
        <w:t xml:space="preserve">                                 </w:t>
      </w:r>
      <w:r w:rsidR="003A4ABB" w:rsidRPr="00B75A9A">
        <w:rPr>
          <w:rFonts w:ascii="Times New Roman" w:hAnsi="Times New Roman" w:cs="Times New Roman"/>
          <w:sz w:val="28"/>
          <w:szCs w:val="28"/>
          <w:lang w:val="kk-KZ"/>
        </w:rPr>
        <w:t xml:space="preserve">             (1.5)</w:t>
      </w:r>
    </w:p>
    <w:p w14:paraId="4627AF09" w14:textId="77777777" w:rsidR="003A4ABB" w:rsidRPr="00B75A9A" w:rsidRDefault="003A4ABB" w:rsidP="008F75AB">
      <w:pPr>
        <w:tabs>
          <w:tab w:val="left" w:pos="1985"/>
        </w:tabs>
        <w:spacing w:after="0" w:line="240" w:lineRule="auto"/>
        <w:rPr>
          <w:rFonts w:ascii="Times New Roman" w:hAnsi="Times New Roman" w:cs="Times New Roman"/>
          <w:color w:val="202124"/>
          <w:position w:val="-24"/>
          <w:sz w:val="28"/>
          <w:szCs w:val="28"/>
          <w:lang w:val="kk-KZ"/>
        </w:rPr>
      </w:pPr>
    </w:p>
    <w:p w14:paraId="7B72CF19" w14:textId="77777777" w:rsidR="003A4ABB" w:rsidRPr="00B75A9A" w:rsidRDefault="003A4ABB" w:rsidP="008F7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202124"/>
          <w:sz w:val="28"/>
          <w:szCs w:val="28"/>
          <w:lang w:val="kk-KZ"/>
        </w:rPr>
      </w:pPr>
      <w:r w:rsidRPr="00B75A9A">
        <w:rPr>
          <w:rFonts w:ascii="Times New Roman" w:hAnsi="Times New Roman" w:cs="Times New Roman"/>
          <w:color w:val="202124"/>
          <w:sz w:val="28"/>
          <w:szCs w:val="28"/>
          <w:lang w:val="kk-KZ"/>
        </w:rPr>
        <w:t xml:space="preserve">мұндағы көпнүкте </w:t>
      </w:r>
      <w:r w:rsidR="00A07FF5" w:rsidRPr="00B75A9A">
        <w:rPr>
          <w:rFonts w:ascii="Times New Roman" w:hAnsi="Times New Roman" w:cs="Times New Roman"/>
          <w:position w:val="-4"/>
          <w:sz w:val="28"/>
          <w:szCs w:val="28"/>
        </w:rPr>
        <w:object w:dxaOrig="620" w:dyaOrig="279" w14:anchorId="69578787">
          <v:shape id="_x0000_i1339" type="#_x0000_t75" style="width:28.5pt;height:15.8pt" o:ole="">
            <v:imagedata r:id="rId642" o:title=""/>
          </v:shape>
          <o:OLEObject Type="Embed" ProgID="Equation.DSMT4" ShapeID="_x0000_i1339" DrawAspect="Content" ObjectID="_1840331793" r:id="rId643"/>
        </w:object>
      </w:r>
      <w:r w:rsidRPr="00B75A9A">
        <w:rPr>
          <w:rFonts w:ascii="Times New Roman" w:hAnsi="Times New Roman" w:cs="Times New Roman"/>
          <w:color w:val="202124"/>
          <w:sz w:val="28"/>
          <w:szCs w:val="28"/>
          <w:lang w:val="kk-KZ"/>
        </w:rPr>
        <w:t xml:space="preserve"> ретті сызықтық дифференциалдық операторды білдіреді, олардың коэффициенттері </w:t>
      </w:r>
      <w:r w:rsidR="00A07FF5" w:rsidRPr="00B75A9A">
        <w:rPr>
          <w:rFonts w:ascii="Times New Roman" w:hAnsi="Times New Roman" w:cs="Times New Roman"/>
          <w:position w:val="-12"/>
          <w:sz w:val="28"/>
          <w:szCs w:val="28"/>
        </w:rPr>
        <w:object w:dxaOrig="639" w:dyaOrig="380" w14:anchorId="5DF72D84">
          <v:shape id="_x0000_i1340" type="#_x0000_t75" style="width:29.25pt;height:18.2pt" o:ole="">
            <v:imagedata r:id="rId644" o:title=""/>
          </v:shape>
          <o:OLEObject Type="Embed" ProgID="Equation.DSMT4" ShapeID="_x0000_i1340" DrawAspect="Content" ObjectID="_1840331794" r:id="rId645"/>
        </w:object>
      </w:r>
      <w:r w:rsidRPr="00B75A9A">
        <w:rPr>
          <w:rFonts w:ascii="Times New Roman" w:hAnsi="Times New Roman" w:cs="Times New Roman"/>
          <w:position w:val="-12"/>
          <w:sz w:val="28"/>
          <w:szCs w:val="28"/>
          <w:lang w:val="kk-KZ"/>
        </w:rPr>
        <w:t xml:space="preserve"> </w:t>
      </w:r>
      <w:r w:rsidRPr="00B75A9A">
        <w:rPr>
          <w:rFonts w:ascii="Times New Roman" w:hAnsi="Times New Roman" w:cs="Times New Roman"/>
          <w:color w:val="202124"/>
          <w:sz w:val="28"/>
          <w:szCs w:val="28"/>
          <w:lang w:val="kk-KZ"/>
        </w:rPr>
        <w:t xml:space="preserve">функциялары мен олардың туындылары арқылы өрнектеледі </w:t>
      </w:r>
      <w:r w:rsidR="00A07FF5" w:rsidRPr="00B75A9A">
        <w:rPr>
          <w:rFonts w:ascii="Times New Roman" w:hAnsi="Times New Roman" w:cs="Times New Roman"/>
          <w:position w:val="-4"/>
          <w:sz w:val="28"/>
          <w:szCs w:val="28"/>
        </w:rPr>
        <w:object w:dxaOrig="620" w:dyaOrig="279" w14:anchorId="6E9A1B3C">
          <v:shape id="_x0000_i1341" type="#_x0000_t75" style="width:28.5pt;height:15.8pt" o:ole="">
            <v:imagedata r:id="rId646" o:title=""/>
          </v:shape>
          <o:OLEObject Type="Embed" ProgID="Equation.DSMT4" ShapeID="_x0000_i1341" DrawAspect="Content" ObjectID="_1840331795" r:id="rId647"/>
        </w:object>
      </w:r>
      <w:r w:rsidRPr="00B75A9A">
        <w:rPr>
          <w:rFonts w:ascii="Times New Roman" w:hAnsi="Times New Roman" w:cs="Times New Roman"/>
          <w:position w:val="-4"/>
          <w:sz w:val="28"/>
          <w:szCs w:val="28"/>
          <w:lang w:val="kk-KZ"/>
        </w:rPr>
        <w:t xml:space="preserve"> </w:t>
      </w:r>
      <w:r w:rsidRPr="00B75A9A">
        <w:rPr>
          <w:rFonts w:ascii="Times New Roman" w:hAnsi="Times New Roman" w:cs="Times New Roman"/>
          <w:color w:val="202124"/>
          <w:sz w:val="28"/>
          <w:szCs w:val="28"/>
          <w:lang w:val="kk-KZ"/>
        </w:rPr>
        <w:t xml:space="preserve">ретін қоса алғанда. Атап айтқанда, оның коэффициенттері </w:t>
      </w:r>
      <w:r w:rsidR="00A07FF5" w:rsidRPr="00B75A9A">
        <w:rPr>
          <w:rFonts w:ascii="Times New Roman" w:hAnsi="Times New Roman" w:cs="Times New Roman"/>
          <w:position w:val="-14"/>
          <w:sz w:val="28"/>
          <w:szCs w:val="28"/>
        </w:rPr>
        <w:object w:dxaOrig="1380" w:dyaOrig="440" w14:anchorId="2913B76C">
          <v:shape id="_x0000_i1342" type="#_x0000_t75" style="width:68.85pt;height:20.55pt" o:ole="">
            <v:imagedata r:id="rId648" o:title=""/>
          </v:shape>
          <o:OLEObject Type="Embed" ProgID="Equation.DSMT4" ShapeID="_x0000_i1342" DrawAspect="Content" ObjectID="_1840331796" r:id="rId649"/>
        </w:object>
      </w:r>
      <w:r w:rsidRPr="00B75A9A">
        <w:rPr>
          <w:rFonts w:ascii="Times New Roman" w:hAnsi="Times New Roman" w:cs="Times New Roman"/>
          <w:position w:val="-14"/>
          <w:sz w:val="28"/>
          <w:szCs w:val="28"/>
          <w:lang w:val="kk-KZ"/>
        </w:rPr>
        <w:t xml:space="preserve"> </w:t>
      </w:r>
      <w:r w:rsidRPr="00B75A9A">
        <w:rPr>
          <w:rFonts w:ascii="Times New Roman" w:hAnsi="Times New Roman" w:cs="Times New Roman"/>
          <w:color w:val="202124"/>
          <w:sz w:val="28"/>
          <w:szCs w:val="28"/>
          <w:lang w:val="kk-KZ"/>
        </w:rPr>
        <w:t>классында жатады. Сондықтан (1.3) шекаралық шартты эквивалентті түрде жаза аламыз.</w:t>
      </w:r>
    </w:p>
    <w:p w14:paraId="7E7FE252" w14:textId="77777777" w:rsidR="003A4ABB" w:rsidRPr="00B75A9A" w:rsidRDefault="003A4ABB" w:rsidP="008F7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lang w:val="kk-KZ"/>
        </w:rPr>
      </w:pPr>
    </w:p>
    <w:p w14:paraId="0B1A67E4" w14:textId="77777777" w:rsidR="003A4ABB" w:rsidRPr="00B75A9A" w:rsidRDefault="00A07FF5" w:rsidP="008F7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position w:val="-34"/>
          <w:sz w:val="28"/>
          <w:szCs w:val="28"/>
        </w:rPr>
      </w:pPr>
      <w:r w:rsidRPr="00B75A9A">
        <w:rPr>
          <w:rFonts w:ascii="Times New Roman" w:hAnsi="Times New Roman" w:cs="Times New Roman"/>
          <w:position w:val="-38"/>
          <w:sz w:val="28"/>
          <w:szCs w:val="28"/>
        </w:rPr>
        <w:object w:dxaOrig="6259" w:dyaOrig="960" w14:anchorId="74706FFD">
          <v:shape id="_x0000_i1343" type="#_x0000_t75" style="width:314.9pt;height:46.7pt" o:ole="">
            <v:imagedata r:id="rId650" o:title=""/>
          </v:shape>
          <o:OLEObject Type="Embed" ProgID="Equation.DSMT4" ShapeID="_x0000_i1343" DrawAspect="Content" ObjectID="_1840331797" r:id="rId651"/>
        </w:object>
      </w:r>
    </w:p>
    <w:p w14:paraId="0F10524C" w14:textId="77777777" w:rsidR="003A4ABB" w:rsidRPr="00B75A9A" w:rsidRDefault="003A4ABB" w:rsidP="008F7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color w:val="202124"/>
          <w:position w:val="-34"/>
          <w:sz w:val="28"/>
          <w:szCs w:val="28"/>
        </w:rPr>
      </w:pPr>
    </w:p>
    <w:p w14:paraId="0031F77E" w14:textId="77777777" w:rsidR="003A4ABB" w:rsidRPr="00B75A9A" w:rsidRDefault="003A4ABB" w:rsidP="008F7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lang w:val="kk-KZ"/>
        </w:rPr>
      </w:pPr>
      <w:r w:rsidRPr="00B75A9A">
        <w:rPr>
          <w:rFonts w:ascii="Times New Roman" w:hAnsi="Times New Roman" w:cs="Times New Roman"/>
          <w:sz w:val="28"/>
          <w:szCs w:val="28"/>
          <w:lang w:val="kk-KZ"/>
        </w:rPr>
        <w:lastRenderedPageBreak/>
        <w:tab/>
        <w:t xml:space="preserve">Нормаль туындының формуласындағы </w:t>
      </w:r>
      <w:r w:rsidR="00A07FF5" w:rsidRPr="00B75A9A">
        <w:rPr>
          <w:rFonts w:ascii="Times New Roman" w:hAnsi="Times New Roman" w:cs="Times New Roman"/>
          <w:position w:val="-6"/>
          <w:sz w:val="28"/>
          <w:szCs w:val="28"/>
        </w:rPr>
        <w:object w:dxaOrig="300" w:dyaOrig="300" w14:anchorId="1885413C">
          <v:shape id="_x0000_i1344" type="#_x0000_t75" style="width:15.8pt;height:15.8pt" o:ole="">
            <v:imagedata r:id="rId652" o:title=""/>
          </v:shape>
          <o:OLEObject Type="Embed" ProgID="Equation.DSMT4" ShapeID="_x0000_i1344" DrawAspect="Content" ObjectID="_1840331798" r:id="rId653"/>
        </w:object>
      </w:r>
      <w:r w:rsidRPr="00B75A9A">
        <w:rPr>
          <w:rFonts w:ascii="Times New Roman" w:hAnsi="Times New Roman" w:cs="Times New Roman"/>
          <w:sz w:val="28"/>
          <w:szCs w:val="28"/>
          <w:lang w:val="kk-KZ"/>
        </w:rPr>
        <w:t xml:space="preserve">-ны </w:t>
      </w:r>
      <w:r w:rsidR="00A07FF5" w:rsidRPr="00B75A9A">
        <w:rPr>
          <w:rFonts w:ascii="Times New Roman" w:hAnsi="Times New Roman" w:cs="Times New Roman"/>
          <w:position w:val="-16"/>
          <w:sz w:val="28"/>
          <w:szCs w:val="28"/>
        </w:rPr>
        <w:object w:dxaOrig="920" w:dyaOrig="420" w14:anchorId="4B246C3E">
          <v:shape id="_x0000_i1345" type="#_x0000_t75" style="width:45.9pt;height:20.55pt" o:ole="">
            <v:imagedata r:id="rId654" o:title=""/>
          </v:shape>
          <o:OLEObject Type="Embed" ProgID="Equation.DSMT4" ShapeID="_x0000_i1345" DrawAspect="Content" ObjectID="_1840331799" r:id="rId655"/>
        </w:object>
      </w:r>
      <w:r w:rsidRPr="00B75A9A">
        <w:rPr>
          <w:rFonts w:ascii="Times New Roman" w:hAnsi="Times New Roman" w:cs="Times New Roman"/>
          <w:color w:val="202124"/>
          <w:sz w:val="28"/>
          <w:szCs w:val="28"/>
          <w:lang w:val="kk-KZ"/>
        </w:rPr>
        <w:t>деп алсақ  және (1.5) көмегімен соңғы шеттік шартты келесі  түрде қайта жазуға болады.</w:t>
      </w:r>
    </w:p>
    <w:p w14:paraId="17F05400" w14:textId="77777777" w:rsidR="003A4ABB" w:rsidRPr="00B75A9A" w:rsidRDefault="003A4ABB" w:rsidP="008F7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lang w:val="kk-KZ"/>
        </w:rPr>
      </w:pPr>
    </w:p>
    <w:p w14:paraId="79D33274" w14:textId="38F4A254" w:rsidR="003A4ABB" w:rsidRPr="00B75A9A" w:rsidRDefault="00A07FF5" w:rsidP="008F75AB">
      <w:pPr>
        <w:spacing w:after="0" w:line="240" w:lineRule="auto"/>
        <w:jc w:val="right"/>
        <w:rPr>
          <w:rFonts w:ascii="Times New Roman" w:hAnsi="Times New Roman" w:cs="Times New Roman"/>
          <w:sz w:val="28"/>
          <w:szCs w:val="28"/>
          <w:lang w:val="kk-KZ"/>
        </w:rPr>
      </w:pPr>
      <w:r w:rsidRPr="00B75A9A">
        <w:rPr>
          <w:rFonts w:ascii="Times New Roman" w:hAnsi="Times New Roman" w:cs="Times New Roman"/>
          <w:position w:val="-36"/>
          <w:sz w:val="28"/>
          <w:szCs w:val="28"/>
        </w:rPr>
        <w:object w:dxaOrig="7440" w:dyaOrig="900" w14:anchorId="4F59715F">
          <v:shape id="_x0000_i1346" type="#_x0000_t75" style="width:368.7pt;height:45.9pt" o:ole="">
            <v:imagedata r:id="rId656" o:title=""/>
          </v:shape>
          <o:OLEObject Type="Embed" ProgID="Equation.DSMT4" ShapeID="_x0000_i1346" DrawAspect="Content" ObjectID="_1840331800" r:id="rId657"/>
        </w:object>
      </w:r>
      <w:r w:rsidR="004F565E">
        <w:rPr>
          <w:rFonts w:ascii="Times New Roman" w:hAnsi="Times New Roman" w:cs="Times New Roman"/>
          <w:sz w:val="28"/>
          <w:szCs w:val="28"/>
          <w:lang w:val="kk-KZ"/>
        </w:rPr>
        <w:t xml:space="preserve">       </w:t>
      </w:r>
      <w:r w:rsidR="003A4ABB" w:rsidRPr="00B75A9A">
        <w:rPr>
          <w:rFonts w:ascii="Times New Roman" w:hAnsi="Times New Roman" w:cs="Times New Roman"/>
          <w:sz w:val="28"/>
          <w:szCs w:val="28"/>
          <w:lang w:val="kk-KZ"/>
        </w:rPr>
        <w:t xml:space="preserve"> (1.</w:t>
      </w:r>
      <w:r w:rsidR="003A4ABB" w:rsidRPr="00B75A9A">
        <w:rPr>
          <w:rFonts w:ascii="Times New Roman" w:hAnsi="Times New Roman" w:cs="Times New Roman"/>
          <w:sz w:val="28"/>
          <w:szCs w:val="28"/>
        </w:rPr>
        <w:t>6</w:t>
      </w:r>
      <w:r w:rsidR="003A4ABB" w:rsidRPr="00B75A9A">
        <w:rPr>
          <w:rFonts w:ascii="Times New Roman" w:hAnsi="Times New Roman" w:cs="Times New Roman"/>
          <w:sz w:val="28"/>
          <w:szCs w:val="28"/>
          <w:lang w:val="kk-KZ"/>
        </w:rPr>
        <w:t>)</w:t>
      </w:r>
    </w:p>
    <w:p w14:paraId="36438C07" w14:textId="77777777" w:rsidR="003A4ABB" w:rsidRPr="00B75A9A" w:rsidRDefault="003A4ABB" w:rsidP="008F75AB">
      <w:pPr>
        <w:spacing w:after="0" w:line="240" w:lineRule="auto"/>
        <w:jc w:val="right"/>
        <w:rPr>
          <w:rFonts w:ascii="Times New Roman" w:hAnsi="Times New Roman" w:cs="Times New Roman"/>
          <w:sz w:val="28"/>
          <w:szCs w:val="28"/>
          <w:lang w:val="kk-KZ"/>
        </w:rPr>
      </w:pPr>
    </w:p>
    <w:p w14:paraId="585FA635" w14:textId="77777777" w:rsidR="003A4ABB" w:rsidRPr="00B75A9A" w:rsidRDefault="003A4ABB" w:rsidP="008F75AB">
      <w:pPr>
        <w:spacing w:after="0" w:line="240" w:lineRule="auto"/>
        <w:rPr>
          <w:rFonts w:ascii="Times New Roman" w:hAnsi="Times New Roman" w:cs="Times New Roman"/>
          <w:sz w:val="28"/>
          <w:szCs w:val="28"/>
          <w:lang w:val="kk-KZ"/>
        </w:rPr>
      </w:pPr>
      <w:r w:rsidRPr="00B75A9A">
        <w:rPr>
          <w:rFonts w:ascii="Times New Roman" w:hAnsi="Times New Roman" w:cs="Times New Roman"/>
          <w:sz w:val="28"/>
          <w:szCs w:val="28"/>
          <w:lang w:val="kk-KZ"/>
        </w:rPr>
        <w:t>мұндағы</w:t>
      </w:r>
    </w:p>
    <w:p w14:paraId="68782BE6" w14:textId="77777777" w:rsidR="003A4ABB" w:rsidRPr="00B75A9A" w:rsidRDefault="003A4ABB" w:rsidP="008F75AB">
      <w:pPr>
        <w:tabs>
          <w:tab w:val="left" w:pos="1985"/>
        </w:tabs>
        <w:spacing w:after="0" w:line="240" w:lineRule="auto"/>
        <w:jc w:val="center"/>
        <w:rPr>
          <w:rFonts w:ascii="Times New Roman" w:hAnsi="Times New Roman" w:cs="Times New Roman"/>
          <w:position w:val="-32"/>
          <w:sz w:val="28"/>
          <w:szCs w:val="28"/>
        </w:rPr>
      </w:pPr>
    </w:p>
    <w:p w14:paraId="6538FEEE" w14:textId="77777777" w:rsidR="003A4ABB" w:rsidRPr="00B75A9A" w:rsidRDefault="00A07FF5" w:rsidP="008F75AB">
      <w:pPr>
        <w:tabs>
          <w:tab w:val="left" w:pos="1985"/>
        </w:tabs>
        <w:spacing w:after="0" w:line="240" w:lineRule="auto"/>
        <w:jc w:val="center"/>
        <w:rPr>
          <w:rFonts w:ascii="Times New Roman" w:hAnsi="Times New Roman" w:cs="Times New Roman"/>
          <w:position w:val="-36"/>
          <w:sz w:val="28"/>
          <w:szCs w:val="28"/>
          <w:lang w:val="kk-KZ"/>
        </w:rPr>
      </w:pPr>
      <w:r w:rsidRPr="00B75A9A">
        <w:rPr>
          <w:rFonts w:ascii="Times New Roman" w:hAnsi="Times New Roman" w:cs="Times New Roman"/>
          <w:position w:val="-36"/>
          <w:sz w:val="28"/>
          <w:szCs w:val="28"/>
        </w:rPr>
        <w:object w:dxaOrig="2820" w:dyaOrig="740" w14:anchorId="355F241A">
          <v:shape id="_x0000_i1347" type="#_x0000_t75" style="width:140.85pt;height:36.4pt" o:ole="">
            <v:imagedata r:id="rId658" o:title=""/>
          </v:shape>
          <o:OLEObject Type="Embed" ProgID="Equation.DSMT4" ShapeID="_x0000_i1347" DrawAspect="Content" ObjectID="_1840331801" r:id="rId659"/>
        </w:object>
      </w:r>
    </w:p>
    <w:p w14:paraId="5698CB46" w14:textId="77777777" w:rsidR="003A4ABB" w:rsidRPr="00B75A9A" w:rsidRDefault="003A4ABB" w:rsidP="008F75AB">
      <w:pPr>
        <w:tabs>
          <w:tab w:val="left" w:pos="1985"/>
        </w:tabs>
        <w:spacing w:after="0" w:line="240" w:lineRule="auto"/>
        <w:jc w:val="center"/>
        <w:rPr>
          <w:rFonts w:ascii="Times New Roman" w:hAnsi="Times New Roman" w:cs="Times New Roman"/>
          <w:position w:val="-36"/>
          <w:sz w:val="28"/>
          <w:szCs w:val="28"/>
          <w:lang w:val="kk-KZ"/>
        </w:rPr>
      </w:pPr>
    </w:p>
    <w:p w14:paraId="3EBB1BF7" w14:textId="77777777" w:rsidR="003A4ABB" w:rsidRPr="00B75A9A" w:rsidRDefault="00A07FF5" w:rsidP="008F75AB">
      <w:pPr>
        <w:tabs>
          <w:tab w:val="left" w:pos="1985"/>
        </w:tabs>
        <w:spacing w:after="0" w:line="240" w:lineRule="auto"/>
        <w:jc w:val="center"/>
        <w:rPr>
          <w:rFonts w:ascii="Times New Roman" w:hAnsi="Times New Roman" w:cs="Times New Roman"/>
          <w:color w:val="202124"/>
          <w:position w:val="-64"/>
          <w:sz w:val="28"/>
          <w:szCs w:val="28"/>
          <w:lang w:val="kk-KZ"/>
        </w:rPr>
      </w:pPr>
      <w:r w:rsidRPr="00B75A9A">
        <w:rPr>
          <w:rFonts w:ascii="Times New Roman" w:hAnsi="Times New Roman" w:cs="Times New Roman"/>
          <w:position w:val="-36"/>
          <w:sz w:val="28"/>
          <w:szCs w:val="28"/>
        </w:rPr>
        <w:object w:dxaOrig="4840" w:dyaOrig="859" w14:anchorId="1DF8C414">
          <v:shape id="_x0000_i1348" type="#_x0000_t75" style="width:241.3pt;height:44.3pt" o:ole="">
            <v:imagedata r:id="rId660" o:title=""/>
          </v:shape>
          <o:OLEObject Type="Embed" ProgID="Equation.DSMT4" ShapeID="_x0000_i1348" DrawAspect="Content" ObjectID="_1840331802" r:id="rId661"/>
        </w:object>
      </w:r>
    </w:p>
    <w:p w14:paraId="2B2C9CE9" w14:textId="77777777" w:rsidR="003A4ABB" w:rsidRPr="00B75A9A" w:rsidRDefault="003A4ABB" w:rsidP="008F75AB">
      <w:pPr>
        <w:spacing w:after="0" w:line="240" w:lineRule="auto"/>
        <w:rPr>
          <w:rFonts w:ascii="Times New Roman" w:hAnsi="Times New Roman" w:cs="Times New Roman"/>
          <w:sz w:val="28"/>
          <w:szCs w:val="28"/>
        </w:rPr>
      </w:pPr>
    </w:p>
    <w:p w14:paraId="698C69BD" w14:textId="77777777" w:rsidR="003A4ABB" w:rsidRPr="00B75A9A" w:rsidRDefault="00A07FF5" w:rsidP="008F75AB">
      <w:pPr>
        <w:spacing w:after="0" w:line="240" w:lineRule="auto"/>
        <w:jc w:val="both"/>
        <w:rPr>
          <w:rFonts w:ascii="Times New Roman" w:hAnsi="Times New Roman" w:cs="Times New Roman"/>
          <w:position w:val="-14"/>
          <w:sz w:val="28"/>
          <w:szCs w:val="28"/>
          <w:lang w:val="kk-KZ"/>
        </w:rPr>
      </w:pPr>
      <w:r w:rsidRPr="00B75A9A">
        <w:rPr>
          <w:rFonts w:ascii="Times New Roman" w:hAnsi="Times New Roman" w:cs="Times New Roman"/>
          <w:position w:val="-16"/>
          <w:sz w:val="28"/>
          <w:szCs w:val="28"/>
        </w:rPr>
        <w:object w:dxaOrig="2000" w:dyaOrig="460" w14:anchorId="6B86E371">
          <v:shape id="_x0000_i1349" type="#_x0000_t75" style="width:102.05pt;height:25.3pt" o:ole="">
            <v:imagedata r:id="rId662" o:title=""/>
          </v:shape>
          <o:OLEObject Type="Embed" ProgID="Equation.DSMT4" ShapeID="_x0000_i1349" DrawAspect="Content" ObjectID="_1840331803" r:id="rId663"/>
        </w:object>
      </w:r>
      <w:r w:rsidR="003A4ABB" w:rsidRPr="00B75A9A">
        <w:rPr>
          <w:rFonts w:ascii="Times New Roman" w:hAnsi="Times New Roman" w:cs="Times New Roman"/>
          <w:sz w:val="28"/>
          <w:szCs w:val="28"/>
          <w:lang w:val="kk-KZ"/>
        </w:rPr>
        <w:t xml:space="preserve"> кейбір коэфициенттерімен. </w:t>
      </w:r>
      <w:r w:rsidR="003A4ABB" w:rsidRPr="00B75A9A">
        <w:rPr>
          <w:rFonts w:ascii="Times New Roman" w:hAnsi="Times New Roman" w:cs="Times New Roman"/>
          <w:color w:val="202124"/>
          <w:sz w:val="28"/>
          <w:szCs w:val="28"/>
          <w:lang w:val="kk-KZ"/>
        </w:rPr>
        <w:t xml:space="preserve">Осылайша, </w:t>
      </w:r>
      <w:r w:rsidRPr="00B75A9A">
        <w:rPr>
          <w:rFonts w:ascii="Times New Roman" w:hAnsi="Times New Roman" w:cs="Times New Roman"/>
          <w:position w:val="-12"/>
          <w:sz w:val="28"/>
          <w:szCs w:val="28"/>
        </w:rPr>
        <w:object w:dxaOrig="740" w:dyaOrig="420" w14:anchorId="30D05E63">
          <v:shape id="_x0000_i1350" type="#_x0000_t75" style="width:36.4pt;height:20.55pt" o:ole="">
            <v:imagedata r:id="rId664" o:title=""/>
          </v:shape>
          <o:OLEObject Type="Embed" ProgID="Equation.DSMT4" ShapeID="_x0000_i1350" DrawAspect="Content" ObjectID="_1840331804" r:id="rId665"/>
        </w:object>
      </w:r>
      <w:r w:rsidR="003A4ABB" w:rsidRPr="00B75A9A">
        <w:rPr>
          <w:rFonts w:ascii="Times New Roman" w:hAnsi="Times New Roman" w:cs="Times New Roman"/>
          <w:color w:val="202124"/>
          <w:sz w:val="28"/>
          <w:szCs w:val="28"/>
          <w:lang w:val="kk-KZ"/>
        </w:rPr>
        <w:t xml:space="preserve"> классында зерттеуге  тура келетін (1.1), (1.6 ) эквивалентті есепке келеміз. Мұндағы </w:t>
      </w:r>
      <w:r w:rsidRPr="00B75A9A">
        <w:rPr>
          <w:rFonts w:ascii="Times New Roman" w:hAnsi="Times New Roman" w:cs="Times New Roman"/>
          <w:position w:val="-4"/>
          <w:sz w:val="28"/>
          <w:szCs w:val="28"/>
        </w:rPr>
        <w:object w:dxaOrig="300" w:dyaOrig="340" w14:anchorId="44C1CB04">
          <v:shape id="_x0000_i1351" type="#_x0000_t75" style="width:15.8pt;height:15.8pt" o:ole="">
            <v:imagedata r:id="rId666" o:title=""/>
          </v:shape>
          <o:OLEObject Type="Embed" ProgID="Equation.DSMT4" ShapeID="_x0000_i1351" DrawAspect="Content" ObjectID="_1840331805" r:id="rId667"/>
        </w:object>
      </w:r>
      <w:r w:rsidR="003A4ABB" w:rsidRPr="00B75A9A">
        <w:rPr>
          <w:rFonts w:ascii="Times New Roman" w:hAnsi="Times New Roman" w:cs="Times New Roman"/>
          <w:color w:val="202124"/>
          <w:sz w:val="28"/>
          <w:szCs w:val="28"/>
          <w:lang w:val="kk-KZ"/>
        </w:rPr>
        <w:t xml:space="preserve"> операторы </w:t>
      </w:r>
      <w:r w:rsidRPr="00B75A9A">
        <w:rPr>
          <w:rFonts w:ascii="Times New Roman" w:hAnsi="Times New Roman" w:cs="Times New Roman"/>
          <w:position w:val="-12"/>
          <w:sz w:val="28"/>
          <w:szCs w:val="28"/>
        </w:rPr>
        <w:object w:dxaOrig="2299" w:dyaOrig="440" w14:anchorId="59962421">
          <v:shape id="_x0000_i1352" type="#_x0000_t75" style="width:114.75pt;height:20.55pt" o:ole="">
            <v:imagedata r:id="rId668" o:title=""/>
          </v:shape>
          <o:OLEObject Type="Embed" ProgID="Equation.DSMT4" ShapeID="_x0000_i1352" DrawAspect="Content" ObjectID="_1840331806" r:id="rId669"/>
        </w:object>
      </w:r>
      <w:r w:rsidR="003A4ABB" w:rsidRPr="00B75A9A">
        <w:rPr>
          <w:rFonts w:ascii="Times New Roman" w:hAnsi="Times New Roman" w:cs="Times New Roman"/>
          <w:color w:val="202124"/>
          <w:sz w:val="28"/>
          <w:szCs w:val="28"/>
          <w:lang w:val="kk-KZ"/>
        </w:rPr>
        <w:t xml:space="preserve"> шенелген.</w:t>
      </w:r>
    </w:p>
    <w:p w14:paraId="4AC1625C" w14:textId="77777777" w:rsidR="003A4ABB" w:rsidRPr="00B75A9A" w:rsidRDefault="003A4ABB" w:rsidP="008F7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202124"/>
          <w:sz w:val="28"/>
          <w:szCs w:val="28"/>
          <w:lang w:val="kk-KZ"/>
        </w:rPr>
      </w:pPr>
      <w:r w:rsidRPr="00B75A9A">
        <w:rPr>
          <w:rFonts w:ascii="Times New Roman" w:hAnsi="Times New Roman" w:cs="Times New Roman"/>
          <w:color w:val="202124"/>
          <w:sz w:val="28"/>
          <w:szCs w:val="28"/>
          <w:lang w:val="kk-KZ"/>
        </w:rPr>
        <w:tab/>
      </w:r>
      <w:r w:rsidRPr="00B75A9A">
        <w:rPr>
          <w:rFonts w:ascii="Times New Roman" w:hAnsi="Times New Roman" w:cs="Times New Roman"/>
          <w:b/>
          <w:color w:val="202124"/>
          <w:sz w:val="28"/>
          <w:szCs w:val="28"/>
          <w:lang w:val="kk-KZ"/>
        </w:rPr>
        <w:t xml:space="preserve"> </w:t>
      </w:r>
      <w:r w:rsidRPr="00B75A9A">
        <w:rPr>
          <w:rFonts w:ascii="Times New Roman" w:hAnsi="Times New Roman" w:cs="Times New Roman"/>
          <w:color w:val="202124"/>
          <w:sz w:val="28"/>
          <w:szCs w:val="28"/>
          <w:lang w:val="kk-KZ"/>
        </w:rPr>
        <w:t>Есептің эквивалентті редукциясы</w:t>
      </w:r>
      <w:r w:rsidRPr="00B75A9A">
        <w:rPr>
          <w:rFonts w:ascii="Times New Roman" w:hAnsi="Times New Roman" w:cs="Times New Roman"/>
          <w:i/>
          <w:color w:val="202124"/>
          <w:sz w:val="28"/>
          <w:szCs w:val="28"/>
          <w:lang w:val="kk-KZ"/>
        </w:rPr>
        <w:t>.</w:t>
      </w:r>
      <w:r w:rsidRPr="00B75A9A">
        <w:rPr>
          <w:rFonts w:ascii="Times New Roman" w:hAnsi="Times New Roman" w:cs="Times New Roman"/>
          <w:b/>
          <w:color w:val="202124"/>
          <w:sz w:val="28"/>
          <w:szCs w:val="28"/>
          <w:lang w:val="kk-KZ"/>
        </w:rPr>
        <w:t xml:space="preserve"> </w:t>
      </w:r>
      <w:r w:rsidR="00A07FF5" w:rsidRPr="00B75A9A">
        <w:rPr>
          <w:rFonts w:ascii="Times New Roman" w:hAnsi="Times New Roman" w:cs="Times New Roman"/>
          <w:position w:val="-12"/>
          <w:sz w:val="28"/>
          <w:szCs w:val="28"/>
        </w:rPr>
        <w:object w:dxaOrig="1180" w:dyaOrig="440" w14:anchorId="6FF4F15C">
          <v:shape id="_x0000_i1353" type="#_x0000_t75" style="width:60.15pt;height:20.55pt" o:ole="">
            <v:imagedata r:id="rId670" o:title=""/>
          </v:shape>
          <o:OLEObject Type="Embed" ProgID="Equation.DSMT4" ShapeID="_x0000_i1353" DrawAspect="Content" ObjectID="_1840331807" r:id="rId671"/>
        </w:object>
      </w:r>
      <w:r w:rsidRPr="00B75A9A">
        <w:rPr>
          <w:rFonts w:ascii="Times New Roman" w:hAnsi="Times New Roman" w:cs="Times New Roman"/>
          <w:color w:val="202124"/>
          <w:sz w:val="28"/>
          <w:szCs w:val="28"/>
          <w:lang w:val="kk-KZ"/>
        </w:rPr>
        <w:t xml:space="preserve">кеңістігінен </w:t>
      </w:r>
      <w:r w:rsidR="00A07FF5" w:rsidRPr="00B75A9A">
        <w:rPr>
          <w:rFonts w:ascii="Times New Roman" w:hAnsi="Times New Roman" w:cs="Times New Roman"/>
          <w:position w:val="-12"/>
          <w:sz w:val="28"/>
          <w:szCs w:val="28"/>
        </w:rPr>
        <w:object w:dxaOrig="980" w:dyaOrig="440" w14:anchorId="22DC3B6D">
          <v:shape id="_x0000_i1354" type="#_x0000_t75" style="width:46.7pt;height:20.55pt" o:ole="">
            <v:imagedata r:id="rId672" o:title=""/>
          </v:shape>
          <o:OLEObject Type="Embed" ProgID="Equation.DSMT4" ShapeID="_x0000_i1354" DrawAspect="Content" ObjectID="_1840331808" r:id="rId673"/>
        </w:object>
      </w:r>
      <w:r w:rsidRPr="00B75A9A">
        <w:rPr>
          <w:rFonts w:ascii="Times New Roman" w:hAnsi="Times New Roman" w:cs="Times New Roman"/>
          <w:color w:val="202124"/>
          <w:sz w:val="28"/>
          <w:szCs w:val="28"/>
          <w:lang w:val="kk-KZ"/>
        </w:rPr>
        <w:t xml:space="preserve"> кеңістігіне</w:t>
      </w:r>
      <w:r w:rsidRPr="00B75A9A">
        <w:rPr>
          <w:rFonts w:ascii="Times New Roman" w:hAnsi="Times New Roman" w:cs="Times New Roman"/>
          <w:color w:val="C00000"/>
          <w:sz w:val="28"/>
          <w:szCs w:val="28"/>
          <w:lang w:val="kk-KZ"/>
        </w:rPr>
        <w:t xml:space="preserve"> </w:t>
      </w:r>
      <w:r w:rsidRPr="00B75A9A">
        <w:rPr>
          <w:rFonts w:ascii="Times New Roman" w:hAnsi="Times New Roman" w:cs="Times New Roman"/>
          <w:color w:val="202124"/>
          <w:sz w:val="28"/>
          <w:szCs w:val="28"/>
          <w:lang w:val="kk-KZ"/>
        </w:rPr>
        <w:t>әсер ететін вектор-фунцияның:</w:t>
      </w:r>
    </w:p>
    <w:p w14:paraId="77E73012" w14:textId="77777777" w:rsidR="003A4ABB" w:rsidRPr="00B75A9A" w:rsidRDefault="003A4ABB" w:rsidP="008F7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202124"/>
          <w:sz w:val="28"/>
          <w:szCs w:val="28"/>
          <w:lang w:val="kk-KZ"/>
        </w:rPr>
      </w:pPr>
    </w:p>
    <w:p w14:paraId="7B2C1BC5" w14:textId="77777777" w:rsidR="003A4ABB" w:rsidRPr="00B75A9A" w:rsidRDefault="00A07FF5" w:rsidP="008F75AB">
      <w:pPr>
        <w:spacing w:after="0" w:line="240" w:lineRule="auto"/>
        <w:jc w:val="center"/>
        <w:rPr>
          <w:rFonts w:ascii="Times New Roman" w:hAnsi="Times New Roman" w:cs="Times New Roman"/>
          <w:position w:val="-34"/>
          <w:sz w:val="28"/>
          <w:szCs w:val="28"/>
        </w:rPr>
      </w:pPr>
      <w:r w:rsidRPr="00B75A9A">
        <w:rPr>
          <w:rFonts w:ascii="Times New Roman" w:hAnsi="Times New Roman" w:cs="Times New Roman"/>
          <w:position w:val="-34"/>
          <w:sz w:val="28"/>
          <w:szCs w:val="28"/>
        </w:rPr>
        <w:object w:dxaOrig="4080" w:dyaOrig="820" w14:anchorId="75E098BD">
          <v:shape id="_x0000_i1355" type="#_x0000_t75" style="width:204.15pt;height:43.5pt" o:ole="">
            <v:imagedata r:id="rId674" o:title=""/>
          </v:shape>
          <o:OLEObject Type="Embed" ProgID="Equation.DSMT4" ShapeID="_x0000_i1355" DrawAspect="Content" ObjectID="_1840331809" r:id="rId675"/>
        </w:object>
      </w:r>
    </w:p>
    <w:p w14:paraId="663250DF" w14:textId="77777777" w:rsidR="003A4ABB" w:rsidRPr="00B75A9A" w:rsidRDefault="003A4ABB" w:rsidP="008F75AB">
      <w:pPr>
        <w:spacing w:after="0" w:line="240" w:lineRule="auto"/>
        <w:jc w:val="center"/>
        <w:rPr>
          <w:rFonts w:ascii="Times New Roman" w:hAnsi="Times New Roman" w:cs="Times New Roman"/>
          <w:position w:val="-34"/>
          <w:sz w:val="28"/>
          <w:szCs w:val="28"/>
        </w:rPr>
      </w:pPr>
    </w:p>
    <w:p w14:paraId="3355620A" w14:textId="77777777" w:rsidR="003A4ABB" w:rsidRPr="00B75A9A" w:rsidRDefault="003A4ABB" w:rsidP="008F7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lang w:val="kk-KZ"/>
        </w:rPr>
      </w:pPr>
      <w:r w:rsidRPr="00B75A9A">
        <w:rPr>
          <w:rFonts w:ascii="Times New Roman" w:hAnsi="Times New Roman" w:cs="Times New Roman"/>
          <w:color w:val="202124"/>
          <w:sz w:val="28"/>
          <w:szCs w:val="28"/>
          <w:lang w:val="kk-KZ"/>
        </w:rPr>
        <w:t>бейнесін қарастырайық. Бұл оператордың өзегі ретінде</w:t>
      </w:r>
      <w:r w:rsidRPr="00B75A9A">
        <w:rPr>
          <w:rFonts w:ascii="Times New Roman" w:hAnsi="Times New Roman" w:cs="Times New Roman"/>
          <w:position w:val="-6"/>
          <w:sz w:val="28"/>
          <w:szCs w:val="28"/>
          <w:lang w:val="kk-KZ"/>
        </w:rPr>
        <w:t xml:space="preserve"> </w:t>
      </w:r>
      <w:r w:rsidR="00A07FF5" w:rsidRPr="00B75A9A">
        <w:rPr>
          <w:rFonts w:ascii="Times New Roman" w:hAnsi="Times New Roman" w:cs="Times New Roman"/>
          <w:position w:val="-6"/>
          <w:sz w:val="28"/>
          <w:szCs w:val="28"/>
        </w:rPr>
        <w:object w:dxaOrig="740" w:dyaOrig="300" w14:anchorId="44508A30">
          <v:shape id="_x0000_i1356" type="#_x0000_t75" style="width:36.4pt;height:15.8pt" o:ole="">
            <v:imagedata r:id="rId676" o:title=""/>
          </v:shape>
          <o:OLEObject Type="Embed" ProgID="Equation.DSMT4" ShapeID="_x0000_i1356" DrawAspect="Content" ObjectID="_1840331810" r:id="rId677"/>
        </w:object>
      </w:r>
      <w:r w:rsidRPr="00B75A9A">
        <w:rPr>
          <w:rFonts w:ascii="Times New Roman" w:hAnsi="Times New Roman" w:cs="Times New Roman"/>
          <w:color w:val="202124"/>
          <w:sz w:val="28"/>
          <w:szCs w:val="28"/>
          <w:lang w:val="kk-KZ"/>
        </w:rPr>
        <w:t xml:space="preserve"> дәрежесі </w:t>
      </w:r>
      <w:r w:rsidR="00A07FF5" w:rsidRPr="00B75A9A">
        <w:rPr>
          <w:rFonts w:ascii="Times New Roman" w:hAnsi="Times New Roman" w:cs="Times New Roman"/>
          <w:position w:val="-6"/>
          <w:sz w:val="28"/>
          <w:szCs w:val="28"/>
        </w:rPr>
        <w:object w:dxaOrig="700" w:dyaOrig="300" w14:anchorId="60D23345">
          <v:shape id="_x0000_i1357" type="#_x0000_t75" style="width:37.2pt;height:15.8pt" o:ole="">
            <v:imagedata r:id="rId678" o:title=""/>
          </v:shape>
          <o:OLEObject Type="Embed" ProgID="Equation.DSMT4" ShapeID="_x0000_i1357" DrawAspect="Content" ObjectID="_1840331811" r:id="rId679"/>
        </w:object>
      </w:r>
      <w:r w:rsidRPr="00B75A9A">
        <w:rPr>
          <w:rFonts w:ascii="Times New Roman" w:hAnsi="Times New Roman" w:cs="Times New Roman"/>
          <w:color w:val="202124"/>
          <w:sz w:val="28"/>
          <w:szCs w:val="28"/>
          <w:lang w:val="kk-KZ"/>
        </w:rPr>
        <w:t xml:space="preserve">-ден аспайтын көпмүшелердің барлық класын аламыз, оны </w:t>
      </w:r>
      <w:r w:rsidR="00A07FF5" w:rsidRPr="00B75A9A">
        <w:rPr>
          <w:rFonts w:ascii="Times New Roman" w:hAnsi="Times New Roman" w:cs="Times New Roman"/>
          <w:position w:val="-12"/>
          <w:sz w:val="28"/>
          <w:szCs w:val="28"/>
        </w:rPr>
        <w:object w:dxaOrig="540" w:dyaOrig="380" w14:anchorId="7B05C41E">
          <v:shape id="_x0000_i1358" type="#_x0000_t75" style="width:27.7pt;height:18.2pt" o:ole="">
            <v:imagedata r:id="rId680" o:title=""/>
          </v:shape>
          <o:OLEObject Type="Embed" ProgID="Equation.DSMT4" ShapeID="_x0000_i1358" DrawAspect="Content" ObjectID="_1840331812" r:id="rId681"/>
        </w:object>
      </w:r>
      <w:r w:rsidRPr="00B75A9A">
        <w:rPr>
          <w:rFonts w:ascii="Times New Roman" w:hAnsi="Times New Roman" w:cs="Times New Roman"/>
          <w:color w:val="202124"/>
          <w:sz w:val="28"/>
          <w:szCs w:val="28"/>
          <w:lang w:val="kk-KZ"/>
        </w:rPr>
        <w:t xml:space="preserve"> деп белгілейміз. Оның өлшемі төмендегі теңдікпен өрнектеледі:</w:t>
      </w:r>
    </w:p>
    <w:p w14:paraId="6D9EEA1A" w14:textId="77777777" w:rsidR="003A4ABB" w:rsidRPr="00B75A9A" w:rsidRDefault="003A4ABB" w:rsidP="008F7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lang w:val="kk-KZ"/>
        </w:rPr>
      </w:pPr>
    </w:p>
    <w:p w14:paraId="0487EACC" w14:textId="77777777" w:rsidR="003A4ABB" w:rsidRPr="00B75A9A" w:rsidRDefault="00A07FF5" w:rsidP="008F75AB">
      <w:pPr>
        <w:spacing w:after="0" w:line="240" w:lineRule="auto"/>
        <w:jc w:val="right"/>
        <w:rPr>
          <w:rFonts w:ascii="Times New Roman" w:hAnsi="Times New Roman" w:cs="Times New Roman"/>
          <w:sz w:val="28"/>
          <w:szCs w:val="28"/>
          <w:lang w:val="kk-KZ"/>
        </w:rPr>
      </w:pPr>
      <w:r w:rsidRPr="00B75A9A">
        <w:rPr>
          <w:rFonts w:ascii="Times New Roman" w:hAnsi="Times New Roman" w:cs="Times New Roman"/>
          <w:position w:val="-14"/>
          <w:sz w:val="28"/>
          <w:szCs w:val="28"/>
        </w:rPr>
        <w:object w:dxaOrig="2240" w:dyaOrig="420" w14:anchorId="27419BE0">
          <v:shape id="_x0000_i1359" type="#_x0000_t75" style="width:115.5pt;height:20.55pt" o:ole="">
            <v:imagedata r:id="rId682" o:title=""/>
          </v:shape>
          <o:OLEObject Type="Embed" ProgID="Equation.DSMT4" ShapeID="_x0000_i1359" DrawAspect="Content" ObjectID="_1840331813" r:id="rId683"/>
        </w:object>
      </w:r>
      <w:r w:rsidR="003A4ABB" w:rsidRPr="00B75A9A">
        <w:rPr>
          <w:rFonts w:ascii="Times New Roman" w:hAnsi="Times New Roman" w:cs="Times New Roman"/>
          <w:sz w:val="28"/>
          <w:szCs w:val="28"/>
          <w:lang w:val="kk-KZ"/>
        </w:rPr>
        <w:t xml:space="preserve">                                                   (1.7)</w:t>
      </w:r>
    </w:p>
    <w:p w14:paraId="6D47579E" w14:textId="77777777" w:rsidR="003A4ABB" w:rsidRPr="00B75A9A" w:rsidRDefault="003A4ABB" w:rsidP="008F75AB">
      <w:pPr>
        <w:spacing w:after="0" w:line="240" w:lineRule="auto"/>
        <w:rPr>
          <w:rFonts w:ascii="Times New Roman" w:hAnsi="Times New Roman" w:cs="Times New Roman"/>
          <w:sz w:val="28"/>
          <w:szCs w:val="28"/>
          <w:lang w:val="kk-KZ"/>
        </w:rPr>
      </w:pPr>
    </w:p>
    <w:p w14:paraId="64F93B7D" w14:textId="77777777" w:rsidR="003A4ABB" w:rsidRPr="00B75A9A" w:rsidRDefault="003A4ABB" w:rsidP="008F7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lang w:val="kk-KZ"/>
        </w:rPr>
      </w:pPr>
      <w:r w:rsidRPr="00B75A9A">
        <w:rPr>
          <w:rFonts w:ascii="Times New Roman" w:hAnsi="Times New Roman" w:cs="Times New Roman"/>
          <w:color w:val="202124"/>
          <w:sz w:val="28"/>
          <w:szCs w:val="28"/>
          <w:lang w:val="kk-KZ"/>
        </w:rPr>
        <w:t xml:space="preserve">Әлбетте, егер қосымша </w:t>
      </w:r>
      <w:r w:rsidR="00A07FF5" w:rsidRPr="00B75A9A">
        <w:rPr>
          <w:rFonts w:ascii="Times New Roman" w:hAnsi="Times New Roman" w:cs="Times New Roman"/>
          <w:position w:val="-14"/>
          <w:sz w:val="28"/>
          <w:szCs w:val="28"/>
        </w:rPr>
        <w:object w:dxaOrig="1460" w:dyaOrig="440" w14:anchorId="1B05A649">
          <v:shape id="_x0000_i1360" type="#_x0000_t75" style="width:1in;height:20.55pt" o:ole="">
            <v:imagedata r:id="rId684" o:title=""/>
          </v:shape>
          <o:OLEObject Type="Embed" ProgID="Equation.DSMT4" ShapeID="_x0000_i1360" DrawAspect="Content" ObjectID="_1840331814" r:id="rId685"/>
        </w:object>
      </w:r>
      <w:r w:rsidRPr="00B75A9A">
        <w:rPr>
          <w:rFonts w:ascii="Times New Roman" w:hAnsi="Times New Roman" w:cs="Times New Roman"/>
          <w:color w:val="202124"/>
          <w:sz w:val="28"/>
          <w:szCs w:val="28"/>
          <w:lang w:val="kk-KZ"/>
        </w:rPr>
        <w:t xml:space="preserve">онда </w:t>
      </w:r>
      <w:r w:rsidR="00A07FF5" w:rsidRPr="00B75A9A">
        <w:rPr>
          <w:rFonts w:ascii="Times New Roman" w:hAnsi="Times New Roman" w:cs="Times New Roman"/>
          <w:position w:val="-16"/>
          <w:sz w:val="28"/>
          <w:szCs w:val="28"/>
        </w:rPr>
        <w:object w:dxaOrig="380" w:dyaOrig="420" w14:anchorId="42C9040E">
          <v:shape id="_x0000_i1361" type="#_x0000_t75" style="width:18.2pt;height:20.55pt" o:ole="">
            <v:imagedata r:id="rId686" o:title=""/>
          </v:shape>
          <o:OLEObject Type="Embed" ProgID="Equation.DSMT4" ShapeID="_x0000_i1361" DrawAspect="Content" ObjectID="_1840331815" r:id="rId687"/>
        </w:object>
      </w:r>
      <w:r w:rsidRPr="00B75A9A">
        <w:rPr>
          <w:rFonts w:ascii="Times New Roman" w:hAnsi="Times New Roman" w:cs="Times New Roman"/>
          <w:color w:val="202124"/>
          <w:sz w:val="28"/>
          <w:szCs w:val="28"/>
          <w:lang w:val="kk-KZ"/>
        </w:rPr>
        <w:t xml:space="preserve"> функциялары үзіліссіз дифференциалданатын және төмендегі қатынастарды қанағаттандырады:</w:t>
      </w:r>
    </w:p>
    <w:p w14:paraId="486C0440" w14:textId="77777777" w:rsidR="003A4ABB" w:rsidRPr="00B75A9A" w:rsidRDefault="003A4ABB" w:rsidP="008F7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lang w:val="kk-KZ"/>
        </w:rPr>
      </w:pPr>
    </w:p>
    <w:p w14:paraId="72EBDCEB" w14:textId="77777777" w:rsidR="003A4ABB" w:rsidRPr="00B75A9A" w:rsidRDefault="003A4ABB" w:rsidP="008F75AB">
      <w:pPr>
        <w:spacing w:after="0" w:line="240" w:lineRule="auto"/>
        <w:jc w:val="right"/>
        <w:rPr>
          <w:rFonts w:ascii="Times New Roman" w:hAnsi="Times New Roman" w:cs="Times New Roman"/>
          <w:sz w:val="28"/>
          <w:szCs w:val="28"/>
          <w:lang w:val="kk-KZ"/>
        </w:rPr>
      </w:pPr>
      <w:r w:rsidRPr="00B75A9A">
        <w:rPr>
          <w:rFonts w:ascii="Times New Roman" w:hAnsi="Times New Roman" w:cs="Times New Roman"/>
          <w:position w:val="-34"/>
          <w:sz w:val="28"/>
          <w:szCs w:val="28"/>
          <w:lang w:val="kk-KZ"/>
        </w:rPr>
        <w:t xml:space="preserve">               </w:t>
      </w:r>
      <w:r w:rsidR="00A07FF5" w:rsidRPr="00B75A9A">
        <w:rPr>
          <w:rFonts w:ascii="Times New Roman" w:hAnsi="Times New Roman" w:cs="Times New Roman"/>
          <w:position w:val="-34"/>
          <w:sz w:val="28"/>
          <w:szCs w:val="28"/>
        </w:rPr>
        <w:object w:dxaOrig="3300" w:dyaOrig="820" w14:anchorId="34AD5624">
          <v:shape id="_x0000_i1362" type="#_x0000_t75" style="width:163.8pt;height:43.5pt" o:ole="">
            <v:imagedata r:id="rId688" o:title=""/>
          </v:shape>
          <o:OLEObject Type="Embed" ProgID="Equation.DSMT4" ShapeID="_x0000_i1362" DrawAspect="Content" ObjectID="_1840331816" r:id="rId689"/>
        </w:object>
      </w:r>
      <w:r w:rsidRPr="00B75A9A">
        <w:rPr>
          <w:rFonts w:ascii="Times New Roman" w:hAnsi="Times New Roman" w:cs="Times New Roman"/>
          <w:sz w:val="28"/>
          <w:szCs w:val="28"/>
          <w:lang w:val="kk-KZ"/>
        </w:rPr>
        <w:t xml:space="preserve">                                        (1.8)</w:t>
      </w:r>
    </w:p>
    <w:p w14:paraId="5D87231F" w14:textId="77777777" w:rsidR="003A4ABB" w:rsidRPr="00B75A9A" w:rsidRDefault="003A4ABB" w:rsidP="008F7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position w:val="-30"/>
          <w:sz w:val="28"/>
          <w:szCs w:val="28"/>
          <w:lang w:val="kk-KZ"/>
        </w:rPr>
      </w:pPr>
    </w:p>
    <w:p w14:paraId="245B50ED" w14:textId="77777777" w:rsidR="003A4ABB" w:rsidRPr="00B75A9A" w:rsidRDefault="00A07FF5" w:rsidP="008F7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lang w:val="kk-KZ"/>
        </w:rPr>
      </w:pPr>
      <w:r w:rsidRPr="00B75A9A">
        <w:rPr>
          <w:rFonts w:ascii="Times New Roman" w:hAnsi="Times New Roman" w:cs="Times New Roman"/>
          <w:position w:val="-14"/>
          <w:sz w:val="28"/>
          <w:szCs w:val="28"/>
        </w:rPr>
        <w:object w:dxaOrig="1380" w:dyaOrig="420" w14:anchorId="78CE80BC">
          <v:shape id="_x0000_i1363" type="#_x0000_t75" style="width:68.85pt;height:20.55pt" o:ole="">
            <v:imagedata r:id="rId690" o:title=""/>
          </v:shape>
          <o:OLEObject Type="Embed" ProgID="Equation.DSMT4" ShapeID="_x0000_i1363" DrawAspect="Content" ObjectID="_1840331817" r:id="rId691"/>
        </w:object>
      </w:r>
      <w:r w:rsidR="003A4ABB" w:rsidRPr="00B75A9A">
        <w:rPr>
          <w:rFonts w:ascii="Times New Roman" w:hAnsi="Times New Roman" w:cs="Times New Roman"/>
          <w:color w:val="202124"/>
          <w:position w:val="-14"/>
          <w:sz w:val="28"/>
          <w:szCs w:val="28"/>
          <w:lang w:val="kk-KZ"/>
        </w:rPr>
        <w:t xml:space="preserve"> </w:t>
      </w:r>
      <w:r w:rsidR="003A4ABB" w:rsidRPr="00B75A9A">
        <w:rPr>
          <w:rFonts w:ascii="Times New Roman" w:hAnsi="Times New Roman" w:cs="Times New Roman"/>
          <w:color w:val="202124"/>
          <w:sz w:val="28"/>
          <w:szCs w:val="28"/>
          <w:lang w:val="kk-KZ"/>
        </w:rPr>
        <w:t>нүктесін бекітіп, келесі функцияны енгізейік:</w:t>
      </w:r>
    </w:p>
    <w:p w14:paraId="5E3C66D1" w14:textId="77777777" w:rsidR="003A4ABB" w:rsidRPr="007C53FF" w:rsidRDefault="003A4ABB" w:rsidP="008F7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lang w:val="kk-KZ"/>
        </w:rPr>
      </w:pPr>
    </w:p>
    <w:p w14:paraId="4E414E25" w14:textId="77777777" w:rsidR="003A4ABB" w:rsidRPr="00B75A9A" w:rsidRDefault="00A07FF5" w:rsidP="00B75A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color w:val="202124"/>
          <w:sz w:val="28"/>
          <w:szCs w:val="28"/>
        </w:rPr>
      </w:pPr>
      <w:r w:rsidRPr="00B75A9A">
        <w:rPr>
          <w:rFonts w:ascii="Times New Roman" w:hAnsi="Times New Roman" w:cs="Times New Roman"/>
          <w:position w:val="-40"/>
          <w:sz w:val="28"/>
          <w:szCs w:val="28"/>
        </w:rPr>
        <w:object w:dxaOrig="5240" w:dyaOrig="940" w14:anchorId="252DAE73">
          <v:shape id="_x0000_i1364" type="#_x0000_t75" style="width:264.25pt;height:46.7pt" o:ole="">
            <v:imagedata r:id="rId692" o:title=""/>
          </v:shape>
          <o:OLEObject Type="Embed" ProgID="Equation.DSMT4" ShapeID="_x0000_i1364" DrawAspect="Content" ObjectID="_1840331818" r:id="rId693"/>
        </w:object>
      </w:r>
    </w:p>
    <w:p w14:paraId="3A5FC2B3" w14:textId="77777777" w:rsidR="003A4ABB" w:rsidRPr="00B75A9A" w:rsidRDefault="003A4ABB" w:rsidP="00B75A9A">
      <w:pPr>
        <w:spacing w:after="0" w:line="240" w:lineRule="auto"/>
        <w:jc w:val="center"/>
        <w:rPr>
          <w:rFonts w:ascii="Times New Roman" w:hAnsi="Times New Roman" w:cs="Times New Roman"/>
          <w:sz w:val="28"/>
          <w:szCs w:val="28"/>
        </w:rPr>
      </w:pPr>
    </w:p>
    <w:p w14:paraId="06BD1E07" w14:textId="77777777" w:rsidR="003A4ABB" w:rsidRPr="00B75A9A" w:rsidRDefault="003A4ABB" w:rsidP="00B75A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202124"/>
          <w:sz w:val="28"/>
          <w:szCs w:val="28"/>
          <w:lang w:val="kk-KZ"/>
        </w:rPr>
      </w:pPr>
      <w:r w:rsidRPr="00B75A9A">
        <w:rPr>
          <w:rFonts w:ascii="Times New Roman" w:hAnsi="Times New Roman" w:cs="Times New Roman"/>
          <w:color w:val="202124"/>
          <w:sz w:val="28"/>
          <w:szCs w:val="28"/>
          <w:lang w:val="kk-KZ"/>
        </w:rPr>
        <w:t xml:space="preserve">(1.8) ұқсас қатынасты қанағаттандыратын және </w:t>
      </w:r>
      <w:r w:rsidR="00A07FF5" w:rsidRPr="00B75A9A">
        <w:rPr>
          <w:rFonts w:ascii="Times New Roman" w:hAnsi="Times New Roman" w:cs="Times New Roman"/>
          <w:position w:val="-14"/>
          <w:sz w:val="28"/>
          <w:szCs w:val="28"/>
        </w:rPr>
        <w:object w:dxaOrig="900" w:dyaOrig="420" w14:anchorId="648A38E2">
          <v:shape id="_x0000_i1365" type="#_x0000_t75" style="width:45.9pt;height:20.55pt" o:ole="">
            <v:imagedata r:id="rId694" o:title=""/>
          </v:shape>
          <o:OLEObject Type="Embed" ProgID="Equation.DSMT4" ShapeID="_x0000_i1365" DrawAspect="Content" ObjectID="_1840331819" r:id="rId695"/>
        </w:object>
      </w:r>
      <w:r w:rsidRPr="00B75A9A">
        <w:rPr>
          <w:rFonts w:ascii="Times New Roman" w:hAnsi="Times New Roman" w:cs="Times New Roman"/>
          <w:position w:val="-14"/>
          <w:sz w:val="28"/>
          <w:szCs w:val="28"/>
          <w:lang w:val="kk-KZ"/>
        </w:rPr>
        <w:t xml:space="preserve"> </w:t>
      </w:r>
      <w:r w:rsidRPr="00B75A9A">
        <w:rPr>
          <w:rFonts w:ascii="Times New Roman" w:hAnsi="Times New Roman" w:cs="Times New Roman"/>
          <w:color w:val="202124"/>
          <w:sz w:val="28"/>
          <w:szCs w:val="28"/>
          <w:lang w:val="kk-KZ"/>
        </w:rPr>
        <w:t>нүктесінде жойылады,</w:t>
      </w:r>
      <w:r w:rsidRPr="00B75A9A">
        <w:rPr>
          <w:rFonts w:ascii="Times New Roman" w:hAnsi="Times New Roman" w:cs="Times New Roman"/>
          <w:color w:val="202124"/>
          <w:sz w:val="28"/>
          <w:szCs w:val="28"/>
        </w:rPr>
        <w:t xml:space="preserve"> </w:t>
      </w:r>
      <w:r w:rsidRPr="00B75A9A">
        <w:rPr>
          <w:rFonts w:ascii="Times New Roman" w:hAnsi="Times New Roman" w:cs="Times New Roman"/>
          <w:color w:val="202124"/>
          <w:sz w:val="28"/>
          <w:szCs w:val="28"/>
          <w:lang w:val="kk-KZ"/>
        </w:rPr>
        <w:t xml:space="preserve">яғни нөлге айналады. Бұл факт, әрине, қисық сызықты интегралды интегралдау жолынан тәуелсіз деген болжам бойынша үзіліссіз </w:t>
      </w:r>
      <w:r w:rsidR="00A07FF5" w:rsidRPr="00B75A9A">
        <w:rPr>
          <w:rFonts w:ascii="Times New Roman" w:hAnsi="Times New Roman" w:cs="Times New Roman"/>
          <w:position w:val="-16"/>
          <w:sz w:val="28"/>
          <w:szCs w:val="28"/>
        </w:rPr>
        <w:object w:dxaOrig="380" w:dyaOrig="420" w14:anchorId="25B51E67">
          <v:shape id="_x0000_i1366" type="#_x0000_t75" style="width:18.2pt;height:20.55pt" o:ole="">
            <v:imagedata r:id="rId696" o:title=""/>
          </v:shape>
          <o:OLEObject Type="Embed" ProgID="Equation.DSMT4" ShapeID="_x0000_i1366" DrawAspect="Content" ObjectID="_1840331820" r:id="rId697"/>
        </w:object>
      </w:r>
      <w:r w:rsidRPr="00B75A9A">
        <w:rPr>
          <w:rFonts w:ascii="Times New Roman" w:hAnsi="Times New Roman" w:cs="Times New Roman"/>
          <w:position w:val="-16"/>
          <w:sz w:val="28"/>
          <w:szCs w:val="28"/>
          <w:lang w:val="kk-KZ"/>
        </w:rPr>
        <w:t xml:space="preserve"> </w:t>
      </w:r>
      <w:r w:rsidRPr="00B75A9A">
        <w:rPr>
          <w:rFonts w:ascii="Times New Roman" w:hAnsi="Times New Roman" w:cs="Times New Roman"/>
          <w:color w:val="202124"/>
          <w:sz w:val="28"/>
          <w:szCs w:val="28"/>
          <w:lang w:val="kk-KZ"/>
        </w:rPr>
        <w:t xml:space="preserve">функцияларының жалпы жағдайында да дұрыс. Осы процедураны жалғастыра отырып, </w:t>
      </w:r>
      <w:r w:rsidR="00A07FF5" w:rsidRPr="00B75A9A">
        <w:rPr>
          <w:rFonts w:ascii="Times New Roman" w:hAnsi="Times New Roman" w:cs="Times New Roman"/>
          <w:position w:val="-22"/>
          <w:sz w:val="28"/>
          <w:szCs w:val="28"/>
        </w:rPr>
        <w:object w:dxaOrig="5340" w:dyaOrig="580" w14:anchorId="305C2944">
          <v:shape id="_x0000_i1367" type="#_x0000_t75" style="width:266.65pt;height:28.5pt" o:ole="">
            <v:imagedata r:id="rId698" o:title=""/>
          </v:shape>
          <o:OLEObject Type="Embed" ProgID="Equation.DSMT4" ShapeID="_x0000_i1367" DrawAspect="Content" ObjectID="_1840331821" r:id="rId699"/>
        </w:object>
      </w:r>
      <w:r w:rsidRPr="00B75A9A">
        <w:rPr>
          <w:rFonts w:ascii="Times New Roman" w:hAnsi="Times New Roman" w:cs="Times New Roman"/>
          <w:color w:val="202124"/>
          <w:sz w:val="28"/>
          <w:szCs w:val="28"/>
          <w:lang w:val="kk-KZ"/>
        </w:rPr>
        <w:t xml:space="preserve"> вектор- функциялар тізбегін тұрғызамыз, </w:t>
      </w:r>
      <w:r w:rsidR="00A07FF5" w:rsidRPr="00B75A9A">
        <w:rPr>
          <w:rFonts w:ascii="Times New Roman" w:hAnsi="Times New Roman" w:cs="Times New Roman"/>
          <w:position w:val="-6"/>
          <w:sz w:val="28"/>
          <w:szCs w:val="28"/>
        </w:rPr>
        <w:object w:dxaOrig="620" w:dyaOrig="360" w14:anchorId="5AA7D2FE">
          <v:shape id="_x0000_i1368" type="#_x0000_t75" style="width:28.5pt;height:18.2pt" o:ole="">
            <v:imagedata r:id="rId700" o:title=""/>
          </v:shape>
          <o:OLEObject Type="Embed" ProgID="Equation.DSMT4" ShapeID="_x0000_i1368" DrawAspect="Content" ObjectID="_1840331822" r:id="rId701"/>
        </w:object>
      </w:r>
      <w:r w:rsidRPr="00B75A9A">
        <w:rPr>
          <w:rFonts w:ascii="Times New Roman" w:hAnsi="Times New Roman" w:cs="Times New Roman"/>
          <w:color w:val="202124"/>
          <w:sz w:val="28"/>
          <w:szCs w:val="28"/>
          <w:lang w:val="kk-KZ"/>
        </w:rPr>
        <w:t xml:space="preserve"> вектор- функциясы </w:t>
      </w:r>
      <w:r w:rsidR="00A07FF5" w:rsidRPr="00B75A9A">
        <w:rPr>
          <w:rFonts w:ascii="Times New Roman" w:hAnsi="Times New Roman" w:cs="Times New Roman"/>
          <w:position w:val="-14"/>
          <w:sz w:val="28"/>
          <w:szCs w:val="28"/>
        </w:rPr>
        <w:object w:dxaOrig="900" w:dyaOrig="420" w14:anchorId="73564A70">
          <v:shape id="_x0000_i1369" type="#_x0000_t75" style="width:45.9pt;height:20.55pt" o:ole="">
            <v:imagedata r:id="rId702" o:title=""/>
          </v:shape>
          <o:OLEObject Type="Embed" ProgID="Equation.DSMT4" ShapeID="_x0000_i1369" DrawAspect="Content" ObjectID="_1840331823" r:id="rId703"/>
        </w:object>
      </w:r>
      <w:r w:rsidRPr="00B75A9A">
        <w:rPr>
          <w:rFonts w:ascii="Times New Roman" w:hAnsi="Times New Roman" w:cs="Times New Roman"/>
          <w:color w:val="202124"/>
          <w:sz w:val="28"/>
          <w:szCs w:val="28"/>
          <w:lang w:val="kk-KZ"/>
        </w:rPr>
        <w:t xml:space="preserve">нүктесінде  </w:t>
      </w:r>
      <w:r w:rsidR="00A07FF5" w:rsidRPr="00B75A9A">
        <w:rPr>
          <w:rFonts w:ascii="Times New Roman" w:hAnsi="Times New Roman" w:cs="Times New Roman"/>
          <w:position w:val="-14"/>
          <w:sz w:val="28"/>
          <w:szCs w:val="28"/>
        </w:rPr>
        <w:object w:dxaOrig="780" w:dyaOrig="420" w14:anchorId="5072A7AB">
          <v:shape id="_x0000_i1370" type="#_x0000_t75" style="width:38pt;height:20.55pt" o:ole="">
            <v:imagedata r:id="rId704" o:title=""/>
          </v:shape>
          <o:OLEObject Type="Embed" ProgID="Equation.DSMT4" ShapeID="_x0000_i1370" DrawAspect="Content" ObjectID="_1840331824" r:id="rId705"/>
        </w:object>
      </w:r>
      <w:r w:rsidRPr="00B75A9A">
        <w:rPr>
          <w:rFonts w:ascii="Times New Roman" w:hAnsi="Times New Roman" w:cs="Times New Roman"/>
          <w:color w:val="202124"/>
          <w:sz w:val="28"/>
          <w:szCs w:val="28"/>
          <w:lang w:val="kk-KZ"/>
        </w:rPr>
        <w:t>-ші ретті туындыларымен бірге қоса алғанда нөлге айналады.</w:t>
      </w:r>
      <w:r w:rsidRPr="00B75A9A">
        <w:rPr>
          <w:rFonts w:ascii="Times New Roman" w:hAnsi="Times New Roman" w:cs="Times New Roman"/>
          <w:color w:val="202124"/>
          <w:position w:val="-14"/>
          <w:sz w:val="28"/>
          <w:szCs w:val="28"/>
          <w:lang w:val="kk-KZ"/>
        </w:rPr>
        <w:t xml:space="preserve"> </w:t>
      </w:r>
      <w:r w:rsidRPr="00B75A9A">
        <w:rPr>
          <w:rFonts w:ascii="Times New Roman" w:hAnsi="Times New Roman" w:cs="Times New Roman"/>
          <w:color w:val="202124"/>
          <w:sz w:val="28"/>
          <w:szCs w:val="28"/>
          <w:lang w:val="kk-KZ"/>
        </w:rPr>
        <w:t xml:space="preserve">Бұл қатардың соңғы мүшесі </w:t>
      </w:r>
      <w:r w:rsidR="00A07FF5" w:rsidRPr="00B75A9A">
        <w:rPr>
          <w:rFonts w:ascii="Times New Roman" w:hAnsi="Times New Roman" w:cs="Times New Roman"/>
          <w:position w:val="-6"/>
          <w:sz w:val="28"/>
          <w:szCs w:val="28"/>
        </w:rPr>
        <w:object w:dxaOrig="720" w:dyaOrig="380" w14:anchorId="5997240F">
          <v:shape id="_x0000_i1371" type="#_x0000_t75" style="width:37.2pt;height:18.2pt" o:ole="">
            <v:imagedata r:id="rId706" o:title=""/>
          </v:shape>
          <o:OLEObject Type="Embed" ProgID="Equation.DSMT4" ShapeID="_x0000_i1371" DrawAspect="Content" ObjectID="_1840331825" r:id="rId707"/>
        </w:object>
      </w:r>
      <w:r w:rsidRPr="00B75A9A">
        <w:rPr>
          <w:rFonts w:ascii="Times New Roman" w:hAnsi="Times New Roman" w:cs="Times New Roman"/>
          <w:color w:val="202124"/>
          <w:sz w:val="28"/>
          <w:szCs w:val="28"/>
          <w:lang w:val="kk-KZ"/>
        </w:rPr>
        <w:t xml:space="preserve"> скаляр- функция болады, оны </w:t>
      </w:r>
      <w:r w:rsidR="00A07FF5" w:rsidRPr="00B75A9A">
        <w:rPr>
          <w:rFonts w:ascii="Times New Roman" w:hAnsi="Times New Roman" w:cs="Times New Roman"/>
          <w:position w:val="-6"/>
          <w:sz w:val="28"/>
          <w:szCs w:val="28"/>
        </w:rPr>
        <w:object w:dxaOrig="800" w:dyaOrig="380" w14:anchorId="164F4498">
          <v:shape id="_x0000_i1372" type="#_x0000_t75" style="width:43.5pt;height:18.2pt" o:ole="">
            <v:imagedata r:id="rId708" o:title=""/>
          </v:shape>
          <o:OLEObject Type="Embed" ProgID="Equation.DSMT4" ShapeID="_x0000_i1372" DrawAspect="Content" ObjectID="_1840331826" r:id="rId709"/>
        </w:object>
      </w:r>
      <w:r w:rsidRPr="00B75A9A">
        <w:rPr>
          <w:rFonts w:ascii="Times New Roman" w:hAnsi="Times New Roman" w:cs="Times New Roman"/>
          <w:color w:val="202124"/>
          <w:sz w:val="28"/>
          <w:szCs w:val="28"/>
          <w:lang w:val="kk-KZ"/>
        </w:rPr>
        <w:t xml:space="preserve">деп белгілейміз. Нәтижесінде </w:t>
      </w:r>
      <w:r w:rsidR="00A07FF5" w:rsidRPr="00B75A9A">
        <w:rPr>
          <w:rFonts w:ascii="Times New Roman" w:hAnsi="Times New Roman" w:cs="Times New Roman"/>
          <w:position w:val="-20"/>
          <w:sz w:val="28"/>
          <w:szCs w:val="28"/>
        </w:rPr>
        <w:object w:dxaOrig="2420" w:dyaOrig="540" w14:anchorId="7A073955">
          <v:shape id="_x0000_i1373" type="#_x0000_t75" style="width:120.25pt;height:27.7pt" o:ole="">
            <v:imagedata r:id="rId710" o:title=""/>
          </v:shape>
          <o:OLEObject Type="Embed" ProgID="Equation.DSMT4" ShapeID="_x0000_i1373" DrawAspect="Content" ObjectID="_1840331827" r:id="rId711"/>
        </w:object>
      </w:r>
      <w:r w:rsidRPr="00B75A9A">
        <w:rPr>
          <w:rFonts w:ascii="Times New Roman" w:hAnsi="Times New Roman" w:cs="Times New Roman"/>
          <w:color w:val="202124"/>
          <w:sz w:val="28"/>
          <w:szCs w:val="28"/>
          <w:lang w:val="kk-KZ"/>
        </w:rPr>
        <w:t xml:space="preserve">біз шектелген бейнесін аламыз, бұл D-ның оң жақ кері мәні және </w:t>
      </w:r>
      <w:r w:rsidR="00A07FF5" w:rsidRPr="00B75A9A">
        <w:rPr>
          <w:rFonts w:ascii="Times New Roman" w:hAnsi="Times New Roman" w:cs="Times New Roman"/>
          <w:position w:val="-6"/>
          <w:sz w:val="28"/>
          <w:szCs w:val="28"/>
        </w:rPr>
        <w:object w:dxaOrig="1500" w:dyaOrig="380" w14:anchorId="022F61FA">
          <v:shape id="_x0000_i1374" type="#_x0000_t75" style="width:75.15pt;height:18.2pt" o:ole="">
            <v:imagedata r:id="rId712" o:title=""/>
          </v:shape>
          <o:OLEObject Type="Embed" ProgID="Equation.DSMT4" ShapeID="_x0000_i1374" DrawAspect="Content" ObjectID="_1840331828" r:id="rId713"/>
        </w:object>
      </w:r>
      <w:r w:rsidRPr="00B75A9A">
        <w:rPr>
          <w:rFonts w:ascii="Times New Roman" w:hAnsi="Times New Roman" w:cs="Times New Roman"/>
          <w:color w:val="202124"/>
          <w:sz w:val="28"/>
          <w:szCs w:val="28"/>
          <w:lang w:val="kk-KZ"/>
        </w:rPr>
        <w:t xml:space="preserve"> қатынасының мағынасында және ол үшін:</w:t>
      </w:r>
    </w:p>
    <w:p w14:paraId="2035B395" w14:textId="77777777" w:rsidR="003A4ABB" w:rsidRPr="00B75A9A" w:rsidRDefault="003A4ABB" w:rsidP="00B75A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202124"/>
          <w:sz w:val="28"/>
          <w:szCs w:val="28"/>
          <w:lang w:val="kk-KZ"/>
        </w:rPr>
      </w:pPr>
    </w:p>
    <w:p w14:paraId="47372815" w14:textId="77777777" w:rsidR="003A4ABB" w:rsidRPr="00B75A9A" w:rsidRDefault="003A4ABB" w:rsidP="00B75A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color w:val="202124"/>
          <w:sz w:val="28"/>
          <w:szCs w:val="28"/>
          <w:lang w:val="kk-KZ"/>
        </w:rPr>
      </w:pPr>
      <w:r w:rsidRPr="00B75A9A">
        <w:rPr>
          <w:rFonts w:ascii="Times New Roman" w:hAnsi="Times New Roman" w:cs="Times New Roman"/>
          <w:position w:val="-34"/>
          <w:sz w:val="28"/>
          <w:szCs w:val="28"/>
          <w:lang w:val="kk-KZ"/>
        </w:rPr>
        <w:t xml:space="preserve">        </w:t>
      </w:r>
      <w:r w:rsidR="00A07FF5" w:rsidRPr="00B75A9A">
        <w:rPr>
          <w:rFonts w:ascii="Times New Roman" w:hAnsi="Times New Roman" w:cs="Times New Roman"/>
          <w:position w:val="-34"/>
          <w:sz w:val="28"/>
          <w:szCs w:val="28"/>
        </w:rPr>
        <w:object w:dxaOrig="4660" w:dyaOrig="960" w14:anchorId="6ECE5D1A">
          <v:shape id="_x0000_i1375" type="#_x0000_t75" style="width:231.8pt;height:46.7pt" o:ole="">
            <v:imagedata r:id="rId714" o:title=""/>
          </v:shape>
          <o:OLEObject Type="Embed" ProgID="Equation.DSMT4" ShapeID="_x0000_i1375" DrawAspect="Content" ObjectID="_1840331829" r:id="rId715"/>
        </w:object>
      </w:r>
      <w:r w:rsidRPr="00B75A9A">
        <w:rPr>
          <w:rFonts w:ascii="Times New Roman" w:hAnsi="Times New Roman" w:cs="Times New Roman"/>
          <w:position w:val="-34"/>
          <w:sz w:val="28"/>
          <w:szCs w:val="28"/>
          <w:lang w:val="kk-KZ"/>
        </w:rPr>
        <w:t xml:space="preserve">                 </w:t>
      </w:r>
      <w:r w:rsidRPr="00B75A9A">
        <w:rPr>
          <w:rFonts w:ascii="Times New Roman" w:hAnsi="Times New Roman" w:cs="Times New Roman"/>
          <w:sz w:val="28"/>
          <w:szCs w:val="28"/>
          <w:lang w:val="kk-KZ"/>
        </w:rPr>
        <w:t xml:space="preserve">          (1.9)</w:t>
      </w:r>
    </w:p>
    <w:p w14:paraId="2A097603" w14:textId="77777777" w:rsidR="003A4ABB" w:rsidRPr="00B75A9A" w:rsidRDefault="003A4ABB" w:rsidP="00B75A9A">
      <w:pPr>
        <w:spacing w:after="0" w:line="240" w:lineRule="auto"/>
        <w:rPr>
          <w:rFonts w:ascii="Times New Roman" w:hAnsi="Times New Roman" w:cs="Times New Roman"/>
          <w:color w:val="202124"/>
          <w:position w:val="-28"/>
          <w:sz w:val="28"/>
          <w:szCs w:val="28"/>
          <w:lang w:val="kk-KZ"/>
        </w:rPr>
      </w:pPr>
    </w:p>
    <w:p w14:paraId="48011666" w14:textId="77777777" w:rsidR="003A4ABB" w:rsidRPr="00B75A9A" w:rsidRDefault="003A4ABB" w:rsidP="00B75A9A">
      <w:pPr>
        <w:pStyle w:val="HTML"/>
        <w:jc w:val="both"/>
        <w:rPr>
          <w:rFonts w:ascii="Times New Roman" w:hAnsi="Times New Roman" w:cs="Times New Roman"/>
          <w:position w:val="-18"/>
          <w:sz w:val="28"/>
          <w:szCs w:val="28"/>
          <w:lang w:val="kk-KZ"/>
        </w:rPr>
      </w:pPr>
      <w:r w:rsidRPr="00B75A9A">
        <w:rPr>
          <w:rFonts w:ascii="Times New Roman" w:hAnsi="Times New Roman" w:cs="Times New Roman"/>
          <w:sz w:val="28"/>
          <w:szCs w:val="28"/>
          <w:lang w:val="kk-KZ"/>
        </w:rPr>
        <w:tab/>
      </w:r>
      <w:r w:rsidRPr="00B75A9A">
        <w:rPr>
          <w:rFonts w:ascii="Times New Roman" w:hAnsi="Times New Roman" w:cs="Times New Roman"/>
          <w:color w:val="202124"/>
          <w:sz w:val="28"/>
          <w:szCs w:val="28"/>
          <w:lang w:val="kk-KZ"/>
        </w:rPr>
        <w:t xml:space="preserve">Еске салайық, (1.7) –дегі </w:t>
      </w:r>
      <w:r w:rsidRPr="00B75A9A">
        <w:rPr>
          <w:rFonts w:ascii="Times New Roman" w:hAnsi="Times New Roman" w:cs="Times New Roman"/>
          <w:color w:val="202124"/>
          <w:position w:val="-12"/>
          <w:sz w:val="28"/>
          <w:szCs w:val="28"/>
          <w:lang w:val="kk-KZ"/>
        </w:rPr>
        <w:t xml:space="preserve"> </w:t>
      </w:r>
      <w:r w:rsidR="00A07FF5" w:rsidRPr="00B75A9A">
        <w:rPr>
          <w:rFonts w:ascii="Times New Roman" w:hAnsi="Times New Roman" w:cs="Times New Roman"/>
          <w:position w:val="-12"/>
          <w:sz w:val="28"/>
          <w:szCs w:val="28"/>
        </w:rPr>
        <w:object w:dxaOrig="660" w:dyaOrig="380" w14:anchorId="7DD6B1DE">
          <v:shape id="_x0000_i1376" type="#_x0000_t75" style="width:34pt;height:18.2pt" o:ole="">
            <v:imagedata r:id="rId716" o:title=""/>
          </v:shape>
          <o:OLEObject Type="Embed" ProgID="Equation.DSMT4" ShapeID="_x0000_i1376" DrawAspect="Content" ObjectID="_1840331830" r:id="rId717"/>
        </w:object>
      </w:r>
      <w:r w:rsidRPr="00B75A9A">
        <w:rPr>
          <w:rFonts w:ascii="Times New Roman" w:hAnsi="Times New Roman" w:cs="Times New Roman"/>
          <w:color w:val="202124"/>
          <w:sz w:val="28"/>
          <w:szCs w:val="28"/>
          <w:lang w:val="kk-KZ"/>
        </w:rPr>
        <w:t xml:space="preserve">  белгілеуі  дәрежеcі </w:t>
      </w:r>
      <w:r w:rsidR="00A07FF5" w:rsidRPr="00B75A9A">
        <w:rPr>
          <w:rFonts w:ascii="Times New Roman" w:hAnsi="Times New Roman" w:cs="Times New Roman"/>
          <w:position w:val="-6"/>
          <w:sz w:val="28"/>
          <w:szCs w:val="28"/>
        </w:rPr>
        <w:object w:dxaOrig="540" w:dyaOrig="300" w14:anchorId="3072997F">
          <v:shape id="_x0000_i1377" type="#_x0000_t75" style="width:27.7pt;height:15.8pt" o:ole="">
            <v:imagedata r:id="rId718" o:title=""/>
          </v:shape>
          <o:OLEObject Type="Embed" ProgID="Equation.DSMT4" ShapeID="_x0000_i1377" DrawAspect="Content" ObjectID="_1840331831" r:id="rId719"/>
        </w:object>
      </w:r>
      <w:r w:rsidRPr="00B75A9A">
        <w:rPr>
          <w:rFonts w:ascii="Times New Roman" w:hAnsi="Times New Roman" w:cs="Times New Roman"/>
          <w:position w:val="-6"/>
          <w:sz w:val="28"/>
          <w:szCs w:val="28"/>
          <w:lang w:val="kk-KZ"/>
        </w:rPr>
        <w:t xml:space="preserve"> </w:t>
      </w:r>
      <w:r w:rsidRPr="00B75A9A">
        <w:rPr>
          <w:rFonts w:ascii="Times New Roman" w:hAnsi="Times New Roman" w:cs="Times New Roman"/>
          <w:color w:val="202124"/>
          <w:sz w:val="28"/>
          <w:szCs w:val="28"/>
          <w:lang w:val="kk-KZ"/>
        </w:rPr>
        <w:t xml:space="preserve">ден жоғары емес x, y айнымалыларының барлық көпмүшеліктерінің класын білдіреді. Кез- келген функция </w:t>
      </w:r>
      <w:r w:rsidR="00A07FF5" w:rsidRPr="00B75A9A">
        <w:rPr>
          <w:rFonts w:ascii="Times New Roman" w:hAnsi="Times New Roman" w:cs="Times New Roman"/>
          <w:position w:val="-20"/>
          <w:sz w:val="28"/>
          <w:szCs w:val="28"/>
        </w:rPr>
        <w:object w:dxaOrig="2799" w:dyaOrig="540" w14:anchorId="37775CC0">
          <v:shape id="_x0000_i1378" type="#_x0000_t75" style="width:140.85pt;height:27.7pt" o:ole="">
            <v:imagedata r:id="rId720" o:title=""/>
          </v:shape>
          <o:OLEObject Type="Embed" ProgID="Equation.DSMT4" ShapeID="_x0000_i1378" DrawAspect="Content" ObjectID="_1840331832" r:id="rId721"/>
        </w:object>
      </w:r>
      <w:r w:rsidRPr="00B75A9A">
        <w:rPr>
          <w:rFonts w:ascii="Times New Roman" w:hAnsi="Times New Roman" w:cs="Times New Roman"/>
          <w:color w:val="202124"/>
          <w:sz w:val="28"/>
          <w:szCs w:val="28"/>
          <w:lang w:val="kk-KZ"/>
        </w:rPr>
        <w:t xml:space="preserve"> бірегей түрде көрсетілетіні анық </w:t>
      </w:r>
      <w:r w:rsidRPr="00B75A9A">
        <w:rPr>
          <w:rFonts w:ascii="Times New Roman" w:hAnsi="Times New Roman" w:cs="Times New Roman"/>
          <w:position w:val="-18"/>
          <w:sz w:val="28"/>
          <w:szCs w:val="28"/>
          <w:lang w:val="kk-KZ"/>
        </w:rPr>
        <w:t xml:space="preserve"> </w:t>
      </w:r>
    </w:p>
    <w:p w14:paraId="6CC52191" w14:textId="77777777" w:rsidR="003A4ABB" w:rsidRPr="00B75A9A" w:rsidRDefault="003A4ABB" w:rsidP="00B75A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lang w:val="kk-KZ"/>
        </w:rPr>
      </w:pPr>
    </w:p>
    <w:p w14:paraId="61A5A1B3" w14:textId="77777777" w:rsidR="003A4ABB" w:rsidRPr="00B75A9A" w:rsidRDefault="00A07FF5" w:rsidP="00B75A9A">
      <w:pPr>
        <w:spacing w:after="0" w:line="240" w:lineRule="auto"/>
        <w:jc w:val="right"/>
        <w:rPr>
          <w:rFonts w:ascii="Times New Roman" w:hAnsi="Times New Roman" w:cs="Times New Roman"/>
          <w:sz w:val="28"/>
          <w:szCs w:val="28"/>
          <w:lang w:val="kk-KZ"/>
        </w:rPr>
      </w:pPr>
      <w:r w:rsidRPr="00B75A9A">
        <w:rPr>
          <w:rFonts w:ascii="Times New Roman" w:hAnsi="Times New Roman" w:cs="Times New Roman"/>
          <w:position w:val="-12"/>
          <w:sz w:val="28"/>
          <w:szCs w:val="28"/>
        </w:rPr>
        <w:object w:dxaOrig="2780" w:dyaOrig="440" w14:anchorId="792E13C1">
          <v:shape id="_x0000_i1379" type="#_x0000_t75" style="width:140.85pt;height:20.55pt" o:ole="">
            <v:imagedata r:id="rId722" o:title=""/>
          </v:shape>
          <o:OLEObject Type="Embed" ProgID="Equation.DSMT4" ShapeID="_x0000_i1379" DrawAspect="Content" ObjectID="_1840331833" r:id="rId723"/>
        </w:object>
      </w:r>
      <w:r w:rsidR="003A4ABB" w:rsidRPr="00B75A9A">
        <w:rPr>
          <w:rFonts w:ascii="Times New Roman" w:hAnsi="Times New Roman" w:cs="Times New Roman"/>
          <w:sz w:val="28"/>
          <w:szCs w:val="28"/>
          <w:lang w:val="kk-KZ"/>
        </w:rPr>
        <w:t xml:space="preserve">                                              (1.10)</w:t>
      </w:r>
    </w:p>
    <w:p w14:paraId="2A392AC4" w14:textId="77777777" w:rsidR="003A4ABB" w:rsidRPr="00B75A9A" w:rsidRDefault="003A4ABB" w:rsidP="00B75A9A">
      <w:pPr>
        <w:tabs>
          <w:tab w:val="left" w:pos="4608"/>
        </w:tabs>
        <w:spacing w:after="0" w:line="240" w:lineRule="auto"/>
        <w:rPr>
          <w:rFonts w:ascii="Times New Roman" w:hAnsi="Times New Roman" w:cs="Times New Roman"/>
          <w:color w:val="202124"/>
          <w:position w:val="-6"/>
          <w:sz w:val="28"/>
          <w:szCs w:val="28"/>
          <w:lang w:val="kk-KZ"/>
        </w:rPr>
      </w:pPr>
    </w:p>
    <w:p w14:paraId="6E2A79C4" w14:textId="77777777" w:rsidR="003A4ABB" w:rsidRPr="00B75A9A" w:rsidRDefault="008F75AB" w:rsidP="00B75A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lang w:val="kk-KZ"/>
        </w:rPr>
      </w:pPr>
      <w:r w:rsidRPr="00B75A9A">
        <w:rPr>
          <w:rFonts w:ascii="Times New Roman" w:hAnsi="Times New Roman" w:cs="Times New Roman"/>
          <w:color w:val="202124"/>
          <w:sz w:val="28"/>
          <w:szCs w:val="28"/>
          <w:lang w:val="kk-KZ"/>
        </w:rPr>
        <w:t>м</w:t>
      </w:r>
      <w:r w:rsidR="003A4ABB" w:rsidRPr="00B75A9A">
        <w:rPr>
          <w:rFonts w:ascii="Times New Roman" w:hAnsi="Times New Roman" w:cs="Times New Roman"/>
          <w:color w:val="202124"/>
          <w:sz w:val="28"/>
          <w:szCs w:val="28"/>
          <w:lang w:val="kk-KZ"/>
        </w:rPr>
        <w:t xml:space="preserve">ұндағы </w:t>
      </w:r>
      <w:r w:rsidR="00A07FF5" w:rsidRPr="00B75A9A">
        <w:rPr>
          <w:rFonts w:ascii="Times New Roman" w:hAnsi="Times New Roman" w:cs="Times New Roman"/>
          <w:position w:val="-20"/>
          <w:sz w:val="28"/>
          <w:szCs w:val="28"/>
        </w:rPr>
        <w:object w:dxaOrig="2400" w:dyaOrig="540" w14:anchorId="77B8C36D">
          <v:shape id="_x0000_i1380" type="#_x0000_t75" style="width:118.7pt;height:27.7pt" o:ole="">
            <v:imagedata r:id="rId724" o:title=""/>
          </v:shape>
          <o:OLEObject Type="Embed" ProgID="Equation.DSMT4" ShapeID="_x0000_i1380" DrawAspect="Content" ObjectID="_1840331834" r:id="rId725"/>
        </w:object>
      </w:r>
      <w:r w:rsidR="003A4ABB" w:rsidRPr="00B75A9A">
        <w:rPr>
          <w:rFonts w:ascii="Times New Roman" w:hAnsi="Times New Roman" w:cs="Times New Roman"/>
          <w:color w:val="202124"/>
          <w:sz w:val="28"/>
          <w:szCs w:val="28"/>
          <w:lang w:val="kk-KZ"/>
        </w:rPr>
        <w:t xml:space="preserve"> векторлық функциясы (1.8) қатынасын қанағаттандырады. Бұл жағдайда (1.9), (1.10) қатынастары (1.1) теңдеуінің төмендегі өрнекке ауысатынын көрсетеді:</w:t>
      </w:r>
    </w:p>
    <w:p w14:paraId="6E8E48DD" w14:textId="77777777" w:rsidR="003A4ABB" w:rsidRPr="00B75A9A" w:rsidRDefault="003A4ABB" w:rsidP="00B75A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lang w:val="kk-KZ"/>
        </w:rPr>
      </w:pPr>
    </w:p>
    <w:p w14:paraId="638E3F71" w14:textId="77777777" w:rsidR="003A4ABB" w:rsidRPr="00B75A9A" w:rsidRDefault="00A07FF5" w:rsidP="00B75A9A">
      <w:pPr>
        <w:spacing w:after="0" w:line="240" w:lineRule="auto"/>
        <w:jc w:val="right"/>
        <w:rPr>
          <w:rFonts w:ascii="Times New Roman" w:hAnsi="Times New Roman" w:cs="Times New Roman"/>
          <w:sz w:val="28"/>
          <w:szCs w:val="28"/>
          <w:lang w:val="kk-KZ"/>
        </w:rPr>
      </w:pPr>
      <w:r w:rsidRPr="00B75A9A">
        <w:rPr>
          <w:rFonts w:ascii="Times New Roman" w:hAnsi="Times New Roman" w:cs="Times New Roman"/>
          <w:position w:val="-34"/>
          <w:sz w:val="28"/>
          <w:szCs w:val="28"/>
        </w:rPr>
        <w:object w:dxaOrig="4599" w:dyaOrig="800" w14:anchorId="062E3798">
          <v:shape id="_x0000_i1381" type="#_x0000_t75" style="width:231.8pt;height:43.5pt" o:ole="">
            <v:imagedata r:id="rId726" o:title=""/>
          </v:shape>
          <o:OLEObject Type="Embed" ProgID="Equation.DSMT4" ShapeID="_x0000_i1381" DrawAspect="Content" ObjectID="_1840331835" r:id="rId727"/>
        </w:object>
      </w:r>
      <w:r w:rsidR="003A4ABB" w:rsidRPr="00B75A9A">
        <w:rPr>
          <w:rFonts w:ascii="Times New Roman" w:hAnsi="Times New Roman" w:cs="Times New Roman"/>
          <w:position w:val="-34"/>
          <w:sz w:val="28"/>
          <w:szCs w:val="28"/>
          <w:lang w:val="kk-KZ"/>
        </w:rPr>
        <w:t xml:space="preserve">                 </w:t>
      </w:r>
      <w:r w:rsidR="003A4ABB" w:rsidRPr="00B75A9A">
        <w:rPr>
          <w:rFonts w:ascii="Times New Roman" w:hAnsi="Times New Roman" w:cs="Times New Roman"/>
          <w:sz w:val="28"/>
          <w:szCs w:val="28"/>
          <w:lang w:val="kk-KZ"/>
        </w:rPr>
        <w:t xml:space="preserve">            (1.11)</w:t>
      </w:r>
    </w:p>
    <w:p w14:paraId="6324C750" w14:textId="77777777" w:rsidR="003A4ABB" w:rsidRPr="00B75A9A" w:rsidRDefault="003A4ABB" w:rsidP="00B75A9A">
      <w:pPr>
        <w:tabs>
          <w:tab w:val="left" w:pos="4608"/>
        </w:tabs>
        <w:spacing w:after="0" w:line="240" w:lineRule="auto"/>
        <w:rPr>
          <w:rFonts w:ascii="Times New Roman" w:hAnsi="Times New Roman" w:cs="Times New Roman"/>
          <w:color w:val="202124"/>
          <w:position w:val="-28"/>
          <w:sz w:val="28"/>
          <w:szCs w:val="28"/>
          <w:lang w:val="kk-KZ"/>
        </w:rPr>
      </w:pPr>
    </w:p>
    <w:p w14:paraId="14FF2C2B" w14:textId="77777777" w:rsidR="003A4ABB" w:rsidRPr="00B75A9A" w:rsidRDefault="00A07FF5" w:rsidP="00B75A9A">
      <w:pPr>
        <w:tabs>
          <w:tab w:val="left" w:pos="4608"/>
        </w:tabs>
        <w:spacing w:after="0" w:line="240" w:lineRule="auto"/>
        <w:rPr>
          <w:rFonts w:ascii="Times New Roman" w:hAnsi="Times New Roman" w:cs="Times New Roman"/>
          <w:sz w:val="28"/>
          <w:szCs w:val="28"/>
          <w:lang w:val="kk-KZ"/>
        </w:rPr>
      </w:pPr>
      <w:r w:rsidRPr="00B75A9A">
        <w:rPr>
          <w:rFonts w:ascii="Times New Roman" w:hAnsi="Times New Roman" w:cs="Times New Roman"/>
          <w:position w:val="-6"/>
          <w:sz w:val="28"/>
          <w:szCs w:val="28"/>
        </w:rPr>
        <w:object w:dxaOrig="160" w:dyaOrig="300" w14:anchorId="36177399">
          <v:shape id="_x0000_i1382" type="#_x0000_t75" style="width:9.5pt;height:15.8pt" o:ole="">
            <v:imagedata r:id="rId728" o:title=""/>
          </v:shape>
          <o:OLEObject Type="Embed" ProgID="Equation.DSMT4" ShapeID="_x0000_i1382" DrawAspect="Content" ObjectID="_1840331836" r:id="rId729"/>
        </w:object>
      </w:r>
      <w:r w:rsidR="003A4ABB" w:rsidRPr="00B75A9A">
        <w:rPr>
          <w:rFonts w:ascii="Times New Roman" w:hAnsi="Times New Roman" w:cs="Times New Roman"/>
          <w:color w:val="202124"/>
          <w:position w:val="-6"/>
          <w:sz w:val="28"/>
          <w:szCs w:val="28"/>
          <w:lang w:val="kk-KZ"/>
        </w:rPr>
        <w:t xml:space="preserve"> </w:t>
      </w:r>
      <w:r w:rsidR="003A4ABB" w:rsidRPr="00B75A9A">
        <w:rPr>
          <w:rFonts w:ascii="Times New Roman" w:hAnsi="Times New Roman" w:cs="Times New Roman"/>
          <w:sz w:val="28"/>
          <w:szCs w:val="28"/>
          <w:lang w:val="kk-KZ"/>
        </w:rPr>
        <w:t>вектор- функциялар класына бірінші ретті дифференциалдық операторын енгізейік</w:t>
      </w:r>
    </w:p>
    <w:p w14:paraId="1C4E3AE0" w14:textId="77777777" w:rsidR="003A4ABB" w:rsidRPr="00B75A9A" w:rsidRDefault="003A4ABB" w:rsidP="00B75A9A">
      <w:pPr>
        <w:tabs>
          <w:tab w:val="left" w:pos="4608"/>
        </w:tabs>
        <w:spacing w:after="0" w:line="240" w:lineRule="auto"/>
        <w:rPr>
          <w:rFonts w:ascii="Times New Roman" w:hAnsi="Times New Roman" w:cs="Times New Roman"/>
          <w:sz w:val="28"/>
          <w:szCs w:val="28"/>
          <w:lang w:val="kk-KZ"/>
        </w:rPr>
      </w:pPr>
    </w:p>
    <w:p w14:paraId="00356145" w14:textId="77777777" w:rsidR="003A4ABB" w:rsidRPr="00B75A9A" w:rsidRDefault="00A07FF5" w:rsidP="00B75A9A">
      <w:pPr>
        <w:spacing w:after="0" w:line="240" w:lineRule="auto"/>
        <w:jc w:val="right"/>
        <w:rPr>
          <w:rFonts w:ascii="Times New Roman" w:hAnsi="Times New Roman" w:cs="Times New Roman"/>
          <w:sz w:val="28"/>
          <w:szCs w:val="28"/>
        </w:rPr>
      </w:pPr>
      <w:r w:rsidRPr="00B75A9A">
        <w:rPr>
          <w:rFonts w:ascii="Times New Roman" w:hAnsi="Times New Roman" w:cs="Times New Roman"/>
          <w:position w:val="-34"/>
          <w:sz w:val="28"/>
          <w:szCs w:val="28"/>
        </w:rPr>
        <w:object w:dxaOrig="2060" w:dyaOrig="780" w14:anchorId="3CBA82F5">
          <v:shape id="_x0000_i1383" type="#_x0000_t75" style="width:104.45pt;height:38pt" o:ole="">
            <v:imagedata r:id="rId730" o:title=""/>
          </v:shape>
          <o:OLEObject Type="Embed" ProgID="Equation.DSMT4" ShapeID="_x0000_i1383" DrawAspect="Content" ObjectID="_1840331837" r:id="rId731"/>
        </w:object>
      </w:r>
      <w:r w:rsidR="003A4ABB" w:rsidRPr="00B75A9A">
        <w:rPr>
          <w:rFonts w:ascii="Times New Roman" w:hAnsi="Times New Roman" w:cs="Times New Roman"/>
          <w:position w:val="-34"/>
          <w:sz w:val="28"/>
          <w:szCs w:val="28"/>
          <w:lang w:val="kk-KZ"/>
        </w:rPr>
        <w:t xml:space="preserve">                                                    </w:t>
      </w:r>
      <w:r w:rsidR="003A4ABB" w:rsidRPr="00B75A9A">
        <w:rPr>
          <w:rFonts w:ascii="Times New Roman" w:hAnsi="Times New Roman" w:cs="Times New Roman"/>
          <w:sz w:val="28"/>
          <w:szCs w:val="28"/>
          <w:lang w:val="kk-KZ"/>
        </w:rPr>
        <w:t xml:space="preserve">            (1.12)</w:t>
      </w:r>
    </w:p>
    <w:p w14:paraId="1AE148E5" w14:textId="77777777" w:rsidR="003A4ABB" w:rsidRPr="00B75A9A" w:rsidRDefault="003A4ABB" w:rsidP="00B75A9A">
      <w:pPr>
        <w:tabs>
          <w:tab w:val="left" w:pos="4608"/>
        </w:tabs>
        <w:spacing w:after="0" w:line="240" w:lineRule="auto"/>
        <w:jc w:val="center"/>
        <w:rPr>
          <w:rFonts w:ascii="Times New Roman" w:hAnsi="Times New Roman" w:cs="Times New Roman"/>
          <w:color w:val="202124"/>
          <w:position w:val="-28"/>
          <w:sz w:val="28"/>
          <w:szCs w:val="28"/>
          <w:lang w:val="kk-KZ"/>
        </w:rPr>
      </w:pPr>
    </w:p>
    <w:p w14:paraId="4FB62ED7" w14:textId="77777777" w:rsidR="003A4ABB" w:rsidRPr="00B75A9A" w:rsidRDefault="00A07FF5" w:rsidP="00B75A9A">
      <w:pPr>
        <w:tabs>
          <w:tab w:val="left" w:pos="4608"/>
        </w:tabs>
        <w:spacing w:after="0" w:line="240" w:lineRule="auto"/>
        <w:rPr>
          <w:rFonts w:ascii="Times New Roman" w:hAnsi="Times New Roman" w:cs="Times New Roman"/>
          <w:color w:val="202124"/>
          <w:position w:val="-28"/>
          <w:sz w:val="28"/>
          <w:szCs w:val="28"/>
        </w:rPr>
      </w:pPr>
      <w:r w:rsidRPr="00B75A9A">
        <w:rPr>
          <w:rFonts w:ascii="Times New Roman" w:hAnsi="Times New Roman" w:cs="Times New Roman"/>
          <w:position w:val="-6"/>
          <w:sz w:val="28"/>
          <w:szCs w:val="28"/>
        </w:rPr>
        <w:object w:dxaOrig="780" w:dyaOrig="300" w14:anchorId="5A3ECAB1">
          <v:shape id="_x0000_i1384" type="#_x0000_t75" style="width:38pt;height:15.8pt" o:ole="">
            <v:imagedata r:id="rId732" o:title=""/>
          </v:shape>
          <o:OLEObject Type="Embed" ProgID="Equation.DSMT4" ShapeID="_x0000_i1384" DrawAspect="Content" ObjectID="_1840331838" r:id="rId733"/>
        </w:object>
      </w:r>
      <w:r w:rsidR="003A4ABB" w:rsidRPr="00B75A9A">
        <w:rPr>
          <w:rFonts w:ascii="Times New Roman" w:hAnsi="Times New Roman" w:cs="Times New Roman"/>
          <w:position w:val="-6"/>
          <w:sz w:val="28"/>
          <w:szCs w:val="28"/>
          <w:lang w:val="kk-KZ"/>
        </w:rPr>
        <w:t xml:space="preserve">  </w:t>
      </w:r>
      <w:r w:rsidR="003A4ABB" w:rsidRPr="00B75A9A">
        <w:rPr>
          <w:rFonts w:ascii="Times New Roman" w:hAnsi="Times New Roman" w:cs="Times New Roman"/>
          <w:sz w:val="28"/>
          <w:szCs w:val="28"/>
        </w:rPr>
        <w:t>матрицасымен</w:t>
      </w:r>
    </w:p>
    <w:p w14:paraId="1B2FD86E" w14:textId="77777777" w:rsidR="003A4ABB" w:rsidRPr="00B75A9A" w:rsidRDefault="003A4ABB" w:rsidP="00B75A9A">
      <w:pPr>
        <w:spacing w:after="0" w:line="240" w:lineRule="auto"/>
        <w:rPr>
          <w:rFonts w:ascii="Times New Roman" w:hAnsi="Times New Roman" w:cs="Times New Roman"/>
          <w:sz w:val="28"/>
          <w:szCs w:val="28"/>
        </w:rPr>
      </w:pPr>
    </w:p>
    <w:p w14:paraId="210733D4" w14:textId="1C043946" w:rsidR="008F75AB" w:rsidRDefault="00A07FF5" w:rsidP="004F565E">
      <w:pPr>
        <w:spacing w:after="0" w:line="240" w:lineRule="auto"/>
        <w:jc w:val="center"/>
        <w:rPr>
          <w:rFonts w:ascii="Times New Roman" w:hAnsi="Times New Roman" w:cs="Times New Roman"/>
          <w:position w:val="-98"/>
          <w:sz w:val="28"/>
          <w:szCs w:val="28"/>
          <w:lang w:val="kk-KZ"/>
        </w:rPr>
      </w:pPr>
      <w:r w:rsidRPr="00B75A9A">
        <w:rPr>
          <w:rFonts w:ascii="Times New Roman" w:hAnsi="Times New Roman" w:cs="Times New Roman"/>
          <w:position w:val="-98"/>
          <w:sz w:val="28"/>
          <w:szCs w:val="28"/>
        </w:rPr>
        <w:object w:dxaOrig="3900" w:dyaOrig="2100" w14:anchorId="35F2D266">
          <v:shape id="_x0000_i1385" type="#_x0000_t75" style="width:195.45pt;height:106pt" o:ole="">
            <v:imagedata r:id="rId734" o:title=""/>
          </v:shape>
          <o:OLEObject Type="Embed" ProgID="Equation.DSMT4" ShapeID="_x0000_i1385" DrawAspect="Content" ObjectID="_1840331839" r:id="rId735"/>
        </w:object>
      </w:r>
    </w:p>
    <w:p w14:paraId="6915F437" w14:textId="77777777" w:rsidR="004F565E" w:rsidRPr="00B75A9A" w:rsidRDefault="004F565E" w:rsidP="004F565E">
      <w:pPr>
        <w:spacing w:after="0" w:line="240" w:lineRule="auto"/>
        <w:jc w:val="center"/>
        <w:rPr>
          <w:rFonts w:ascii="Times New Roman" w:hAnsi="Times New Roman" w:cs="Times New Roman"/>
          <w:position w:val="-98"/>
          <w:sz w:val="28"/>
          <w:szCs w:val="28"/>
          <w:lang w:val="kk-KZ"/>
        </w:rPr>
      </w:pPr>
    </w:p>
    <w:p w14:paraId="2C5C1FF0" w14:textId="55258AE3" w:rsidR="003A4ABB" w:rsidRPr="00B75A9A" w:rsidRDefault="003A4ABB" w:rsidP="00B75A9A">
      <w:pPr>
        <w:pStyle w:val="af3"/>
        <w:rPr>
          <w:lang w:val="kk-KZ"/>
        </w:rPr>
      </w:pPr>
      <w:r w:rsidRPr="00B75A9A">
        <w:rPr>
          <w:lang w:val="kk-KZ"/>
        </w:rPr>
        <w:t>және (1.4)-ке  ұқсас етіп кеңістікті келесі түрде қарастырыңыз</w:t>
      </w:r>
      <w:r w:rsidR="00623DB2">
        <w:rPr>
          <w:lang w:val="kk-KZ"/>
        </w:rPr>
        <w:t>:</w:t>
      </w:r>
    </w:p>
    <w:p w14:paraId="6541FE72" w14:textId="77777777" w:rsidR="003A4ABB" w:rsidRPr="00B75A9A" w:rsidRDefault="003A4ABB" w:rsidP="00B75A9A">
      <w:pPr>
        <w:pStyle w:val="af3"/>
        <w:rPr>
          <w:lang w:val="kk-KZ"/>
        </w:rPr>
      </w:pPr>
    </w:p>
    <w:p w14:paraId="2FCB4776" w14:textId="56C5A289" w:rsidR="003A4ABB" w:rsidRPr="00B75A9A" w:rsidRDefault="00A07FF5" w:rsidP="00B75A9A">
      <w:pPr>
        <w:spacing w:after="0" w:line="240" w:lineRule="auto"/>
        <w:jc w:val="right"/>
        <w:rPr>
          <w:rFonts w:ascii="Times New Roman" w:hAnsi="Times New Roman" w:cs="Times New Roman"/>
          <w:sz w:val="28"/>
          <w:szCs w:val="28"/>
          <w:lang w:val="kk-KZ"/>
        </w:rPr>
      </w:pPr>
      <w:r w:rsidRPr="00B75A9A">
        <w:rPr>
          <w:rFonts w:ascii="Times New Roman" w:hAnsi="Times New Roman" w:cs="Times New Roman"/>
          <w:position w:val="-22"/>
          <w:sz w:val="28"/>
          <w:szCs w:val="28"/>
        </w:rPr>
        <w:object w:dxaOrig="5840" w:dyaOrig="580" w14:anchorId="3F7E74B0">
          <v:shape id="_x0000_i1386" type="#_x0000_t75" style="width:296.7pt;height:28.5pt" o:ole="">
            <v:imagedata r:id="rId736" o:title=""/>
          </v:shape>
          <o:OLEObject Type="Embed" ProgID="Equation.DSMT4" ShapeID="_x0000_i1386" DrawAspect="Content" ObjectID="_1840331840" r:id="rId737"/>
        </w:object>
      </w:r>
      <w:r w:rsidR="004F565E">
        <w:rPr>
          <w:rFonts w:ascii="Times New Roman" w:hAnsi="Times New Roman" w:cs="Times New Roman"/>
          <w:sz w:val="28"/>
          <w:szCs w:val="28"/>
          <w:lang w:val="kk-KZ"/>
        </w:rPr>
        <w:t xml:space="preserve">           </w:t>
      </w:r>
      <w:r w:rsidR="003A4ABB" w:rsidRPr="00B75A9A">
        <w:rPr>
          <w:rFonts w:ascii="Times New Roman" w:hAnsi="Times New Roman" w:cs="Times New Roman"/>
          <w:sz w:val="28"/>
          <w:szCs w:val="28"/>
          <w:lang w:val="kk-KZ"/>
        </w:rPr>
        <w:t xml:space="preserve">        (1.13)</w:t>
      </w:r>
    </w:p>
    <w:p w14:paraId="248150DC" w14:textId="77777777" w:rsidR="003A4ABB" w:rsidRPr="00B75A9A" w:rsidRDefault="003A4ABB" w:rsidP="00B75A9A">
      <w:pPr>
        <w:pStyle w:val="af3"/>
        <w:rPr>
          <w:lang w:val="kk-KZ"/>
        </w:rPr>
      </w:pPr>
    </w:p>
    <w:p w14:paraId="1007DD58" w14:textId="23823485" w:rsidR="003A4ABB" w:rsidRPr="00B75A9A" w:rsidRDefault="003A4ABB" w:rsidP="00B75A9A">
      <w:pPr>
        <w:spacing w:after="0" w:line="240" w:lineRule="auto"/>
        <w:jc w:val="both"/>
        <w:rPr>
          <w:rFonts w:ascii="Times New Roman" w:hAnsi="Times New Roman" w:cs="Times New Roman"/>
          <w:sz w:val="28"/>
          <w:szCs w:val="28"/>
          <w:lang w:val="kk-KZ"/>
        </w:rPr>
      </w:pPr>
      <w:r w:rsidRPr="00B75A9A">
        <w:rPr>
          <w:rFonts w:ascii="Times New Roman" w:hAnsi="Times New Roman" w:cs="Times New Roman"/>
          <w:sz w:val="28"/>
          <w:szCs w:val="28"/>
          <w:lang w:val="kk-KZ"/>
        </w:rPr>
        <w:t xml:space="preserve">Сонымен қатар, </w:t>
      </w:r>
      <w:r w:rsidR="00A07FF5" w:rsidRPr="00B75A9A">
        <w:rPr>
          <w:rFonts w:ascii="Times New Roman" w:hAnsi="Times New Roman" w:cs="Times New Roman"/>
          <w:position w:val="-6"/>
          <w:sz w:val="28"/>
          <w:szCs w:val="28"/>
        </w:rPr>
        <w:object w:dxaOrig="300" w:dyaOrig="300" w14:anchorId="714F5169">
          <v:shape id="_x0000_i1387" type="#_x0000_t75" style="width:15.8pt;height:15.8pt" o:ole="">
            <v:imagedata r:id="rId738" o:title=""/>
          </v:shape>
          <o:OLEObject Type="Embed" ProgID="Equation.DSMT4" ShapeID="_x0000_i1387" DrawAspect="Content" ObjectID="_1840331841" r:id="rId739"/>
        </w:object>
      </w:r>
      <w:r w:rsidRPr="00B75A9A">
        <w:rPr>
          <w:rFonts w:ascii="Times New Roman" w:hAnsi="Times New Roman" w:cs="Times New Roman"/>
          <w:sz w:val="28"/>
          <w:szCs w:val="28"/>
          <w:lang w:val="kk-KZ"/>
        </w:rPr>
        <w:t xml:space="preserve"> вектор- функциялар класында келесі түрде ішкі кеңістіктерді енгізу ыңғайлы</w:t>
      </w:r>
      <w:r w:rsidR="00623DB2">
        <w:rPr>
          <w:rFonts w:ascii="Times New Roman" w:hAnsi="Times New Roman" w:cs="Times New Roman"/>
          <w:sz w:val="28"/>
          <w:szCs w:val="28"/>
          <w:lang w:val="kk-KZ"/>
        </w:rPr>
        <w:t>:</w:t>
      </w:r>
    </w:p>
    <w:p w14:paraId="18C32F25" w14:textId="77777777" w:rsidR="003A4ABB" w:rsidRPr="00B75A9A" w:rsidRDefault="003A4ABB" w:rsidP="00B75A9A">
      <w:pPr>
        <w:pStyle w:val="af3"/>
        <w:rPr>
          <w:lang w:val="kk-KZ"/>
        </w:rPr>
      </w:pPr>
    </w:p>
    <w:p w14:paraId="12F45E6F" w14:textId="157F771D" w:rsidR="003A4ABB" w:rsidRPr="00B75A9A" w:rsidRDefault="00A07FF5" w:rsidP="00B75A9A">
      <w:pPr>
        <w:spacing w:after="0" w:line="240" w:lineRule="auto"/>
        <w:jc w:val="right"/>
        <w:rPr>
          <w:rFonts w:ascii="Times New Roman" w:hAnsi="Times New Roman" w:cs="Times New Roman"/>
          <w:sz w:val="28"/>
          <w:szCs w:val="28"/>
          <w:lang w:val="kk-KZ"/>
        </w:rPr>
      </w:pPr>
      <w:r w:rsidRPr="00B75A9A">
        <w:rPr>
          <w:rFonts w:ascii="Times New Roman" w:hAnsi="Times New Roman" w:cs="Times New Roman"/>
          <w:position w:val="-50"/>
          <w:sz w:val="28"/>
          <w:szCs w:val="28"/>
        </w:rPr>
        <w:object w:dxaOrig="4660" w:dyaOrig="1140" w14:anchorId="0AF3224F">
          <v:shape id="_x0000_i1388" type="#_x0000_t75" style="width:231.8pt;height:56.2pt" o:ole="">
            <v:imagedata r:id="rId740" o:title=""/>
          </v:shape>
          <o:OLEObject Type="Embed" ProgID="Equation.DSMT4" ShapeID="_x0000_i1388" DrawAspect="Content" ObjectID="_1840331842" r:id="rId741"/>
        </w:object>
      </w:r>
      <w:r w:rsidR="004F565E">
        <w:rPr>
          <w:rFonts w:ascii="Times New Roman" w:hAnsi="Times New Roman" w:cs="Times New Roman"/>
          <w:sz w:val="28"/>
          <w:szCs w:val="28"/>
          <w:lang w:val="kk-KZ"/>
        </w:rPr>
        <w:t xml:space="preserve">                  </w:t>
      </w:r>
      <w:r w:rsidR="003A4ABB" w:rsidRPr="00B75A9A">
        <w:rPr>
          <w:rFonts w:ascii="Times New Roman" w:hAnsi="Times New Roman" w:cs="Times New Roman"/>
          <w:sz w:val="28"/>
          <w:szCs w:val="28"/>
          <w:lang w:val="kk-KZ"/>
        </w:rPr>
        <w:t xml:space="preserve">        (1.14)</w:t>
      </w:r>
    </w:p>
    <w:p w14:paraId="43D78072" w14:textId="77777777" w:rsidR="003A4ABB" w:rsidRPr="00B75A9A" w:rsidRDefault="003A4ABB" w:rsidP="00B75A9A">
      <w:pPr>
        <w:spacing w:after="0" w:line="240" w:lineRule="auto"/>
        <w:rPr>
          <w:rFonts w:ascii="Times New Roman" w:hAnsi="Times New Roman" w:cs="Times New Roman"/>
          <w:position w:val="-44"/>
          <w:sz w:val="28"/>
          <w:szCs w:val="28"/>
          <w:lang w:val="kk-KZ"/>
        </w:rPr>
      </w:pPr>
    </w:p>
    <w:p w14:paraId="3D677120" w14:textId="77777777" w:rsidR="003A4ABB" w:rsidRPr="00B75A9A" w:rsidRDefault="003A4ABB" w:rsidP="00B75A9A">
      <w:pPr>
        <w:tabs>
          <w:tab w:val="center" w:pos="5102"/>
        </w:tabs>
        <w:spacing w:after="0" w:line="240" w:lineRule="auto"/>
        <w:rPr>
          <w:rFonts w:ascii="Times New Roman" w:hAnsi="Times New Roman" w:cs="Times New Roman"/>
          <w:color w:val="202124"/>
          <w:sz w:val="28"/>
          <w:szCs w:val="28"/>
          <w:lang w:val="kk-KZ"/>
        </w:rPr>
      </w:pPr>
      <w:r w:rsidRPr="00B75A9A">
        <w:rPr>
          <w:rFonts w:ascii="Times New Roman" w:hAnsi="Times New Roman" w:cs="Times New Roman"/>
          <w:color w:val="202124"/>
          <w:sz w:val="28"/>
          <w:szCs w:val="28"/>
          <w:lang w:val="kk-KZ"/>
        </w:rPr>
        <w:t>(1.1), (1.12) белгілеулерді қолданып келесі теңдікті аламыз:</w:t>
      </w:r>
    </w:p>
    <w:p w14:paraId="446BBF0D" w14:textId="77777777" w:rsidR="003A4ABB" w:rsidRPr="00B75A9A" w:rsidRDefault="003A4ABB" w:rsidP="00B75A9A">
      <w:pPr>
        <w:tabs>
          <w:tab w:val="center" w:pos="5102"/>
        </w:tabs>
        <w:spacing w:after="0" w:line="240" w:lineRule="auto"/>
        <w:rPr>
          <w:rFonts w:ascii="Times New Roman" w:hAnsi="Times New Roman" w:cs="Times New Roman"/>
          <w:color w:val="202124"/>
          <w:sz w:val="28"/>
          <w:szCs w:val="28"/>
          <w:lang w:val="kk-KZ"/>
        </w:rPr>
      </w:pPr>
    </w:p>
    <w:p w14:paraId="748D3B2C" w14:textId="2860324B" w:rsidR="003A4ABB" w:rsidRPr="00B75A9A" w:rsidRDefault="00A07FF5" w:rsidP="00B75A9A">
      <w:pPr>
        <w:spacing w:after="0" w:line="240" w:lineRule="auto"/>
        <w:jc w:val="right"/>
        <w:rPr>
          <w:rFonts w:ascii="Times New Roman" w:hAnsi="Times New Roman" w:cs="Times New Roman"/>
          <w:sz w:val="28"/>
          <w:szCs w:val="28"/>
          <w:lang w:val="kk-KZ"/>
        </w:rPr>
      </w:pPr>
      <w:r w:rsidRPr="00B75A9A">
        <w:rPr>
          <w:rFonts w:ascii="Times New Roman" w:hAnsi="Times New Roman" w:cs="Times New Roman"/>
          <w:position w:val="-16"/>
          <w:sz w:val="28"/>
          <w:szCs w:val="28"/>
        </w:rPr>
        <w:object w:dxaOrig="2840" w:dyaOrig="460" w14:anchorId="2C77D93D">
          <v:shape id="_x0000_i1389" type="#_x0000_t75" style="width:140.85pt;height:25.3pt" o:ole="">
            <v:imagedata r:id="rId742" o:title=""/>
          </v:shape>
          <o:OLEObject Type="Embed" ProgID="Equation.DSMT4" ShapeID="_x0000_i1389" DrawAspect="Content" ObjectID="_1840331843" r:id="rId743"/>
        </w:object>
      </w:r>
      <w:r w:rsidR="003A4ABB" w:rsidRPr="00B75A9A">
        <w:rPr>
          <w:rFonts w:ascii="Times New Roman" w:hAnsi="Times New Roman" w:cs="Times New Roman"/>
          <w:position w:val="-18"/>
          <w:sz w:val="28"/>
          <w:szCs w:val="28"/>
          <w:lang w:val="kk-KZ"/>
        </w:rPr>
        <w:t xml:space="preserve">              </w:t>
      </w:r>
      <w:r w:rsidR="004F565E">
        <w:rPr>
          <w:rFonts w:ascii="Times New Roman" w:hAnsi="Times New Roman" w:cs="Times New Roman"/>
          <w:position w:val="-18"/>
          <w:sz w:val="28"/>
          <w:szCs w:val="28"/>
          <w:lang w:val="kk-KZ"/>
        </w:rPr>
        <w:t xml:space="preserve">                  </w:t>
      </w:r>
      <w:r w:rsidR="003A4ABB" w:rsidRPr="00B75A9A">
        <w:rPr>
          <w:rFonts w:ascii="Times New Roman" w:hAnsi="Times New Roman" w:cs="Times New Roman"/>
          <w:sz w:val="28"/>
          <w:szCs w:val="28"/>
          <w:lang w:val="kk-KZ"/>
        </w:rPr>
        <w:t xml:space="preserve">     (1.15)</w:t>
      </w:r>
    </w:p>
    <w:p w14:paraId="692404F0" w14:textId="77777777" w:rsidR="003A4ABB" w:rsidRPr="00B75A9A" w:rsidRDefault="003A4ABB" w:rsidP="00B75A9A">
      <w:pPr>
        <w:spacing w:after="0" w:line="240" w:lineRule="auto"/>
        <w:rPr>
          <w:rFonts w:ascii="Times New Roman" w:hAnsi="Times New Roman" w:cs="Times New Roman"/>
          <w:sz w:val="28"/>
          <w:szCs w:val="28"/>
          <w:lang w:val="kk-KZ"/>
        </w:rPr>
      </w:pPr>
    </w:p>
    <w:p w14:paraId="25DE5211" w14:textId="77777777" w:rsidR="003A4ABB" w:rsidRPr="00B75A9A" w:rsidRDefault="003A4ABB" w:rsidP="00B75A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202124"/>
          <w:sz w:val="28"/>
          <w:szCs w:val="28"/>
          <w:lang w:val="kk-KZ"/>
        </w:rPr>
      </w:pPr>
      <w:r w:rsidRPr="00B75A9A">
        <w:rPr>
          <w:rFonts w:ascii="Times New Roman" w:hAnsi="Times New Roman" w:cs="Times New Roman"/>
          <w:color w:val="202124"/>
          <w:sz w:val="28"/>
          <w:szCs w:val="28"/>
          <w:lang w:val="kk-KZ"/>
        </w:rPr>
        <w:t xml:space="preserve"> (1.8) ескере отырып, </w:t>
      </w:r>
      <w:r w:rsidR="00A07FF5" w:rsidRPr="00B75A9A">
        <w:rPr>
          <w:rFonts w:ascii="Times New Roman" w:hAnsi="Times New Roman" w:cs="Times New Roman"/>
          <w:position w:val="-4"/>
          <w:sz w:val="28"/>
          <w:szCs w:val="28"/>
        </w:rPr>
        <w:object w:dxaOrig="580" w:dyaOrig="340" w14:anchorId="0CD5B6E8">
          <v:shape id="_x0000_i1390" type="#_x0000_t75" style="width:28.5pt;height:15.8pt" o:ole="">
            <v:imagedata r:id="rId744" o:title=""/>
          </v:shape>
          <o:OLEObject Type="Embed" ProgID="Equation.DSMT4" ShapeID="_x0000_i1390" DrawAspect="Content" ObjectID="_1840331844" r:id="rId745"/>
        </w:object>
      </w:r>
      <w:r w:rsidRPr="00B75A9A">
        <w:rPr>
          <w:rFonts w:ascii="Times New Roman" w:hAnsi="Times New Roman" w:cs="Times New Roman"/>
          <w:position w:val="-4"/>
          <w:sz w:val="28"/>
          <w:szCs w:val="28"/>
          <w:lang w:val="kk-KZ"/>
        </w:rPr>
        <w:t xml:space="preserve"> </w:t>
      </w:r>
      <w:r w:rsidRPr="00B75A9A">
        <w:rPr>
          <w:rFonts w:ascii="Times New Roman" w:hAnsi="Times New Roman" w:cs="Times New Roman"/>
          <w:color w:val="202124"/>
          <w:sz w:val="28"/>
          <w:szCs w:val="28"/>
          <w:lang w:val="kk-KZ"/>
        </w:rPr>
        <w:t xml:space="preserve">операторы </w:t>
      </w:r>
      <w:r w:rsidR="00A07FF5" w:rsidRPr="00B75A9A">
        <w:rPr>
          <w:rFonts w:ascii="Times New Roman" w:hAnsi="Times New Roman" w:cs="Times New Roman"/>
          <w:position w:val="-14"/>
          <w:sz w:val="28"/>
          <w:szCs w:val="28"/>
        </w:rPr>
        <w:object w:dxaOrig="520" w:dyaOrig="440" w14:anchorId="7DD6892A">
          <v:shape id="_x0000_i1391" type="#_x0000_t75" style="width:27.7pt;height:20.55pt" o:ole="">
            <v:imagedata r:id="rId746" o:title=""/>
          </v:shape>
          <o:OLEObject Type="Embed" ProgID="Equation.DSMT4" ShapeID="_x0000_i1391" DrawAspect="Content" ObjectID="_1840331845" r:id="rId747"/>
        </w:object>
      </w:r>
      <w:r w:rsidRPr="00B75A9A">
        <w:rPr>
          <w:rFonts w:ascii="Times New Roman" w:hAnsi="Times New Roman" w:cs="Times New Roman"/>
          <w:color w:val="202124"/>
          <w:sz w:val="28"/>
          <w:szCs w:val="28"/>
          <w:lang w:val="kk-KZ"/>
        </w:rPr>
        <w:t xml:space="preserve"> класының сызықтық изоморфизмін (1.9) шарттары бойынша ерекшеленген</w:t>
      </w:r>
      <w:r w:rsidR="00A07FF5" w:rsidRPr="00B75A9A">
        <w:rPr>
          <w:rFonts w:ascii="Times New Roman" w:hAnsi="Times New Roman" w:cs="Times New Roman"/>
          <w:position w:val="-12"/>
          <w:sz w:val="28"/>
          <w:szCs w:val="28"/>
        </w:rPr>
        <w:object w:dxaOrig="740" w:dyaOrig="420" w14:anchorId="2A591AE0">
          <v:shape id="_x0000_i1392" type="#_x0000_t75" style="width:36.4pt;height:20.55pt" o:ole="">
            <v:imagedata r:id="rId748" o:title=""/>
          </v:shape>
          <o:OLEObject Type="Embed" ProgID="Equation.DSMT4" ShapeID="_x0000_i1392" DrawAspect="Content" ObjectID="_1840331846" r:id="rId749"/>
        </w:object>
      </w:r>
      <w:r w:rsidRPr="00B75A9A">
        <w:rPr>
          <w:rFonts w:ascii="Times New Roman" w:hAnsi="Times New Roman" w:cs="Times New Roman"/>
          <w:color w:val="202124"/>
          <w:sz w:val="28"/>
          <w:szCs w:val="28"/>
          <w:lang w:val="kk-KZ"/>
        </w:rPr>
        <w:t xml:space="preserve"> ішкі кеңістігінде жүзеге асырады. Осы ойларға сүйене отырып, (1.10) пайдалана отырып, (1.1) теңдеуін </w:t>
      </w:r>
      <w:r w:rsidR="00A07FF5" w:rsidRPr="00B75A9A">
        <w:rPr>
          <w:rFonts w:ascii="Times New Roman" w:hAnsi="Times New Roman" w:cs="Times New Roman"/>
          <w:position w:val="-14"/>
          <w:sz w:val="28"/>
          <w:szCs w:val="28"/>
        </w:rPr>
        <w:object w:dxaOrig="2220" w:dyaOrig="440" w14:anchorId="3768DEB7">
          <v:shape id="_x0000_i1393" type="#_x0000_t75" style="width:110.75pt;height:20.55pt" o:ole="">
            <v:imagedata r:id="rId750" o:title=""/>
          </v:shape>
          <o:OLEObject Type="Embed" ProgID="Equation.DSMT4" ShapeID="_x0000_i1393" DrawAspect="Content" ObjectID="_1840331847" r:id="rId751"/>
        </w:object>
      </w:r>
      <w:r w:rsidRPr="00B75A9A">
        <w:rPr>
          <w:rFonts w:ascii="Times New Roman" w:hAnsi="Times New Roman" w:cs="Times New Roman"/>
          <w:color w:val="202124"/>
          <w:sz w:val="28"/>
          <w:szCs w:val="28"/>
          <w:lang w:val="kk-KZ"/>
        </w:rPr>
        <w:t xml:space="preserve"> жұбы үшін эквивалентті теңдеу түрінде жаза аламыз.</w:t>
      </w:r>
    </w:p>
    <w:p w14:paraId="5CFF18B6" w14:textId="77777777" w:rsidR="003A4ABB" w:rsidRPr="00B75A9A" w:rsidRDefault="003A4ABB" w:rsidP="00B75A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202124"/>
          <w:sz w:val="28"/>
          <w:szCs w:val="28"/>
          <w:lang w:val="kk-KZ"/>
        </w:rPr>
      </w:pPr>
    </w:p>
    <w:p w14:paraId="4163E358" w14:textId="77777777" w:rsidR="00952250" w:rsidRPr="00B75A9A" w:rsidRDefault="00A07FF5" w:rsidP="00B75A9A">
      <w:pPr>
        <w:spacing w:after="0" w:line="240" w:lineRule="auto"/>
        <w:jc w:val="right"/>
        <w:rPr>
          <w:rFonts w:ascii="Times New Roman" w:hAnsi="Times New Roman" w:cs="Times New Roman"/>
          <w:position w:val="-14"/>
          <w:sz w:val="28"/>
          <w:szCs w:val="28"/>
          <w:lang w:val="kk-KZ"/>
        </w:rPr>
      </w:pPr>
      <w:r w:rsidRPr="00B75A9A">
        <w:rPr>
          <w:rFonts w:ascii="Times New Roman" w:hAnsi="Times New Roman" w:cs="Times New Roman"/>
          <w:position w:val="-12"/>
          <w:sz w:val="28"/>
          <w:szCs w:val="28"/>
        </w:rPr>
        <w:object w:dxaOrig="3760" w:dyaOrig="420" w14:anchorId="4D34D611">
          <v:shape id="_x0000_i1394" type="#_x0000_t75" style="width:189.1pt;height:20.55pt" o:ole="">
            <v:imagedata r:id="rId752" o:title=""/>
          </v:shape>
          <o:OLEObject Type="Embed" ProgID="Equation.DSMT4" ShapeID="_x0000_i1394" DrawAspect="Content" ObjectID="_1840331848" r:id="rId753"/>
        </w:object>
      </w:r>
      <w:r w:rsidR="003A4ABB" w:rsidRPr="00B75A9A">
        <w:rPr>
          <w:rFonts w:ascii="Times New Roman" w:hAnsi="Times New Roman" w:cs="Times New Roman"/>
          <w:sz w:val="28"/>
          <w:szCs w:val="28"/>
          <w:lang w:val="kk-KZ"/>
        </w:rPr>
        <w:t xml:space="preserve">                               (1.</w:t>
      </w:r>
      <w:r w:rsidR="003A4ABB" w:rsidRPr="00B75A9A">
        <w:rPr>
          <w:rFonts w:ascii="Times New Roman" w:hAnsi="Times New Roman" w:cs="Times New Roman"/>
          <w:sz w:val="28"/>
          <w:szCs w:val="28"/>
        </w:rPr>
        <w:t>1</w:t>
      </w:r>
      <w:r w:rsidR="003A4ABB" w:rsidRPr="00B75A9A">
        <w:rPr>
          <w:rFonts w:ascii="Times New Roman" w:hAnsi="Times New Roman" w:cs="Times New Roman"/>
          <w:sz w:val="28"/>
          <w:szCs w:val="28"/>
          <w:lang w:val="kk-KZ"/>
        </w:rPr>
        <w:t>6)</w:t>
      </w:r>
      <w:r w:rsidR="003A4ABB" w:rsidRPr="00B75A9A">
        <w:rPr>
          <w:rFonts w:ascii="Times New Roman" w:hAnsi="Times New Roman" w:cs="Times New Roman"/>
          <w:position w:val="-14"/>
          <w:sz w:val="28"/>
          <w:szCs w:val="28"/>
          <w:lang w:val="kk-KZ"/>
        </w:rPr>
        <w:t xml:space="preserve">   </w:t>
      </w:r>
    </w:p>
    <w:p w14:paraId="30159005" w14:textId="77777777" w:rsidR="003A4ABB" w:rsidRPr="00B75A9A" w:rsidRDefault="003A4ABB" w:rsidP="00B75A9A">
      <w:pPr>
        <w:spacing w:after="0" w:line="240" w:lineRule="auto"/>
        <w:rPr>
          <w:rFonts w:ascii="Times New Roman" w:hAnsi="Times New Roman" w:cs="Times New Roman"/>
          <w:sz w:val="28"/>
          <w:szCs w:val="28"/>
        </w:rPr>
      </w:pPr>
      <w:r w:rsidRPr="00B75A9A">
        <w:rPr>
          <w:rFonts w:ascii="Times New Roman" w:hAnsi="Times New Roman" w:cs="Times New Roman"/>
          <w:position w:val="-14"/>
          <w:sz w:val="28"/>
          <w:szCs w:val="28"/>
          <w:lang w:val="kk-KZ"/>
        </w:rPr>
        <w:t xml:space="preserve"> </w:t>
      </w:r>
    </w:p>
    <w:p w14:paraId="4642DC9E" w14:textId="0976D856" w:rsidR="003A4ABB" w:rsidRPr="00B75A9A" w:rsidRDefault="00575C0A" w:rsidP="00B75A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position w:val="-16"/>
          <w:sz w:val="28"/>
          <w:szCs w:val="28"/>
        </w:rPr>
      </w:pPr>
      <w:r>
        <w:rPr>
          <w:rFonts w:ascii="Times New Roman" w:hAnsi="Times New Roman" w:cs="Times New Roman"/>
          <w:position w:val="-16"/>
          <w:sz w:val="28"/>
          <w:szCs w:val="28"/>
          <w:lang w:val="kk-KZ"/>
        </w:rPr>
        <w:t>м</w:t>
      </w:r>
      <w:r w:rsidR="003A4ABB" w:rsidRPr="00B75A9A">
        <w:rPr>
          <w:rFonts w:ascii="Times New Roman" w:hAnsi="Times New Roman" w:cs="Times New Roman"/>
          <w:position w:val="-16"/>
          <w:sz w:val="28"/>
          <w:szCs w:val="28"/>
          <w:lang w:val="kk-KZ"/>
        </w:rPr>
        <w:t>ұндағы</w:t>
      </w:r>
    </w:p>
    <w:p w14:paraId="0E167A36" w14:textId="77777777" w:rsidR="003A4ABB" w:rsidRPr="00B75A9A" w:rsidRDefault="003A4ABB" w:rsidP="00B75A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rPr>
      </w:pPr>
    </w:p>
    <w:p w14:paraId="0F5B10CF" w14:textId="77777777" w:rsidR="003A4ABB" w:rsidRPr="00B75A9A" w:rsidRDefault="003A4ABB" w:rsidP="00B75A9A">
      <w:pPr>
        <w:spacing w:after="0" w:line="240" w:lineRule="auto"/>
        <w:rPr>
          <w:rFonts w:ascii="Times New Roman" w:hAnsi="Times New Roman" w:cs="Times New Roman"/>
          <w:position w:val="-18"/>
          <w:sz w:val="28"/>
          <w:szCs w:val="28"/>
        </w:rPr>
      </w:pPr>
      <w:r w:rsidRPr="00B75A9A">
        <w:rPr>
          <w:rFonts w:ascii="Times New Roman" w:hAnsi="Times New Roman" w:cs="Times New Roman"/>
          <w:position w:val="-16"/>
          <w:sz w:val="28"/>
          <w:szCs w:val="28"/>
          <w:lang w:val="kk-KZ"/>
        </w:rPr>
        <w:t xml:space="preserve">                                          </w:t>
      </w:r>
      <w:r w:rsidR="00A07FF5" w:rsidRPr="00B75A9A">
        <w:rPr>
          <w:rFonts w:ascii="Times New Roman" w:hAnsi="Times New Roman" w:cs="Times New Roman"/>
          <w:position w:val="-18"/>
          <w:sz w:val="28"/>
          <w:szCs w:val="28"/>
        </w:rPr>
        <w:object w:dxaOrig="4080" w:dyaOrig="499" w14:anchorId="7F051DDE">
          <v:shape id="_x0000_i1395" type="#_x0000_t75" style="width:204.15pt;height:25.3pt" o:ole="">
            <v:imagedata r:id="rId754" o:title=""/>
          </v:shape>
          <o:OLEObject Type="Embed" ProgID="Equation.DSMT4" ShapeID="_x0000_i1395" DrawAspect="Content" ObjectID="_1840331849" r:id="rId755"/>
        </w:object>
      </w:r>
    </w:p>
    <w:p w14:paraId="33A0889A" w14:textId="77777777" w:rsidR="003A4ABB" w:rsidRPr="00B75A9A" w:rsidRDefault="003A4ABB" w:rsidP="00B75A9A">
      <w:pPr>
        <w:spacing w:after="0" w:line="240" w:lineRule="auto"/>
        <w:rPr>
          <w:rFonts w:ascii="Times New Roman" w:hAnsi="Times New Roman" w:cs="Times New Roman"/>
          <w:position w:val="-18"/>
          <w:sz w:val="28"/>
          <w:szCs w:val="28"/>
        </w:rPr>
      </w:pPr>
    </w:p>
    <w:p w14:paraId="30A546A6" w14:textId="77777777" w:rsidR="003A4ABB" w:rsidRPr="00B75A9A" w:rsidRDefault="003A4ABB" w:rsidP="00B75A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202124"/>
          <w:sz w:val="28"/>
          <w:szCs w:val="28"/>
          <w:lang w:val="kk-KZ"/>
        </w:rPr>
      </w:pPr>
      <w:r w:rsidRPr="00B75A9A">
        <w:rPr>
          <w:rFonts w:ascii="Times New Roman" w:hAnsi="Times New Roman" w:cs="Times New Roman"/>
          <w:color w:val="202124"/>
          <w:sz w:val="28"/>
          <w:szCs w:val="28"/>
          <w:lang w:val="kk-KZ"/>
        </w:rPr>
        <w:lastRenderedPageBreak/>
        <w:t xml:space="preserve"> </w:t>
      </w:r>
      <w:r w:rsidRPr="00B75A9A">
        <w:rPr>
          <w:rFonts w:ascii="Times New Roman" w:hAnsi="Times New Roman" w:cs="Times New Roman"/>
          <w:sz w:val="28"/>
          <w:szCs w:val="28"/>
          <w:lang w:val="kk-KZ"/>
        </w:rPr>
        <w:t xml:space="preserve"> </w:t>
      </w:r>
      <w:r w:rsidR="00A07FF5" w:rsidRPr="00B75A9A">
        <w:rPr>
          <w:rFonts w:ascii="Times New Roman" w:hAnsi="Times New Roman" w:cs="Times New Roman"/>
          <w:position w:val="-4"/>
          <w:sz w:val="28"/>
          <w:szCs w:val="28"/>
        </w:rPr>
        <w:object w:dxaOrig="920" w:dyaOrig="340" w14:anchorId="0257C9BC">
          <v:shape id="_x0000_i1396" type="#_x0000_t75" style="width:45.9pt;height:15.8pt" o:ole="">
            <v:imagedata r:id="rId756" o:title=""/>
          </v:shape>
          <o:OLEObject Type="Embed" ProgID="Equation.DSMT4" ShapeID="_x0000_i1396" DrawAspect="Content" ObjectID="_1840331850" r:id="rId757"/>
        </w:object>
      </w:r>
      <w:r w:rsidRPr="00B75A9A">
        <w:rPr>
          <w:rFonts w:ascii="Times New Roman" w:hAnsi="Times New Roman" w:cs="Times New Roman"/>
          <w:color w:val="202124"/>
          <w:sz w:val="28"/>
          <w:szCs w:val="28"/>
          <w:lang w:val="kk-KZ"/>
        </w:rPr>
        <w:t xml:space="preserve"> операторы </w:t>
      </w:r>
      <w:r w:rsidRPr="00B75A9A">
        <w:rPr>
          <w:rFonts w:ascii="Times New Roman" w:hAnsi="Times New Roman" w:cs="Times New Roman"/>
          <w:position w:val="-4"/>
          <w:sz w:val="28"/>
          <w:szCs w:val="28"/>
          <w:lang w:val="kk-KZ"/>
        </w:rPr>
        <w:t xml:space="preserve"> </w:t>
      </w:r>
      <w:r w:rsidR="00A07FF5" w:rsidRPr="00B75A9A">
        <w:rPr>
          <w:rFonts w:ascii="Times New Roman" w:hAnsi="Times New Roman" w:cs="Times New Roman"/>
          <w:position w:val="-14"/>
          <w:sz w:val="28"/>
          <w:szCs w:val="28"/>
        </w:rPr>
        <w:object w:dxaOrig="1260" w:dyaOrig="440" w14:anchorId="7CE2DCFA">
          <v:shape id="_x0000_i1397" type="#_x0000_t75" style="width:64.9pt;height:20.55pt" o:ole="">
            <v:imagedata r:id="rId758" o:title=""/>
          </v:shape>
          <o:OLEObject Type="Embed" ProgID="Equation.DSMT4" ShapeID="_x0000_i1397" DrawAspect="Content" ObjectID="_1840331851" r:id="rId759"/>
        </w:object>
      </w:r>
      <w:r w:rsidRPr="00B75A9A">
        <w:rPr>
          <w:rFonts w:ascii="Times New Roman" w:hAnsi="Times New Roman" w:cs="Times New Roman"/>
          <w:color w:val="202124"/>
          <w:sz w:val="28"/>
          <w:szCs w:val="28"/>
          <w:lang w:val="kk-KZ"/>
        </w:rPr>
        <w:t xml:space="preserve"> әсер етеді </w:t>
      </w:r>
      <w:r w:rsidR="00A07FF5" w:rsidRPr="00B75A9A">
        <w:rPr>
          <w:rFonts w:ascii="Times New Roman" w:hAnsi="Times New Roman" w:cs="Times New Roman"/>
          <w:position w:val="-6"/>
          <w:sz w:val="28"/>
          <w:szCs w:val="28"/>
        </w:rPr>
        <w:object w:dxaOrig="380" w:dyaOrig="360" w14:anchorId="26445F0E">
          <v:shape id="_x0000_i1398" type="#_x0000_t75" style="width:18.2pt;height:18.2pt" o:ole="">
            <v:imagedata r:id="rId760" o:title=""/>
          </v:shape>
          <o:OLEObject Type="Embed" ProgID="Equation.DSMT4" ShapeID="_x0000_i1398" DrawAspect="Content" ObjectID="_1840331852" r:id="rId761"/>
        </w:object>
      </w:r>
      <w:r w:rsidRPr="00B75A9A">
        <w:rPr>
          <w:rFonts w:ascii="Times New Roman" w:hAnsi="Times New Roman" w:cs="Times New Roman"/>
          <w:color w:val="202124"/>
          <w:sz w:val="28"/>
          <w:szCs w:val="28"/>
          <w:lang w:val="kk-KZ"/>
        </w:rPr>
        <w:t xml:space="preserve"> нормасы бойынша шектелген болады. (1.6) шеттік шарттарын </w:t>
      </w:r>
      <w:r w:rsidR="00A07FF5" w:rsidRPr="00B75A9A">
        <w:rPr>
          <w:rFonts w:ascii="Times New Roman" w:hAnsi="Times New Roman" w:cs="Times New Roman"/>
          <w:position w:val="-14"/>
          <w:sz w:val="28"/>
          <w:szCs w:val="28"/>
        </w:rPr>
        <w:object w:dxaOrig="1440" w:dyaOrig="460" w14:anchorId="27FF6CC9">
          <v:shape id="_x0000_i1399" type="#_x0000_t75" style="width:1in;height:25.3pt" o:ole="">
            <v:imagedata r:id="rId762" o:title=""/>
          </v:shape>
          <o:OLEObject Type="Embed" ProgID="Equation.DSMT4" ShapeID="_x0000_i1399" DrawAspect="Content" ObjectID="_1840331853" r:id="rId763"/>
        </w:object>
      </w:r>
      <w:r w:rsidRPr="00B75A9A">
        <w:rPr>
          <w:rFonts w:ascii="Times New Roman" w:hAnsi="Times New Roman" w:cs="Times New Roman"/>
          <w:position w:val="-14"/>
          <w:sz w:val="28"/>
          <w:szCs w:val="28"/>
          <w:lang w:val="kk-KZ"/>
        </w:rPr>
        <w:t xml:space="preserve"> </w:t>
      </w:r>
      <w:r w:rsidRPr="00B75A9A">
        <w:rPr>
          <w:rFonts w:ascii="Times New Roman" w:hAnsi="Times New Roman" w:cs="Times New Roman"/>
          <w:color w:val="202124"/>
          <w:sz w:val="28"/>
          <w:szCs w:val="28"/>
          <w:lang w:val="kk-KZ"/>
        </w:rPr>
        <w:t xml:space="preserve"> және</w:t>
      </w:r>
      <w:r w:rsidR="00A07FF5" w:rsidRPr="00B75A9A">
        <w:rPr>
          <w:rFonts w:ascii="Times New Roman" w:hAnsi="Times New Roman" w:cs="Times New Roman"/>
          <w:position w:val="-12"/>
          <w:sz w:val="28"/>
          <w:szCs w:val="28"/>
        </w:rPr>
        <w:object w:dxaOrig="1120" w:dyaOrig="380" w14:anchorId="0CFD268D">
          <v:shape id="_x0000_i1400" type="#_x0000_t75" style="width:56.2pt;height:18.2pt" o:ole="">
            <v:imagedata r:id="rId764" o:title=""/>
          </v:shape>
          <o:OLEObject Type="Embed" ProgID="Equation.DSMT4" ShapeID="_x0000_i1400" DrawAspect="Content" ObjectID="_1840331854" r:id="rId765"/>
        </w:object>
      </w:r>
      <w:r w:rsidRPr="00B75A9A">
        <w:rPr>
          <w:rFonts w:ascii="Times New Roman" w:hAnsi="Times New Roman" w:cs="Times New Roman"/>
          <w:color w:val="202124"/>
          <w:sz w:val="28"/>
          <w:szCs w:val="28"/>
          <w:lang w:val="kk-KZ"/>
        </w:rPr>
        <w:t xml:space="preserve">қатысты  қайта жазуға болады. Ол үшін </w:t>
      </w:r>
      <w:r w:rsidR="00A07FF5" w:rsidRPr="00B75A9A">
        <w:rPr>
          <w:rFonts w:ascii="Times New Roman" w:hAnsi="Times New Roman" w:cs="Times New Roman"/>
          <w:position w:val="-6"/>
          <w:sz w:val="28"/>
          <w:szCs w:val="28"/>
        </w:rPr>
        <w:object w:dxaOrig="620" w:dyaOrig="300" w14:anchorId="66BCA64B">
          <v:shape id="_x0000_i1401" type="#_x0000_t75" style="width:28.5pt;height:15.8pt" o:ole="">
            <v:imagedata r:id="rId766" o:title=""/>
          </v:shape>
          <o:OLEObject Type="Embed" ProgID="Equation.DSMT4" ShapeID="_x0000_i1401" DrawAspect="Content" ObjectID="_1840331855" r:id="rId767"/>
        </w:object>
      </w:r>
      <w:r w:rsidRPr="00B75A9A">
        <w:rPr>
          <w:rFonts w:ascii="Times New Roman" w:hAnsi="Times New Roman" w:cs="Times New Roman"/>
          <w:position w:val="-6"/>
          <w:sz w:val="28"/>
          <w:szCs w:val="28"/>
          <w:lang w:val="kk-KZ"/>
        </w:rPr>
        <w:t xml:space="preserve"> </w:t>
      </w:r>
      <w:r w:rsidRPr="00B75A9A">
        <w:rPr>
          <w:rFonts w:ascii="Times New Roman" w:hAnsi="Times New Roman" w:cs="Times New Roman"/>
          <w:color w:val="202124"/>
          <w:sz w:val="28"/>
          <w:szCs w:val="28"/>
          <w:lang w:val="kk-KZ"/>
        </w:rPr>
        <w:t xml:space="preserve">матрицасын </w:t>
      </w:r>
      <w:r w:rsidR="00A07FF5" w:rsidRPr="00B75A9A">
        <w:rPr>
          <w:rFonts w:ascii="Times New Roman" w:hAnsi="Times New Roman" w:cs="Times New Roman"/>
          <w:position w:val="-16"/>
          <w:sz w:val="28"/>
          <w:szCs w:val="28"/>
        </w:rPr>
        <w:object w:dxaOrig="2280" w:dyaOrig="460" w14:anchorId="6E44787D">
          <v:shape id="_x0000_i1402" type="#_x0000_t75" style="width:115.5pt;height:25.3pt" o:ole="">
            <v:imagedata r:id="rId768" o:title=""/>
          </v:shape>
          <o:OLEObject Type="Embed" ProgID="Equation.DSMT4" ShapeID="_x0000_i1402" DrawAspect="Content" ObjectID="_1840331856" r:id="rId769"/>
        </w:object>
      </w:r>
      <w:r w:rsidRPr="00B75A9A">
        <w:rPr>
          <w:rFonts w:ascii="Times New Roman" w:hAnsi="Times New Roman" w:cs="Times New Roman"/>
          <w:color w:val="202124"/>
          <w:sz w:val="28"/>
          <w:szCs w:val="28"/>
          <w:lang w:val="kk-KZ"/>
        </w:rPr>
        <w:t xml:space="preserve"> енгіземіз, оның элементтері төмендегі қатынастардан анықталады </w:t>
      </w:r>
    </w:p>
    <w:p w14:paraId="4F942BD1" w14:textId="77777777" w:rsidR="003A4ABB" w:rsidRPr="00B75A9A" w:rsidRDefault="003A4ABB" w:rsidP="00B75A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202124"/>
          <w:sz w:val="28"/>
          <w:szCs w:val="28"/>
          <w:lang w:val="kk-KZ"/>
        </w:rPr>
      </w:pPr>
    </w:p>
    <w:p w14:paraId="0261BEC8" w14:textId="77777777" w:rsidR="003A4ABB" w:rsidRPr="00B75A9A" w:rsidRDefault="00A07FF5" w:rsidP="00B75A9A">
      <w:pPr>
        <w:spacing w:after="0" w:line="240" w:lineRule="auto"/>
        <w:jc w:val="right"/>
        <w:rPr>
          <w:rFonts w:ascii="Times New Roman" w:hAnsi="Times New Roman" w:cs="Times New Roman"/>
          <w:sz w:val="28"/>
          <w:szCs w:val="28"/>
          <w:lang w:val="kk-KZ"/>
        </w:rPr>
      </w:pPr>
      <w:r w:rsidRPr="00B75A9A">
        <w:rPr>
          <w:rFonts w:ascii="Times New Roman" w:hAnsi="Times New Roman" w:cs="Times New Roman"/>
          <w:position w:val="-32"/>
          <w:sz w:val="28"/>
          <w:szCs w:val="28"/>
        </w:rPr>
        <w:object w:dxaOrig="7160" w:dyaOrig="780" w14:anchorId="53CF4D2B">
          <v:shape id="_x0000_i1403" type="#_x0000_t75" style="width:5in;height:38pt" o:ole="">
            <v:imagedata r:id="rId770" o:title=""/>
          </v:shape>
          <o:OLEObject Type="Embed" ProgID="Equation.DSMT4" ShapeID="_x0000_i1403" DrawAspect="Content" ObjectID="_1840331857" r:id="rId771"/>
        </w:object>
      </w:r>
      <w:r w:rsidR="003A4ABB" w:rsidRPr="00B75A9A">
        <w:rPr>
          <w:rFonts w:ascii="Times New Roman" w:hAnsi="Times New Roman" w:cs="Times New Roman"/>
          <w:sz w:val="28"/>
          <w:szCs w:val="28"/>
          <w:lang w:val="kk-KZ"/>
        </w:rPr>
        <w:t xml:space="preserve">            (1.17)</w:t>
      </w:r>
    </w:p>
    <w:p w14:paraId="7AE0A790" w14:textId="77777777" w:rsidR="003A4ABB" w:rsidRPr="00B75A9A" w:rsidRDefault="003A4ABB" w:rsidP="00B75A9A">
      <w:pPr>
        <w:spacing w:after="0" w:line="240" w:lineRule="auto"/>
        <w:rPr>
          <w:rFonts w:ascii="Times New Roman" w:hAnsi="Times New Roman" w:cs="Times New Roman"/>
          <w:position w:val="-16"/>
          <w:sz w:val="28"/>
          <w:szCs w:val="28"/>
          <w:lang w:val="kk-KZ"/>
        </w:rPr>
      </w:pPr>
    </w:p>
    <w:p w14:paraId="17894643" w14:textId="77777777" w:rsidR="003A4ABB" w:rsidRPr="00B75A9A" w:rsidRDefault="003A4ABB" w:rsidP="00B75A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lang w:val="kk-KZ"/>
        </w:rPr>
      </w:pPr>
      <w:r w:rsidRPr="00B75A9A">
        <w:rPr>
          <w:rFonts w:ascii="Times New Roman" w:hAnsi="Times New Roman" w:cs="Times New Roman"/>
          <w:color w:val="202124"/>
          <w:sz w:val="28"/>
          <w:szCs w:val="28"/>
          <w:lang w:val="kk-KZ"/>
        </w:rPr>
        <w:t>Осы белгілеуді пайдаланып (1.6) келесі түрде жаза аламыз</w:t>
      </w:r>
    </w:p>
    <w:p w14:paraId="085947FE" w14:textId="77777777" w:rsidR="003A4ABB" w:rsidRPr="00B75A9A" w:rsidRDefault="003A4ABB" w:rsidP="00B75A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lang w:val="kk-KZ"/>
        </w:rPr>
      </w:pPr>
    </w:p>
    <w:p w14:paraId="642B91F8" w14:textId="77777777" w:rsidR="003A4ABB" w:rsidRPr="00B75A9A" w:rsidRDefault="00A07FF5" w:rsidP="00B75A9A">
      <w:pPr>
        <w:spacing w:after="0" w:line="240" w:lineRule="auto"/>
        <w:jc w:val="right"/>
        <w:rPr>
          <w:rFonts w:ascii="Times New Roman" w:hAnsi="Times New Roman" w:cs="Times New Roman"/>
          <w:position w:val="-14"/>
          <w:sz w:val="28"/>
          <w:szCs w:val="28"/>
          <w:lang w:val="kk-KZ"/>
        </w:rPr>
      </w:pPr>
      <w:r w:rsidRPr="00B75A9A">
        <w:rPr>
          <w:rFonts w:ascii="Times New Roman" w:hAnsi="Times New Roman" w:cs="Times New Roman"/>
          <w:position w:val="-12"/>
          <w:sz w:val="28"/>
          <w:szCs w:val="28"/>
        </w:rPr>
        <w:object w:dxaOrig="3240" w:dyaOrig="420" w14:anchorId="52D04AE7">
          <v:shape id="_x0000_i1404" type="#_x0000_t75" style="width:162.2pt;height:20.55pt" o:ole="">
            <v:imagedata r:id="rId772" o:title=""/>
          </v:shape>
          <o:OLEObject Type="Embed" ProgID="Equation.DSMT4" ShapeID="_x0000_i1404" DrawAspect="Content" ObjectID="_1840331858" r:id="rId773"/>
        </w:object>
      </w:r>
      <w:r w:rsidR="003A4ABB" w:rsidRPr="00B75A9A">
        <w:rPr>
          <w:rFonts w:ascii="Times New Roman" w:hAnsi="Times New Roman" w:cs="Times New Roman"/>
          <w:sz w:val="28"/>
          <w:szCs w:val="28"/>
          <w:lang w:val="kk-KZ"/>
        </w:rPr>
        <w:t xml:space="preserve">                               (1.18)</w:t>
      </w:r>
      <w:r w:rsidR="003A4ABB" w:rsidRPr="00B75A9A">
        <w:rPr>
          <w:rFonts w:ascii="Times New Roman" w:hAnsi="Times New Roman" w:cs="Times New Roman"/>
          <w:position w:val="-14"/>
          <w:sz w:val="28"/>
          <w:szCs w:val="28"/>
          <w:lang w:val="kk-KZ"/>
        </w:rPr>
        <w:t xml:space="preserve">    </w:t>
      </w:r>
    </w:p>
    <w:p w14:paraId="768BC7DC" w14:textId="77777777" w:rsidR="003A4ABB" w:rsidRPr="00B75A9A" w:rsidRDefault="003A4ABB" w:rsidP="00B75A9A">
      <w:pPr>
        <w:spacing w:after="0" w:line="240" w:lineRule="auto"/>
        <w:rPr>
          <w:rFonts w:ascii="Times New Roman" w:hAnsi="Times New Roman" w:cs="Times New Roman"/>
          <w:sz w:val="28"/>
          <w:szCs w:val="28"/>
          <w:lang w:val="kk-KZ"/>
        </w:rPr>
      </w:pPr>
      <w:r w:rsidRPr="00B75A9A">
        <w:rPr>
          <w:rFonts w:ascii="Times New Roman" w:hAnsi="Times New Roman" w:cs="Times New Roman"/>
          <w:position w:val="-14"/>
          <w:sz w:val="28"/>
          <w:szCs w:val="28"/>
          <w:lang w:val="kk-KZ"/>
        </w:rPr>
        <w:t xml:space="preserve">           </w:t>
      </w:r>
    </w:p>
    <w:p w14:paraId="6B7F2AEC" w14:textId="77777777" w:rsidR="003A4ABB" w:rsidRPr="00B75A9A" w:rsidRDefault="003A4ABB" w:rsidP="00B75A9A">
      <w:pPr>
        <w:spacing w:after="0" w:line="240" w:lineRule="auto"/>
        <w:jc w:val="both"/>
        <w:rPr>
          <w:rFonts w:ascii="Times New Roman" w:hAnsi="Times New Roman" w:cs="Times New Roman"/>
          <w:position w:val="-10"/>
          <w:sz w:val="28"/>
          <w:szCs w:val="28"/>
          <w:lang w:val="kk-KZ"/>
        </w:rPr>
      </w:pPr>
      <w:r w:rsidRPr="00B75A9A">
        <w:rPr>
          <w:rFonts w:ascii="Times New Roman" w:hAnsi="Times New Roman" w:cs="Times New Roman"/>
          <w:color w:val="202124"/>
          <w:sz w:val="28"/>
          <w:szCs w:val="28"/>
          <w:lang w:val="kk-KZ"/>
        </w:rPr>
        <w:t xml:space="preserve">мұндағы + таңбасы осында және келешекте функциялардың шекаралық мәнін көрсетеді. Естеріңізге сала кетейік, (1.6) –дағы </w:t>
      </w:r>
      <w:r w:rsidR="00A07FF5" w:rsidRPr="00B75A9A">
        <w:rPr>
          <w:rFonts w:ascii="Times New Roman" w:hAnsi="Times New Roman" w:cs="Times New Roman"/>
          <w:position w:val="-4"/>
          <w:sz w:val="28"/>
          <w:szCs w:val="28"/>
        </w:rPr>
        <w:object w:dxaOrig="300" w:dyaOrig="340" w14:anchorId="1BD6696B">
          <v:shape id="_x0000_i1405" type="#_x0000_t75" style="width:15.8pt;height:15.8pt" o:ole="">
            <v:imagedata r:id="rId774" o:title=""/>
          </v:shape>
          <o:OLEObject Type="Embed" ProgID="Equation.DSMT4" ShapeID="_x0000_i1405" DrawAspect="Content" ObjectID="_1840331859" r:id="rId775"/>
        </w:object>
      </w:r>
      <w:r w:rsidRPr="00B75A9A">
        <w:rPr>
          <w:rFonts w:ascii="Times New Roman" w:hAnsi="Times New Roman" w:cs="Times New Roman"/>
          <w:position w:val="-4"/>
          <w:sz w:val="28"/>
          <w:szCs w:val="28"/>
          <w:lang w:val="kk-KZ"/>
        </w:rPr>
        <w:t xml:space="preserve"> </w:t>
      </w:r>
      <w:r w:rsidRPr="00B75A9A">
        <w:rPr>
          <w:rFonts w:ascii="Times New Roman" w:hAnsi="Times New Roman" w:cs="Times New Roman"/>
          <w:color w:val="202124"/>
          <w:sz w:val="28"/>
          <w:szCs w:val="28"/>
          <w:lang w:val="kk-KZ"/>
        </w:rPr>
        <w:t xml:space="preserve">дифференциалдық оператордың барлық коэффициенттері </w:t>
      </w:r>
      <w:r w:rsidR="00A07FF5" w:rsidRPr="00B75A9A">
        <w:rPr>
          <w:rFonts w:ascii="Times New Roman" w:hAnsi="Times New Roman" w:cs="Times New Roman"/>
          <w:position w:val="-12"/>
          <w:sz w:val="28"/>
          <w:szCs w:val="28"/>
        </w:rPr>
        <w:object w:dxaOrig="780" w:dyaOrig="420" w14:anchorId="0B96FE1F">
          <v:shape id="_x0000_i1406" type="#_x0000_t75" style="width:38pt;height:20.55pt" o:ole="">
            <v:imagedata r:id="rId776" o:title=""/>
          </v:shape>
          <o:OLEObject Type="Embed" ProgID="Equation.DSMT4" ShapeID="_x0000_i1406" DrawAspect="Content" ObjectID="_1840331860" r:id="rId777"/>
        </w:object>
      </w:r>
      <w:r w:rsidRPr="00B75A9A">
        <w:rPr>
          <w:rFonts w:ascii="Times New Roman" w:hAnsi="Times New Roman" w:cs="Times New Roman"/>
          <w:color w:val="202124"/>
          <w:sz w:val="28"/>
          <w:szCs w:val="28"/>
          <w:lang w:val="kk-KZ"/>
        </w:rPr>
        <w:t>-ге тиесілі</w:t>
      </w:r>
      <w:r w:rsidRPr="00B75A9A">
        <w:rPr>
          <w:rFonts w:ascii="Times New Roman" w:hAnsi="Times New Roman" w:cs="Times New Roman"/>
          <w:position w:val="-10"/>
          <w:sz w:val="28"/>
          <w:szCs w:val="28"/>
          <w:lang w:val="kk-KZ"/>
        </w:rPr>
        <w:t xml:space="preserve"> </w:t>
      </w:r>
      <w:r w:rsidRPr="00B75A9A">
        <w:rPr>
          <w:rFonts w:ascii="Times New Roman" w:hAnsi="Times New Roman" w:cs="Times New Roman"/>
          <w:color w:val="202124"/>
          <w:sz w:val="28"/>
          <w:szCs w:val="28"/>
          <w:lang w:val="kk-KZ"/>
        </w:rPr>
        <w:t xml:space="preserve">және демек, </w:t>
      </w:r>
      <w:r w:rsidR="00A07FF5" w:rsidRPr="00B75A9A">
        <w:rPr>
          <w:rFonts w:ascii="Times New Roman" w:hAnsi="Times New Roman" w:cs="Times New Roman"/>
          <w:position w:val="-4"/>
          <w:sz w:val="28"/>
          <w:szCs w:val="28"/>
        </w:rPr>
        <w:object w:dxaOrig="820" w:dyaOrig="340" w14:anchorId="3A9FB358">
          <v:shape id="_x0000_i1407" type="#_x0000_t75" style="width:43.5pt;height:15.8pt" o:ole="">
            <v:imagedata r:id="rId778" o:title=""/>
          </v:shape>
          <o:OLEObject Type="Embed" ProgID="Equation.DSMT4" ShapeID="_x0000_i1407" DrawAspect="Content" ObjectID="_1840331861" r:id="rId779"/>
        </w:object>
      </w:r>
      <w:r w:rsidRPr="00B75A9A">
        <w:rPr>
          <w:rFonts w:ascii="Times New Roman" w:hAnsi="Times New Roman" w:cs="Times New Roman"/>
          <w:color w:val="202124"/>
          <w:sz w:val="28"/>
          <w:szCs w:val="28"/>
          <w:lang w:val="kk-KZ"/>
        </w:rPr>
        <w:t xml:space="preserve"> операторы  </w:t>
      </w:r>
      <w:r w:rsidR="00A07FF5" w:rsidRPr="00B75A9A">
        <w:rPr>
          <w:rFonts w:ascii="Times New Roman" w:hAnsi="Times New Roman" w:cs="Times New Roman"/>
          <w:position w:val="-12"/>
          <w:sz w:val="28"/>
          <w:szCs w:val="28"/>
        </w:rPr>
        <w:object w:dxaOrig="1920" w:dyaOrig="440" w14:anchorId="1BB006C5">
          <v:shape id="_x0000_i1408" type="#_x0000_t75" style="width:97.3pt;height:20.55pt" o:ole="">
            <v:imagedata r:id="rId780" o:title=""/>
          </v:shape>
          <o:OLEObject Type="Embed" ProgID="Equation.DSMT4" ShapeID="_x0000_i1408" DrawAspect="Content" ObjectID="_1840331862" r:id="rId781"/>
        </w:object>
      </w:r>
      <w:r w:rsidRPr="00B75A9A">
        <w:rPr>
          <w:rFonts w:ascii="Times New Roman" w:hAnsi="Times New Roman" w:cs="Times New Roman"/>
          <w:position w:val="-20"/>
          <w:sz w:val="28"/>
          <w:szCs w:val="28"/>
          <w:lang w:val="kk-KZ"/>
        </w:rPr>
        <w:t xml:space="preserve">  </w:t>
      </w:r>
      <w:r w:rsidRPr="00B75A9A">
        <w:rPr>
          <w:rFonts w:ascii="Times New Roman" w:hAnsi="Times New Roman" w:cs="Times New Roman"/>
          <w:color w:val="202124"/>
          <w:sz w:val="28"/>
          <w:szCs w:val="28"/>
          <w:lang w:val="kk-KZ"/>
        </w:rPr>
        <w:t xml:space="preserve"> шенелген. </w:t>
      </w:r>
    </w:p>
    <w:p w14:paraId="089E7E13" w14:textId="18D9BA4B" w:rsidR="003A4ABB" w:rsidRPr="00B75A9A" w:rsidRDefault="003A4ABB" w:rsidP="00730D61">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color w:val="202124"/>
          <w:sz w:val="28"/>
          <w:szCs w:val="28"/>
          <w:lang w:val="kk-KZ"/>
        </w:rPr>
      </w:pPr>
      <w:r w:rsidRPr="00B75A9A">
        <w:rPr>
          <w:rFonts w:ascii="Times New Roman" w:hAnsi="Times New Roman" w:cs="Times New Roman"/>
          <w:color w:val="202124"/>
          <w:sz w:val="28"/>
          <w:szCs w:val="28"/>
          <w:lang w:val="kk-KZ"/>
        </w:rPr>
        <w:t xml:space="preserve">Жоғарыдағы </w:t>
      </w:r>
      <w:r w:rsidR="00A07FF5" w:rsidRPr="00B75A9A">
        <w:rPr>
          <w:rFonts w:ascii="Times New Roman" w:hAnsi="Times New Roman" w:cs="Times New Roman"/>
          <w:position w:val="-12"/>
          <w:sz w:val="28"/>
          <w:szCs w:val="28"/>
        </w:rPr>
        <w:object w:dxaOrig="1560" w:dyaOrig="360" w14:anchorId="4B007833">
          <v:shape id="_x0000_i1409" type="#_x0000_t75" style="width:79.1pt;height:18.2pt" o:ole="">
            <v:imagedata r:id="rId782" o:title=""/>
          </v:shape>
          <o:OLEObject Type="Embed" ProgID="Equation.DSMT4" ShapeID="_x0000_i1409" DrawAspect="Content" ObjectID="_1840331863" r:id="rId783"/>
        </w:object>
      </w:r>
      <w:r w:rsidRPr="00B75A9A">
        <w:rPr>
          <w:rFonts w:ascii="Times New Roman" w:hAnsi="Times New Roman" w:cs="Times New Roman"/>
          <w:color w:val="202124"/>
          <w:sz w:val="28"/>
          <w:szCs w:val="28"/>
          <w:lang w:val="kk-KZ"/>
        </w:rPr>
        <w:t xml:space="preserve"> теңдіктегі бастапқы </w:t>
      </w:r>
      <w:r w:rsidR="00A07FF5" w:rsidRPr="00B75A9A">
        <w:rPr>
          <w:rFonts w:ascii="Times New Roman" w:hAnsi="Times New Roman" w:cs="Times New Roman"/>
          <w:position w:val="-12"/>
          <w:sz w:val="28"/>
          <w:szCs w:val="28"/>
        </w:rPr>
        <w:object w:dxaOrig="560" w:dyaOrig="360" w14:anchorId="6C10250D">
          <v:shape id="_x0000_i1410" type="#_x0000_t75" style="width:26.9pt;height:18.2pt" o:ole="">
            <v:imagedata r:id="rId784" o:title=""/>
          </v:shape>
          <o:OLEObject Type="Embed" ProgID="Equation.DSMT4" ShapeID="_x0000_i1410" DrawAspect="Content" ObjectID="_1840331864" r:id="rId785"/>
        </w:object>
      </w:r>
      <w:r w:rsidRPr="00B75A9A">
        <w:rPr>
          <w:rFonts w:ascii="Times New Roman" w:hAnsi="Times New Roman" w:cs="Times New Roman"/>
          <w:color w:val="202124"/>
          <w:sz w:val="28"/>
          <w:szCs w:val="28"/>
          <w:lang w:val="kk-KZ"/>
        </w:rPr>
        <w:t xml:space="preserve">, </w:t>
      </w:r>
      <w:r w:rsidR="00A07FF5" w:rsidRPr="00B75A9A">
        <w:rPr>
          <w:rFonts w:ascii="Times New Roman" w:hAnsi="Times New Roman" w:cs="Times New Roman"/>
          <w:position w:val="-12"/>
          <w:sz w:val="28"/>
          <w:szCs w:val="28"/>
        </w:rPr>
        <w:object w:dxaOrig="580" w:dyaOrig="360" w14:anchorId="426A4C79">
          <v:shape id="_x0000_i1411" type="#_x0000_t75" style="width:28.5pt;height:18.2pt" o:ole="">
            <v:imagedata r:id="rId786" o:title=""/>
          </v:shape>
          <o:OLEObject Type="Embed" ProgID="Equation.DSMT4" ShapeID="_x0000_i1411" DrawAspect="Content" ObjectID="_1840331865" r:id="rId787"/>
        </w:object>
      </w:r>
      <w:r w:rsidRPr="00B75A9A">
        <w:rPr>
          <w:rFonts w:ascii="Times New Roman" w:hAnsi="Times New Roman" w:cs="Times New Roman"/>
          <w:color w:val="202124"/>
          <w:sz w:val="28"/>
          <w:szCs w:val="28"/>
          <w:lang w:val="kk-KZ"/>
        </w:rPr>
        <w:t xml:space="preserve"> есебіне эквивалентті екендігін көрсетеді және </w:t>
      </w:r>
      <w:r w:rsidR="00A07FF5" w:rsidRPr="00B75A9A">
        <w:rPr>
          <w:rFonts w:ascii="Times New Roman" w:hAnsi="Times New Roman" w:cs="Times New Roman"/>
          <w:position w:val="-14"/>
          <w:sz w:val="28"/>
          <w:szCs w:val="28"/>
        </w:rPr>
        <w:object w:dxaOrig="900" w:dyaOrig="440" w14:anchorId="03049567">
          <v:shape id="_x0000_i1412" type="#_x0000_t75" style="width:45.9pt;height:20.55pt" o:ole="">
            <v:imagedata r:id="rId788" o:title=""/>
          </v:shape>
          <o:OLEObject Type="Embed" ProgID="Equation.DSMT4" ShapeID="_x0000_i1412" DrawAspect="Content" ObjectID="_1840331866" r:id="rId789"/>
        </w:object>
      </w:r>
      <w:r w:rsidRPr="00B75A9A">
        <w:rPr>
          <w:rFonts w:ascii="Times New Roman" w:hAnsi="Times New Roman" w:cs="Times New Roman"/>
          <w:color w:val="202124"/>
          <w:sz w:val="28"/>
          <w:szCs w:val="28"/>
          <w:lang w:val="kk-KZ"/>
        </w:rPr>
        <w:t xml:space="preserve"> класында қарастырылады. Оның </w:t>
      </w:r>
      <w:r w:rsidR="00A07FF5" w:rsidRPr="00B75A9A">
        <w:rPr>
          <w:rFonts w:ascii="Times New Roman" w:hAnsi="Times New Roman" w:cs="Times New Roman"/>
          <w:position w:val="-12"/>
          <w:sz w:val="28"/>
          <w:szCs w:val="28"/>
        </w:rPr>
        <w:object w:dxaOrig="320" w:dyaOrig="380" w14:anchorId="61E442EB">
          <v:shape id="_x0000_i1413" type="#_x0000_t75" style="width:15.8pt;height:18.2pt" o:ole="">
            <v:imagedata r:id="rId790" o:title=""/>
          </v:shape>
          <o:OLEObject Type="Embed" ProgID="Equation.DSMT4" ShapeID="_x0000_i1413" DrawAspect="Content" ObjectID="_1840331867" r:id="rId791"/>
        </w:object>
      </w:r>
      <w:r w:rsidRPr="00B75A9A">
        <w:rPr>
          <w:rFonts w:ascii="Times New Roman" w:hAnsi="Times New Roman" w:cs="Times New Roman"/>
          <w:color w:val="202124"/>
          <w:sz w:val="28"/>
          <w:szCs w:val="28"/>
          <w:lang w:val="kk-KZ"/>
        </w:rPr>
        <w:t xml:space="preserve"> операторы келесі түрде әсер етеді</w:t>
      </w:r>
    </w:p>
    <w:p w14:paraId="43574664" w14:textId="77777777" w:rsidR="003A4ABB" w:rsidRPr="00B75A9A" w:rsidRDefault="003A4ABB" w:rsidP="00B75A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202124"/>
          <w:sz w:val="28"/>
          <w:szCs w:val="28"/>
          <w:lang w:val="kk-KZ"/>
        </w:rPr>
      </w:pPr>
    </w:p>
    <w:p w14:paraId="0634399B" w14:textId="77777777" w:rsidR="003A4ABB" w:rsidRPr="00B75A9A" w:rsidRDefault="003A4ABB" w:rsidP="00B75A9A">
      <w:pPr>
        <w:tabs>
          <w:tab w:val="left" w:pos="1756"/>
        </w:tabs>
        <w:spacing w:after="0" w:line="240" w:lineRule="auto"/>
        <w:rPr>
          <w:rFonts w:ascii="Times New Roman" w:hAnsi="Times New Roman" w:cs="Times New Roman"/>
          <w:position w:val="-20"/>
          <w:sz w:val="28"/>
          <w:szCs w:val="28"/>
          <w:lang w:val="kk-KZ"/>
        </w:rPr>
      </w:pPr>
      <w:r w:rsidRPr="00B75A9A">
        <w:rPr>
          <w:rFonts w:ascii="Times New Roman" w:hAnsi="Times New Roman" w:cs="Times New Roman"/>
          <w:sz w:val="28"/>
          <w:szCs w:val="28"/>
          <w:lang w:val="kk-KZ"/>
        </w:rPr>
        <w:tab/>
        <w:t xml:space="preserve">         </w:t>
      </w:r>
      <w:r w:rsidR="00A07FF5" w:rsidRPr="00B75A9A">
        <w:rPr>
          <w:rFonts w:ascii="Times New Roman" w:hAnsi="Times New Roman" w:cs="Times New Roman"/>
          <w:position w:val="-14"/>
          <w:sz w:val="28"/>
          <w:szCs w:val="28"/>
        </w:rPr>
        <w:object w:dxaOrig="4360" w:dyaOrig="460" w14:anchorId="0CE81B8D">
          <v:shape id="_x0000_i1414" type="#_x0000_t75" style="width:219.15pt;height:25.3pt" o:ole="">
            <v:imagedata r:id="rId792" o:title=""/>
          </v:shape>
          <o:OLEObject Type="Embed" ProgID="Equation.DSMT4" ShapeID="_x0000_i1414" DrawAspect="Content" ObjectID="_1840331868" r:id="rId793"/>
        </w:object>
      </w:r>
    </w:p>
    <w:p w14:paraId="1C92A988" w14:textId="77777777" w:rsidR="003A4ABB" w:rsidRPr="00B75A9A" w:rsidRDefault="003A4ABB" w:rsidP="00B75A9A">
      <w:pPr>
        <w:tabs>
          <w:tab w:val="left" w:pos="1756"/>
        </w:tabs>
        <w:spacing w:after="0" w:line="240" w:lineRule="auto"/>
        <w:rPr>
          <w:rFonts w:ascii="Times New Roman" w:hAnsi="Times New Roman" w:cs="Times New Roman"/>
          <w:position w:val="-20"/>
          <w:sz w:val="28"/>
          <w:szCs w:val="28"/>
          <w:lang w:val="kk-KZ"/>
        </w:rPr>
      </w:pPr>
    </w:p>
    <w:p w14:paraId="417E7F0D" w14:textId="77777777" w:rsidR="003A4ABB" w:rsidRPr="00B75A9A" w:rsidRDefault="003A4ABB" w:rsidP="00B75A9A">
      <w:pPr>
        <w:spacing w:after="0" w:line="240" w:lineRule="auto"/>
        <w:jc w:val="both"/>
        <w:rPr>
          <w:rFonts w:ascii="Times New Roman" w:hAnsi="Times New Roman" w:cs="Times New Roman"/>
          <w:sz w:val="28"/>
          <w:szCs w:val="28"/>
          <w:lang w:val="kk-KZ"/>
        </w:rPr>
      </w:pPr>
      <w:r w:rsidRPr="00B75A9A">
        <w:rPr>
          <w:rFonts w:ascii="Times New Roman" w:hAnsi="Times New Roman" w:cs="Times New Roman"/>
          <w:sz w:val="28"/>
          <w:szCs w:val="28"/>
          <w:lang w:val="kk-KZ"/>
        </w:rPr>
        <w:t xml:space="preserve"> Есептің фредгольмді шешімділігі. </w:t>
      </w:r>
      <w:r w:rsidRPr="00B75A9A">
        <w:rPr>
          <w:rFonts w:ascii="Times New Roman" w:hAnsi="Times New Roman" w:cs="Times New Roman"/>
          <w:color w:val="202124"/>
          <w:sz w:val="28"/>
          <w:szCs w:val="28"/>
          <w:lang w:val="kk-KZ"/>
        </w:rPr>
        <w:t>Алдымен (1.4) және (1.13) кластарымен айналысайық.</w:t>
      </w:r>
    </w:p>
    <w:p w14:paraId="2CDCFBDA" w14:textId="593824F7" w:rsidR="003A4ABB" w:rsidRPr="00B75A9A" w:rsidRDefault="00730D61" w:rsidP="00730D6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202124"/>
          <w:sz w:val="28"/>
          <w:szCs w:val="28"/>
          <w:lang w:val="kk-KZ"/>
        </w:rPr>
      </w:pPr>
      <w:r w:rsidRPr="00293DA3">
        <w:rPr>
          <w:rFonts w:ascii="Times New Roman" w:hAnsi="Times New Roman" w:cs="Times New Roman"/>
          <w:b/>
          <w:color w:val="202124"/>
          <w:sz w:val="28"/>
          <w:szCs w:val="28"/>
          <w:lang w:val="kk-KZ"/>
        </w:rPr>
        <w:t xml:space="preserve">         </w:t>
      </w:r>
      <w:r w:rsidR="003A4ABB" w:rsidRPr="00730D61">
        <w:rPr>
          <w:rFonts w:ascii="Times New Roman" w:hAnsi="Times New Roman" w:cs="Times New Roman"/>
          <w:b/>
          <w:color w:val="202124"/>
          <w:sz w:val="28"/>
          <w:szCs w:val="28"/>
          <w:lang w:val="kk-KZ"/>
        </w:rPr>
        <w:t>Лемма 1.1</w:t>
      </w:r>
      <w:r w:rsidR="008375FB" w:rsidRPr="00730D61">
        <w:rPr>
          <w:rFonts w:ascii="Times New Roman" w:hAnsi="Times New Roman" w:cs="Times New Roman"/>
          <w:b/>
          <w:color w:val="202124"/>
          <w:sz w:val="28"/>
          <w:szCs w:val="28"/>
          <w:lang w:val="kk-KZ"/>
        </w:rPr>
        <w:t>.</w:t>
      </w:r>
      <w:r w:rsidR="003A4ABB" w:rsidRPr="00B75A9A">
        <w:rPr>
          <w:rFonts w:ascii="Times New Roman" w:hAnsi="Times New Roman" w:cs="Times New Roman"/>
          <w:color w:val="202124"/>
          <w:sz w:val="28"/>
          <w:szCs w:val="28"/>
          <w:lang w:val="kk-KZ"/>
        </w:rPr>
        <w:t xml:space="preserve"> (а) келесі нормаларға қатысты, сәйкесінше </w:t>
      </w:r>
      <w:r w:rsidR="00A07FF5" w:rsidRPr="00B75A9A">
        <w:rPr>
          <w:rFonts w:ascii="Times New Roman" w:hAnsi="Times New Roman" w:cs="Times New Roman"/>
          <w:position w:val="-12"/>
          <w:sz w:val="28"/>
          <w:szCs w:val="28"/>
        </w:rPr>
        <w:object w:dxaOrig="380" w:dyaOrig="420" w14:anchorId="3F75A319">
          <v:shape id="_x0000_i1415" type="#_x0000_t75" style="width:18.2pt;height:20.55pt" o:ole="">
            <v:imagedata r:id="rId794" o:title=""/>
          </v:shape>
          <o:OLEObject Type="Embed" ProgID="Equation.DSMT4" ShapeID="_x0000_i1415" DrawAspect="Content" ObjectID="_1840331869" r:id="rId795"/>
        </w:object>
      </w:r>
      <w:r w:rsidR="003A4ABB" w:rsidRPr="00B75A9A">
        <w:rPr>
          <w:rFonts w:ascii="Times New Roman" w:hAnsi="Times New Roman" w:cs="Times New Roman"/>
          <w:sz w:val="28"/>
          <w:szCs w:val="28"/>
          <w:lang w:val="kk-KZ"/>
        </w:rPr>
        <w:t xml:space="preserve"> және </w:t>
      </w:r>
      <w:r w:rsidR="00A07FF5" w:rsidRPr="00B75A9A">
        <w:rPr>
          <w:rFonts w:ascii="Times New Roman" w:hAnsi="Times New Roman" w:cs="Times New Roman"/>
          <w:position w:val="-12"/>
          <w:sz w:val="28"/>
          <w:szCs w:val="28"/>
        </w:rPr>
        <w:object w:dxaOrig="740" w:dyaOrig="420" w14:anchorId="1EFEDCBC">
          <v:shape id="_x0000_i1416" type="#_x0000_t75" style="width:36.4pt;height:20.55pt" o:ole="">
            <v:imagedata r:id="rId796" o:title=""/>
          </v:shape>
          <o:OLEObject Type="Embed" ProgID="Equation.DSMT4" ShapeID="_x0000_i1416" DrawAspect="Content" ObjectID="_1840331870" r:id="rId797"/>
        </w:object>
      </w:r>
      <w:r w:rsidR="003A4ABB" w:rsidRPr="00B75A9A">
        <w:rPr>
          <w:rFonts w:ascii="Times New Roman" w:hAnsi="Times New Roman" w:cs="Times New Roman"/>
          <w:color w:val="202124"/>
          <w:sz w:val="28"/>
          <w:szCs w:val="28"/>
          <w:lang w:val="kk-KZ"/>
        </w:rPr>
        <w:t xml:space="preserve"> банах кеңістіктері болады.</w:t>
      </w:r>
    </w:p>
    <w:p w14:paraId="34B6A3C7" w14:textId="77777777" w:rsidR="003A4ABB" w:rsidRPr="00B75A9A" w:rsidRDefault="003A4ABB" w:rsidP="00B75A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202124"/>
          <w:sz w:val="28"/>
          <w:szCs w:val="28"/>
          <w:lang w:val="kk-KZ"/>
        </w:rPr>
      </w:pPr>
    </w:p>
    <w:p w14:paraId="5DB5CB01" w14:textId="77777777" w:rsidR="003A4ABB" w:rsidRPr="00B75A9A" w:rsidRDefault="00A07FF5" w:rsidP="00B75A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position w:val="-18"/>
          <w:sz w:val="28"/>
          <w:szCs w:val="28"/>
        </w:rPr>
      </w:pPr>
      <w:r w:rsidRPr="00B75A9A">
        <w:rPr>
          <w:rFonts w:ascii="Times New Roman" w:hAnsi="Times New Roman" w:cs="Times New Roman"/>
          <w:position w:val="-18"/>
          <w:sz w:val="28"/>
          <w:szCs w:val="28"/>
        </w:rPr>
        <w:object w:dxaOrig="5480" w:dyaOrig="480" w14:anchorId="3266EC4B">
          <v:shape id="_x0000_i1417" type="#_x0000_t75" style="width:273.75pt;height:25.3pt" o:ole="">
            <v:imagedata r:id="rId798" o:title=""/>
          </v:shape>
          <o:OLEObject Type="Embed" ProgID="Equation.DSMT4" ShapeID="_x0000_i1417" DrawAspect="Content" ObjectID="_1840331871" r:id="rId799"/>
        </w:object>
      </w:r>
    </w:p>
    <w:p w14:paraId="2239CAAB" w14:textId="77777777" w:rsidR="003A4ABB" w:rsidRPr="00B75A9A" w:rsidRDefault="003A4ABB" w:rsidP="00B75A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position w:val="-10"/>
          <w:sz w:val="28"/>
          <w:szCs w:val="28"/>
        </w:rPr>
      </w:pPr>
    </w:p>
    <w:p w14:paraId="1E20CBC7" w14:textId="77777777" w:rsidR="003A4ABB" w:rsidRPr="00B75A9A" w:rsidRDefault="003A4ABB" w:rsidP="00B75A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202124"/>
          <w:sz w:val="28"/>
          <w:szCs w:val="28"/>
        </w:rPr>
      </w:pPr>
      <w:r w:rsidRPr="00B75A9A">
        <w:rPr>
          <w:rFonts w:ascii="Times New Roman" w:hAnsi="Times New Roman" w:cs="Times New Roman"/>
          <w:sz w:val="28"/>
          <w:szCs w:val="28"/>
          <w:lang w:val="kk-KZ"/>
        </w:rPr>
        <w:t xml:space="preserve">және </w:t>
      </w:r>
      <w:r w:rsidR="00A07FF5" w:rsidRPr="00B75A9A">
        <w:rPr>
          <w:rFonts w:ascii="Times New Roman" w:hAnsi="Times New Roman" w:cs="Times New Roman"/>
          <w:position w:val="-4"/>
          <w:sz w:val="28"/>
          <w:szCs w:val="28"/>
        </w:rPr>
        <w:object w:dxaOrig="580" w:dyaOrig="360" w14:anchorId="3183C47A">
          <v:shape id="_x0000_i1418" type="#_x0000_t75" style="width:28.5pt;height:18.2pt" o:ole="">
            <v:imagedata r:id="rId800" o:title=""/>
          </v:shape>
          <o:OLEObject Type="Embed" ProgID="Equation.DSMT4" ShapeID="_x0000_i1418" DrawAspect="Content" ObjectID="_1840331872" r:id="rId801"/>
        </w:object>
      </w:r>
      <w:r w:rsidRPr="00B75A9A">
        <w:rPr>
          <w:rFonts w:ascii="Times New Roman" w:hAnsi="Times New Roman" w:cs="Times New Roman"/>
          <w:color w:val="202124"/>
          <w:sz w:val="28"/>
          <w:szCs w:val="28"/>
          <w:lang w:val="kk-KZ"/>
        </w:rPr>
        <w:t>операторы осы нормалар бойынша шенел</w:t>
      </w:r>
      <w:r w:rsidRPr="00B75A9A">
        <w:rPr>
          <w:rFonts w:ascii="Times New Roman" w:hAnsi="Times New Roman" w:cs="Times New Roman"/>
          <w:color w:val="202124"/>
          <w:sz w:val="28"/>
          <w:szCs w:val="28"/>
        </w:rPr>
        <w:t>ген</w:t>
      </w:r>
      <w:r w:rsidRPr="00B75A9A">
        <w:rPr>
          <w:rFonts w:ascii="Times New Roman" w:hAnsi="Times New Roman" w:cs="Times New Roman"/>
          <w:color w:val="202124"/>
          <w:sz w:val="28"/>
          <w:szCs w:val="28"/>
          <w:lang w:val="kk-KZ"/>
        </w:rPr>
        <w:t>.</w:t>
      </w:r>
    </w:p>
    <w:p w14:paraId="40641568" w14:textId="77777777" w:rsidR="00730D61" w:rsidRPr="00730D61" w:rsidRDefault="003A4ABB" w:rsidP="00730D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color w:val="202124"/>
          <w:sz w:val="28"/>
          <w:szCs w:val="28"/>
        </w:rPr>
      </w:pPr>
      <w:r w:rsidRPr="00B75A9A">
        <w:rPr>
          <w:rFonts w:ascii="Times New Roman" w:hAnsi="Times New Roman" w:cs="Times New Roman"/>
          <w:color w:val="202124"/>
          <w:sz w:val="28"/>
          <w:szCs w:val="28"/>
          <w:lang w:val="kk-KZ"/>
        </w:rPr>
        <w:t>(b)</w:t>
      </w:r>
      <w:r w:rsidRPr="00B75A9A">
        <w:rPr>
          <w:rFonts w:ascii="Times New Roman" w:hAnsi="Times New Roman" w:cs="Times New Roman"/>
          <w:position w:val="-14"/>
          <w:sz w:val="28"/>
          <w:szCs w:val="28"/>
          <w:lang w:val="kk-KZ"/>
        </w:rPr>
        <w:t xml:space="preserve"> </w:t>
      </w:r>
      <w:r w:rsidR="00A07FF5" w:rsidRPr="00B75A9A">
        <w:rPr>
          <w:rFonts w:ascii="Times New Roman" w:hAnsi="Times New Roman" w:cs="Times New Roman"/>
          <w:position w:val="-12"/>
          <w:sz w:val="28"/>
          <w:szCs w:val="28"/>
        </w:rPr>
        <w:object w:dxaOrig="380" w:dyaOrig="420" w14:anchorId="27153DE2">
          <v:shape id="_x0000_i1419" type="#_x0000_t75" style="width:18.2pt;height:20.55pt" o:ole="">
            <v:imagedata r:id="rId802" o:title=""/>
          </v:shape>
          <o:OLEObject Type="Embed" ProgID="Equation.DSMT4" ShapeID="_x0000_i1419" DrawAspect="Content" ObjectID="_1840331873" r:id="rId803"/>
        </w:object>
      </w:r>
      <w:r w:rsidRPr="00B75A9A">
        <w:rPr>
          <w:rFonts w:ascii="Times New Roman" w:hAnsi="Times New Roman" w:cs="Times New Roman"/>
          <w:color w:val="202124"/>
          <w:sz w:val="28"/>
          <w:szCs w:val="28"/>
          <w:lang w:val="kk-KZ"/>
        </w:rPr>
        <w:t xml:space="preserve"> -да шектеулі P операторы бар, бүкіл кеңістікті </w:t>
      </w:r>
      <w:r w:rsidR="00A07FF5" w:rsidRPr="00B75A9A">
        <w:rPr>
          <w:rFonts w:ascii="Times New Roman" w:hAnsi="Times New Roman" w:cs="Times New Roman"/>
          <w:position w:val="-14"/>
          <w:sz w:val="28"/>
          <w:szCs w:val="28"/>
        </w:rPr>
        <w:object w:dxaOrig="520" w:dyaOrig="440" w14:anchorId="74F3DE77">
          <v:shape id="_x0000_i1420" type="#_x0000_t75" style="width:27.7pt;height:20.55pt" o:ole="">
            <v:imagedata r:id="rId804" o:title=""/>
          </v:shape>
          <o:OLEObject Type="Embed" ProgID="Equation.DSMT4" ShapeID="_x0000_i1420" DrawAspect="Content" ObjectID="_1840331874" r:id="rId805"/>
        </w:object>
      </w:r>
      <w:r w:rsidRPr="00B75A9A">
        <w:rPr>
          <w:rFonts w:ascii="Times New Roman" w:hAnsi="Times New Roman" w:cs="Times New Roman"/>
          <w:color w:val="202124"/>
          <w:sz w:val="28"/>
          <w:szCs w:val="28"/>
          <w:lang w:val="kk-KZ"/>
        </w:rPr>
        <w:t xml:space="preserve">-ге проекциялайды, яғни </w:t>
      </w:r>
      <w:r w:rsidR="00A07FF5" w:rsidRPr="00B75A9A">
        <w:rPr>
          <w:rFonts w:ascii="Times New Roman" w:hAnsi="Times New Roman" w:cs="Times New Roman"/>
          <w:position w:val="-14"/>
          <w:sz w:val="28"/>
          <w:szCs w:val="28"/>
        </w:rPr>
        <w:object w:dxaOrig="1840" w:dyaOrig="440" w14:anchorId="4AAA737D">
          <v:shape id="_x0000_i1421" type="#_x0000_t75" style="width:87.8pt;height:20.55pt" o:ole="">
            <v:imagedata r:id="rId806" o:title=""/>
          </v:shape>
          <o:OLEObject Type="Embed" ProgID="Equation.DSMT4" ShapeID="_x0000_i1421" DrawAspect="Content" ObjectID="_1840331875" r:id="rId807"/>
        </w:object>
      </w:r>
      <w:r w:rsidRPr="00B75A9A">
        <w:rPr>
          <w:rFonts w:ascii="Times New Roman" w:hAnsi="Times New Roman" w:cs="Times New Roman"/>
          <w:color w:val="202124"/>
          <w:sz w:val="28"/>
          <w:szCs w:val="28"/>
          <w:lang w:val="kk-KZ"/>
        </w:rPr>
        <w:t xml:space="preserve"> қасиетіне ие.</w:t>
      </w:r>
    </w:p>
    <w:p w14:paraId="1F2686A4" w14:textId="43BC1E77" w:rsidR="003A4ABB" w:rsidRPr="00B75A9A" w:rsidRDefault="003A4ABB" w:rsidP="00730D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color w:val="202124"/>
          <w:sz w:val="28"/>
          <w:szCs w:val="28"/>
          <w:lang w:val="kk-KZ"/>
        </w:rPr>
      </w:pPr>
      <w:r w:rsidRPr="00B75A9A">
        <w:rPr>
          <w:rFonts w:ascii="Times New Roman" w:hAnsi="Times New Roman" w:cs="Times New Roman"/>
          <w:i/>
          <w:color w:val="202124"/>
          <w:sz w:val="28"/>
          <w:szCs w:val="28"/>
          <w:lang w:val="kk-KZ"/>
        </w:rPr>
        <w:t>Дәлелдеуі.</w:t>
      </w:r>
      <w:r w:rsidRPr="00B75A9A">
        <w:rPr>
          <w:rFonts w:ascii="Times New Roman" w:hAnsi="Times New Roman" w:cs="Times New Roman"/>
          <w:color w:val="202124"/>
          <w:sz w:val="28"/>
          <w:szCs w:val="28"/>
          <w:lang w:val="kk-KZ"/>
        </w:rPr>
        <w:t xml:space="preserve"> (а) тұжырымды</w:t>
      </w:r>
      <w:r w:rsidRPr="00B75A9A">
        <w:rPr>
          <w:rFonts w:ascii="Times New Roman" w:hAnsi="Times New Roman" w:cs="Times New Roman"/>
          <w:position w:val="-12"/>
          <w:sz w:val="28"/>
          <w:szCs w:val="28"/>
          <w:lang w:val="kk-KZ"/>
        </w:rPr>
        <w:t xml:space="preserve"> </w:t>
      </w:r>
      <w:r w:rsidR="00A07FF5" w:rsidRPr="00B75A9A">
        <w:rPr>
          <w:rFonts w:ascii="Times New Roman" w:hAnsi="Times New Roman" w:cs="Times New Roman"/>
          <w:position w:val="-12"/>
          <w:sz w:val="28"/>
          <w:szCs w:val="28"/>
        </w:rPr>
        <w:object w:dxaOrig="380" w:dyaOrig="420" w14:anchorId="081D70C9">
          <v:shape id="_x0000_i1422" type="#_x0000_t75" style="width:18.2pt;height:20.55pt" o:ole="">
            <v:imagedata r:id="rId808" o:title=""/>
          </v:shape>
          <o:OLEObject Type="Embed" ProgID="Equation.DSMT4" ShapeID="_x0000_i1422" DrawAspect="Content" ObjectID="_1840331876" r:id="rId809"/>
        </w:object>
      </w:r>
      <w:r w:rsidRPr="00B75A9A">
        <w:rPr>
          <w:rFonts w:ascii="Times New Roman" w:hAnsi="Times New Roman" w:cs="Times New Roman"/>
          <w:color w:val="202124"/>
          <w:sz w:val="28"/>
          <w:szCs w:val="28"/>
          <w:lang w:val="kk-KZ"/>
        </w:rPr>
        <w:t xml:space="preserve"> үшін дәлелдеу жеткілікті, онда (1.15) ескере отырып, осы тұжырымдаманың қалған</w:t>
      </w:r>
      <w:r w:rsidR="00952250" w:rsidRPr="00B75A9A">
        <w:rPr>
          <w:rFonts w:ascii="Times New Roman" w:hAnsi="Times New Roman" w:cs="Times New Roman"/>
          <w:color w:val="202124"/>
          <w:sz w:val="28"/>
          <w:szCs w:val="28"/>
          <w:lang w:val="kk-KZ"/>
        </w:rPr>
        <w:t xml:space="preserve"> бөлігі оның салдары болады. </w:t>
      </w:r>
      <w:r w:rsidRPr="00B75A9A">
        <w:rPr>
          <w:rFonts w:ascii="Times New Roman" w:hAnsi="Times New Roman" w:cs="Times New Roman"/>
          <w:color w:val="202124"/>
          <w:sz w:val="28"/>
          <w:szCs w:val="28"/>
          <w:lang w:val="kk-KZ"/>
        </w:rPr>
        <w:t>(1.12)-дағы А матрица</w:t>
      </w:r>
      <w:r w:rsidR="00730D61">
        <w:rPr>
          <w:rFonts w:ascii="Times New Roman" w:hAnsi="Times New Roman" w:cs="Times New Roman"/>
          <w:color w:val="202124"/>
          <w:sz w:val="28"/>
          <w:szCs w:val="28"/>
          <w:lang w:val="kk-KZ"/>
        </w:rPr>
        <w:t>сының фробениус қалыпты түрі [2</w:t>
      </w:r>
      <w:r w:rsidR="00730D61" w:rsidRPr="00730D61">
        <w:rPr>
          <w:rFonts w:ascii="Times New Roman" w:hAnsi="Times New Roman" w:cs="Times New Roman"/>
          <w:color w:val="202124"/>
          <w:sz w:val="28"/>
          <w:szCs w:val="28"/>
          <w:lang w:val="kk-KZ"/>
        </w:rPr>
        <w:t>5</w:t>
      </w:r>
      <w:r w:rsidR="00375B77">
        <w:rPr>
          <w:rFonts w:ascii="Times New Roman" w:hAnsi="Times New Roman" w:cs="Times New Roman"/>
          <w:color w:val="202124"/>
          <w:sz w:val="28"/>
          <w:szCs w:val="28"/>
          <w:lang w:val="kk-KZ"/>
        </w:rPr>
        <w:t>, 2913</w:t>
      </w:r>
      <w:r w:rsidRPr="00B75A9A">
        <w:rPr>
          <w:rFonts w:ascii="Times New Roman" w:hAnsi="Times New Roman" w:cs="Times New Roman"/>
          <w:color w:val="202124"/>
          <w:sz w:val="28"/>
          <w:szCs w:val="28"/>
          <w:lang w:val="kk-KZ"/>
        </w:rPr>
        <w:t>] деп аталады және оның жордандық нормал түрі өзінің сипаттамалық көпмүшесімен (1.2) толығымен анықталады. Дәлірек айтқанда, жордан матрицасы клеткалардан тұрады</w:t>
      </w:r>
    </w:p>
    <w:p w14:paraId="24080BAF" w14:textId="77777777" w:rsidR="003A4ABB" w:rsidRPr="00B75A9A" w:rsidRDefault="003A4ABB" w:rsidP="00B75A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202124"/>
          <w:sz w:val="28"/>
          <w:szCs w:val="28"/>
          <w:lang w:val="kk-KZ"/>
        </w:rPr>
      </w:pPr>
    </w:p>
    <w:p w14:paraId="63B504B3" w14:textId="77777777" w:rsidR="003A4ABB" w:rsidRPr="007C53FF" w:rsidRDefault="00A07FF5" w:rsidP="008F75AB">
      <w:pPr>
        <w:tabs>
          <w:tab w:val="left" w:pos="1756"/>
        </w:tabs>
        <w:spacing w:after="0" w:line="240" w:lineRule="auto"/>
        <w:jc w:val="center"/>
        <w:rPr>
          <w:rFonts w:ascii="Times New Roman" w:hAnsi="Times New Roman" w:cs="Times New Roman"/>
          <w:position w:val="-86"/>
          <w:sz w:val="28"/>
          <w:szCs w:val="28"/>
          <w:lang w:val="kk-KZ"/>
        </w:rPr>
      </w:pPr>
      <w:r w:rsidRPr="007C53FF">
        <w:rPr>
          <w:rFonts w:ascii="Times New Roman" w:hAnsi="Times New Roman" w:cs="Times New Roman"/>
          <w:position w:val="-98"/>
          <w:sz w:val="28"/>
          <w:szCs w:val="28"/>
        </w:rPr>
        <w:object w:dxaOrig="5340" w:dyaOrig="2100" w14:anchorId="6C7C717C">
          <v:shape id="_x0000_i1423" type="#_x0000_t75" style="width:266.65pt;height:106pt" o:ole="">
            <v:imagedata r:id="rId810" o:title=""/>
          </v:shape>
          <o:OLEObject Type="Embed" ProgID="Equation.DSMT4" ShapeID="_x0000_i1423" DrawAspect="Content" ObjectID="_1840331877" r:id="rId811"/>
        </w:object>
      </w:r>
    </w:p>
    <w:p w14:paraId="328235D9" w14:textId="77777777" w:rsidR="003A4ABB" w:rsidRPr="007C53FF" w:rsidRDefault="003A4ABB" w:rsidP="008F75AB">
      <w:pPr>
        <w:spacing w:after="0" w:line="240" w:lineRule="auto"/>
        <w:rPr>
          <w:rFonts w:ascii="Times New Roman" w:hAnsi="Times New Roman" w:cs="Times New Roman"/>
          <w:sz w:val="28"/>
          <w:szCs w:val="28"/>
          <w:lang w:val="kk-KZ"/>
        </w:rPr>
      </w:pPr>
    </w:p>
    <w:p w14:paraId="4858921C" w14:textId="77777777" w:rsidR="003A4ABB" w:rsidRPr="002417EA" w:rsidRDefault="003A4ABB" w:rsidP="008F75AB">
      <w:pPr>
        <w:spacing w:after="0" w:line="240" w:lineRule="auto"/>
        <w:jc w:val="both"/>
        <w:rPr>
          <w:rFonts w:ascii="Times New Roman" w:hAnsi="Times New Roman" w:cs="Times New Roman"/>
          <w:color w:val="202124"/>
          <w:sz w:val="28"/>
          <w:szCs w:val="28"/>
          <w:lang w:val="kk-KZ"/>
        </w:rPr>
      </w:pPr>
      <w:r w:rsidRPr="002417EA">
        <w:rPr>
          <w:rFonts w:ascii="Times New Roman" w:hAnsi="Times New Roman" w:cs="Times New Roman"/>
          <w:sz w:val="28"/>
          <w:szCs w:val="28"/>
          <w:lang w:val="kk-KZ"/>
        </w:rPr>
        <w:t xml:space="preserve">және комплекс түйіндес клеткалары </w:t>
      </w:r>
      <w:r w:rsidR="00A07FF5" w:rsidRPr="002417EA">
        <w:rPr>
          <w:rFonts w:ascii="Times New Roman" w:hAnsi="Times New Roman" w:cs="Times New Roman"/>
          <w:position w:val="-12"/>
          <w:sz w:val="28"/>
          <w:szCs w:val="28"/>
        </w:rPr>
        <w:object w:dxaOrig="360" w:dyaOrig="440" w14:anchorId="7D1A912A">
          <v:shape id="_x0000_i1424" type="#_x0000_t75" style="width:18.2pt;height:20.55pt" o:ole="">
            <v:imagedata r:id="rId812" o:title=""/>
          </v:shape>
          <o:OLEObject Type="Embed" ProgID="Equation.DSMT4" ShapeID="_x0000_i1424" DrawAspect="Content" ObjectID="_1840331878" r:id="rId813"/>
        </w:object>
      </w:r>
      <w:r w:rsidRPr="002417EA">
        <w:rPr>
          <w:rFonts w:ascii="Times New Roman" w:hAnsi="Times New Roman" w:cs="Times New Roman"/>
          <w:sz w:val="28"/>
          <w:szCs w:val="28"/>
          <w:lang w:val="kk-KZ"/>
        </w:rPr>
        <w:t xml:space="preserve">. </w:t>
      </w:r>
      <w:r w:rsidR="00A07FF5" w:rsidRPr="002417EA">
        <w:rPr>
          <w:rFonts w:ascii="Times New Roman" w:hAnsi="Times New Roman" w:cs="Times New Roman"/>
          <w:position w:val="-4"/>
          <w:sz w:val="28"/>
          <w:szCs w:val="28"/>
        </w:rPr>
        <w:object w:dxaOrig="260" w:dyaOrig="279" w14:anchorId="7F3FE07B">
          <v:shape id="_x0000_i1425" type="#_x0000_t75" style="width:11.85pt;height:15.8pt" o:ole="">
            <v:imagedata r:id="rId814" o:title=""/>
          </v:shape>
          <o:OLEObject Type="Embed" ProgID="Equation.DSMT4" ShapeID="_x0000_i1425" DrawAspect="Content" ObjectID="_1840331879" r:id="rId815"/>
        </w:object>
      </w:r>
      <w:r w:rsidRPr="002417EA">
        <w:rPr>
          <w:rFonts w:ascii="Times New Roman" w:hAnsi="Times New Roman" w:cs="Times New Roman"/>
          <w:color w:val="202124"/>
          <w:sz w:val="28"/>
          <w:szCs w:val="28"/>
          <w:lang w:val="kk-KZ"/>
        </w:rPr>
        <w:t xml:space="preserve">- матрицасын жордан түріне әкелетін </w:t>
      </w:r>
      <w:r w:rsidR="00A07FF5" w:rsidRPr="002417EA">
        <w:rPr>
          <w:rFonts w:ascii="Times New Roman" w:hAnsi="Times New Roman" w:cs="Times New Roman"/>
          <w:position w:val="-6"/>
          <w:sz w:val="28"/>
          <w:szCs w:val="28"/>
        </w:rPr>
        <w:object w:dxaOrig="1200" w:dyaOrig="380" w14:anchorId="5093C1FF">
          <v:shape id="_x0000_i1426" type="#_x0000_t75" style="width:60.15pt;height:18.2pt" o:ole="">
            <v:imagedata r:id="rId816" o:title=""/>
          </v:shape>
          <o:OLEObject Type="Embed" ProgID="Equation.DSMT4" ShapeID="_x0000_i1426" DrawAspect="Content" ObjectID="_1840331880" r:id="rId817"/>
        </w:object>
      </w:r>
      <w:r w:rsidRPr="002417EA">
        <w:rPr>
          <w:rFonts w:ascii="Times New Roman" w:hAnsi="Times New Roman" w:cs="Times New Roman"/>
          <w:position w:val="-6"/>
          <w:sz w:val="28"/>
          <w:szCs w:val="28"/>
          <w:lang w:val="kk-KZ"/>
        </w:rPr>
        <w:t xml:space="preserve"> </w:t>
      </w:r>
      <w:r w:rsidRPr="002417EA">
        <w:rPr>
          <w:rFonts w:ascii="Times New Roman" w:hAnsi="Times New Roman" w:cs="Times New Roman"/>
          <w:color w:val="202124"/>
          <w:sz w:val="28"/>
          <w:szCs w:val="28"/>
          <w:lang w:val="kk-KZ"/>
        </w:rPr>
        <w:t xml:space="preserve">матрицасын да анық сипаттауға болады. Осы мақсатта келесі белгілеулерді енгізу ыңғайлы. Айталық, </w:t>
      </w:r>
      <w:r w:rsidR="00A07FF5" w:rsidRPr="002417EA">
        <w:rPr>
          <w:rFonts w:ascii="Times New Roman" w:hAnsi="Times New Roman" w:cs="Times New Roman"/>
          <w:position w:val="-12"/>
          <w:sz w:val="28"/>
          <w:szCs w:val="28"/>
        </w:rPr>
        <w:object w:dxaOrig="2600" w:dyaOrig="380" w14:anchorId="4F864274">
          <v:shape id="_x0000_i1427" type="#_x0000_t75" style="width:128.2pt;height:18.2pt" o:ole="">
            <v:imagedata r:id="rId818" o:title=""/>
          </v:shape>
          <o:OLEObject Type="Embed" ProgID="Equation.DSMT4" ShapeID="_x0000_i1427" DrawAspect="Content" ObjectID="_1840331881" r:id="rId819"/>
        </w:object>
      </w:r>
      <w:r w:rsidRPr="002417EA">
        <w:rPr>
          <w:rFonts w:ascii="Times New Roman" w:hAnsi="Times New Roman" w:cs="Times New Roman"/>
          <w:color w:val="202124"/>
          <w:sz w:val="28"/>
          <w:szCs w:val="28"/>
          <w:lang w:val="kk-KZ"/>
        </w:rPr>
        <w:t xml:space="preserve"> қандай да бір </w:t>
      </w:r>
      <w:r w:rsidR="00A07FF5" w:rsidRPr="002417EA">
        <w:rPr>
          <w:rFonts w:ascii="Times New Roman" w:hAnsi="Times New Roman" w:cs="Times New Roman"/>
          <w:position w:val="-6"/>
          <w:sz w:val="28"/>
          <w:szCs w:val="28"/>
        </w:rPr>
        <w:object w:dxaOrig="220" w:dyaOrig="240" w14:anchorId="6CB04EC7">
          <v:shape id="_x0000_i1428" type="#_x0000_t75" style="width:11.85pt;height:11.85pt" o:ole="">
            <v:imagedata r:id="rId820" o:title=""/>
          </v:shape>
          <o:OLEObject Type="Embed" ProgID="Equation.DSMT4" ShapeID="_x0000_i1428" DrawAspect="Content" ObjectID="_1840331882" r:id="rId821"/>
        </w:object>
      </w:r>
      <w:r w:rsidRPr="002417EA">
        <w:rPr>
          <w:rFonts w:ascii="Times New Roman" w:hAnsi="Times New Roman" w:cs="Times New Roman"/>
          <w:color w:val="202124"/>
          <w:sz w:val="28"/>
          <w:szCs w:val="28"/>
          <w:lang w:val="kk-KZ"/>
        </w:rPr>
        <w:t xml:space="preserve">-векторы болсын, ол </w:t>
      </w:r>
      <w:r w:rsidR="00A07FF5" w:rsidRPr="002417EA">
        <w:rPr>
          <w:rFonts w:ascii="Times New Roman" w:hAnsi="Times New Roman" w:cs="Times New Roman"/>
          <w:position w:val="-12"/>
          <w:sz w:val="28"/>
          <w:szCs w:val="28"/>
        </w:rPr>
        <w:object w:dxaOrig="999" w:dyaOrig="380" w14:anchorId="42CB250C">
          <v:shape id="_x0000_i1429" type="#_x0000_t75" style="width:49.05pt;height:18.2pt" o:ole="">
            <v:imagedata r:id="rId822" o:title=""/>
          </v:shape>
          <o:OLEObject Type="Embed" ProgID="Equation.DSMT4" ShapeID="_x0000_i1429" DrawAspect="Content" ObjectID="_1840331883" r:id="rId823"/>
        </w:object>
      </w:r>
      <w:r w:rsidRPr="002417EA">
        <w:rPr>
          <w:rFonts w:ascii="Times New Roman" w:hAnsi="Times New Roman" w:cs="Times New Roman"/>
          <w:color w:val="202124"/>
          <w:sz w:val="28"/>
          <w:szCs w:val="28"/>
          <w:lang w:val="kk-KZ"/>
        </w:rPr>
        <w:t xml:space="preserve"> нүктелері маңайында аналитикалық болсын. Содан кейін (1.2)-гі көрсетілген </w:t>
      </w:r>
      <w:r w:rsidR="00A07FF5" w:rsidRPr="002417EA">
        <w:rPr>
          <w:rFonts w:ascii="Times New Roman" w:hAnsi="Times New Roman" w:cs="Times New Roman"/>
          <w:position w:val="-12"/>
          <w:sz w:val="28"/>
          <w:szCs w:val="28"/>
        </w:rPr>
        <w:object w:dxaOrig="1500" w:dyaOrig="380" w14:anchorId="065927D6">
          <v:shape id="_x0000_i1430" type="#_x0000_t75" style="width:75.15pt;height:18.2pt" o:ole="">
            <v:imagedata r:id="rId824" o:title=""/>
          </v:shape>
          <o:OLEObject Type="Embed" ProgID="Equation.DSMT4" ShapeID="_x0000_i1430" DrawAspect="Content" ObjectID="_1840331884" r:id="rId825"/>
        </w:object>
      </w:r>
      <w:r w:rsidRPr="002417EA">
        <w:rPr>
          <w:rFonts w:ascii="Times New Roman" w:hAnsi="Times New Roman" w:cs="Times New Roman"/>
          <w:position w:val="-12"/>
          <w:sz w:val="28"/>
          <w:szCs w:val="28"/>
          <w:lang w:val="kk-KZ"/>
        </w:rPr>
        <w:t xml:space="preserve"> </w:t>
      </w:r>
      <w:r w:rsidRPr="002417EA">
        <w:rPr>
          <w:rFonts w:ascii="Times New Roman" w:hAnsi="Times New Roman" w:cs="Times New Roman"/>
          <w:color w:val="202124"/>
          <w:sz w:val="28"/>
          <w:szCs w:val="28"/>
          <w:lang w:val="kk-KZ"/>
        </w:rPr>
        <w:t xml:space="preserve">бөлуіне негізделген </w:t>
      </w:r>
      <w:r w:rsidRPr="002417EA">
        <w:rPr>
          <w:rFonts w:ascii="Times New Roman" w:hAnsi="Times New Roman" w:cs="Times New Roman"/>
          <w:position w:val="-86"/>
          <w:sz w:val="28"/>
          <w:szCs w:val="28"/>
          <w:lang w:val="kk-KZ"/>
        </w:rPr>
        <w:t xml:space="preserve"> </w:t>
      </w:r>
      <w:r w:rsidR="00A07FF5" w:rsidRPr="002417EA">
        <w:rPr>
          <w:rFonts w:ascii="Times New Roman" w:hAnsi="Times New Roman" w:cs="Times New Roman"/>
          <w:position w:val="-6"/>
          <w:sz w:val="28"/>
          <w:szCs w:val="28"/>
        </w:rPr>
        <w:object w:dxaOrig="760" w:dyaOrig="300" w14:anchorId="2559F47E">
          <v:shape id="_x0000_i1431" type="#_x0000_t75" style="width:38pt;height:15.8pt" o:ole="">
            <v:imagedata r:id="rId826" o:title=""/>
          </v:shape>
          <o:OLEObject Type="Embed" ProgID="Equation.DSMT4" ShapeID="_x0000_i1431" DrawAspect="Content" ObjectID="_1840331885" r:id="rId827"/>
        </w:object>
      </w:r>
      <w:r w:rsidRPr="002417EA">
        <w:rPr>
          <w:rFonts w:ascii="Times New Roman" w:hAnsi="Times New Roman" w:cs="Times New Roman"/>
          <w:position w:val="-6"/>
          <w:sz w:val="28"/>
          <w:szCs w:val="28"/>
          <w:lang w:val="kk-KZ"/>
        </w:rPr>
        <w:t xml:space="preserve"> </w:t>
      </w:r>
      <w:r w:rsidRPr="002417EA">
        <w:rPr>
          <w:rFonts w:ascii="Times New Roman" w:hAnsi="Times New Roman" w:cs="Times New Roman"/>
          <w:color w:val="202124"/>
          <w:sz w:val="28"/>
          <w:szCs w:val="28"/>
          <w:lang w:val="kk-KZ"/>
        </w:rPr>
        <w:t xml:space="preserve">матрица блогын </w:t>
      </w:r>
      <w:r w:rsidR="00A07FF5" w:rsidRPr="002417EA">
        <w:rPr>
          <w:rFonts w:ascii="Times New Roman" w:hAnsi="Times New Roman" w:cs="Times New Roman"/>
          <w:position w:val="-16"/>
          <w:sz w:val="28"/>
          <w:szCs w:val="28"/>
        </w:rPr>
        <w:object w:dxaOrig="4160" w:dyaOrig="420" w14:anchorId="07053EA6">
          <v:shape id="_x0000_i1432" type="#_x0000_t75" style="width:211.25pt;height:20.55pt" o:ole="">
            <v:imagedata r:id="rId828" o:title=""/>
          </v:shape>
          <o:OLEObject Type="Embed" ProgID="Equation.DSMT4" ShapeID="_x0000_i1432" DrawAspect="Content" ObjectID="_1840331886" r:id="rId829"/>
        </w:object>
      </w:r>
      <w:r w:rsidRPr="002417EA">
        <w:rPr>
          <w:rFonts w:ascii="Times New Roman" w:hAnsi="Times New Roman" w:cs="Times New Roman"/>
          <w:color w:val="202124"/>
          <w:sz w:val="28"/>
          <w:szCs w:val="28"/>
          <w:lang w:val="kk-KZ"/>
        </w:rPr>
        <w:t xml:space="preserve">енгізе аламыз, мұндағы </w:t>
      </w:r>
      <w:r w:rsidR="00A07FF5" w:rsidRPr="002417EA">
        <w:rPr>
          <w:rFonts w:ascii="Times New Roman" w:hAnsi="Times New Roman" w:cs="Times New Roman"/>
          <w:position w:val="-16"/>
          <w:sz w:val="28"/>
          <w:szCs w:val="28"/>
        </w:rPr>
        <w:object w:dxaOrig="1840" w:dyaOrig="460" w14:anchorId="6F41149C">
          <v:shape id="_x0000_i1433" type="#_x0000_t75" style="width:87.8pt;height:25.3pt" o:ole="">
            <v:imagedata r:id="rId830" o:title=""/>
          </v:shape>
          <o:OLEObject Type="Embed" ProgID="Equation.DSMT4" ShapeID="_x0000_i1433" DrawAspect="Content" ObjectID="_1840331887" r:id="rId831"/>
        </w:object>
      </w:r>
      <w:r w:rsidRPr="002417EA">
        <w:rPr>
          <w:rFonts w:ascii="Times New Roman" w:hAnsi="Times New Roman" w:cs="Times New Roman"/>
          <w:position w:val="-16"/>
          <w:sz w:val="28"/>
          <w:szCs w:val="28"/>
          <w:lang w:val="kk-KZ"/>
        </w:rPr>
        <w:t xml:space="preserve"> </w:t>
      </w:r>
      <w:r w:rsidRPr="002417EA">
        <w:rPr>
          <w:rFonts w:ascii="Times New Roman" w:hAnsi="Times New Roman" w:cs="Times New Roman"/>
          <w:color w:val="202124"/>
          <w:sz w:val="28"/>
          <w:szCs w:val="28"/>
          <w:lang w:val="kk-KZ"/>
        </w:rPr>
        <w:t>матрицасы төмендегі баған векторларынан тұрады</w:t>
      </w:r>
    </w:p>
    <w:p w14:paraId="08EA1291" w14:textId="77777777" w:rsidR="003A4ABB" w:rsidRPr="002417EA" w:rsidRDefault="003A4ABB" w:rsidP="008F75AB">
      <w:pPr>
        <w:spacing w:after="0" w:line="240" w:lineRule="auto"/>
        <w:jc w:val="both"/>
        <w:rPr>
          <w:rFonts w:ascii="Times New Roman" w:hAnsi="Times New Roman" w:cs="Times New Roman"/>
          <w:sz w:val="28"/>
          <w:szCs w:val="28"/>
          <w:lang w:val="kk-KZ"/>
        </w:rPr>
      </w:pPr>
    </w:p>
    <w:p w14:paraId="16D708B7" w14:textId="77777777" w:rsidR="003A4ABB" w:rsidRPr="002417EA" w:rsidRDefault="00A07FF5" w:rsidP="008F75AB">
      <w:pPr>
        <w:tabs>
          <w:tab w:val="left" w:pos="1756"/>
        </w:tabs>
        <w:spacing w:after="0" w:line="240" w:lineRule="auto"/>
        <w:jc w:val="center"/>
        <w:rPr>
          <w:rFonts w:ascii="Times New Roman" w:hAnsi="Times New Roman" w:cs="Times New Roman"/>
          <w:position w:val="-36"/>
          <w:sz w:val="28"/>
          <w:szCs w:val="28"/>
          <w:lang w:val="kk-KZ"/>
        </w:rPr>
      </w:pPr>
      <w:r w:rsidRPr="002417EA">
        <w:rPr>
          <w:rFonts w:ascii="Times New Roman" w:hAnsi="Times New Roman" w:cs="Times New Roman"/>
          <w:position w:val="-36"/>
          <w:sz w:val="28"/>
          <w:szCs w:val="28"/>
        </w:rPr>
        <w:object w:dxaOrig="4300" w:dyaOrig="800" w14:anchorId="2EC08841">
          <v:shape id="_x0000_i1434" type="#_x0000_t75" style="width:213.65pt;height:43.5pt" o:ole="">
            <v:imagedata r:id="rId832" o:title=""/>
          </v:shape>
          <o:OLEObject Type="Embed" ProgID="Equation.DSMT4" ShapeID="_x0000_i1434" DrawAspect="Content" ObjectID="_1840331888" r:id="rId833"/>
        </w:object>
      </w:r>
    </w:p>
    <w:p w14:paraId="52760542" w14:textId="77777777" w:rsidR="003A4ABB" w:rsidRPr="002417EA" w:rsidRDefault="003A4ABB" w:rsidP="008F75AB">
      <w:pPr>
        <w:tabs>
          <w:tab w:val="left" w:pos="1756"/>
        </w:tabs>
        <w:spacing w:after="0" w:line="240" w:lineRule="auto"/>
        <w:rPr>
          <w:rFonts w:ascii="Times New Roman" w:hAnsi="Times New Roman" w:cs="Times New Roman"/>
          <w:sz w:val="28"/>
          <w:szCs w:val="28"/>
          <w:lang w:val="kk-KZ"/>
        </w:rPr>
      </w:pPr>
    </w:p>
    <w:p w14:paraId="14B49856" w14:textId="77777777" w:rsidR="003A4ABB" w:rsidRPr="002417EA" w:rsidRDefault="003A4ABB" w:rsidP="008F7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lang w:val="kk-KZ"/>
        </w:rPr>
      </w:pPr>
      <w:r w:rsidRPr="002417EA">
        <w:rPr>
          <w:rFonts w:ascii="Times New Roman" w:hAnsi="Times New Roman" w:cs="Times New Roman"/>
          <w:color w:val="202124"/>
          <w:sz w:val="28"/>
          <w:szCs w:val="28"/>
          <w:lang w:val="kk-KZ"/>
        </w:rPr>
        <w:t xml:space="preserve">Осы белгілеуді </w:t>
      </w:r>
      <w:r w:rsidR="00A07FF5" w:rsidRPr="002417EA">
        <w:rPr>
          <w:rFonts w:ascii="Times New Roman" w:hAnsi="Times New Roman" w:cs="Times New Roman"/>
          <w:position w:val="-6"/>
          <w:sz w:val="28"/>
          <w:szCs w:val="28"/>
        </w:rPr>
        <w:object w:dxaOrig="300" w:dyaOrig="300" w14:anchorId="2B37E887">
          <v:shape id="_x0000_i1435" type="#_x0000_t75" style="width:15.8pt;height:15.8pt" o:ole="">
            <v:imagedata r:id="rId834" o:title=""/>
          </v:shape>
          <o:OLEObject Type="Embed" ProgID="Equation.DSMT4" ShapeID="_x0000_i1435" DrawAspect="Content" ObjectID="_1840331889" r:id="rId835"/>
        </w:object>
      </w:r>
      <w:r w:rsidRPr="002417EA">
        <w:rPr>
          <w:rFonts w:ascii="Times New Roman" w:hAnsi="Times New Roman" w:cs="Times New Roman"/>
          <w:color w:val="202124"/>
          <w:sz w:val="28"/>
          <w:szCs w:val="28"/>
          <w:lang w:val="kk-KZ"/>
        </w:rPr>
        <w:t xml:space="preserve">− бағанына </w:t>
      </w:r>
      <w:r w:rsidR="00A07FF5" w:rsidRPr="002417EA">
        <w:rPr>
          <w:rFonts w:ascii="Times New Roman" w:hAnsi="Times New Roman" w:cs="Times New Roman"/>
          <w:position w:val="-12"/>
          <w:sz w:val="28"/>
          <w:szCs w:val="28"/>
        </w:rPr>
        <w:object w:dxaOrig="2299" w:dyaOrig="420" w14:anchorId="1AE03E64">
          <v:shape id="_x0000_i1436" type="#_x0000_t75" style="width:114.75pt;height:20.55pt" o:ole="">
            <v:imagedata r:id="rId836" o:title=""/>
          </v:shape>
          <o:OLEObject Type="Embed" ProgID="Equation.DSMT4" ShapeID="_x0000_i1436" DrawAspect="Content" ObjectID="_1840331890" r:id="rId837"/>
        </w:object>
      </w:r>
      <w:r w:rsidRPr="002417EA">
        <w:rPr>
          <w:rFonts w:ascii="Times New Roman" w:hAnsi="Times New Roman" w:cs="Times New Roman"/>
          <w:position w:val="-18"/>
          <w:sz w:val="28"/>
          <w:szCs w:val="28"/>
          <w:lang w:val="kk-KZ"/>
        </w:rPr>
        <w:t xml:space="preserve">  </w:t>
      </w:r>
      <w:r w:rsidRPr="002417EA">
        <w:rPr>
          <w:rFonts w:ascii="Times New Roman" w:hAnsi="Times New Roman" w:cs="Times New Roman"/>
          <w:color w:val="202124"/>
          <w:sz w:val="28"/>
          <w:szCs w:val="28"/>
          <w:lang w:val="kk-KZ"/>
        </w:rPr>
        <w:t>қолданайық</w:t>
      </w:r>
    </w:p>
    <w:p w14:paraId="6F44C92C" w14:textId="77777777" w:rsidR="003A4ABB" w:rsidRPr="002417EA" w:rsidRDefault="003A4ABB" w:rsidP="008F7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lang w:val="kk-KZ"/>
        </w:rPr>
      </w:pPr>
    </w:p>
    <w:p w14:paraId="3CE68416" w14:textId="77777777" w:rsidR="003A4ABB" w:rsidRPr="002417EA" w:rsidRDefault="003A4ABB" w:rsidP="008F7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color w:val="202124"/>
          <w:sz w:val="28"/>
          <w:szCs w:val="28"/>
          <w:lang w:val="kk-KZ"/>
        </w:rPr>
      </w:pPr>
      <w:r w:rsidRPr="002417EA">
        <w:rPr>
          <w:rFonts w:ascii="Times New Roman" w:hAnsi="Times New Roman" w:cs="Times New Roman"/>
          <w:position w:val="-18"/>
          <w:sz w:val="28"/>
          <w:szCs w:val="28"/>
          <w:lang w:val="kk-KZ"/>
        </w:rPr>
        <w:t xml:space="preserve">     </w:t>
      </w:r>
      <w:r w:rsidR="00A07FF5" w:rsidRPr="002417EA">
        <w:rPr>
          <w:rFonts w:ascii="Times New Roman" w:hAnsi="Times New Roman" w:cs="Times New Roman"/>
          <w:position w:val="-16"/>
          <w:sz w:val="28"/>
          <w:szCs w:val="28"/>
        </w:rPr>
        <w:object w:dxaOrig="5319" w:dyaOrig="460" w14:anchorId="27C63069">
          <v:shape id="_x0000_i1437" type="#_x0000_t75" style="width:266.65pt;height:25.3pt" o:ole="">
            <v:imagedata r:id="rId838" o:title=""/>
          </v:shape>
          <o:OLEObject Type="Embed" ProgID="Equation.DSMT4" ShapeID="_x0000_i1437" DrawAspect="Content" ObjectID="_1840331891" r:id="rId839"/>
        </w:object>
      </w:r>
      <w:r w:rsidRPr="002417EA">
        <w:rPr>
          <w:rFonts w:ascii="Times New Roman" w:hAnsi="Times New Roman" w:cs="Times New Roman"/>
          <w:color w:val="202124"/>
          <w:sz w:val="28"/>
          <w:szCs w:val="28"/>
          <w:lang w:val="kk-KZ"/>
        </w:rPr>
        <w:t xml:space="preserve">                              (1.20)</w:t>
      </w:r>
    </w:p>
    <w:p w14:paraId="7266176E" w14:textId="77777777" w:rsidR="003A4ABB" w:rsidRPr="002417EA" w:rsidRDefault="003A4ABB" w:rsidP="008F7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lang w:val="kk-KZ"/>
        </w:rPr>
      </w:pPr>
    </w:p>
    <w:p w14:paraId="519DD630" w14:textId="77777777" w:rsidR="003A4ABB" w:rsidRPr="002417EA" w:rsidRDefault="00A07FF5" w:rsidP="008F7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lang w:val="kk-KZ"/>
        </w:rPr>
      </w:pPr>
      <w:r w:rsidRPr="002417EA">
        <w:rPr>
          <w:rFonts w:ascii="Times New Roman" w:hAnsi="Times New Roman" w:cs="Times New Roman"/>
          <w:position w:val="-20"/>
          <w:sz w:val="28"/>
          <w:szCs w:val="28"/>
        </w:rPr>
        <w:object w:dxaOrig="1320" w:dyaOrig="540" w14:anchorId="793BFAD1">
          <v:shape id="_x0000_i1438" type="#_x0000_t75" style="width:64.9pt;height:27.7pt" o:ole="">
            <v:imagedata r:id="rId840" o:title=""/>
          </v:shape>
          <o:OLEObject Type="Embed" ProgID="Equation.DSMT4" ShapeID="_x0000_i1438" DrawAspect="Content" ObjectID="_1840331892" r:id="rId841"/>
        </w:object>
      </w:r>
      <w:r w:rsidR="003A4ABB" w:rsidRPr="002417EA">
        <w:rPr>
          <w:rFonts w:ascii="Times New Roman" w:hAnsi="Times New Roman" w:cs="Times New Roman"/>
          <w:position w:val="-20"/>
          <w:sz w:val="28"/>
          <w:szCs w:val="28"/>
          <w:lang w:val="kk-KZ"/>
        </w:rPr>
        <w:t xml:space="preserve"> </w:t>
      </w:r>
      <w:r w:rsidR="003A4ABB" w:rsidRPr="002417EA">
        <w:rPr>
          <w:rFonts w:ascii="Times New Roman" w:hAnsi="Times New Roman" w:cs="Times New Roman"/>
          <w:color w:val="202124"/>
          <w:sz w:val="28"/>
          <w:szCs w:val="28"/>
          <w:lang w:val="kk-KZ"/>
        </w:rPr>
        <w:t>блоктық матрицасы керіленетін болғандықтан және мына теңдік орындалуын аламыз</w:t>
      </w:r>
    </w:p>
    <w:p w14:paraId="2F2ED9C3" w14:textId="77777777" w:rsidR="003A4ABB" w:rsidRPr="002417EA" w:rsidRDefault="003A4ABB" w:rsidP="008F7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lang w:val="kk-KZ"/>
        </w:rPr>
      </w:pPr>
    </w:p>
    <w:p w14:paraId="3364DE04" w14:textId="77777777" w:rsidR="003A4ABB" w:rsidRPr="002417EA" w:rsidRDefault="003A4ABB" w:rsidP="008F7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color w:val="202124"/>
          <w:sz w:val="28"/>
          <w:szCs w:val="28"/>
          <w:lang w:val="kk-KZ"/>
        </w:rPr>
      </w:pPr>
      <w:r w:rsidRPr="002417EA">
        <w:rPr>
          <w:rFonts w:ascii="Times New Roman" w:hAnsi="Times New Roman" w:cs="Times New Roman"/>
          <w:position w:val="-18"/>
          <w:sz w:val="28"/>
          <w:szCs w:val="28"/>
          <w:lang w:val="kk-KZ"/>
        </w:rPr>
        <w:t xml:space="preserve">     </w:t>
      </w:r>
      <w:r w:rsidR="00A07FF5" w:rsidRPr="002417EA">
        <w:rPr>
          <w:rFonts w:ascii="Times New Roman" w:hAnsi="Times New Roman" w:cs="Times New Roman"/>
          <w:position w:val="-6"/>
          <w:sz w:val="28"/>
          <w:szCs w:val="28"/>
        </w:rPr>
        <w:object w:dxaOrig="1280" w:dyaOrig="440" w14:anchorId="0D12197E">
          <v:shape id="_x0000_i1439" type="#_x0000_t75" style="width:64.9pt;height:20.55pt" o:ole="">
            <v:imagedata r:id="rId842" o:title=""/>
          </v:shape>
          <o:OLEObject Type="Embed" ProgID="Equation.DSMT4" ShapeID="_x0000_i1439" DrawAspect="Content" ObjectID="_1840331893" r:id="rId843"/>
        </w:object>
      </w:r>
      <w:r w:rsidRPr="002417EA">
        <w:rPr>
          <w:rFonts w:ascii="Times New Roman" w:hAnsi="Times New Roman" w:cs="Times New Roman"/>
          <w:color w:val="202124"/>
          <w:sz w:val="28"/>
          <w:szCs w:val="28"/>
          <w:lang w:val="kk-KZ"/>
        </w:rPr>
        <w:t xml:space="preserve">                                                     (1.21)</w:t>
      </w:r>
    </w:p>
    <w:p w14:paraId="3FA60091" w14:textId="77777777" w:rsidR="003A4ABB" w:rsidRPr="002417EA" w:rsidRDefault="003A4ABB" w:rsidP="008F7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lang w:val="kk-KZ"/>
        </w:rPr>
      </w:pPr>
    </w:p>
    <w:p w14:paraId="5E708E98" w14:textId="77777777" w:rsidR="003A4ABB" w:rsidRPr="002417EA" w:rsidRDefault="003A4ABB" w:rsidP="008F7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position w:val="-20"/>
          <w:sz w:val="28"/>
          <w:szCs w:val="28"/>
          <w:lang w:val="kk-KZ"/>
        </w:rPr>
      </w:pPr>
      <w:r w:rsidRPr="002417EA">
        <w:rPr>
          <w:rFonts w:ascii="Times New Roman" w:hAnsi="Times New Roman" w:cs="Times New Roman"/>
          <w:color w:val="202124"/>
          <w:sz w:val="28"/>
          <w:szCs w:val="28"/>
          <w:lang w:val="kk-KZ"/>
        </w:rPr>
        <w:t xml:space="preserve">Жордан  матрицасымен </w:t>
      </w:r>
      <w:r w:rsidR="00A07FF5" w:rsidRPr="002417EA">
        <w:rPr>
          <w:rFonts w:ascii="Times New Roman" w:hAnsi="Times New Roman" w:cs="Times New Roman"/>
          <w:position w:val="-20"/>
          <w:sz w:val="28"/>
          <w:szCs w:val="28"/>
        </w:rPr>
        <w:object w:dxaOrig="3960" w:dyaOrig="540" w14:anchorId="0A68AA1A">
          <v:shape id="_x0000_i1440" type="#_x0000_t75" style="width:194.65pt;height:27.7pt" o:ole="">
            <v:imagedata r:id="rId844" o:title=""/>
          </v:shape>
          <o:OLEObject Type="Embed" ProgID="Equation.DSMT4" ShapeID="_x0000_i1440" DrawAspect="Content" ObjectID="_1840331894" r:id="rId845"/>
        </w:object>
      </w:r>
    </w:p>
    <w:p w14:paraId="1F1B47D8" w14:textId="1698D6D3" w:rsidR="003A4ABB" w:rsidRPr="002417EA" w:rsidRDefault="00575C0A" w:rsidP="008F7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202124"/>
          <w:sz w:val="28"/>
          <w:szCs w:val="28"/>
          <w:lang w:val="kk-KZ"/>
        </w:rPr>
      </w:pPr>
      <w:r>
        <w:rPr>
          <w:rFonts w:ascii="Times New Roman" w:hAnsi="Times New Roman" w:cs="Times New Roman"/>
          <w:position w:val="-6"/>
          <w:sz w:val="28"/>
          <w:szCs w:val="28"/>
          <w:lang w:val="kk-KZ"/>
        </w:rPr>
        <w:tab/>
      </w:r>
      <w:r w:rsidR="003A4ABB" w:rsidRPr="002417EA">
        <w:rPr>
          <w:rFonts w:ascii="Times New Roman" w:hAnsi="Times New Roman" w:cs="Times New Roman"/>
          <w:color w:val="202124"/>
          <w:sz w:val="28"/>
          <w:szCs w:val="28"/>
          <w:lang w:val="kk-KZ"/>
        </w:rPr>
        <w:t xml:space="preserve">Шынында да, (1.20) анықтамасы бойынша </w:t>
      </w:r>
      <w:r w:rsidR="00A07FF5" w:rsidRPr="002417EA">
        <w:rPr>
          <w:rFonts w:ascii="Times New Roman" w:hAnsi="Times New Roman" w:cs="Times New Roman"/>
          <w:position w:val="-4"/>
          <w:sz w:val="28"/>
          <w:szCs w:val="28"/>
        </w:rPr>
        <w:object w:dxaOrig="260" w:dyaOrig="360" w14:anchorId="6C526B2E">
          <v:shape id="_x0000_i1441" type="#_x0000_t75" style="width:11.85pt;height:18.2pt" o:ole="">
            <v:imagedata r:id="rId846" o:title=""/>
          </v:shape>
          <o:OLEObject Type="Embed" ProgID="Equation.DSMT4" ShapeID="_x0000_i1441" DrawAspect="Content" ObjectID="_1840331895" r:id="rId847"/>
        </w:object>
      </w:r>
      <w:r w:rsidR="003A4ABB" w:rsidRPr="002417EA">
        <w:rPr>
          <w:rFonts w:ascii="Times New Roman" w:hAnsi="Times New Roman" w:cs="Times New Roman"/>
          <w:color w:val="202124"/>
          <w:sz w:val="28"/>
          <w:szCs w:val="28"/>
          <w:lang w:val="kk-KZ"/>
        </w:rPr>
        <w:t xml:space="preserve"> матрицасын</w:t>
      </w:r>
      <w:r w:rsidR="00A07FF5" w:rsidRPr="002417EA">
        <w:rPr>
          <w:rFonts w:ascii="Times New Roman" w:hAnsi="Times New Roman" w:cs="Times New Roman"/>
          <w:position w:val="-12"/>
          <w:sz w:val="28"/>
          <w:szCs w:val="28"/>
        </w:rPr>
        <w:object w:dxaOrig="2439" w:dyaOrig="440" w14:anchorId="30E6A558">
          <v:shape id="_x0000_i1442" type="#_x0000_t75" style="width:123.45pt;height:20.55pt" o:ole="">
            <v:imagedata r:id="rId848" o:title=""/>
          </v:shape>
          <o:OLEObject Type="Embed" ProgID="Equation.DSMT4" ShapeID="_x0000_i1442" DrawAspect="Content" ObjectID="_1840331896" r:id="rId849"/>
        </w:object>
      </w:r>
      <w:r w:rsidR="003A4ABB" w:rsidRPr="002417EA">
        <w:rPr>
          <w:rFonts w:ascii="Times New Roman" w:hAnsi="Times New Roman" w:cs="Times New Roman"/>
          <w:color w:val="202124"/>
          <w:sz w:val="28"/>
          <w:szCs w:val="28"/>
          <w:lang w:val="kk-KZ"/>
        </w:rPr>
        <w:t xml:space="preserve"> формада жазуға болады және оның жалпыланған Вандермонд анықтауышы ретінде бе</w:t>
      </w:r>
      <w:r w:rsidR="004F565E">
        <w:rPr>
          <w:rFonts w:ascii="Times New Roman" w:hAnsi="Times New Roman" w:cs="Times New Roman"/>
          <w:color w:val="202124"/>
          <w:sz w:val="28"/>
          <w:szCs w:val="28"/>
          <w:lang w:val="kk-KZ"/>
        </w:rPr>
        <w:t xml:space="preserve">лгілі анықтауышы нөлге тең емес. </w:t>
      </w:r>
      <w:r w:rsidR="003A4ABB" w:rsidRPr="002417EA">
        <w:rPr>
          <w:rFonts w:ascii="Times New Roman" w:hAnsi="Times New Roman" w:cs="Times New Roman"/>
          <w:color w:val="202124"/>
          <w:sz w:val="28"/>
          <w:szCs w:val="28"/>
          <w:lang w:val="kk-KZ"/>
        </w:rPr>
        <w:t>Тең</w:t>
      </w:r>
      <w:r w:rsidR="004F565E">
        <w:rPr>
          <w:rFonts w:ascii="Times New Roman" w:hAnsi="Times New Roman" w:cs="Times New Roman"/>
          <w:color w:val="202124"/>
          <w:sz w:val="28"/>
          <w:szCs w:val="28"/>
          <w:lang w:val="kk-KZ"/>
        </w:rPr>
        <w:t xml:space="preserve">дікке келетін болсақ (1.21) </w:t>
      </w:r>
      <w:r w:rsidR="003A4ABB" w:rsidRPr="002417EA">
        <w:rPr>
          <w:rFonts w:ascii="Times New Roman" w:hAnsi="Times New Roman" w:cs="Times New Roman"/>
          <w:color w:val="202124"/>
          <w:sz w:val="28"/>
          <w:szCs w:val="28"/>
          <w:lang w:val="kk-KZ"/>
        </w:rPr>
        <w:t>қатынасына тең</w:t>
      </w:r>
    </w:p>
    <w:p w14:paraId="749FEF26" w14:textId="77777777" w:rsidR="003A4ABB" w:rsidRPr="002417EA" w:rsidRDefault="003A4ABB" w:rsidP="008F75AB">
      <w:pPr>
        <w:spacing w:after="0" w:line="240" w:lineRule="auto"/>
        <w:rPr>
          <w:rFonts w:ascii="Times New Roman" w:hAnsi="Times New Roman" w:cs="Times New Roman"/>
          <w:sz w:val="28"/>
          <w:szCs w:val="28"/>
          <w:lang w:val="kk-KZ"/>
        </w:rPr>
      </w:pPr>
    </w:p>
    <w:p w14:paraId="36A68229" w14:textId="77777777" w:rsidR="003A4ABB" w:rsidRPr="002417EA" w:rsidRDefault="00A07FF5" w:rsidP="008F75AB">
      <w:pPr>
        <w:spacing w:after="0" w:line="240" w:lineRule="auto"/>
        <w:jc w:val="center"/>
        <w:rPr>
          <w:rFonts w:ascii="Times New Roman" w:hAnsi="Times New Roman" w:cs="Times New Roman"/>
          <w:position w:val="-14"/>
          <w:sz w:val="28"/>
          <w:szCs w:val="28"/>
          <w:lang w:val="kk-KZ"/>
        </w:rPr>
      </w:pPr>
      <w:r w:rsidRPr="002417EA">
        <w:rPr>
          <w:rFonts w:ascii="Times New Roman" w:hAnsi="Times New Roman" w:cs="Times New Roman"/>
          <w:position w:val="-14"/>
          <w:sz w:val="28"/>
          <w:szCs w:val="28"/>
        </w:rPr>
        <w:object w:dxaOrig="3980" w:dyaOrig="420" w14:anchorId="1B61EE86">
          <v:shape id="_x0000_i1443" type="#_x0000_t75" style="width:201.75pt;height:20.55pt" o:ole="">
            <v:imagedata r:id="rId850" o:title=""/>
          </v:shape>
          <o:OLEObject Type="Embed" ProgID="Equation.DSMT4" ShapeID="_x0000_i1443" DrawAspect="Content" ObjectID="_1840331897" r:id="rId851"/>
        </w:object>
      </w:r>
    </w:p>
    <w:p w14:paraId="2CDC3464" w14:textId="77777777" w:rsidR="003A4ABB" w:rsidRPr="002417EA" w:rsidRDefault="003A4ABB" w:rsidP="008F75AB">
      <w:pPr>
        <w:spacing w:after="0" w:line="240" w:lineRule="auto"/>
        <w:jc w:val="center"/>
        <w:rPr>
          <w:rFonts w:ascii="Times New Roman" w:hAnsi="Times New Roman" w:cs="Times New Roman"/>
          <w:position w:val="-18"/>
          <w:sz w:val="28"/>
          <w:szCs w:val="28"/>
          <w:lang w:val="kk-KZ"/>
        </w:rPr>
      </w:pPr>
    </w:p>
    <w:p w14:paraId="16D29D79" w14:textId="77777777" w:rsidR="003A4ABB" w:rsidRPr="002417EA" w:rsidRDefault="003A4ABB" w:rsidP="008F7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lang w:val="kk-KZ"/>
        </w:rPr>
      </w:pPr>
      <w:r w:rsidRPr="002417EA">
        <w:rPr>
          <w:rFonts w:ascii="Times New Roman" w:hAnsi="Times New Roman" w:cs="Times New Roman"/>
          <w:color w:val="202124"/>
          <w:sz w:val="28"/>
          <w:szCs w:val="28"/>
          <w:lang w:val="kk-KZ"/>
        </w:rPr>
        <w:t>немесе, W матрицасының бағандары бойынша қатынастар</w:t>
      </w:r>
    </w:p>
    <w:p w14:paraId="28EFE6D4" w14:textId="77777777" w:rsidR="003A4ABB" w:rsidRPr="002417EA" w:rsidRDefault="003A4ABB" w:rsidP="008F7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lang w:val="kk-KZ"/>
        </w:rPr>
      </w:pPr>
    </w:p>
    <w:p w14:paraId="16770B84" w14:textId="77777777" w:rsidR="003A4ABB" w:rsidRPr="002417EA" w:rsidRDefault="00A07FF5" w:rsidP="008F75AB">
      <w:pPr>
        <w:spacing w:after="0" w:line="240" w:lineRule="auto"/>
        <w:jc w:val="center"/>
        <w:rPr>
          <w:rFonts w:ascii="Times New Roman" w:hAnsi="Times New Roman" w:cs="Times New Roman"/>
          <w:position w:val="-14"/>
          <w:sz w:val="28"/>
          <w:szCs w:val="28"/>
          <w:lang w:val="kk-KZ"/>
        </w:rPr>
      </w:pPr>
      <w:r w:rsidRPr="002417EA">
        <w:rPr>
          <w:rFonts w:ascii="Times New Roman" w:hAnsi="Times New Roman" w:cs="Times New Roman"/>
          <w:position w:val="-14"/>
          <w:sz w:val="28"/>
          <w:szCs w:val="28"/>
        </w:rPr>
        <w:object w:dxaOrig="7580" w:dyaOrig="460" w14:anchorId="17083E15">
          <v:shape id="_x0000_i1444" type="#_x0000_t75" style="width:376.6pt;height:25.3pt" o:ole="">
            <v:imagedata r:id="rId852" o:title=""/>
          </v:shape>
          <o:OLEObject Type="Embed" ProgID="Equation.DSMT4" ShapeID="_x0000_i1444" DrawAspect="Content" ObjectID="_1840331898" r:id="rId853"/>
        </w:object>
      </w:r>
    </w:p>
    <w:p w14:paraId="700178C7" w14:textId="77777777" w:rsidR="003A4ABB" w:rsidRPr="002417EA" w:rsidRDefault="003A4ABB" w:rsidP="008F75AB">
      <w:pPr>
        <w:spacing w:after="0" w:line="240" w:lineRule="auto"/>
        <w:jc w:val="center"/>
        <w:rPr>
          <w:rFonts w:ascii="Times New Roman" w:hAnsi="Times New Roman" w:cs="Times New Roman"/>
          <w:position w:val="-18"/>
          <w:sz w:val="28"/>
          <w:szCs w:val="28"/>
          <w:lang w:val="kk-KZ"/>
        </w:rPr>
      </w:pPr>
    </w:p>
    <w:p w14:paraId="0383627B" w14:textId="77777777" w:rsidR="003A4ABB" w:rsidRPr="002417EA" w:rsidRDefault="003A4ABB" w:rsidP="008F7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lang w:val="kk-KZ"/>
        </w:rPr>
      </w:pPr>
      <w:r w:rsidRPr="002417EA">
        <w:rPr>
          <w:rFonts w:ascii="Times New Roman" w:hAnsi="Times New Roman" w:cs="Times New Roman"/>
          <w:color w:val="202124"/>
          <w:sz w:val="28"/>
          <w:szCs w:val="28"/>
          <w:lang w:val="kk-KZ"/>
        </w:rPr>
        <w:t xml:space="preserve">(1.12) өрнегіндегі А матрицасының </w:t>
      </w:r>
      <w:r w:rsidR="00A07FF5" w:rsidRPr="002417EA">
        <w:rPr>
          <w:rFonts w:ascii="Times New Roman" w:hAnsi="Times New Roman" w:cs="Times New Roman"/>
          <w:position w:val="-14"/>
          <w:sz w:val="28"/>
          <w:szCs w:val="28"/>
        </w:rPr>
        <w:object w:dxaOrig="600" w:dyaOrig="420" w14:anchorId="32427655">
          <v:shape id="_x0000_i1445" type="#_x0000_t75" style="width:29.25pt;height:20.55pt" o:ole="">
            <v:imagedata r:id="rId854" o:title=""/>
          </v:shape>
          <o:OLEObject Type="Embed" ProgID="Equation.DSMT4" ShapeID="_x0000_i1445" DrawAspect="Content" ObjectID="_1840331899" r:id="rId855"/>
        </w:object>
      </w:r>
      <w:r w:rsidRPr="002417EA">
        <w:rPr>
          <w:rFonts w:ascii="Times New Roman" w:hAnsi="Times New Roman" w:cs="Times New Roman"/>
          <w:position w:val="-14"/>
          <w:sz w:val="28"/>
          <w:szCs w:val="28"/>
          <w:lang w:val="kk-KZ"/>
        </w:rPr>
        <w:t xml:space="preserve"> </w:t>
      </w:r>
      <w:r w:rsidRPr="002417EA">
        <w:rPr>
          <w:rFonts w:ascii="Times New Roman" w:hAnsi="Times New Roman" w:cs="Times New Roman"/>
          <w:color w:val="202124"/>
          <w:sz w:val="28"/>
          <w:szCs w:val="28"/>
          <w:lang w:val="kk-KZ"/>
        </w:rPr>
        <w:t xml:space="preserve">векторына әсері </w:t>
      </w:r>
      <w:r w:rsidR="00A07FF5" w:rsidRPr="002417EA">
        <w:rPr>
          <w:rFonts w:ascii="Times New Roman" w:hAnsi="Times New Roman" w:cs="Times New Roman"/>
          <w:position w:val="-6"/>
          <w:sz w:val="28"/>
          <w:szCs w:val="28"/>
        </w:rPr>
        <w:object w:dxaOrig="840" w:dyaOrig="380" w14:anchorId="3AC27864">
          <v:shape id="_x0000_i1446" type="#_x0000_t75" style="width:43.5pt;height:18.2pt" o:ole="">
            <v:imagedata r:id="rId856" o:title=""/>
          </v:shape>
          <o:OLEObject Type="Embed" ProgID="Equation.DSMT4" ShapeID="_x0000_i1446" DrawAspect="Content" ObjectID="_1840331900" r:id="rId857"/>
        </w:object>
      </w:r>
      <w:r w:rsidRPr="002417EA">
        <w:rPr>
          <w:rFonts w:ascii="Times New Roman" w:hAnsi="Times New Roman" w:cs="Times New Roman"/>
          <w:color w:val="202124"/>
          <w:sz w:val="28"/>
          <w:szCs w:val="28"/>
          <w:lang w:val="kk-KZ"/>
        </w:rPr>
        <w:t xml:space="preserve"> векторын беретінін көрсетеді, оның компоненттері:</w:t>
      </w:r>
    </w:p>
    <w:p w14:paraId="6265C9A5" w14:textId="77777777" w:rsidR="003A4ABB" w:rsidRPr="002417EA" w:rsidRDefault="003A4ABB" w:rsidP="008F75AB">
      <w:pPr>
        <w:spacing w:after="0" w:line="240" w:lineRule="auto"/>
        <w:rPr>
          <w:rFonts w:ascii="Times New Roman" w:hAnsi="Times New Roman" w:cs="Times New Roman"/>
          <w:sz w:val="28"/>
          <w:szCs w:val="28"/>
          <w:lang w:val="kk-KZ"/>
        </w:rPr>
      </w:pPr>
    </w:p>
    <w:p w14:paraId="75F5AB49" w14:textId="77777777" w:rsidR="003A4ABB" w:rsidRPr="002417EA" w:rsidRDefault="00A07FF5" w:rsidP="008F75AB">
      <w:pPr>
        <w:spacing w:after="0" w:line="240" w:lineRule="auto"/>
        <w:jc w:val="center"/>
        <w:rPr>
          <w:rFonts w:ascii="Times New Roman" w:hAnsi="Times New Roman" w:cs="Times New Roman"/>
          <w:position w:val="-36"/>
          <w:sz w:val="28"/>
          <w:szCs w:val="28"/>
        </w:rPr>
      </w:pPr>
      <w:r w:rsidRPr="002417EA">
        <w:rPr>
          <w:rFonts w:ascii="Times New Roman" w:hAnsi="Times New Roman" w:cs="Times New Roman"/>
          <w:position w:val="-36"/>
          <w:sz w:val="28"/>
          <w:szCs w:val="28"/>
        </w:rPr>
        <w:object w:dxaOrig="5500" w:dyaOrig="820" w14:anchorId="5191622E">
          <v:shape id="_x0000_i1447" type="#_x0000_t75" style="width:276.15pt;height:43.5pt" o:ole="">
            <v:imagedata r:id="rId858" o:title=""/>
          </v:shape>
          <o:OLEObject Type="Embed" ProgID="Equation.DSMT4" ShapeID="_x0000_i1447" DrawAspect="Content" ObjectID="_1840331901" r:id="rId859"/>
        </w:object>
      </w:r>
    </w:p>
    <w:p w14:paraId="6CB90262" w14:textId="77777777" w:rsidR="003A4ABB" w:rsidRPr="002417EA" w:rsidRDefault="003A4ABB" w:rsidP="008F75AB">
      <w:pPr>
        <w:tabs>
          <w:tab w:val="left" w:pos="6377"/>
        </w:tabs>
        <w:spacing w:after="0" w:line="240" w:lineRule="auto"/>
        <w:rPr>
          <w:rFonts w:ascii="Times New Roman" w:hAnsi="Times New Roman" w:cs="Times New Roman"/>
          <w:sz w:val="28"/>
          <w:szCs w:val="28"/>
          <w:lang w:val="kk-KZ"/>
        </w:rPr>
      </w:pPr>
    </w:p>
    <w:p w14:paraId="109D54FA" w14:textId="77777777" w:rsidR="003A4ABB" w:rsidRPr="002417EA" w:rsidRDefault="003A4ABB" w:rsidP="008F7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lang w:val="kk-KZ"/>
        </w:rPr>
      </w:pPr>
      <w:r w:rsidRPr="002417EA">
        <w:rPr>
          <w:rFonts w:ascii="Times New Roman" w:hAnsi="Times New Roman" w:cs="Times New Roman"/>
          <w:color w:val="202124"/>
          <w:sz w:val="28"/>
          <w:szCs w:val="28"/>
          <w:lang w:val="kk-KZ"/>
        </w:rPr>
        <w:t xml:space="preserve">(1.2) сәйкес бізде </w:t>
      </w:r>
      <w:r w:rsidR="00A07FF5" w:rsidRPr="002417EA">
        <w:rPr>
          <w:rFonts w:ascii="Times New Roman" w:hAnsi="Times New Roman" w:cs="Times New Roman"/>
          <w:position w:val="-14"/>
          <w:sz w:val="28"/>
          <w:szCs w:val="28"/>
        </w:rPr>
        <w:object w:dxaOrig="2980" w:dyaOrig="460" w14:anchorId="51704DFC">
          <v:shape id="_x0000_i1448" type="#_x0000_t75" style="width:150.35pt;height:25.3pt" o:ole="">
            <v:imagedata r:id="rId860" o:title=""/>
          </v:shape>
          <o:OLEObject Type="Embed" ProgID="Equation.DSMT4" ShapeID="_x0000_i1448" DrawAspect="Content" ObjectID="_1840331902" r:id="rId861"/>
        </w:object>
      </w:r>
      <w:r w:rsidRPr="002417EA">
        <w:rPr>
          <w:rFonts w:ascii="Times New Roman" w:hAnsi="Times New Roman" w:cs="Times New Roman"/>
          <w:color w:val="202124"/>
          <w:sz w:val="28"/>
          <w:szCs w:val="28"/>
          <w:lang w:val="kk-KZ"/>
        </w:rPr>
        <w:t xml:space="preserve"> теңдіктері бар, сондықтан:</w:t>
      </w:r>
    </w:p>
    <w:p w14:paraId="7ED1B988" w14:textId="77777777" w:rsidR="003A4ABB" w:rsidRPr="002417EA" w:rsidRDefault="003A4ABB" w:rsidP="008F7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lang w:val="kk-KZ"/>
        </w:rPr>
      </w:pPr>
    </w:p>
    <w:p w14:paraId="4EC797E2" w14:textId="77777777" w:rsidR="003A4ABB" w:rsidRPr="002417EA" w:rsidRDefault="00A07FF5" w:rsidP="008F7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position w:val="-30"/>
          <w:sz w:val="28"/>
          <w:szCs w:val="28"/>
        </w:rPr>
      </w:pPr>
      <w:r w:rsidRPr="002417EA">
        <w:rPr>
          <w:rFonts w:ascii="Times New Roman" w:hAnsi="Times New Roman" w:cs="Times New Roman"/>
          <w:position w:val="-30"/>
          <w:sz w:val="28"/>
          <w:szCs w:val="28"/>
        </w:rPr>
        <w:object w:dxaOrig="4500" w:dyaOrig="740" w14:anchorId="5C6C9D21">
          <v:shape id="_x0000_i1449" type="#_x0000_t75" style="width:224.7pt;height:36.4pt" o:ole="">
            <v:imagedata r:id="rId862" o:title=""/>
          </v:shape>
          <o:OLEObject Type="Embed" ProgID="Equation.DSMT4" ShapeID="_x0000_i1449" DrawAspect="Content" ObjectID="_1840331903" r:id="rId863"/>
        </w:object>
      </w:r>
    </w:p>
    <w:p w14:paraId="5A1A8E25" w14:textId="77777777" w:rsidR="003A4ABB" w:rsidRPr="002417EA" w:rsidRDefault="003A4ABB" w:rsidP="008F7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color w:val="202124"/>
          <w:position w:val="-14"/>
          <w:sz w:val="28"/>
          <w:szCs w:val="28"/>
        </w:rPr>
      </w:pPr>
    </w:p>
    <w:p w14:paraId="47CC0180" w14:textId="77777777" w:rsidR="003A4ABB" w:rsidRPr="002417EA" w:rsidRDefault="003A4ABB" w:rsidP="008F7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rPr>
      </w:pPr>
      <w:r w:rsidRPr="002417EA">
        <w:rPr>
          <w:rFonts w:ascii="Times New Roman" w:hAnsi="Times New Roman" w:cs="Times New Roman"/>
          <w:color w:val="202124"/>
          <w:sz w:val="28"/>
          <w:szCs w:val="28"/>
          <w:lang w:val="kk-KZ"/>
        </w:rPr>
        <w:t>осыдан (</w:t>
      </w:r>
      <w:r w:rsidRPr="002417EA">
        <w:rPr>
          <w:rFonts w:ascii="Times New Roman" w:hAnsi="Times New Roman" w:cs="Times New Roman"/>
          <w:color w:val="202124"/>
          <w:sz w:val="28"/>
          <w:szCs w:val="28"/>
        </w:rPr>
        <w:t>1</w:t>
      </w:r>
      <w:r w:rsidRPr="002417EA">
        <w:rPr>
          <w:rFonts w:ascii="Times New Roman" w:hAnsi="Times New Roman" w:cs="Times New Roman"/>
          <w:color w:val="202124"/>
          <w:sz w:val="28"/>
          <w:szCs w:val="28"/>
          <w:lang w:val="kk-KZ"/>
        </w:rPr>
        <w:t>.2</w:t>
      </w:r>
      <w:r w:rsidRPr="002417EA">
        <w:rPr>
          <w:rFonts w:ascii="Times New Roman" w:hAnsi="Times New Roman" w:cs="Times New Roman"/>
          <w:color w:val="202124"/>
          <w:sz w:val="28"/>
          <w:szCs w:val="28"/>
        </w:rPr>
        <w:t>1</w:t>
      </w:r>
      <w:r w:rsidRPr="002417EA">
        <w:rPr>
          <w:rFonts w:ascii="Times New Roman" w:hAnsi="Times New Roman" w:cs="Times New Roman"/>
          <w:color w:val="202124"/>
          <w:sz w:val="28"/>
          <w:szCs w:val="28"/>
          <w:lang w:val="kk-KZ"/>
        </w:rPr>
        <w:t>) қатынастар тікелей алынады.</w:t>
      </w:r>
      <w:r w:rsidRPr="002417EA">
        <w:rPr>
          <w:rFonts w:ascii="Times New Roman" w:hAnsi="Times New Roman" w:cs="Times New Roman"/>
          <w:color w:val="202124"/>
          <w:sz w:val="28"/>
          <w:szCs w:val="28"/>
        </w:rPr>
        <w:t xml:space="preserve"> </w:t>
      </w:r>
      <w:r w:rsidR="00A07FF5" w:rsidRPr="002417EA">
        <w:rPr>
          <w:rFonts w:ascii="Times New Roman" w:hAnsi="Times New Roman" w:cs="Times New Roman"/>
          <w:position w:val="-20"/>
          <w:sz w:val="28"/>
          <w:szCs w:val="28"/>
        </w:rPr>
        <w:object w:dxaOrig="1320" w:dyaOrig="540" w14:anchorId="4DD4D9FF">
          <v:shape id="_x0000_i1450" type="#_x0000_t75" style="width:64.9pt;height:27.7pt" o:ole="">
            <v:imagedata r:id="rId864" o:title=""/>
          </v:shape>
          <o:OLEObject Type="Embed" ProgID="Equation.DSMT4" ShapeID="_x0000_i1450" DrawAspect="Content" ObjectID="_1840331904" r:id="rId865"/>
        </w:object>
      </w:r>
      <w:r w:rsidRPr="002417EA">
        <w:rPr>
          <w:rFonts w:ascii="Times New Roman" w:hAnsi="Times New Roman" w:cs="Times New Roman"/>
          <w:position w:val="-20"/>
          <w:sz w:val="28"/>
          <w:szCs w:val="28"/>
        </w:rPr>
        <w:t xml:space="preserve"> </w:t>
      </w:r>
      <w:r w:rsidRPr="002417EA">
        <w:rPr>
          <w:rFonts w:ascii="Times New Roman" w:hAnsi="Times New Roman" w:cs="Times New Roman"/>
          <w:color w:val="202124"/>
          <w:sz w:val="28"/>
          <w:szCs w:val="28"/>
          <w:lang w:val="kk-KZ"/>
        </w:rPr>
        <w:t xml:space="preserve">болғандықтан, </w:t>
      </w:r>
      <w:r w:rsidR="00A07FF5" w:rsidRPr="002417EA">
        <w:rPr>
          <w:rFonts w:ascii="Times New Roman" w:hAnsi="Times New Roman" w:cs="Times New Roman"/>
          <w:position w:val="-4"/>
          <w:sz w:val="28"/>
          <w:szCs w:val="28"/>
        </w:rPr>
        <w:object w:dxaOrig="420" w:dyaOrig="420" w14:anchorId="79BBF1C3">
          <v:shape id="_x0000_i1451" type="#_x0000_t75" style="width:20.55pt;height:20.55pt" o:ole="">
            <v:imagedata r:id="rId866" o:title=""/>
          </v:shape>
          <o:OLEObject Type="Embed" ProgID="Equation.DSMT4" ShapeID="_x0000_i1451" DrawAspect="Content" ObjectID="_1840331905" r:id="rId867"/>
        </w:object>
      </w:r>
      <w:r w:rsidRPr="002417EA">
        <w:rPr>
          <w:rFonts w:ascii="Times New Roman" w:hAnsi="Times New Roman" w:cs="Times New Roman"/>
          <w:position w:val="-18"/>
          <w:sz w:val="28"/>
          <w:szCs w:val="28"/>
          <w:lang w:val="kk-KZ"/>
        </w:rPr>
        <w:t xml:space="preserve"> </w:t>
      </w:r>
      <w:r w:rsidRPr="002417EA">
        <w:rPr>
          <w:rFonts w:ascii="Times New Roman" w:hAnsi="Times New Roman" w:cs="Times New Roman"/>
          <w:color w:val="202124"/>
          <w:sz w:val="28"/>
          <w:szCs w:val="28"/>
          <w:lang w:val="kk-KZ"/>
        </w:rPr>
        <w:t>кері матрицасы келесі түрдегі блоктық құрылымға ие</w:t>
      </w:r>
    </w:p>
    <w:p w14:paraId="78626017" w14:textId="77777777" w:rsidR="003A4ABB" w:rsidRPr="002417EA" w:rsidRDefault="003A4ABB" w:rsidP="008F7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lang w:val="kk-KZ"/>
        </w:rPr>
      </w:pPr>
    </w:p>
    <w:p w14:paraId="710D5554" w14:textId="37DB1342" w:rsidR="003A4ABB" w:rsidRPr="002417EA" w:rsidRDefault="003A4ABB" w:rsidP="008F7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color w:val="202124"/>
          <w:sz w:val="28"/>
          <w:szCs w:val="28"/>
          <w:lang w:val="kk-KZ"/>
        </w:rPr>
      </w:pPr>
      <w:r w:rsidRPr="002417EA">
        <w:rPr>
          <w:rFonts w:ascii="Times New Roman" w:hAnsi="Times New Roman" w:cs="Times New Roman"/>
          <w:position w:val="-18"/>
          <w:sz w:val="28"/>
          <w:szCs w:val="28"/>
          <w:lang w:val="kk-KZ"/>
        </w:rPr>
        <w:t xml:space="preserve"> </w:t>
      </w:r>
      <w:r w:rsidR="00A07FF5" w:rsidRPr="002417EA">
        <w:rPr>
          <w:rFonts w:ascii="Times New Roman" w:hAnsi="Times New Roman" w:cs="Times New Roman"/>
          <w:position w:val="-42"/>
          <w:sz w:val="28"/>
          <w:szCs w:val="28"/>
        </w:rPr>
        <w:object w:dxaOrig="2600" w:dyaOrig="980" w14:anchorId="3A36B5C9">
          <v:shape id="_x0000_i1452" type="#_x0000_t75" style="width:128.2pt;height:46.7pt" o:ole="">
            <v:imagedata r:id="rId868" o:title=""/>
          </v:shape>
          <o:OLEObject Type="Embed" ProgID="Equation.DSMT4" ShapeID="_x0000_i1452" DrawAspect="Content" ObjectID="_1840331906" r:id="rId869"/>
        </w:object>
      </w:r>
      <w:r w:rsidR="004F565E">
        <w:rPr>
          <w:rFonts w:ascii="Times New Roman" w:hAnsi="Times New Roman" w:cs="Times New Roman"/>
          <w:color w:val="202124"/>
          <w:sz w:val="28"/>
          <w:szCs w:val="28"/>
          <w:lang w:val="kk-KZ"/>
        </w:rPr>
        <w:t xml:space="preserve">                           </w:t>
      </w:r>
      <w:r w:rsidRPr="002417EA">
        <w:rPr>
          <w:rFonts w:ascii="Times New Roman" w:hAnsi="Times New Roman" w:cs="Times New Roman"/>
          <w:color w:val="202124"/>
          <w:sz w:val="28"/>
          <w:szCs w:val="28"/>
          <w:lang w:val="kk-KZ"/>
        </w:rPr>
        <w:t xml:space="preserve">               (1.22)</w:t>
      </w:r>
    </w:p>
    <w:p w14:paraId="278F64D6" w14:textId="77777777" w:rsidR="003A4ABB" w:rsidRPr="002417EA" w:rsidRDefault="003A4ABB" w:rsidP="008F7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lang w:val="kk-KZ"/>
        </w:rPr>
      </w:pPr>
    </w:p>
    <w:p w14:paraId="431C402E" w14:textId="77777777" w:rsidR="003A4ABB" w:rsidRPr="002417EA" w:rsidRDefault="003A4ABB" w:rsidP="008F7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lang w:val="kk-KZ"/>
        </w:rPr>
      </w:pPr>
      <w:r w:rsidRPr="002417EA">
        <w:rPr>
          <w:rFonts w:ascii="Times New Roman" w:hAnsi="Times New Roman" w:cs="Times New Roman"/>
          <w:color w:val="202124"/>
          <w:sz w:val="28"/>
          <w:szCs w:val="28"/>
          <w:lang w:val="kk-KZ"/>
        </w:rPr>
        <w:t xml:space="preserve"> (1.20) сәйкес (1.12) операторы үшін </w:t>
      </w:r>
      <w:r w:rsidR="00A07FF5" w:rsidRPr="002417EA">
        <w:rPr>
          <w:rFonts w:ascii="Times New Roman" w:hAnsi="Times New Roman" w:cs="Times New Roman"/>
          <w:position w:val="-12"/>
          <w:sz w:val="28"/>
          <w:szCs w:val="28"/>
        </w:rPr>
        <w:object w:dxaOrig="2020" w:dyaOrig="499" w14:anchorId="5FE8A1E1">
          <v:shape id="_x0000_i1453" type="#_x0000_t75" style="width:100.5pt;height:25.3pt" o:ole="">
            <v:imagedata r:id="rId870" o:title=""/>
          </v:shape>
          <o:OLEObject Type="Embed" ProgID="Equation.DSMT4" ShapeID="_x0000_i1453" DrawAspect="Content" ObjectID="_1840331907" r:id="rId871"/>
        </w:object>
      </w:r>
      <w:r w:rsidRPr="002417EA">
        <w:rPr>
          <w:rFonts w:ascii="Times New Roman" w:hAnsi="Times New Roman" w:cs="Times New Roman"/>
          <w:position w:val="-20"/>
          <w:sz w:val="28"/>
          <w:szCs w:val="28"/>
          <w:lang w:val="kk-KZ"/>
        </w:rPr>
        <w:t xml:space="preserve"> </w:t>
      </w:r>
      <w:r w:rsidRPr="002417EA">
        <w:rPr>
          <w:rFonts w:ascii="Times New Roman" w:hAnsi="Times New Roman" w:cs="Times New Roman"/>
          <w:color w:val="202124"/>
          <w:sz w:val="28"/>
          <w:szCs w:val="28"/>
          <w:lang w:val="kk-KZ"/>
        </w:rPr>
        <w:t xml:space="preserve">жазуға болады, мұндағы </w:t>
      </w:r>
      <w:r w:rsidR="00A07FF5" w:rsidRPr="002417EA">
        <w:rPr>
          <w:rFonts w:ascii="Times New Roman" w:hAnsi="Times New Roman" w:cs="Times New Roman"/>
          <w:position w:val="-12"/>
          <w:sz w:val="28"/>
          <w:szCs w:val="28"/>
        </w:rPr>
        <w:object w:dxaOrig="620" w:dyaOrig="440" w14:anchorId="7A9727FA">
          <v:shape id="_x0000_i1454" type="#_x0000_t75" style="width:28.5pt;height:20.55pt" o:ole="">
            <v:imagedata r:id="rId872" o:title=""/>
          </v:shape>
          <o:OLEObject Type="Embed" ProgID="Equation.DSMT4" ShapeID="_x0000_i1454" DrawAspect="Content" ObjectID="_1840331908" r:id="rId873"/>
        </w:object>
      </w:r>
      <w:r w:rsidRPr="002417EA">
        <w:rPr>
          <w:rFonts w:ascii="Times New Roman" w:hAnsi="Times New Roman" w:cs="Times New Roman"/>
          <w:color w:val="202124"/>
          <w:sz w:val="28"/>
          <w:szCs w:val="28"/>
          <w:lang w:val="kk-KZ"/>
        </w:rPr>
        <w:t xml:space="preserve"> бірнеше операторларға бөлінеді</w:t>
      </w:r>
    </w:p>
    <w:p w14:paraId="2DD707C4" w14:textId="77777777" w:rsidR="003A4ABB" w:rsidRPr="002417EA" w:rsidRDefault="003A4ABB" w:rsidP="008F7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lang w:val="kk-KZ"/>
        </w:rPr>
      </w:pPr>
    </w:p>
    <w:p w14:paraId="2D51C8FD" w14:textId="0F31A767" w:rsidR="003A4ABB" w:rsidRPr="002417EA" w:rsidRDefault="003A4ABB" w:rsidP="008F75AB">
      <w:pPr>
        <w:tabs>
          <w:tab w:val="left" w:pos="3837"/>
        </w:tabs>
        <w:spacing w:after="0" w:line="240" w:lineRule="auto"/>
        <w:jc w:val="right"/>
        <w:rPr>
          <w:rFonts w:ascii="Times New Roman" w:hAnsi="Times New Roman" w:cs="Times New Roman"/>
          <w:color w:val="202124"/>
          <w:sz w:val="28"/>
          <w:szCs w:val="28"/>
          <w:lang w:val="kk-KZ"/>
        </w:rPr>
      </w:pPr>
      <w:r w:rsidRPr="002417EA">
        <w:rPr>
          <w:rFonts w:ascii="Times New Roman" w:hAnsi="Times New Roman" w:cs="Times New Roman"/>
          <w:position w:val="-34"/>
          <w:sz w:val="28"/>
          <w:szCs w:val="28"/>
          <w:lang w:val="kk-KZ"/>
        </w:rPr>
        <w:t xml:space="preserve">                 </w:t>
      </w:r>
      <w:r w:rsidR="00952250" w:rsidRPr="002417EA">
        <w:rPr>
          <w:rFonts w:ascii="Times New Roman" w:hAnsi="Times New Roman" w:cs="Times New Roman"/>
          <w:position w:val="-34"/>
          <w:sz w:val="28"/>
          <w:szCs w:val="28"/>
          <w:lang w:val="kk-KZ"/>
        </w:rPr>
        <w:t xml:space="preserve">                          </w:t>
      </w:r>
      <w:r w:rsidRPr="002417EA">
        <w:rPr>
          <w:rFonts w:ascii="Times New Roman" w:hAnsi="Times New Roman" w:cs="Times New Roman"/>
          <w:position w:val="-34"/>
          <w:sz w:val="28"/>
          <w:szCs w:val="28"/>
          <w:lang w:val="kk-KZ"/>
        </w:rPr>
        <w:t xml:space="preserve"> </w:t>
      </w:r>
      <w:r w:rsidR="00A07FF5" w:rsidRPr="002417EA">
        <w:rPr>
          <w:rFonts w:ascii="Times New Roman" w:hAnsi="Times New Roman" w:cs="Times New Roman"/>
          <w:position w:val="-34"/>
          <w:sz w:val="28"/>
          <w:szCs w:val="28"/>
        </w:rPr>
        <w:object w:dxaOrig="2040" w:dyaOrig="780" w14:anchorId="13E58999">
          <v:shape id="_x0000_i1455" type="#_x0000_t75" style="width:102.05pt;height:38pt" o:ole="">
            <v:imagedata r:id="rId874" o:title=""/>
          </v:shape>
          <o:OLEObject Type="Embed" ProgID="Equation.DSMT4" ShapeID="_x0000_i1455" DrawAspect="Content" ObjectID="_1840331909" r:id="rId875"/>
        </w:object>
      </w:r>
      <w:r w:rsidR="004F565E">
        <w:rPr>
          <w:rFonts w:ascii="Times New Roman" w:hAnsi="Times New Roman" w:cs="Times New Roman"/>
          <w:color w:val="202124"/>
          <w:sz w:val="28"/>
          <w:szCs w:val="28"/>
          <w:lang w:val="kk-KZ"/>
        </w:rPr>
        <w:t xml:space="preserve">                             </w:t>
      </w:r>
      <w:r w:rsidRPr="002417EA">
        <w:rPr>
          <w:rFonts w:ascii="Times New Roman" w:hAnsi="Times New Roman" w:cs="Times New Roman"/>
          <w:color w:val="202124"/>
          <w:sz w:val="28"/>
          <w:szCs w:val="28"/>
          <w:lang w:val="kk-KZ"/>
        </w:rPr>
        <w:t xml:space="preserve">                      (1.23)</w:t>
      </w:r>
    </w:p>
    <w:p w14:paraId="35986322" w14:textId="77777777" w:rsidR="003A4ABB" w:rsidRPr="002417EA" w:rsidRDefault="003A4ABB" w:rsidP="00952250">
      <w:pPr>
        <w:tabs>
          <w:tab w:val="left" w:pos="3837"/>
        </w:tabs>
        <w:spacing w:after="0" w:line="240" w:lineRule="auto"/>
        <w:rPr>
          <w:rFonts w:ascii="Times New Roman" w:hAnsi="Times New Roman" w:cs="Times New Roman"/>
          <w:position w:val="-28"/>
          <w:sz w:val="28"/>
          <w:szCs w:val="28"/>
          <w:lang w:val="kk-KZ"/>
        </w:rPr>
      </w:pPr>
    </w:p>
    <w:p w14:paraId="321FE54C" w14:textId="77777777" w:rsidR="003A4ABB" w:rsidRPr="002417EA" w:rsidRDefault="003A4ABB" w:rsidP="008F7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202124"/>
          <w:sz w:val="28"/>
          <w:szCs w:val="28"/>
          <w:lang w:val="kk-KZ"/>
        </w:rPr>
      </w:pPr>
      <w:r w:rsidRPr="002417EA">
        <w:rPr>
          <w:rFonts w:ascii="Times New Roman" w:hAnsi="Times New Roman" w:cs="Times New Roman"/>
          <w:color w:val="202124"/>
          <w:sz w:val="28"/>
          <w:szCs w:val="28"/>
          <w:lang w:val="kk-KZ"/>
        </w:rPr>
        <w:t xml:space="preserve">және комплекс түйіндесімен ұқсас алынған оператор, яғни </w:t>
      </w:r>
      <w:r w:rsidR="00A07FF5" w:rsidRPr="002417EA">
        <w:rPr>
          <w:rFonts w:ascii="Times New Roman" w:hAnsi="Times New Roman" w:cs="Times New Roman"/>
          <w:position w:val="-12"/>
          <w:sz w:val="28"/>
          <w:szCs w:val="28"/>
        </w:rPr>
        <w:object w:dxaOrig="1180" w:dyaOrig="440" w14:anchorId="67DC7C16">
          <v:shape id="_x0000_i1456" type="#_x0000_t75" style="width:60.15pt;height:20.55pt" o:ole="">
            <v:imagedata r:id="rId876" o:title=""/>
          </v:shape>
          <o:OLEObject Type="Embed" ProgID="Equation.DSMT4" ShapeID="_x0000_i1456" DrawAspect="Content" ObjectID="_1840331910" r:id="rId877"/>
        </w:object>
      </w:r>
      <w:r w:rsidRPr="002417EA">
        <w:rPr>
          <w:rFonts w:ascii="Times New Roman" w:hAnsi="Times New Roman" w:cs="Times New Roman"/>
          <w:color w:val="202124"/>
          <w:sz w:val="28"/>
          <w:szCs w:val="28"/>
          <w:lang w:val="kk-KZ"/>
        </w:rPr>
        <w:t xml:space="preserve"> белгілеуінде ол </w:t>
      </w:r>
      <w:r w:rsidR="00A07FF5" w:rsidRPr="002417EA">
        <w:rPr>
          <w:rFonts w:ascii="Times New Roman" w:hAnsi="Times New Roman" w:cs="Times New Roman"/>
          <w:position w:val="-12"/>
          <w:sz w:val="28"/>
          <w:szCs w:val="28"/>
        </w:rPr>
        <w:object w:dxaOrig="1740" w:dyaOrig="440" w14:anchorId="1091391A">
          <v:shape id="_x0000_i1457" type="#_x0000_t75" style="width:87.8pt;height:20.55pt" o:ole="">
            <v:imagedata r:id="rId878" o:title=""/>
          </v:shape>
          <o:OLEObject Type="Embed" ProgID="Equation.DSMT4" ShapeID="_x0000_i1457" DrawAspect="Content" ObjectID="_1840331911" r:id="rId879"/>
        </w:object>
      </w:r>
      <w:r w:rsidRPr="002417EA">
        <w:rPr>
          <w:rFonts w:ascii="Times New Roman" w:hAnsi="Times New Roman" w:cs="Times New Roman"/>
          <w:position w:val="-18"/>
          <w:sz w:val="28"/>
          <w:szCs w:val="28"/>
          <w:lang w:val="kk-KZ"/>
        </w:rPr>
        <w:t xml:space="preserve"> </w:t>
      </w:r>
      <w:r w:rsidRPr="002417EA">
        <w:rPr>
          <w:rFonts w:ascii="Times New Roman" w:hAnsi="Times New Roman" w:cs="Times New Roman"/>
          <w:color w:val="202124"/>
          <w:sz w:val="28"/>
          <w:szCs w:val="28"/>
          <w:lang w:val="kk-KZ"/>
        </w:rPr>
        <w:t xml:space="preserve">формуласы бойынша әсер етеді. Сондықтан, </w:t>
      </w:r>
      <w:r w:rsidR="00A07FF5" w:rsidRPr="002417EA">
        <w:rPr>
          <w:rFonts w:ascii="Times New Roman" w:hAnsi="Times New Roman" w:cs="Times New Roman"/>
          <w:position w:val="-14"/>
          <w:sz w:val="28"/>
          <w:szCs w:val="28"/>
        </w:rPr>
        <w:object w:dxaOrig="660" w:dyaOrig="420" w14:anchorId="2E485D82">
          <v:shape id="_x0000_i1458" type="#_x0000_t75" style="width:34pt;height:20.55pt" o:ole="">
            <v:imagedata r:id="rId880" o:title=""/>
          </v:shape>
          <o:OLEObject Type="Embed" ProgID="Equation.DSMT4" ShapeID="_x0000_i1458" DrawAspect="Content" ObjectID="_1840331912" r:id="rId881"/>
        </w:object>
      </w:r>
      <w:r w:rsidRPr="002417EA">
        <w:rPr>
          <w:rFonts w:ascii="Times New Roman" w:hAnsi="Times New Roman" w:cs="Times New Roman"/>
          <w:color w:val="202124"/>
          <w:sz w:val="28"/>
          <w:szCs w:val="28"/>
          <w:lang w:val="kk-KZ"/>
        </w:rPr>
        <w:t xml:space="preserve"> операторы (1.13)-ге ұқсас анықталғандықтан, 1.1(а) лемманың қарастырылған тұжырымын </w:t>
      </w:r>
      <w:r w:rsidR="00A07FF5" w:rsidRPr="002417EA">
        <w:rPr>
          <w:rFonts w:ascii="Times New Roman" w:hAnsi="Times New Roman" w:cs="Times New Roman"/>
          <w:position w:val="-12"/>
          <w:sz w:val="28"/>
          <w:szCs w:val="28"/>
        </w:rPr>
        <w:object w:dxaOrig="840" w:dyaOrig="440" w14:anchorId="29380D82">
          <v:shape id="_x0000_i1459" type="#_x0000_t75" style="width:43.5pt;height:20.55pt" o:ole="">
            <v:imagedata r:id="rId882" o:title=""/>
          </v:shape>
          <o:OLEObject Type="Embed" ProgID="Equation.DSMT4" ShapeID="_x0000_i1459" DrawAspect="Content" ObjectID="_1840331913" r:id="rId883"/>
        </w:object>
      </w:r>
      <w:r w:rsidRPr="002417EA">
        <w:rPr>
          <w:rFonts w:ascii="Times New Roman" w:hAnsi="Times New Roman" w:cs="Times New Roman"/>
          <w:color w:val="202124"/>
          <w:sz w:val="28"/>
          <w:szCs w:val="28"/>
          <w:lang w:val="kk-KZ"/>
        </w:rPr>
        <w:t xml:space="preserve"> кеңістігі үшін комплексті </w:t>
      </w:r>
      <w:r w:rsidR="00A07FF5" w:rsidRPr="002417EA">
        <w:rPr>
          <w:rFonts w:ascii="Times New Roman" w:hAnsi="Times New Roman" w:cs="Times New Roman"/>
          <w:position w:val="-6"/>
          <w:sz w:val="28"/>
          <w:szCs w:val="28"/>
        </w:rPr>
        <w:object w:dxaOrig="160" w:dyaOrig="300" w14:anchorId="666B006D">
          <v:shape id="_x0000_i1460" type="#_x0000_t75" style="width:9.5pt;height:15.8pt" o:ole="">
            <v:imagedata r:id="rId884" o:title=""/>
          </v:shape>
          <o:OLEObject Type="Embed" ProgID="Equation.DSMT4" ShapeID="_x0000_i1460" DrawAspect="Content" ObjectID="_1840331914" r:id="rId885"/>
        </w:object>
      </w:r>
      <w:r w:rsidRPr="002417EA">
        <w:rPr>
          <w:rFonts w:ascii="Times New Roman" w:hAnsi="Times New Roman" w:cs="Times New Roman"/>
          <w:color w:val="202124"/>
          <w:sz w:val="28"/>
          <w:szCs w:val="28"/>
          <w:lang w:val="kk-KZ"/>
        </w:rPr>
        <w:t xml:space="preserve"> вектор-функциялар операторына қатысты көрсету жеткілікті.</w:t>
      </w:r>
    </w:p>
    <w:p w14:paraId="0CAC5533" w14:textId="77777777" w:rsidR="003A4ABB" w:rsidRPr="002417EA" w:rsidRDefault="003A4ABB" w:rsidP="008F7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202124"/>
          <w:sz w:val="28"/>
          <w:szCs w:val="28"/>
          <w:lang w:val="kk-KZ"/>
        </w:rPr>
      </w:pPr>
      <w:r w:rsidRPr="002417EA">
        <w:rPr>
          <w:rFonts w:ascii="Times New Roman" w:hAnsi="Times New Roman" w:cs="Times New Roman"/>
          <w:color w:val="202124"/>
          <w:sz w:val="28"/>
          <w:szCs w:val="28"/>
          <w:lang w:val="kk-KZ"/>
        </w:rPr>
        <w:tab/>
        <w:t xml:space="preserve">Жабық </w:t>
      </w:r>
      <w:r w:rsidR="00A07FF5" w:rsidRPr="002417EA">
        <w:rPr>
          <w:rFonts w:ascii="Times New Roman" w:hAnsi="Times New Roman" w:cs="Times New Roman"/>
          <w:position w:val="-4"/>
          <w:sz w:val="28"/>
          <w:szCs w:val="28"/>
        </w:rPr>
        <w:object w:dxaOrig="300" w:dyaOrig="360" w14:anchorId="31FC4B63">
          <v:shape id="_x0000_i1461" type="#_x0000_t75" style="width:15.8pt;height:18.2pt" o:ole="">
            <v:imagedata r:id="rId886" o:title=""/>
          </v:shape>
          <o:OLEObject Type="Embed" ProgID="Equation.DSMT4" ShapeID="_x0000_i1461" DrawAspect="Content" ObjectID="_1840331915" r:id="rId887"/>
        </w:object>
      </w:r>
      <w:r w:rsidRPr="002417EA">
        <w:rPr>
          <w:rFonts w:ascii="Times New Roman" w:hAnsi="Times New Roman" w:cs="Times New Roman"/>
          <w:color w:val="202124"/>
          <w:sz w:val="28"/>
          <w:szCs w:val="28"/>
          <w:lang w:val="kk-KZ"/>
        </w:rPr>
        <w:t xml:space="preserve"> облысы </w:t>
      </w:r>
      <w:r w:rsidR="00A07FF5" w:rsidRPr="002417EA">
        <w:rPr>
          <w:rFonts w:ascii="Times New Roman" w:hAnsi="Times New Roman" w:cs="Times New Roman"/>
          <w:position w:val="-16"/>
          <w:sz w:val="28"/>
          <w:szCs w:val="28"/>
        </w:rPr>
        <w:object w:dxaOrig="1579" w:dyaOrig="460" w14:anchorId="36E4DD1F">
          <v:shape id="_x0000_i1462" type="#_x0000_t75" style="width:79.1pt;height:25.3pt" o:ole="">
            <v:imagedata r:id="rId888" o:title=""/>
          </v:shape>
          <o:OLEObject Type="Embed" ProgID="Equation.DSMT4" ShapeID="_x0000_i1462" DrawAspect="Content" ObjectID="_1840331916" r:id="rId889"/>
        </w:object>
      </w:r>
      <w:r w:rsidRPr="002417EA">
        <w:rPr>
          <w:rFonts w:ascii="Times New Roman" w:hAnsi="Times New Roman" w:cs="Times New Roman"/>
          <w:position w:val="-16"/>
          <w:sz w:val="28"/>
          <w:szCs w:val="28"/>
          <w:lang w:val="kk-KZ"/>
        </w:rPr>
        <w:t xml:space="preserve"> </w:t>
      </w:r>
      <w:r w:rsidRPr="002417EA">
        <w:rPr>
          <w:rFonts w:ascii="Times New Roman" w:hAnsi="Times New Roman" w:cs="Times New Roman"/>
          <w:color w:val="202124"/>
          <w:sz w:val="28"/>
          <w:szCs w:val="28"/>
          <w:lang w:val="kk-KZ"/>
        </w:rPr>
        <w:t xml:space="preserve">шеңберінде болатындай етіп р сондай үлкен етіп таңдаймыз, онда </w:t>
      </w:r>
      <w:r w:rsidR="00A07FF5" w:rsidRPr="002417EA">
        <w:rPr>
          <w:rFonts w:ascii="Times New Roman" w:hAnsi="Times New Roman" w:cs="Times New Roman"/>
          <w:position w:val="-12"/>
          <w:sz w:val="28"/>
          <w:szCs w:val="28"/>
        </w:rPr>
        <w:object w:dxaOrig="2120" w:dyaOrig="440" w14:anchorId="0503C508">
          <v:shape id="_x0000_i1463" type="#_x0000_t75" style="width:102.85pt;height:20.55pt" o:ole="">
            <v:imagedata r:id="rId890" o:title=""/>
          </v:shape>
          <o:OLEObject Type="Embed" ProgID="Equation.DSMT4" ShapeID="_x0000_i1463" DrawAspect="Content" ObjectID="_1840331917" r:id="rId891"/>
        </w:object>
      </w:r>
      <w:r w:rsidRPr="002417EA">
        <w:rPr>
          <w:rFonts w:ascii="Times New Roman" w:hAnsi="Times New Roman" w:cs="Times New Roman"/>
          <w:position w:val="-18"/>
          <w:sz w:val="28"/>
          <w:szCs w:val="28"/>
          <w:lang w:val="kk-KZ"/>
        </w:rPr>
        <w:t xml:space="preserve"> </w:t>
      </w:r>
      <w:r w:rsidRPr="002417EA">
        <w:rPr>
          <w:rFonts w:ascii="Times New Roman" w:hAnsi="Times New Roman" w:cs="Times New Roman"/>
          <w:color w:val="202124"/>
          <w:sz w:val="28"/>
          <w:szCs w:val="28"/>
          <w:lang w:val="kk-KZ"/>
        </w:rPr>
        <w:t xml:space="preserve">шенелген  операторы бар, оның  жалғасын </w:t>
      </w:r>
      <w:r w:rsidR="00A07FF5" w:rsidRPr="002417EA">
        <w:rPr>
          <w:rFonts w:ascii="Times New Roman" w:hAnsi="Times New Roman" w:cs="Times New Roman"/>
          <w:position w:val="-10"/>
          <w:sz w:val="28"/>
          <w:szCs w:val="28"/>
        </w:rPr>
        <w:object w:dxaOrig="800" w:dyaOrig="440" w14:anchorId="7CAA846B">
          <v:shape id="_x0000_i1464" type="#_x0000_t75" style="width:43.5pt;height:20.55pt" o:ole="">
            <v:imagedata r:id="rId892" o:title=""/>
          </v:shape>
          <o:OLEObject Type="Embed" ProgID="Equation.DSMT4" ShapeID="_x0000_i1464" DrawAspect="Content" ObjectID="_1840331918" r:id="rId893"/>
        </w:object>
      </w:r>
      <w:r w:rsidRPr="002417EA">
        <w:rPr>
          <w:rFonts w:ascii="Times New Roman" w:hAnsi="Times New Roman" w:cs="Times New Roman"/>
          <w:color w:val="202124"/>
          <w:sz w:val="28"/>
          <w:szCs w:val="28"/>
          <w:lang w:val="kk-KZ"/>
        </w:rPr>
        <w:t xml:space="preserve"> деп белгілейтін боламыз, мынадай қасиеттері бар:</w:t>
      </w:r>
    </w:p>
    <w:p w14:paraId="4A4D4F08" w14:textId="77777777" w:rsidR="003A4ABB" w:rsidRPr="002417EA" w:rsidRDefault="003A4ABB" w:rsidP="008F7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lang w:val="kk-KZ"/>
        </w:rPr>
      </w:pPr>
    </w:p>
    <w:p w14:paraId="12DDC704" w14:textId="77777777" w:rsidR="007B79FA" w:rsidRPr="002417EA" w:rsidRDefault="00A07FF5" w:rsidP="007B79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8"/>
          <w:szCs w:val="28"/>
          <w:lang w:val="kk-KZ"/>
        </w:rPr>
      </w:pPr>
      <w:r w:rsidRPr="002417EA">
        <w:rPr>
          <w:rFonts w:ascii="Times New Roman" w:hAnsi="Times New Roman" w:cs="Times New Roman"/>
          <w:position w:val="-28"/>
          <w:sz w:val="28"/>
          <w:szCs w:val="28"/>
        </w:rPr>
        <w:object w:dxaOrig="2079" w:dyaOrig="639" w14:anchorId="34A6E5C6">
          <v:shape id="_x0000_i1465" type="#_x0000_t75" style="width:104.45pt;height:29.25pt" o:ole="">
            <v:imagedata r:id="rId894" o:title=""/>
          </v:shape>
          <o:OLEObject Type="Embed" ProgID="Equation.DSMT4" ShapeID="_x0000_i1465" DrawAspect="Content" ObjectID="_1840331919" r:id="rId895"/>
        </w:object>
      </w:r>
      <w:r w:rsidR="003A4ABB" w:rsidRPr="002417EA">
        <w:rPr>
          <w:rFonts w:ascii="Times New Roman" w:hAnsi="Times New Roman" w:cs="Times New Roman"/>
          <w:sz w:val="28"/>
          <w:szCs w:val="28"/>
          <w:lang w:val="kk-KZ"/>
        </w:rPr>
        <w:t xml:space="preserve">                                                    (1.24)</w:t>
      </w:r>
    </w:p>
    <w:p w14:paraId="6128A783" w14:textId="77777777" w:rsidR="003A4ABB" w:rsidRPr="002417EA" w:rsidRDefault="003A4ABB" w:rsidP="007B79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lang w:val="kk-KZ"/>
        </w:rPr>
      </w:pPr>
    </w:p>
    <w:p w14:paraId="6FAF3C3B" w14:textId="77777777" w:rsidR="003A4ABB" w:rsidRPr="002417EA" w:rsidRDefault="003A4ABB" w:rsidP="003A4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202124"/>
          <w:sz w:val="28"/>
          <w:szCs w:val="28"/>
          <w:lang w:val="kk-KZ"/>
        </w:rPr>
      </w:pPr>
      <w:r w:rsidRPr="002417EA">
        <w:rPr>
          <w:rFonts w:ascii="Times New Roman" w:hAnsi="Times New Roman" w:cs="Times New Roman"/>
          <w:color w:val="202124"/>
          <w:sz w:val="28"/>
          <w:szCs w:val="28"/>
          <w:lang w:val="kk-KZ"/>
        </w:rPr>
        <w:lastRenderedPageBreak/>
        <w:t>Әрбір нөлдік емес</w:t>
      </w:r>
      <w:r w:rsidR="00A07FF5" w:rsidRPr="002417EA">
        <w:rPr>
          <w:rFonts w:ascii="Times New Roman" w:hAnsi="Times New Roman" w:cs="Times New Roman"/>
          <w:position w:val="-12"/>
          <w:sz w:val="28"/>
          <w:szCs w:val="28"/>
        </w:rPr>
        <w:object w:dxaOrig="1100" w:dyaOrig="340" w14:anchorId="01C99BCC">
          <v:shape id="_x0000_i1466" type="#_x0000_t75" style="width:56.2pt;height:15.8pt" o:ole="">
            <v:imagedata r:id="rId896" o:title=""/>
          </v:shape>
          <o:OLEObject Type="Embed" ProgID="Equation.DSMT4" ShapeID="_x0000_i1466" DrawAspect="Content" ObjectID="_1840331920" r:id="rId897"/>
        </w:object>
      </w:r>
      <w:r w:rsidRPr="002417EA">
        <w:rPr>
          <w:rFonts w:ascii="Times New Roman" w:hAnsi="Times New Roman" w:cs="Times New Roman"/>
          <w:color w:val="202124"/>
          <w:sz w:val="28"/>
          <w:szCs w:val="28"/>
          <w:lang w:val="kk-KZ"/>
        </w:rPr>
        <w:t xml:space="preserve"> комплекстік санмен</w:t>
      </w:r>
      <w:r w:rsidR="00A07FF5" w:rsidRPr="002417EA">
        <w:rPr>
          <w:rFonts w:ascii="Times New Roman" w:hAnsi="Times New Roman" w:cs="Times New Roman"/>
          <w:position w:val="-16"/>
          <w:sz w:val="28"/>
          <w:szCs w:val="28"/>
        </w:rPr>
        <w:object w:dxaOrig="1420" w:dyaOrig="420" w14:anchorId="2E6AA3CC">
          <v:shape id="_x0000_i1467" type="#_x0000_t75" style="width:1in;height:20.55pt" o:ole="">
            <v:imagedata r:id="rId898" o:title=""/>
          </v:shape>
          <o:OLEObject Type="Embed" ProgID="Equation.DSMT4" ShapeID="_x0000_i1467" DrawAspect="Content" ObjectID="_1840331921" r:id="rId899"/>
        </w:object>
      </w:r>
      <w:r w:rsidRPr="002417EA">
        <w:rPr>
          <w:rFonts w:ascii="Times New Roman" w:hAnsi="Times New Roman" w:cs="Times New Roman"/>
          <w:color w:val="202124"/>
          <w:sz w:val="28"/>
          <w:szCs w:val="28"/>
          <w:lang w:val="kk-KZ"/>
        </w:rPr>
        <w:t xml:space="preserve">  керіленетін матрицаны байланыстырамыз, мұндағы 1 бірлік  </w:t>
      </w:r>
      <w:r w:rsidR="00A07FF5" w:rsidRPr="002417EA">
        <w:rPr>
          <w:rFonts w:ascii="Times New Roman" w:hAnsi="Times New Roman" w:cs="Times New Roman"/>
          <w:position w:val="-6"/>
          <w:sz w:val="28"/>
          <w:szCs w:val="28"/>
        </w:rPr>
        <w:object w:dxaOrig="480" w:dyaOrig="300" w14:anchorId="4C1A95EA">
          <v:shape id="_x0000_i1468" type="#_x0000_t75" style="width:25.3pt;height:15.8pt" o:ole="">
            <v:imagedata r:id="rId900" o:title=""/>
          </v:shape>
          <o:OLEObject Type="Embed" ProgID="Equation.DSMT4" ShapeID="_x0000_i1468" DrawAspect="Content" ObjectID="_1840331922" r:id="rId901"/>
        </w:object>
      </w:r>
      <w:r w:rsidRPr="002417EA">
        <w:rPr>
          <w:rFonts w:ascii="Times New Roman" w:hAnsi="Times New Roman" w:cs="Times New Roman"/>
          <w:color w:val="202124"/>
          <w:sz w:val="28"/>
          <w:szCs w:val="28"/>
          <w:lang w:val="kk-KZ"/>
        </w:rPr>
        <w:t>− матрицасын білдіреді және интегралдық операторларды төмендегідей  енгіземіз.</w:t>
      </w:r>
    </w:p>
    <w:p w14:paraId="30A69600" w14:textId="77777777" w:rsidR="003A4ABB" w:rsidRPr="002417EA" w:rsidRDefault="003A4ABB" w:rsidP="003A4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202124"/>
          <w:sz w:val="28"/>
          <w:szCs w:val="28"/>
          <w:lang w:val="kk-KZ"/>
        </w:rPr>
      </w:pPr>
    </w:p>
    <w:p w14:paraId="01D54D81" w14:textId="64AA0226" w:rsidR="003A4ABB" w:rsidRPr="002417EA" w:rsidRDefault="00A07FF5" w:rsidP="003A4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8"/>
          <w:szCs w:val="28"/>
          <w:lang w:val="kk-KZ"/>
        </w:rPr>
      </w:pPr>
      <w:r w:rsidRPr="002417EA">
        <w:rPr>
          <w:rFonts w:ascii="Times New Roman" w:hAnsi="Times New Roman" w:cs="Times New Roman"/>
          <w:position w:val="-74"/>
          <w:sz w:val="28"/>
          <w:szCs w:val="28"/>
        </w:rPr>
        <w:object w:dxaOrig="4800" w:dyaOrig="1620" w14:anchorId="32F60375">
          <v:shape id="_x0000_i1469" type="#_x0000_t75" style="width:241.3pt;height:79.1pt" o:ole="">
            <v:imagedata r:id="rId902" o:title=""/>
          </v:shape>
          <o:OLEObject Type="Embed" ProgID="Equation.DSMT4" ShapeID="_x0000_i1469" DrawAspect="Content" ObjectID="_1840331923" r:id="rId903"/>
        </w:object>
      </w:r>
      <w:r w:rsidR="004F565E">
        <w:rPr>
          <w:rFonts w:ascii="Times New Roman" w:hAnsi="Times New Roman" w:cs="Times New Roman"/>
          <w:sz w:val="28"/>
          <w:szCs w:val="28"/>
          <w:lang w:val="kk-KZ"/>
        </w:rPr>
        <w:t xml:space="preserve">                  </w:t>
      </w:r>
      <w:r w:rsidR="003A4ABB" w:rsidRPr="002417EA">
        <w:rPr>
          <w:rFonts w:ascii="Times New Roman" w:hAnsi="Times New Roman" w:cs="Times New Roman"/>
          <w:sz w:val="28"/>
          <w:szCs w:val="28"/>
          <w:lang w:val="kk-KZ"/>
        </w:rPr>
        <w:t xml:space="preserve">             (1.25)</w:t>
      </w:r>
    </w:p>
    <w:p w14:paraId="6F0AF69F" w14:textId="77777777" w:rsidR="003A4ABB" w:rsidRPr="002417EA" w:rsidRDefault="003A4ABB" w:rsidP="007B79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lang w:val="kk-KZ"/>
        </w:rPr>
      </w:pPr>
    </w:p>
    <w:p w14:paraId="12A42AC7" w14:textId="77777777" w:rsidR="003A4ABB" w:rsidRPr="002417EA" w:rsidRDefault="003A4ABB" w:rsidP="007B79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202124"/>
          <w:sz w:val="28"/>
          <w:szCs w:val="28"/>
          <w:lang w:val="kk-KZ"/>
        </w:rPr>
      </w:pPr>
      <w:r w:rsidRPr="002417EA">
        <w:rPr>
          <w:rFonts w:ascii="Times New Roman" w:hAnsi="Times New Roman" w:cs="Times New Roman"/>
          <w:color w:val="202124"/>
          <w:sz w:val="28"/>
          <w:szCs w:val="28"/>
          <w:lang w:val="kk-KZ"/>
        </w:rPr>
        <w:t xml:space="preserve">мұндағы </w:t>
      </w:r>
      <w:r w:rsidR="00A07FF5" w:rsidRPr="002417EA">
        <w:rPr>
          <w:rFonts w:ascii="Times New Roman" w:hAnsi="Times New Roman" w:cs="Times New Roman"/>
          <w:position w:val="-12"/>
          <w:sz w:val="28"/>
          <w:szCs w:val="28"/>
        </w:rPr>
        <w:object w:dxaOrig="420" w:dyaOrig="380" w14:anchorId="22EF63FE">
          <v:shape id="_x0000_i1470" type="#_x0000_t75" style="width:20.55pt;height:18.2pt" o:ole="">
            <v:imagedata r:id="rId904" o:title=""/>
          </v:shape>
          <o:OLEObject Type="Embed" ProgID="Equation.DSMT4" ShapeID="_x0000_i1470" DrawAspect="Content" ObjectID="_1840331924" r:id="rId905"/>
        </w:object>
      </w:r>
      <w:r w:rsidRPr="002417EA">
        <w:rPr>
          <w:rFonts w:ascii="Times New Roman" w:hAnsi="Times New Roman" w:cs="Times New Roman"/>
          <w:color w:val="202124"/>
          <w:sz w:val="28"/>
          <w:szCs w:val="28"/>
          <w:lang w:val="kk-KZ"/>
        </w:rPr>
        <w:t xml:space="preserve"> аудан элементін білдіреді. Соңғы екі өлшемді интеграл мұнда сингулярлы болып табылады және соған сәйкес мағынада түсініледі.</w:t>
      </w:r>
    </w:p>
    <w:p w14:paraId="3F09C5D2" w14:textId="77777777" w:rsidR="003A4ABB" w:rsidRPr="002417EA" w:rsidRDefault="003A4ABB" w:rsidP="007B79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202124"/>
          <w:sz w:val="28"/>
          <w:szCs w:val="28"/>
          <w:lang w:val="kk-KZ"/>
        </w:rPr>
      </w:pPr>
      <w:r w:rsidRPr="002417EA">
        <w:rPr>
          <w:rFonts w:ascii="Times New Roman" w:hAnsi="Times New Roman" w:cs="Times New Roman"/>
          <w:color w:val="202124"/>
          <w:sz w:val="28"/>
          <w:szCs w:val="28"/>
          <w:lang w:val="kk-KZ"/>
        </w:rPr>
        <w:tab/>
        <w:t xml:space="preserve">(1.24) сәйкес бүкіл жазықтыққа нөлмен жалғасқан </w:t>
      </w:r>
      <w:r w:rsidR="00A07FF5" w:rsidRPr="002417EA">
        <w:rPr>
          <w:rFonts w:ascii="Times New Roman" w:hAnsi="Times New Roman" w:cs="Times New Roman"/>
          <w:position w:val="-10"/>
          <w:sz w:val="28"/>
          <w:szCs w:val="28"/>
        </w:rPr>
        <w:object w:dxaOrig="240" w:dyaOrig="440" w14:anchorId="54DBBB7F">
          <v:shape id="_x0000_i1471" type="#_x0000_t75" style="width:11.85pt;height:20.55pt" o:ole="">
            <v:imagedata r:id="rId906" o:title=""/>
          </v:shape>
          <o:OLEObject Type="Embed" ProgID="Equation.DSMT4" ShapeID="_x0000_i1471" DrawAspect="Content" ObjectID="_1840331925" r:id="rId907"/>
        </w:object>
      </w:r>
      <w:r w:rsidRPr="002417EA">
        <w:rPr>
          <w:rFonts w:ascii="Times New Roman" w:hAnsi="Times New Roman" w:cs="Times New Roman"/>
          <w:color w:val="202124"/>
          <w:sz w:val="28"/>
          <w:szCs w:val="28"/>
          <w:lang w:val="kk-KZ"/>
        </w:rPr>
        <w:t xml:space="preserve"> функциясы </w:t>
      </w:r>
      <w:r w:rsidR="00A07FF5" w:rsidRPr="002417EA">
        <w:rPr>
          <w:rFonts w:ascii="Times New Roman" w:hAnsi="Times New Roman" w:cs="Times New Roman"/>
          <w:position w:val="-6"/>
          <w:sz w:val="28"/>
          <w:szCs w:val="28"/>
        </w:rPr>
        <w:object w:dxaOrig="380" w:dyaOrig="360" w14:anchorId="0CB4E822">
          <v:shape id="_x0000_i1472" type="#_x0000_t75" style="width:18.2pt;height:18.2pt" o:ole="">
            <v:imagedata r:id="rId908" o:title=""/>
          </v:shape>
          <o:OLEObject Type="Embed" ProgID="Equation.DSMT4" ShapeID="_x0000_i1472" DrawAspect="Content" ObjectID="_1840331926" r:id="rId909"/>
        </w:object>
      </w:r>
      <w:r w:rsidRPr="002417EA">
        <w:rPr>
          <w:rFonts w:ascii="Times New Roman" w:hAnsi="Times New Roman" w:cs="Times New Roman"/>
          <w:color w:val="202124"/>
          <w:sz w:val="28"/>
          <w:szCs w:val="28"/>
          <w:lang w:val="kk-KZ"/>
        </w:rPr>
        <w:t xml:space="preserve"> класына (норманы сақтай отырып) жатады. Сондықтан Корн– Жиро теоремасы негізінде </w:t>
      </w:r>
      <w:r w:rsidR="00A07FF5" w:rsidRPr="002417EA">
        <w:rPr>
          <w:rFonts w:ascii="Times New Roman" w:hAnsi="Times New Roman" w:cs="Times New Roman"/>
          <w:position w:val="-6"/>
          <w:sz w:val="28"/>
          <w:szCs w:val="28"/>
        </w:rPr>
        <w:object w:dxaOrig="300" w:dyaOrig="360" w14:anchorId="133A1089">
          <v:shape id="_x0000_i1473" type="#_x0000_t75" style="width:15.8pt;height:18.2pt" o:ole="">
            <v:imagedata r:id="rId910" o:title=""/>
          </v:shape>
          <o:OLEObject Type="Embed" ProgID="Equation.DSMT4" ShapeID="_x0000_i1473" DrawAspect="Content" ObjectID="_1840331927" r:id="rId911"/>
        </w:object>
      </w:r>
      <w:r w:rsidRPr="002417EA">
        <w:rPr>
          <w:rFonts w:ascii="Times New Roman" w:hAnsi="Times New Roman" w:cs="Times New Roman"/>
          <w:color w:val="202124"/>
          <w:sz w:val="28"/>
          <w:szCs w:val="28"/>
          <w:lang w:val="kk-KZ"/>
        </w:rPr>
        <w:t xml:space="preserve">операторы </w:t>
      </w:r>
      <w:r w:rsidR="00A07FF5" w:rsidRPr="002417EA">
        <w:rPr>
          <w:rFonts w:ascii="Times New Roman" w:hAnsi="Times New Roman" w:cs="Times New Roman"/>
          <w:position w:val="-20"/>
          <w:sz w:val="28"/>
          <w:szCs w:val="28"/>
        </w:rPr>
        <w:object w:dxaOrig="880" w:dyaOrig="540" w14:anchorId="35990361">
          <v:shape id="_x0000_i1474" type="#_x0000_t75" style="width:44.3pt;height:27.7pt" o:ole="">
            <v:imagedata r:id="rId912" o:title=""/>
          </v:shape>
          <o:OLEObject Type="Embed" ProgID="Equation.DSMT4" ShapeID="_x0000_i1474" DrawAspect="Content" ObjectID="_1840331928" r:id="rId913"/>
        </w:object>
      </w:r>
      <w:r w:rsidRPr="002417EA">
        <w:rPr>
          <w:rFonts w:ascii="Times New Roman" w:hAnsi="Times New Roman" w:cs="Times New Roman"/>
          <w:color w:val="202124"/>
          <w:sz w:val="28"/>
          <w:szCs w:val="28"/>
          <w:lang w:val="kk-KZ"/>
        </w:rPr>
        <w:t xml:space="preserve"> шенелген. [29]-да көрсетілгендей, </w:t>
      </w:r>
      <w:r w:rsidR="00A07FF5" w:rsidRPr="002417EA">
        <w:rPr>
          <w:rFonts w:ascii="Times New Roman" w:hAnsi="Times New Roman" w:cs="Times New Roman"/>
          <w:position w:val="-20"/>
          <w:sz w:val="28"/>
          <w:szCs w:val="28"/>
        </w:rPr>
        <w:object w:dxaOrig="1320" w:dyaOrig="540" w14:anchorId="4A236F23">
          <v:shape id="_x0000_i1475" type="#_x0000_t75" style="width:64.9pt;height:27.7pt" o:ole="">
            <v:imagedata r:id="rId914" o:title=""/>
          </v:shape>
          <o:OLEObject Type="Embed" ProgID="Equation.DSMT4" ShapeID="_x0000_i1475" DrawAspect="Content" ObjectID="_1840331929" r:id="rId915"/>
        </w:object>
      </w:r>
      <w:r w:rsidRPr="002417EA">
        <w:rPr>
          <w:rFonts w:ascii="Times New Roman" w:hAnsi="Times New Roman" w:cs="Times New Roman"/>
          <w:color w:val="202124"/>
          <w:sz w:val="28"/>
          <w:szCs w:val="28"/>
          <w:lang w:val="kk-KZ"/>
        </w:rPr>
        <w:t xml:space="preserve">үшін </w:t>
      </w:r>
      <w:r w:rsidR="00A07FF5" w:rsidRPr="002417EA">
        <w:rPr>
          <w:rFonts w:ascii="Times New Roman" w:hAnsi="Times New Roman" w:cs="Times New Roman"/>
          <w:position w:val="-10"/>
          <w:sz w:val="28"/>
          <w:szCs w:val="28"/>
        </w:rPr>
        <w:object w:dxaOrig="460" w:dyaOrig="400" w14:anchorId="4C6B75D2">
          <v:shape id="_x0000_i1476" type="#_x0000_t75" style="width:25.3pt;height:18.2pt" o:ole="">
            <v:imagedata r:id="rId916" o:title=""/>
          </v:shape>
          <o:OLEObject Type="Embed" ProgID="Equation.DSMT4" ShapeID="_x0000_i1476" DrawAspect="Content" ObjectID="_1840331930" r:id="rId917"/>
        </w:object>
      </w:r>
      <w:r w:rsidRPr="002417EA">
        <w:rPr>
          <w:rFonts w:ascii="Times New Roman" w:hAnsi="Times New Roman" w:cs="Times New Roman"/>
          <w:position w:val="-6"/>
          <w:sz w:val="28"/>
          <w:szCs w:val="28"/>
          <w:lang w:val="kk-KZ"/>
        </w:rPr>
        <w:t xml:space="preserve"> </w:t>
      </w:r>
      <w:r w:rsidRPr="002417EA">
        <w:rPr>
          <w:rFonts w:ascii="Times New Roman" w:hAnsi="Times New Roman" w:cs="Times New Roman"/>
          <w:color w:val="202124"/>
          <w:sz w:val="28"/>
          <w:szCs w:val="28"/>
          <w:lang w:val="kk-KZ"/>
        </w:rPr>
        <w:t>функциясы үзіліссіз дифференциалданады және төмендегі формулалар орынды</w:t>
      </w:r>
    </w:p>
    <w:p w14:paraId="74F6E599" w14:textId="77777777" w:rsidR="003A4ABB" w:rsidRPr="002417EA" w:rsidRDefault="003A4ABB" w:rsidP="003A4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lang w:val="kk-KZ"/>
        </w:rPr>
      </w:pPr>
    </w:p>
    <w:p w14:paraId="3ED31665" w14:textId="77777777" w:rsidR="003A4ABB" w:rsidRPr="002417EA" w:rsidRDefault="00A07FF5" w:rsidP="003A4ABB">
      <w:pPr>
        <w:tabs>
          <w:tab w:val="left" w:pos="3837"/>
        </w:tabs>
        <w:spacing w:after="0" w:line="240" w:lineRule="auto"/>
        <w:jc w:val="center"/>
        <w:rPr>
          <w:rFonts w:ascii="Times New Roman" w:hAnsi="Times New Roman" w:cs="Times New Roman"/>
          <w:position w:val="-34"/>
          <w:sz w:val="28"/>
          <w:szCs w:val="28"/>
          <w:lang w:val="kk-KZ"/>
        </w:rPr>
      </w:pPr>
      <w:r w:rsidRPr="002417EA">
        <w:rPr>
          <w:rFonts w:ascii="Times New Roman" w:hAnsi="Times New Roman" w:cs="Times New Roman"/>
          <w:position w:val="-34"/>
          <w:sz w:val="28"/>
          <w:szCs w:val="28"/>
        </w:rPr>
        <w:object w:dxaOrig="4920" w:dyaOrig="900" w14:anchorId="5193C68A">
          <v:shape id="_x0000_i1477" type="#_x0000_t75" style="width:248.45pt;height:45.9pt" o:ole="">
            <v:imagedata r:id="rId918" o:title=""/>
          </v:shape>
          <o:OLEObject Type="Embed" ProgID="Equation.DSMT4" ShapeID="_x0000_i1477" DrawAspect="Content" ObjectID="_1840331931" r:id="rId919"/>
        </w:object>
      </w:r>
    </w:p>
    <w:p w14:paraId="430EE540" w14:textId="77777777" w:rsidR="003A4ABB" w:rsidRPr="002417EA" w:rsidRDefault="003A4ABB" w:rsidP="007B79FA">
      <w:pPr>
        <w:tabs>
          <w:tab w:val="left" w:pos="3837"/>
        </w:tabs>
        <w:spacing w:after="0" w:line="240" w:lineRule="auto"/>
        <w:rPr>
          <w:rFonts w:ascii="Times New Roman" w:hAnsi="Times New Roman" w:cs="Times New Roman"/>
          <w:sz w:val="28"/>
          <w:szCs w:val="28"/>
          <w:lang w:val="kk-KZ"/>
        </w:rPr>
      </w:pPr>
    </w:p>
    <w:p w14:paraId="2D7DA9CF" w14:textId="77777777" w:rsidR="003A4ABB" w:rsidRPr="002417EA" w:rsidRDefault="00A07FF5" w:rsidP="007B79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202124"/>
          <w:sz w:val="28"/>
          <w:szCs w:val="28"/>
          <w:lang w:val="kk-KZ"/>
        </w:rPr>
      </w:pPr>
      <w:r w:rsidRPr="002417EA">
        <w:rPr>
          <w:rFonts w:ascii="Times New Roman" w:hAnsi="Times New Roman" w:cs="Times New Roman"/>
          <w:position w:val="-12"/>
          <w:sz w:val="28"/>
          <w:szCs w:val="28"/>
        </w:rPr>
        <w:object w:dxaOrig="1040" w:dyaOrig="420" w14:anchorId="2D348063">
          <v:shape id="_x0000_i1478" type="#_x0000_t75" style="width:53.8pt;height:20.55pt" o:ole="">
            <v:imagedata r:id="rId920" o:title=""/>
          </v:shape>
          <o:OLEObject Type="Embed" ProgID="Equation.DSMT4" ShapeID="_x0000_i1478" DrawAspect="Content" ObjectID="_1840331932" r:id="rId921"/>
        </w:object>
      </w:r>
      <w:r w:rsidR="003A4ABB" w:rsidRPr="002417EA">
        <w:rPr>
          <w:rFonts w:ascii="Times New Roman" w:hAnsi="Times New Roman" w:cs="Times New Roman"/>
          <w:position w:val="-12"/>
          <w:sz w:val="28"/>
          <w:szCs w:val="28"/>
          <w:lang w:val="kk-KZ"/>
        </w:rPr>
        <w:t xml:space="preserve"> </w:t>
      </w:r>
      <w:r w:rsidR="003A4ABB" w:rsidRPr="002417EA">
        <w:rPr>
          <w:rFonts w:ascii="Times New Roman" w:hAnsi="Times New Roman" w:cs="Times New Roman"/>
          <w:color w:val="202124"/>
          <w:sz w:val="28"/>
          <w:szCs w:val="28"/>
          <w:lang w:val="kk-KZ"/>
        </w:rPr>
        <w:t xml:space="preserve"> матрицаларымен </w:t>
      </w:r>
      <w:r w:rsidRPr="002417EA">
        <w:rPr>
          <w:rFonts w:ascii="Times New Roman" w:hAnsi="Times New Roman" w:cs="Times New Roman"/>
          <w:position w:val="-12"/>
          <w:sz w:val="28"/>
          <w:szCs w:val="28"/>
        </w:rPr>
        <w:object w:dxaOrig="1060" w:dyaOrig="380" w14:anchorId="522E3127">
          <v:shape id="_x0000_i1479" type="#_x0000_t75" style="width:53.8pt;height:18.2pt" o:ole="">
            <v:imagedata r:id="rId922" o:title=""/>
          </v:shape>
          <o:OLEObject Type="Embed" ProgID="Equation.DSMT4" ShapeID="_x0000_i1479" DrawAspect="Content" ObjectID="_1840331933" r:id="rId923"/>
        </w:object>
      </w:r>
      <w:r w:rsidR="003A4ABB" w:rsidRPr="002417EA">
        <w:rPr>
          <w:rFonts w:ascii="Times New Roman" w:hAnsi="Times New Roman" w:cs="Times New Roman"/>
          <w:position w:val="-12"/>
          <w:sz w:val="28"/>
          <w:szCs w:val="28"/>
          <w:lang w:val="kk-KZ"/>
        </w:rPr>
        <w:t xml:space="preserve"> </w:t>
      </w:r>
      <w:r w:rsidR="003A4ABB" w:rsidRPr="002417EA">
        <w:rPr>
          <w:rFonts w:ascii="Times New Roman" w:hAnsi="Times New Roman" w:cs="Times New Roman"/>
          <w:color w:val="202124"/>
          <w:sz w:val="28"/>
          <w:szCs w:val="28"/>
          <w:lang w:val="kk-KZ"/>
        </w:rPr>
        <w:t xml:space="preserve">қатынасымен байланысқан. Ocыдан шығатыны, </w:t>
      </w:r>
      <w:r w:rsidRPr="002417EA">
        <w:rPr>
          <w:rFonts w:ascii="Times New Roman" w:hAnsi="Times New Roman" w:cs="Times New Roman"/>
          <w:position w:val="-4"/>
          <w:sz w:val="28"/>
          <w:szCs w:val="28"/>
        </w:rPr>
        <w:object w:dxaOrig="279" w:dyaOrig="340" w14:anchorId="5120812E">
          <v:shape id="_x0000_i1480" type="#_x0000_t75" style="width:15.8pt;height:15.8pt" o:ole="">
            <v:imagedata r:id="rId924" o:title=""/>
          </v:shape>
          <o:OLEObject Type="Embed" ProgID="Equation.DSMT4" ShapeID="_x0000_i1480" DrawAspect="Content" ObjectID="_1840331934" r:id="rId925"/>
        </w:object>
      </w:r>
      <w:r w:rsidR="003A4ABB" w:rsidRPr="002417EA">
        <w:rPr>
          <w:rFonts w:ascii="Times New Roman" w:hAnsi="Times New Roman" w:cs="Times New Roman"/>
          <w:color w:val="202124"/>
          <w:sz w:val="28"/>
          <w:szCs w:val="28"/>
          <w:lang w:val="kk-KZ"/>
        </w:rPr>
        <w:t xml:space="preserve">операторы </w:t>
      </w:r>
      <w:r w:rsidRPr="002417EA">
        <w:rPr>
          <w:rFonts w:ascii="Times New Roman" w:hAnsi="Times New Roman" w:cs="Times New Roman"/>
          <w:position w:val="-12"/>
          <w:sz w:val="28"/>
          <w:szCs w:val="28"/>
        </w:rPr>
        <w:object w:dxaOrig="2100" w:dyaOrig="440" w14:anchorId="67089DA5">
          <v:shape id="_x0000_i1481" type="#_x0000_t75" style="width:106pt;height:20.55pt" o:ole="">
            <v:imagedata r:id="rId926" o:title=""/>
          </v:shape>
          <o:OLEObject Type="Embed" ProgID="Equation.DSMT4" ShapeID="_x0000_i1481" DrawAspect="Content" ObjectID="_1840331935" r:id="rId927"/>
        </w:object>
      </w:r>
      <w:r w:rsidR="003A4ABB" w:rsidRPr="002417EA">
        <w:rPr>
          <w:rFonts w:ascii="Times New Roman" w:hAnsi="Times New Roman" w:cs="Times New Roman"/>
          <w:color w:val="202124"/>
          <w:sz w:val="28"/>
          <w:szCs w:val="28"/>
          <w:lang w:val="kk-KZ"/>
        </w:rPr>
        <w:t xml:space="preserve"> шектелген және L(J) қатысты оң жағынан керіленеді, яғни</w:t>
      </w:r>
    </w:p>
    <w:p w14:paraId="48E830B5" w14:textId="77777777" w:rsidR="003A4ABB" w:rsidRPr="002417EA" w:rsidRDefault="003A4ABB" w:rsidP="003A4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lang w:val="kk-KZ"/>
        </w:rPr>
      </w:pPr>
    </w:p>
    <w:p w14:paraId="0EA166AD" w14:textId="77777777" w:rsidR="003A4ABB" w:rsidRPr="002417EA" w:rsidRDefault="00A07FF5" w:rsidP="003A4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color w:val="202124"/>
          <w:sz w:val="28"/>
          <w:szCs w:val="28"/>
          <w:lang w:val="kk-KZ"/>
        </w:rPr>
      </w:pPr>
      <w:r w:rsidRPr="002417EA">
        <w:rPr>
          <w:rFonts w:ascii="Times New Roman" w:hAnsi="Times New Roman" w:cs="Times New Roman"/>
          <w:position w:val="-12"/>
          <w:sz w:val="28"/>
          <w:szCs w:val="28"/>
        </w:rPr>
        <w:object w:dxaOrig="1500" w:dyaOrig="420" w14:anchorId="5094BE46">
          <v:shape id="_x0000_i1482" type="#_x0000_t75" style="width:75.15pt;height:20.55pt" o:ole="">
            <v:imagedata r:id="rId928" o:title=""/>
          </v:shape>
          <o:OLEObject Type="Embed" ProgID="Equation.DSMT4" ShapeID="_x0000_i1482" DrawAspect="Content" ObjectID="_1840331936" r:id="rId929"/>
        </w:object>
      </w:r>
      <w:r w:rsidR="003A4ABB" w:rsidRPr="002417EA">
        <w:rPr>
          <w:rFonts w:ascii="Times New Roman" w:hAnsi="Times New Roman" w:cs="Times New Roman"/>
          <w:sz w:val="28"/>
          <w:szCs w:val="28"/>
          <w:lang w:val="kk-KZ"/>
        </w:rPr>
        <w:t xml:space="preserve">                                                     (1.26)</w:t>
      </w:r>
    </w:p>
    <w:p w14:paraId="60ECA2EF" w14:textId="77777777" w:rsidR="003A4ABB" w:rsidRPr="002417EA" w:rsidRDefault="003A4ABB" w:rsidP="007B79FA">
      <w:pPr>
        <w:tabs>
          <w:tab w:val="left" w:pos="3837"/>
        </w:tabs>
        <w:spacing w:after="0" w:line="240" w:lineRule="auto"/>
        <w:rPr>
          <w:rFonts w:ascii="Times New Roman" w:hAnsi="Times New Roman" w:cs="Times New Roman"/>
          <w:position w:val="-10"/>
          <w:sz w:val="28"/>
          <w:szCs w:val="28"/>
          <w:lang w:val="kk-KZ"/>
        </w:rPr>
      </w:pPr>
    </w:p>
    <w:p w14:paraId="71338B7B" w14:textId="77777777" w:rsidR="003A4ABB" w:rsidRPr="002417EA" w:rsidRDefault="003A4ABB" w:rsidP="003A4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lang w:val="kk-KZ"/>
        </w:rPr>
      </w:pPr>
      <w:r w:rsidRPr="002417EA">
        <w:rPr>
          <w:rFonts w:ascii="Times New Roman" w:hAnsi="Times New Roman" w:cs="Times New Roman"/>
          <w:color w:val="202124"/>
          <w:sz w:val="28"/>
          <w:szCs w:val="28"/>
          <w:lang w:val="kk-KZ"/>
        </w:rPr>
        <w:t>Бұл, өз кезегінде, келесі нормаға қатысты</w:t>
      </w:r>
    </w:p>
    <w:p w14:paraId="617AD3A9" w14:textId="77777777" w:rsidR="003A4ABB" w:rsidRPr="002417EA" w:rsidRDefault="003A4ABB" w:rsidP="003A4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lang w:val="kk-KZ"/>
        </w:rPr>
      </w:pPr>
    </w:p>
    <w:p w14:paraId="4016DC7A" w14:textId="77777777" w:rsidR="003A4ABB" w:rsidRPr="002417EA" w:rsidRDefault="00A07FF5" w:rsidP="003A4ABB">
      <w:pPr>
        <w:tabs>
          <w:tab w:val="left" w:pos="3837"/>
        </w:tabs>
        <w:spacing w:after="0" w:line="240" w:lineRule="auto"/>
        <w:jc w:val="center"/>
        <w:rPr>
          <w:rFonts w:ascii="Times New Roman" w:hAnsi="Times New Roman" w:cs="Times New Roman"/>
          <w:position w:val="-18"/>
          <w:sz w:val="28"/>
          <w:szCs w:val="28"/>
          <w:lang w:val="kk-KZ"/>
        </w:rPr>
      </w:pPr>
      <w:r w:rsidRPr="002417EA">
        <w:rPr>
          <w:rFonts w:ascii="Times New Roman" w:hAnsi="Times New Roman" w:cs="Times New Roman"/>
          <w:position w:val="-16"/>
          <w:sz w:val="28"/>
          <w:szCs w:val="28"/>
        </w:rPr>
        <w:object w:dxaOrig="2540" w:dyaOrig="440" w14:anchorId="75545C84">
          <v:shape id="_x0000_i1483" type="#_x0000_t75" style="width:128.2pt;height:20.55pt" o:ole="">
            <v:imagedata r:id="rId930" o:title=""/>
          </v:shape>
          <o:OLEObject Type="Embed" ProgID="Equation.DSMT4" ShapeID="_x0000_i1483" DrawAspect="Content" ObjectID="_1840331937" r:id="rId931"/>
        </w:object>
      </w:r>
    </w:p>
    <w:p w14:paraId="4815053E" w14:textId="77777777" w:rsidR="003A4ABB" w:rsidRPr="002417EA" w:rsidRDefault="003A4ABB" w:rsidP="007B79FA">
      <w:pPr>
        <w:tabs>
          <w:tab w:val="left" w:pos="3837"/>
        </w:tabs>
        <w:spacing w:after="0" w:line="240" w:lineRule="auto"/>
        <w:rPr>
          <w:rFonts w:ascii="Times New Roman" w:hAnsi="Times New Roman" w:cs="Times New Roman"/>
          <w:position w:val="-10"/>
          <w:sz w:val="28"/>
          <w:szCs w:val="28"/>
          <w:lang w:val="kk-KZ"/>
        </w:rPr>
      </w:pPr>
    </w:p>
    <w:p w14:paraId="40F84246" w14:textId="51B1F045" w:rsidR="003A4ABB" w:rsidRPr="002417EA" w:rsidRDefault="00A07FF5" w:rsidP="004F565E">
      <w:pPr>
        <w:tabs>
          <w:tab w:val="left" w:pos="3837"/>
        </w:tabs>
        <w:spacing w:after="0" w:line="240" w:lineRule="auto"/>
        <w:jc w:val="both"/>
        <w:rPr>
          <w:rFonts w:ascii="Times New Roman" w:hAnsi="Times New Roman" w:cs="Times New Roman"/>
          <w:color w:val="202124"/>
          <w:sz w:val="28"/>
          <w:szCs w:val="28"/>
          <w:lang w:val="kk-KZ"/>
        </w:rPr>
      </w:pPr>
      <w:r w:rsidRPr="002417EA">
        <w:rPr>
          <w:rFonts w:ascii="Times New Roman" w:hAnsi="Times New Roman" w:cs="Times New Roman"/>
          <w:position w:val="-12"/>
          <w:sz w:val="28"/>
          <w:szCs w:val="28"/>
        </w:rPr>
        <w:object w:dxaOrig="380" w:dyaOrig="420" w14:anchorId="406E3308">
          <v:shape id="_x0000_i1484" type="#_x0000_t75" style="width:18.2pt;height:20.55pt" o:ole="">
            <v:imagedata r:id="rId932" o:title=""/>
          </v:shape>
          <o:OLEObject Type="Embed" ProgID="Equation.DSMT4" ShapeID="_x0000_i1484" DrawAspect="Content" ObjectID="_1840331938" r:id="rId933"/>
        </w:object>
      </w:r>
      <w:r w:rsidR="003A4ABB" w:rsidRPr="002417EA">
        <w:rPr>
          <w:rFonts w:ascii="Times New Roman" w:hAnsi="Times New Roman" w:cs="Times New Roman"/>
          <w:sz w:val="28"/>
          <w:szCs w:val="28"/>
          <w:lang w:val="kk-KZ"/>
        </w:rPr>
        <w:t xml:space="preserve"> банах кеңістігі </w:t>
      </w:r>
      <w:r w:rsidR="003A4ABB" w:rsidRPr="002417EA">
        <w:rPr>
          <w:rFonts w:ascii="Times New Roman" w:hAnsi="Times New Roman" w:cs="Times New Roman"/>
          <w:color w:val="202124"/>
          <w:sz w:val="28"/>
          <w:szCs w:val="28"/>
          <w:lang w:val="kk-KZ"/>
        </w:rPr>
        <w:t>екенін білдіреді.</w:t>
      </w:r>
      <w:r w:rsidR="004F565E">
        <w:rPr>
          <w:rFonts w:ascii="Times New Roman" w:hAnsi="Times New Roman" w:cs="Times New Roman"/>
          <w:color w:val="202124"/>
          <w:sz w:val="28"/>
          <w:szCs w:val="28"/>
          <w:lang w:val="kk-KZ"/>
        </w:rPr>
        <w:t xml:space="preserve"> </w:t>
      </w:r>
      <w:r w:rsidR="003A4ABB" w:rsidRPr="002417EA">
        <w:rPr>
          <w:rFonts w:ascii="Times New Roman" w:hAnsi="Times New Roman" w:cs="Times New Roman"/>
          <w:color w:val="202124"/>
          <w:sz w:val="28"/>
          <w:szCs w:val="28"/>
          <w:lang w:val="kk-KZ"/>
        </w:rPr>
        <w:t xml:space="preserve">Шынында да </w:t>
      </w:r>
      <w:r w:rsidRPr="002417EA">
        <w:rPr>
          <w:rFonts w:ascii="Times New Roman" w:hAnsi="Times New Roman" w:cs="Times New Roman"/>
          <w:position w:val="-12"/>
          <w:sz w:val="28"/>
          <w:szCs w:val="28"/>
        </w:rPr>
        <w:object w:dxaOrig="900" w:dyaOrig="420" w14:anchorId="5EA89624">
          <v:shape id="_x0000_i1485" type="#_x0000_t75" style="width:45.9pt;height:20.55pt" o:ole="">
            <v:imagedata r:id="rId934" o:title=""/>
          </v:shape>
          <o:OLEObject Type="Embed" ProgID="Equation.DSMT4" ShapeID="_x0000_i1485" DrawAspect="Content" ObjectID="_1840331939" r:id="rId935"/>
        </w:object>
      </w:r>
      <w:r w:rsidR="003A4ABB" w:rsidRPr="002417EA">
        <w:rPr>
          <w:rFonts w:ascii="Times New Roman" w:hAnsi="Times New Roman" w:cs="Times New Roman"/>
          <w:color w:val="202124"/>
          <w:sz w:val="28"/>
          <w:szCs w:val="28"/>
          <w:lang w:val="kk-KZ"/>
        </w:rPr>
        <w:t xml:space="preserve"> тізбегі өзінде жинақты болсын, яғни, </w:t>
      </w:r>
      <w:r w:rsidRPr="002417EA">
        <w:rPr>
          <w:rFonts w:ascii="Times New Roman" w:hAnsi="Times New Roman" w:cs="Times New Roman"/>
          <w:position w:val="-12"/>
          <w:sz w:val="28"/>
          <w:szCs w:val="28"/>
        </w:rPr>
        <w:object w:dxaOrig="859" w:dyaOrig="380" w14:anchorId="0494D3ED">
          <v:shape id="_x0000_i1486" type="#_x0000_t75" style="width:44.3pt;height:18.2pt" o:ole="">
            <v:imagedata r:id="rId936" o:title=""/>
          </v:shape>
          <o:OLEObject Type="Embed" ProgID="Equation.DSMT4" ShapeID="_x0000_i1486" DrawAspect="Content" ObjectID="_1840331940" r:id="rId937"/>
        </w:object>
      </w:r>
      <w:r w:rsidR="004F565E">
        <w:rPr>
          <w:rFonts w:ascii="Times New Roman" w:hAnsi="Times New Roman" w:cs="Times New Roman"/>
          <w:color w:val="202124"/>
          <w:sz w:val="28"/>
          <w:szCs w:val="28"/>
          <w:lang w:val="kk-KZ"/>
        </w:rPr>
        <w:t xml:space="preserve"> </w:t>
      </w:r>
      <w:r w:rsidR="003A4ABB" w:rsidRPr="002417EA">
        <w:rPr>
          <w:rFonts w:ascii="Times New Roman" w:hAnsi="Times New Roman" w:cs="Times New Roman"/>
          <w:color w:val="202124"/>
          <w:sz w:val="28"/>
          <w:szCs w:val="28"/>
          <w:lang w:val="kk-KZ"/>
        </w:rPr>
        <w:t xml:space="preserve">және </w:t>
      </w:r>
      <w:r w:rsidRPr="002417EA">
        <w:rPr>
          <w:rFonts w:ascii="Times New Roman" w:hAnsi="Times New Roman" w:cs="Times New Roman"/>
          <w:position w:val="-6"/>
          <w:sz w:val="28"/>
          <w:szCs w:val="28"/>
        </w:rPr>
        <w:object w:dxaOrig="480" w:dyaOrig="360" w14:anchorId="5C92CD57">
          <v:shape id="_x0000_i1487" type="#_x0000_t75" style="width:25.3pt;height:18.2pt" o:ole="">
            <v:imagedata r:id="rId938" o:title=""/>
          </v:shape>
          <o:OLEObject Type="Embed" ProgID="Equation.DSMT4" ShapeID="_x0000_i1487" DrawAspect="Content" ObjectID="_1840331941" r:id="rId939"/>
        </w:object>
      </w:r>
      <w:r w:rsidR="003A4ABB" w:rsidRPr="002417EA">
        <w:rPr>
          <w:rFonts w:ascii="Times New Roman" w:hAnsi="Times New Roman" w:cs="Times New Roman"/>
          <w:position w:val="-6"/>
          <w:sz w:val="28"/>
          <w:szCs w:val="28"/>
          <w:lang w:val="kk-KZ"/>
        </w:rPr>
        <w:t xml:space="preserve"> </w:t>
      </w:r>
      <w:r w:rsidR="003A4ABB" w:rsidRPr="002417EA">
        <w:rPr>
          <w:rFonts w:ascii="Times New Roman" w:hAnsi="Times New Roman" w:cs="Times New Roman"/>
          <w:color w:val="202124"/>
          <w:sz w:val="28"/>
          <w:szCs w:val="28"/>
          <w:lang w:val="kk-KZ"/>
        </w:rPr>
        <w:t xml:space="preserve">нормасы бойынша </w:t>
      </w:r>
      <w:r w:rsidRPr="002417EA">
        <w:rPr>
          <w:rFonts w:ascii="Times New Roman" w:hAnsi="Times New Roman" w:cs="Times New Roman"/>
          <w:position w:val="-12"/>
          <w:sz w:val="28"/>
          <w:szCs w:val="28"/>
        </w:rPr>
        <w:object w:dxaOrig="1500" w:dyaOrig="380" w14:anchorId="06DC5CD3">
          <v:shape id="_x0000_i1488" type="#_x0000_t75" style="width:75.15pt;height:18.2pt" o:ole="">
            <v:imagedata r:id="rId940" o:title=""/>
          </v:shape>
          <o:OLEObject Type="Embed" ProgID="Equation.DSMT4" ShapeID="_x0000_i1488" DrawAspect="Content" ObjectID="_1840331942" r:id="rId941"/>
        </w:object>
      </w:r>
      <w:r w:rsidR="003A4ABB" w:rsidRPr="002417EA">
        <w:rPr>
          <w:rFonts w:ascii="Times New Roman" w:hAnsi="Times New Roman" w:cs="Times New Roman"/>
          <w:color w:val="202124"/>
          <w:sz w:val="28"/>
          <w:szCs w:val="28"/>
          <w:lang w:val="kk-KZ"/>
        </w:rPr>
        <w:t xml:space="preserve"> Одан </w:t>
      </w:r>
      <w:r w:rsidRPr="002417EA">
        <w:rPr>
          <w:rFonts w:ascii="Times New Roman" w:hAnsi="Times New Roman" w:cs="Times New Roman"/>
          <w:position w:val="-14"/>
          <w:sz w:val="28"/>
          <w:szCs w:val="28"/>
        </w:rPr>
        <w:object w:dxaOrig="2480" w:dyaOrig="440" w14:anchorId="4EE1B270">
          <v:shape id="_x0000_i1489" type="#_x0000_t75" style="width:123.45pt;height:20.55pt" o:ole="">
            <v:imagedata r:id="rId942" o:title=""/>
          </v:shape>
          <o:OLEObject Type="Embed" ProgID="Equation.DSMT4" ShapeID="_x0000_i1489" DrawAspect="Content" ObjectID="_1840331943" r:id="rId943"/>
        </w:object>
      </w:r>
      <w:r w:rsidR="003A4ABB" w:rsidRPr="002417EA">
        <w:rPr>
          <w:rFonts w:ascii="Times New Roman" w:hAnsi="Times New Roman" w:cs="Times New Roman"/>
          <w:color w:val="202124"/>
          <w:sz w:val="28"/>
          <w:szCs w:val="28"/>
          <w:lang w:val="kk-KZ"/>
        </w:rPr>
        <w:t xml:space="preserve"> </w:t>
      </w:r>
      <w:r w:rsidRPr="002417EA">
        <w:rPr>
          <w:rFonts w:ascii="Times New Roman" w:hAnsi="Times New Roman" w:cs="Times New Roman"/>
          <w:position w:val="-6"/>
          <w:sz w:val="28"/>
          <w:szCs w:val="28"/>
        </w:rPr>
        <w:object w:dxaOrig="580" w:dyaOrig="360" w14:anchorId="43875DD6">
          <v:shape id="_x0000_i1490" type="#_x0000_t75" style="width:28.5pt;height:18.2pt" o:ole="">
            <v:imagedata r:id="rId944" o:title=""/>
          </v:shape>
          <o:OLEObject Type="Embed" ProgID="Equation.DSMT4" ShapeID="_x0000_i1490" DrawAspect="Content" ObjectID="_1840331944" r:id="rId945"/>
        </w:object>
      </w:r>
      <w:r w:rsidR="003A4ABB" w:rsidRPr="002417EA">
        <w:rPr>
          <w:rFonts w:ascii="Times New Roman" w:hAnsi="Times New Roman" w:cs="Times New Roman"/>
          <w:position w:val="-6"/>
          <w:sz w:val="28"/>
          <w:szCs w:val="28"/>
          <w:lang w:val="kk-KZ"/>
        </w:rPr>
        <w:t xml:space="preserve"> </w:t>
      </w:r>
      <w:r w:rsidR="003A4ABB" w:rsidRPr="002417EA">
        <w:rPr>
          <w:rFonts w:ascii="Times New Roman" w:hAnsi="Times New Roman" w:cs="Times New Roman"/>
          <w:color w:val="202124"/>
          <w:sz w:val="28"/>
          <w:szCs w:val="28"/>
          <w:lang w:val="kk-KZ"/>
        </w:rPr>
        <w:t xml:space="preserve">кеңістік нормасы бойынша жинақталатыны </w:t>
      </w:r>
      <w:r w:rsidR="003A4ABB" w:rsidRPr="002417EA">
        <w:rPr>
          <w:rFonts w:ascii="Times New Roman" w:hAnsi="Times New Roman" w:cs="Times New Roman"/>
          <w:sz w:val="28"/>
          <w:szCs w:val="28"/>
          <w:lang w:val="kk-KZ"/>
        </w:rPr>
        <w:t xml:space="preserve">және </w:t>
      </w:r>
      <w:r w:rsidRPr="002417EA">
        <w:rPr>
          <w:rFonts w:ascii="Times New Roman" w:hAnsi="Times New Roman" w:cs="Times New Roman"/>
          <w:position w:val="-12"/>
          <w:sz w:val="28"/>
          <w:szCs w:val="28"/>
        </w:rPr>
        <w:object w:dxaOrig="2020" w:dyaOrig="420" w14:anchorId="3B27AAD7">
          <v:shape id="_x0000_i1491" type="#_x0000_t75" style="width:100.5pt;height:20.55pt" o:ole="">
            <v:imagedata r:id="rId946" o:title=""/>
          </v:shape>
          <o:OLEObject Type="Embed" ProgID="Equation.DSMT4" ShapeID="_x0000_i1491" DrawAspect="Content" ObjectID="_1840331945" r:id="rId947"/>
        </w:object>
      </w:r>
      <w:r w:rsidR="003A4ABB" w:rsidRPr="002417EA">
        <w:rPr>
          <w:rFonts w:ascii="Times New Roman" w:hAnsi="Times New Roman" w:cs="Times New Roman"/>
          <w:position w:val="-18"/>
          <w:sz w:val="28"/>
          <w:szCs w:val="28"/>
          <w:lang w:val="kk-KZ"/>
        </w:rPr>
        <w:t xml:space="preserve">  </w:t>
      </w:r>
      <w:r w:rsidR="003A4ABB" w:rsidRPr="002417EA">
        <w:rPr>
          <w:rFonts w:ascii="Times New Roman" w:hAnsi="Times New Roman" w:cs="Times New Roman"/>
          <w:color w:val="202124"/>
          <w:sz w:val="28"/>
          <w:szCs w:val="28"/>
          <w:lang w:val="kk-KZ"/>
        </w:rPr>
        <w:t xml:space="preserve">Сондықтан </w:t>
      </w:r>
      <w:r w:rsidRPr="002417EA">
        <w:rPr>
          <w:rFonts w:ascii="Times New Roman" w:hAnsi="Times New Roman" w:cs="Times New Roman"/>
          <w:position w:val="-12"/>
          <w:sz w:val="28"/>
          <w:szCs w:val="28"/>
        </w:rPr>
        <w:object w:dxaOrig="2040" w:dyaOrig="420" w14:anchorId="7BD1DA9C">
          <v:shape id="_x0000_i1492" type="#_x0000_t75" style="width:102.05pt;height:20.55pt" o:ole="">
            <v:imagedata r:id="rId948" o:title=""/>
          </v:shape>
          <o:OLEObject Type="Embed" ProgID="Equation.DSMT4" ShapeID="_x0000_i1492" DrawAspect="Content" ObjectID="_1840331946" r:id="rId949"/>
        </w:object>
      </w:r>
      <w:r w:rsidR="003A4ABB" w:rsidRPr="002417EA">
        <w:rPr>
          <w:rFonts w:ascii="Times New Roman" w:hAnsi="Times New Roman" w:cs="Times New Roman"/>
          <w:color w:val="202124"/>
          <w:sz w:val="28"/>
          <w:szCs w:val="28"/>
          <w:lang w:val="kk-KZ"/>
        </w:rPr>
        <w:t xml:space="preserve"> </w:t>
      </w:r>
      <w:r w:rsidRPr="002417EA">
        <w:rPr>
          <w:rFonts w:ascii="Times New Roman" w:hAnsi="Times New Roman" w:cs="Times New Roman"/>
          <w:position w:val="-12"/>
          <w:sz w:val="28"/>
          <w:szCs w:val="28"/>
        </w:rPr>
        <w:object w:dxaOrig="380" w:dyaOrig="420" w14:anchorId="3CBC9114">
          <v:shape id="_x0000_i1493" type="#_x0000_t75" style="width:18.2pt;height:20.55pt" o:ole="">
            <v:imagedata r:id="rId950" o:title=""/>
          </v:shape>
          <o:OLEObject Type="Embed" ProgID="Equation.DSMT4" ShapeID="_x0000_i1493" DrawAspect="Content" ObjectID="_1840331947" r:id="rId951"/>
        </w:object>
      </w:r>
      <w:r w:rsidR="003A4ABB" w:rsidRPr="002417EA">
        <w:rPr>
          <w:rFonts w:ascii="Times New Roman" w:hAnsi="Times New Roman" w:cs="Times New Roman"/>
          <w:position w:val="-12"/>
          <w:sz w:val="28"/>
          <w:szCs w:val="28"/>
          <w:lang w:val="kk-KZ"/>
        </w:rPr>
        <w:t xml:space="preserve"> </w:t>
      </w:r>
      <w:r w:rsidR="003A4ABB" w:rsidRPr="002417EA">
        <w:rPr>
          <w:rFonts w:ascii="Times New Roman" w:hAnsi="Times New Roman" w:cs="Times New Roman"/>
          <w:color w:val="202124"/>
          <w:sz w:val="28"/>
          <w:szCs w:val="28"/>
          <w:lang w:val="kk-KZ"/>
        </w:rPr>
        <w:t xml:space="preserve">кеңістігінің нормасы жинақталатыны бойынша. Демек, </w:t>
      </w:r>
      <w:r w:rsidRPr="002417EA">
        <w:rPr>
          <w:rFonts w:ascii="Times New Roman" w:hAnsi="Times New Roman" w:cs="Times New Roman"/>
          <w:position w:val="-12"/>
          <w:sz w:val="28"/>
          <w:szCs w:val="28"/>
        </w:rPr>
        <w:object w:dxaOrig="800" w:dyaOrig="420" w14:anchorId="2916703A">
          <v:shape id="_x0000_i1494" type="#_x0000_t75" style="width:43.5pt;height:20.55pt" o:ole="">
            <v:imagedata r:id="rId952" o:title=""/>
          </v:shape>
          <o:OLEObject Type="Embed" ProgID="Equation.DSMT4" ShapeID="_x0000_i1494" DrawAspect="Content" ObjectID="_1840331948" r:id="rId953"/>
        </w:object>
      </w:r>
      <w:r w:rsidR="003A4ABB" w:rsidRPr="002417EA">
        <w:rPr>
          <w:rFonts w:ascii="Times New Roman" w:hAnsi="Times New Roman" w:cs="Times New Roman"/>
          <w:position w:val="-12"/>
          <w:sz w:val="28"/>
          <w:szCs w:val="28"/>
          <w:lang w:val="kk-KZ"/>
        </w:rPr>
        <w:t xml:space="preserve"> </w:t>
      </w:r>
      <w:r w:rsidR="003A4ABB" w:rsidRPr="002417EA">
        <w:rPr>
          <w:rFonts w:ascii="Times New Roman" w:hAnsi="Times New Roman" w:cs="Times New Roman"/>
          <w:color w:val="202124"/>
          <w:sz w:val="28"/>
          <w:szCs w:val="28"/>
          <w:lang w:val="kk-KZ"/>
        </w:rPr>
        <w:t>болады және</w:t>
      </w:r>
      <w:r w:rsidR="003A4ABB" w:rsidRPr="002417EA">
        <w:rPr>
          <w:rFonts w:ascii="Times New Roman" w:hAnsi="Times New Roman" w:cs="Times New Roman"/>
          <w:position w:val="-12"/>
          <w:sz w:val="28"/>
          <w:szCs w:val="28"/>
          <w:lang w:val="kk-KZ"/>
        </w:rPr>
        <w:t xml:space="preserve"> </w:t>
      </w:r>
      <w:r w:rsidRPr="002417EA">
        <w:rPr>
          <w:rFonts w:ascii="Times New Roman" w:hAnsi="Times New Roman" w:cs="Times New Roman"/>
          <w:position w:val="-12"/>
          <w:sz w:val="28"/>
          <w:szCs w:val="28"/>
        </w:rPr>
        <w:object w:dxaOrig="1400" w:dyaOrig="360" w14:anchorId="5CDC313E">
          <v:shape id="_x0000_i1495" type="#_x0000_t75" style="width:68.85pt;height:18.2pt" o:ole="">
            <v:imagedata r:id="rId954" o:title=""/>
          </v:shape>
          <o:OLEObject Type="Embed" ProgID="Equation.DSMT4" ShapeID="_x0000_i1495" DrawAspect="Content" ObjectID="_1840331949" r:id="rId955"/>
        </w:object>
      </w:r>
    </w:p>
    <w:p w14:paraId="0F134043" w14:textId="78172523" w:rsidR="003A4ABB" w:rsidRPr="002417EA" w:rsidRDefault="004F565E" w:rsidP="002417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202124"/>
          <w:sz w:val="28"/>
          <w:szCs w:val="28"/>
          <w:lang w:val="kk-KZ"/>
        </w:rPr>
      </w:pPr>
      <w:r>
        <w:rPr>
          <w:rFonts w:ascii="Times New Roman" w:hAnsi="Times New Roman" w:cs="Times New Roman"/>
          <w:color w:val="202124"/>
          <w:sz w:val="28"/>
          <w:szCs w:val="28"/>
          <w:lang w:val="kk-KZ"/>
        </w:rPr>
        <w:tab/>
      </w:r>
      <w:r w:rsidR="003A4ABB" w:rsidRPr="002417EA">
        <w:rPr>
          <w:rFonts w:ascii="Times New Roman" w:hAnsi="Times New Roman" w:cs="Times New Roman"/>
          <w:color w:val="202124"/>
          <w:sz w:val="28"/>
          <w:szCs w:val="28"/>
          <w:lang w:val="kk-KZ"/>
        </w:rPr>
        <w:t xml:space="preserve">(b) </w:t>
      </w:r>
      <w:r w:rsidR="00A07FF5" w:rsidRPr="002417EA">
        <w:rPr>
          <w:rFonts w:ascii="Times New Roman" w:hAnsi="Times New Roman" w:cs="Times New Roman"/>
          <w:position w:val="-12"/>
          <w:sz w:val="28"/>
          <w:szCs w:val="28"/>
        </w:rPr>
        <w:object w:dxaOrig="620" w:dyaOrig="360" w14:anchorId="0659FF01">
          <v:shape id="_x0000_i1496" type="#_x0000_t75" style="width:28.5pt;height:18.2pt" o:ole="">
            <v:imagedata r:id="rId956" o:title=""/>
          </v:shape>
          <o:OLEObject Type="Embed" ProgID="Equation.DSMT4" ShapeID="_x0000_i1496" DrawAspect="Content" ObjectID="_1840331950" r:id="rId957"/>
        </w:object>
      </w:r>
      <w:r w:rsidR="003A4ABB" w:rsidRPr="002417EA">
        <w:rPr>
          <w:rFonts w:ascii="Times New Roman" w:hAnsi="Times New Roman" w:cs="Times New Roman"/>
          <w:position w:val="-4"/>
          <w:sz w:val="28"/>
          <w:szCs w:val="28"/>
          <w:lang w:val="kk-KZ"/>
        </w:rPr>
        <w:t xml:space="preserve"> </w:t>
      </w:r>
      <w:r w:rsidR="003A4ABB" w:rsidRPr="002417EA">
        <w:rPr>
          <w:rFonts w:ascii="Times New Roman" w:hAnsi="Times New Roman" w:cs="Times New Roman"/>
          <w:color w:val="202124"/>
          <w:sz w:val="28"/>
          <w:szCs w:val="28"/>
          <w:lang w:val="kk-KZ"/>
        </w:rPr>
        <w:t xml:space="preserve">операторындағы сияқты </w:t>
      </w:r>
      <w:r w:rsidR="00A07FF5" w:rsidRPr="002417EA">
        <w:rPr>
          <w:rFonts w:ascii="Times New Roman" w:hAnsi="Times New Roman" w:cs="Times New Roman"/>
          <w:position w:val="-4"/>
          <w:sz w:val="28"/>
          <w:szCs w:val="28"/>
        </w:rPr>
        <w:object w:dxaOrig="200" w:dyaOrig="279" w14:anchorId="459876EB">
          <v:shape id="_x0000_i1497" type="#_x0000_t75" style="width:9.5pt;height:15.8pt" o:ole="">
            <v:imagedata r:id="rId958" o:title=""/>
          </v:shape>
          <o:OLEObject Type="Embed" ProgID="Equation.DSMT4" ShapeID="_x0000_i1497" DrawAspect="Content" ObjectID="_1840331951" r:id="rId959"/>
        </w:object>
      </w:r>
      <w:r w:rsidR="003A4ABB" w:rsidRPr="002417EA">
        <w:rPr>
          <w:rFonts w:ascii="Times New Roman" w:hAnsi="Times New Roman" w:cs="Times New Roman"/>
          <w:position w:val="-4"/>
          <w:sz w:val="28"/>
          <w:szCs w:val="28"/>
          <w:lang w:val="kk-KZ"/>
        </w:rPr>
        <w:t xml:space="preserve"> </w:t>
      </w:r>
      <w:r w:rsidR="003A4ABB" w:rsidRPr="002417EA">
        <w:rPr>
          <w:rFonts w:ascii="Times New Roman" w:hAnsi="Times New Roman" w:cs="Times New Roman"/>
          <w:color w:val="202124"/>
          <w:sz w:val="28"/>
          <w:szCs w:val="28"/>
          <w:lang w:val="kk-KZ"/>
        </w:rPr>
        <w:t xml:space="preserve">интегралдық операторды енгізуге болады, ол үшін </w:t>
      </w:r>
      <w:r w:rsidR="00A07FF5" w:rsidRPr="002417EA">
        <w:rPr>
          <w:rFonts w:ascii="Times New Roman" w:hAnsi="Times New Roman" w:cs="Times New Roman"/>
          <w:position w:val="-4"/>
          <w:sz w:val="28"/>
          <w:szCs w:val="28"/>
        </w:rPr>
        <w:object w:dxaOrig="859" w:dyaOrig="400" w14:anchorId="0516FFFF">
          <v:shape id="_x0000_i1498" type="#_x0000_t75" style="width:44.3pt;height:18.2pt" o:ole="">
            <v:imagedata r:id="rId960" o:title=""/>
          </v:shape>
          <o:OLEObject Type="Embed" ProgID="Equation.DSMT4" ShapeID="_x0000_i1498" DrawAspect="Content" ObjectID="_1840331952" r:id="rId961"/>
        </w:object>
      </w:r>
      <w:r w:rsidR="003A4ABB" w:rsidRPr="002417EA">
        <w:rPr>
          <w:rFonts w:ascii="Times New Roman" w:hAnsi="Times New Roman" w:cs="Times New Roman"/>
          <w:color w:val="202124"/>
          <w:sz w:val="28"/>
          <w:szCs w:val="28"/>
          <w:lang w:val="kk-KZ"/>
        </w:rPr>
        <w:t xml:space="preserve"> операторы да </w:t>
      </w:r>
      <w:r w:rsidR="00A07FF5" w:rsidRPr="002417EA">
        <w:rPr>
          <w:rFonts w:ascii="Times New Roman" w:hAnsi="Times New Roman" w:cs="Times New Roman"/>
          <w:position w:val="-4"/>
          <w:sz w:val="28"/>
          <w:szCs w:val="28"/>
        </w:rPr>
        <w:object w:dxaOrig="340" w:dyaOrig="340" w14:anchorId="5E679F52">
          <v:shape id="_x0000_i1499" type="#_x0000_t75" style="width:15.8pt;height:15.8pt" o:ole="">
            <v:imagedata r:id="rId962" o:title=""/>
          </v:shape>
          <o:OLEObject Type="Embed" ProgID="Equation.DSMT4" ShapeID="_x0000_i1499" DrawAspect="Content" ObjectID="_1840331953" r:id="rId963"/>
        </w:object>
      </w:r>
      <w:r w:rsidR="003A4ABB" w:rsidRPr="002417EA">
        <w:rPr>
          <w:rFonts w:ascii="Times New Roman" w:hAnsi="Times New Roman" w:cs="Times New Roman"/>
          <w:position w:val="-4"/>
          <w:sz w:val="28"/>
          <w:szCs w:val="28"/>
          <w:lang w:val="kk-KZ"/>
        </w:rPr>
        <w:t xml:space="preserve"> </w:t>
      </w:r>
      <w:r w:rsidR="003A4ABB" w:rsidRPr="002417EA">
        <w:rPr>
          <w:rFonts w:ascii="Times New Roman" w:hAnsi="Times New Roman" w:cs="Times New Roman"/>
          <w:color w:val="202124"/>
          <w:sz w:val="28"/>
          <w:szCs w:val="28"/>
          <w:lang w:val="kk-KZ"/>
        </w:rPr>
        <w:t>және ұқсас комплекс түйіндес</w:t>
      </w:r>
      <w:r w:rsidR="003A4ABB" w:rsidRPr="007C53FF">
        <w:rPr>
          <w:rFonts w:ascii="Times New Roman" w:hAnsi="Times New Roman" w:cs="Times New Roman"/>
          <w:color w:val="202124"/>
          <w:sz w:val="28"/>
          <w:szCs w:val="28"/>
          <w:lang w:val="kk-KZ"/>
        </w:rPr>
        <w:t xml:space="preserve"> </w:t>
      </w:r>
      <w:r w:rsidR="003A4ABB" w:rsidRPr="002417EA">
        <w:rPr>
          <w:rFonts w:ascii="Times New Roman" w:hAnsi="Times New Roman" w:cs="Times New Roman"/>
          <w:color w:val="202124"/>
          <w:sz w:val="28"/>
          <w:szCs w:val="28"/>
          <w:lang w:val="kk-KZ"/>
        </w:rPr>
        <w:lastRenderedPageBreak/>
        <w:t xml:space="preserve">операторына бөлінеді </w:t>
      </w:r>
      <w:r w:rsidR="00A07FF5" w:rsidRPr="002417EA">
        <w:rPr>
          <w:rFonts w:ascii="Times New Roman" w:hAnsi="Times New Roman" w:cs="Times New Roman"/>
          <w:position w:val="-10"/>
          <w:sz w:val="28"/>
          <w:szCs w:val="28"/>
        </w:rPr>
        <w:object w:dxaOrig="1020" w:dyaOrig="460" w14:anchorId="4857E3C8">
          <v:shape id="_x0000_i1500" type="#_x0000_t75" style="width:51.45pt;height:25.3pt" o:ole="">
            <v:imagedata r:id="rId964" o:title=""/>
          </v:shape>
          <o:OLEObject Type="Embed" ProgID="Equation.DSMT4" ShapeID="_x0000_i1500" DrawAspect="Content" ObjectID="_1840331954" r:id="rId965"/>
        </w:object>
      </w:r>
      <w:r w:rsidR="003A4ABB" w:rsidRPr="002417EA">
        <w:rPr>
          <w:rFonts w:ascii="Times New Roman" w:hAnsi="Times New Roman" w:cs="Times New Roman"/>
          <w:color w:val="202124"/>
          <w:sz w:val="28"/>
          <w:szCs w:val="28"/>
          <w:lang w:val="kk-KZ"/>
        </w:rPr>
        <w:t xml:space="preserve"> ережесі бойынша әрекет ететін. Содан кейін (1.26) ұқсас қатынасқа түрленеді </w:t>
      </w:r>
      <w:r w:rsidR="00A07FF5" w:rsidRPr="002417EA">
        <w:rPr>
          <w:rFonts w:ascii="Times New Roman" w:hAnsi="Times New Roman" w:cs="Times New Roman"/>
          <w:position w:val="-12"/>
          <w:sz w:val="28"/>
          <w:szCs w:val="28"/>
        </w:rPr>
        <w:object w:dxaOrig="2500" w:dyaOrig="420" w14:anchorId="6ECA4512">
          <v:shape id="_x0000_i1501" type="#_x0000_t75" style="width:125.8pt;height:20.55pt" o:ole="">
            <v:imagedata r:id="rId966" o:title=""/>
          </v:shape>
          <o:OLEObject Type="Embed" ProgID="Equation.DSMT4" ShapeID="_x0000_i1501" DrawAspect="Content" ObjectID="_1840331955" r:id="rId967"/>
        </w:object>
      </w:r>
    </w:p>
    <w:p w14:paraId="70951318" w14:textId="77777777" w:rsidR="003A4ABB" w:rsidRPr="002417EA" w:rsidRDefault="003A4ABB" w:rsidP="002417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202124"/>
          <w:sz w:val="28"/>
          <w:szCs w:val="28"/>
          <w:lang w:val="kk-KZ"/>
        </w:rPr>
      </w:pPr>
      <w:r w:rsidRPr="002417EA">
        <w:rPr>
          <w:rFonts w:ascii="Times New Roman" w:hAnsi="Times New Roman" w:cs="Times New Roman"/>
          <w:color w:val="202124"/>
          <w:sz w:val="28"/>
          <w:szCs w:val="28"/>
          <w:lang w:val="kk-KZ"/>
        </w:rPr>
        <w:t>Келесі операторларды қарастырайық</w:t>
      </w:r>
    </w:p>
    <w:p w14:paraId="220A67DF" w14:textId="77777777" w:rsidR="003A4ABB" w:rsidRPr="002417EA" w:rsidRDefault="003A4ABB" w:rsidP="002417EA">
      <w:pPr>
        <w:tabs>
          <w:tab w:val="left" w:pos="3837"/>
        </w:tabs>
        <w:spacing w:after="0" w:line="240" w:lineRule="auto"/>
        <w:rPr>
          <w:rFonts w:ascii="Times New Roman" w:hAnsi="Times New Roman" w:cs="Times New Roman"/>
          <w:sz w:val="28"/>
          <w:szCs w:val="28"/>
          <w:lang w:val="kk-KZ"/>
        </w:rPr>
      </w:pPr>
    </w:p>
    <w:p w14:paraId="043F9C13" w14:textId="77777777" w:rsidR="003A4ABB" w:rsidRPr="002417EA" w:rsidRDefault="00A07FF5" w:rsidP="002417EA">
      <w:pPr>
        <w:tabs>
          <w:tab w:val="left" w:pos="3837"/>
        </w:tabs>
        <w:spacing w:after="0" w:line="240" w:lineRule="auto"/>
        <w:jc w:val="center"/>
        <w:rPr>
          <w:rFonts w:ascii="Times New Roman" w:hAnsi="Times New Roman" w:cs="Times New Roman"/>
          <w:position w:val="-36"/>
          <w:sz w:val="28"/>
          <w:szCs w:val="28"/>
          <w:lang w:val="kk-KZ"/>
        </w:rPr>
      </w:pPr>
      <w:r w:rsidRPr="002417EA">
        <w:rPr>
          <w:rFonts w:ascii="Times New Roman" w:hAnsi="Times New Roman" w:cs="Times New Roman"/>
          <w:position w:val="-36"/>
          <w:sz w:val="28"/>
          <w:szCs w:val="28"/>
        </w:rPr>
        <w:object w:dxaOrig="4700" w:dyaOrig="859" w14:anchorId="60C8C670">
          <v:shape id="_x0000_i1502" type="#_x0000_t75" style="width:234.2pt;height:44.3pt" o:ole="">
            <v:imagedata r:id="rId968" o:title=""/>
          </v:shape>
          <o:OLEObject Type="Embed" ProgID="Equation.DSMT4" ShapeID="_x0000_i1502" DrawAspect="Content" ObjectID="_1840331956" r:id="rId969"/>
        </w:object>
      </w:r>
    </w:p>
    <w:p w14:paraId="17533203" w14:textId="77777777" w:rsidR="003A4ABB" w:rsidRPr="002417EA" w:rsidRDefault="003A4ABB" w:rsidP="002417EA">
      <w:pPr>
        <w:tabs>
          <w:tab w:val="left" w:pos="3837"/>
        </w:tabs>
        <w:spacing w:after="0" w:line="240" w:lineRule="auto"/>
        <w:rPr>
          <w:rFonts w:ascii="Times New Roman" w:hAnsi="Times New Roman" w:cs="Times New Roman"/>
          <w:sz w:val="28"/>
          <w:szCs w:val="28"/>
          <w:lang w:val="kk-KZ"/>
        </w:rPr>
      </w:pPr>
    </w:p>
    <w:p w14:paraId="6DB25DE6" w14:textId="77777777" w:rsidR="003A4ABB" w:rsidRPr="002417EA" w:rsidRDefault="003A4ABB" w:rsidP="002417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202124"/>
          <w:sz w:val="28"/>
          <w:szCs w:val="28"/>
          <w:lang w:val="kk-KZ"/>
        </w:rPr>
      </w:pPr>
      <w:r w:rsidRPr="002417EA">
        <w:rPr>
          <w:rFonts w:ascii="Times New Roman" w:hAnsi="Times New Roman" w:cs="Times New Roman"/>
          <w:color w:val="202124"/>
          <w:sz w:val="28"/>
          <w:szCs w:val="28"/>
          <w:lang w:val="kk-KZ"/>
        </w:rPr>
        <w:t xml:space="preserve">Бұл оператор үшін </w:t>
      </w:r>
      <w:r w:rsidR="00A07FF5" w:rsidRPr="002417EA">
        <w:rPr>
          <w:rFonts w:ascii="Times New Roman" w:hAnsi="Times New Roman" w:cs="Times New Roman"/>
          <w:position w:val="-4"/>
          <w:sz w:val="28"/>
          <w:szCs w:val="28"/>
        </w:rPr>
        <w:object w:dxaOrig="859" w:dyaOrig="340" w14:anchorId="11719D1E">
          <v:shape id="_x0000_i1503" type="#_x0000_t75" style="width:44.3pt;height:15.8pt" o:ole="">
            <v:imagedata r:id="rId970" o:title=""/>
          </v:shape>
          <o:OLEObject Type="Embed" ProgID="Equation.DSMT4" ShapeID="_x0000_i1503" DrawAspect="Content" ObjectID="_1840331957" r:id="rId971"/>
        </w:object>
      </w:r>
      <w:r w:rsidRPr="002417EA">
        <w:rPr>
          <w:rFonts w:ascii="Times New Roman" w:hAnsi="Times New Roman" w:cs="Times New Roman"/>
          <w:color w:val="202124"/>
          <w:sz w:val="28"/>
          <w:szCs w:val="28"/>
          <w:lang w:val="kk-KZ"/>
        </w:rPr>
        <w:t xml:space="preserve"> және </w:t>
      </w:r>
      <w:r w:rsidR="00A07FF5" w:rsidRPr="002417EA">
        <w:rPr>
          <w:rFonts w:ascii="Times New Roman" w:hAnsi="Times New Roman" w:cs="Times New Roman"/>
          <w:position w:val="-14"/>
          <w:sz w:val="28"/>
          <w:szCs w:val="28"/>
        </w:rPr>
        <w:object w:dxaOrig="1560" w:dyaOrig="440" w14:anchorId="4EA546FD">
          <v:shape id="_x0000_i1504" type="#_x0000_t75" style="width:79.1pt;height:20.55pt" o:ole="">
            <v:imagedata r:id="rId972" o:title=""/>
          </v:shape>
          <o:OLEObject Type="Embed" ProgID="Equation.DSMT4" ShapeID="_x0000_i1504" DrawAspect="Content" ObjectID="_1840331958" r:id="rId973"/>
        </w:object>
      </w:r>
      <w:r w:rsidRPr="002417EA">
        <w:rPr>
          <w:rFonts w:ascii="Times New Roman" w:hAnsi="Times New Roman" w:cs="Times New Roman"/>
          <w:color w:val="202124"/>
          <w:sz w:val="28"/>
          <w:szCs w:val="28"/>
          <w:lang w:val="kk-KZ"/>
        </w:rPr>
        <w:t xml:space="preserve"> болатыны анық. Екінші жағынан, </w:t>
      </w:r>
      <w:r w:rsidR="00A07FF5" w:rsidRPr="002417EA">
        <w:rPr>
          <w:rFonts w:ascii="Times New Roman" w:hAnsi="Times New Roman" w:cs="Times New Roman"/>
          <w:position w:val="-12"/>
          <w:sz w:val="28"/>
          <w:szCs w:val="28"/>
        </w:rPr>
        <w:object w:dxaOrig="940" w:dyaOrig="420" w14:anchorId="35A12F81">
          <v:shape id="_x0000_i1505" type="#_x0000_t75" style="width:46.7pt;height:20.55pt" o:ole="">
            <v:imagedata r:id="rId974" o:title=""/>
          </v:shape>
          <o:OLEObject Type="Embed" ProgID="Equation.DSMT4" ShapeID="_x0000_i1505" DrawAspect="Content" ObjectID="_1840331959" r:id="rId975"/>
        </w:object>
      </w:r>
      <w:r w:rsidRPr="002417EA">
        <w:rPr>
          <w:rFonts w:ascii="Times New Roman" w:hAnsi="Times New Roman" w:cs="Times New Roman"/>
          <w:color w:val="202124"/>
          <w:sz w:val="28"/>
          <w:szCs w:val="28"/>
          <w:lang w:val="kk-KZ"/>
        </w:rPr>
        <w:t xml:space="preserve">үшін (1.14) анықтамасына сәйкес </w:t>
      </w:r>
      <w:r w:rsidR="00A07FF5" w:rsidRPr="002417EA">
        <w:rPr>
          <w:rFonts w:ascii="Times New Roman" w:hAnsi="Times New Roman" w:cs="Times New Roman"/>
          <w:position w:val="-12"/>
          <w:sz w:val="28"/>
          <w:szCs w:val="28"/>
        </w:rPr>
        <w:object w:dxaOrig="1480" w:dyaOrig="360" w14:anchorId="03A8284E">
          <v:shape id="_x0000_i1506" type="#_x0000_t75" style="width:75.15pt;height:18.2pt" o:ole="">
            <v:imagedata r:id="rId976" o:title=""/>
          </v:shape>
          <o:OLEObject Type="Embed" ProgID="Equation.DSMT4" ShapeID="_x0000_i1506" DrawAspect="Content" ObjectID="_1840331960" r:id="rId977"/>
        </w:object>
      </w:r>
      <w:r w:rsidRPr="002417EA">
        <w:rPr>
          <w:rFonts w:ascii="Times New Roman" w:hAnsi="Times New Roman" w:cs="Times New Roman"/>
          <w:position w:val="-14"/>
          <w:sz w:val="28"/>
          <w:szCs w:val="28"/>
          <w:lang w:val="kk-KZ"/>
        </w:rPr>
        <w:t xml:space="preserve"> </w:t>
      </w:r>
      <w:r w:rsidRPr="002417EA">
        <w:rPr>
          <w:rFonts w:ascii="Times New Roman" w:hAnsi="Times New Roman" w:cs="Times New Roman"/>
          <w:color w:val="202124"/>
          <w:sz w:val="28"/>
          <w:szCs w:val="28"/>
          <w:lang w:val="kk-KZ"/>
        </w:rPr>
        <w:t>теңдігін аламыз демек,</w:t>
      </w:r>
      <w:r w:rsidRPr="002417EA">
        <w:rPr>
          <w:rFonts w:ascii="Times New Roman" w:hAnsi="Times New Roman" w:cs="Times New Roman"/>
          <w:position w:val="-4"/>
          <w:sz w:val="28"/>
          <w:szCs w:val="28"/>
          <w:lang w:val="kk-KZ"/>
        </w:rPr>
        <w:t xml:space="preserve"> </w:t>
      </w:r>
      <w:r w:rsidR="00A07FF5" w:rsidRPr="002417EA">
        <w:rPr>
          <w:rFonts w:ascii="Times New Roman" w:hAnsi="Times New Roman" w:cs="Times New Roman"/>
          <w:position w:val="-6"/>
          <w:sz w:val="28"/>
          <w:szCs w:val="28"/>
        </w:rPr>
        <w:object w:dxaOrig="980" w:dyaOrig="300" w14:anchorId="651EF3E7">
          <v:shape id="_x0000_i1507" type="#_x0000_t75" style="width:46.7pt;height:15.8pt" o:ole="">
            <v:imagedata r:id="rId978" o:title=""/>
          </v:shape>
          <o:OLEObject Type="Embed" ProgID="Equation.DSMT4" ShapeID="_x0000_i1507" DrawAspect="Content" ObjectID="_1840331961" r:id="rId979"/>
        </w:object>
      </w:r>
      <w:r w:rsidRPr="002417EA">
        <w:rPr>
          <w:rFonts w:ascii="Times New Roman" w:hAnsi="Times New Roman" w:cs="Times New Roman"/>
          <w:color w:val="202124"/>
          <w:sz w:val="28"/>
          <w:szCs w:val="28"/>
          <w:lang w:val="kk-KZ"/>
        </w:rPr>
        <w:t xml:space="preserve"> ол 1.1 (b) лемманың дәлелдеудін  және 1.1 лемманы аяқтайды.</w:t>
      </w:r>
    </w:p>
    <w:p w14:paraId="6EC94553" w14:textId="77777777" w:rsidR="00A051FC" w:rsidRPr="002417EA" w:rsidRDefault="00A051FC" w:rsidP="002417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202124"/>
          <w:sz w:val="28"/>
          <w:szCs w:val="28"/>
          <w:lang w:val="kk-KZ"/>
        </w:rPr>
      </w:pPr>
    </w:p>
    <w:p w14:paraId="3A757C43" w14:textId="45114A34" w:rsidR="00A051FC" w:rsidRPr="002417EA" w:rsidRDefault="00A051FC" w:rsidP="00645707">
      <w:p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color w:val="202124"/>
          <w:sz w:val="28"/>
          <w:szCs w:val="28"/>
          <w:lang w:val="kk-KZ"/>
        </w:rPr>
      </w:pPr>
      <w:r w:rsidRPr="002417EA">
        <w:rPr>
          <w:rFonts w:ascii="Times New Roman" w:hAnsi="Times New Roman" w:cs="Times New Roman"/>
          <w:b/>
          <w:sz w:val="28"/>
          <w:szCs w:val="28"/>
          <w:lang w:val="kk-KZ"/>
        </w:rPr>
        <w:t>1.2 Есептің фредгольмді шешімділігі</w:t>
      </w:r>
    </w:p>
    <w:p w14:paraId="482CDA99" w14:textId="1A275418" w:rsidR="003A4ABB" w:rsidRPr="002417EA" w:rsidRDefault="00645707" w:rsidP="002417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202124"/>
          <w:sz w:val="28"/>
          <w:szCs w:val="28"/>
          <w:lang w:val="kk-KZ"/>
        </w:rPr>
      </w:pPr>
      <w:r>
        <w:rPr>
          <w:rFonts w:ascii="Times New Roman" w:hAnsi="Times New Roman" w:cs="Times New Roman"/>
          <w:color w:val="202124"/>
          <w:sz w:val="28"/>
          <w:szCs w:val="28"/>
          <w:lang w:val="kk-KZ"/>
        </w:rPr>
        <w:t xml:space="preserve">        </w:t>
      </w:r>
      <w:r w:rsidR="003A4ABB" w:rsidRPr="002417EA">
        <w:rPr>
          <w:rFonts w:ascii="Times New Roman" w:hAnsi="Times New Roman" w:cs="Times New Roman"/>
          <w:color w:val="202124"/>
          <w:sz w:val="28"/>
          <w:szCs w:val="28"/>
          <w:lang w:val="kk-KZ"/>
        </w:rPr>
        <w:t>Енді қарастырылған есептің фредгольмді шешімділігінің негізгі нәтижесін тұжырымдаймыз. Әдетте, есептің фредгольмдылығы мен есептің индексі оның сәйкес оператор үшін ұқсас ұғымдарды білдіреді</w:t>
      </w:r>
    </w:p>
    <w:p w14:paraId="7BCB0BA0" w14:textId="77777777" w:rsidR="003A4ABB" w:rsidRPr="002417EA" w:rsidRDefault="003A4ABB" w:rsidP="002417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lang w:val="kk-KZ"/>
        </w:rPr>
      </w:pPr>
    </w:p>
    <w:p w14:paraId="3789F67B" w14:textId="77777777" w:rsidR="003A4ABB" w:rsidRPr="002417EA" w:rsidRDefault="00A07FF5" w:rsidP="002417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color w:val="202124"/>
          <w:sz w:val="28"/>
          <w:szCs w:val="28"/>
          <w:lang w:val="kk-KZ"/>
        </w:rPr>
      </w:pPr>
      <w:r w:rsidRPr="002417EA">
        <w:rPr>
          <w:rFonts w:ascii="Times New Roman" w:hAnsi="Times New Roman" w:cs="Times New Roman"/>
          <w:position w:val="-36"/>
          <w:sz w:val="28"/>
          <w:szCs w:val="28"/>
        </w:rPr>
        <w:object w:dxaOrig="4140" w:dyaOrig="820" w14:anchorId="6F7FCE44">
          <v:shape id="_x0000_i1508" type="#_x0000_t75" style="width:207.3pt;height:43.5pt" o:ole="">
            <v:imagedata r:id="rId980" o:title=""/>
          </v:shape>
          <o:OLEObject Type="Embed" ProgID="Equation.DSMT4" ShapeID="_x0000_i1508" DrawAspect="Content" ObjectID="_1840331962" r:id="rId981"/>
        </w:object>
      </w:r>
      <w:r w:rsidR="003A4ABB" w:rsidRPr="002417EA">
        <w:rPr>
          <w:rFonts w:ascii="Times New Roman" w:hAnsi="Times New Roman" w:cs="Times New Roman"/>
          <w:sz w:val="28"/>
          <w:szCs w:val="28"/>
          <w:lang w:val="kk-KZ"/>
        </w:rPr>
        <w:t xml:space="preserve">                                      (1.27)</w:t>
      </w:r>
    </w:p>
    <w:p w14:paraId="42C1A22D" w14:textId="77777777" w:rsidR="003A4ABB" w:rsidRPr="002417EA" w:rsidRDefault="003A4ABB" w:rsidP="002417EA">
      <w:pPr>
        <w:tabs>
          <w:tab w:val="left" w:pos="3837"/>
        </w:tabs>
        <w:spacing w:after="0" w:line="240" w:lineRule="auto"/>
        <w:rPr>
          <w:rFonts w:ascii="Times New Roman" w:hAnsi="Times New Roman" w:cs="Times New Roman"/>
          <w:sz w:val="28"/>
          <w:szCs w:val="28"/>
          <w:lang w:val="kk-KZ"/>
        </w:rPr>
      </w:pPr>
    </w:p>
    <w:p w14:paraId="19777BDB" w14:textId="77777777" w:rsidR="003A4ABB" w:rsidRPr="002417EA" w:rsidRDefault="003A4ABB" w:rsidP="002417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202124"/>
          <w:sz w:val="28"/>
          <w:szCs w:val="28"/>
          <w:lang w:val="kk-KZ"/>
        </w:rPr>
      </w:pPr>
      <w:r w:rsidRPr="002417EA">
        <w:rPr>
          <w:rFonts w:ascii="Times New Roman" w:hAnsi="Times New Roman" w:cs="Times New Roman"/>
          <w:color w:val="202124"/>
          <w:sz w:val="28"/>
          <w:szCs w:val="28"/>
          <w:lang w:val="kk-KZ"/>
        </w:rPr>
        <w:t xml:space="preserve"> (1.17) және (1.20) көрсетілген </w:t>
      </w:r>
      <w:r w:rsidR="00A07FF5" w:rsidRPr="002417EA">
        <w:rPr>
          <w:rFonts w:ascii="Times New Roman" w:hAnsi="Times New Roman" w:cs="Times New Roman"/>
          <w:position w:val="-12"/>
          <w:sz w:val="28"/>
          <w:szCs w:val="28"/>
        </w:rPr>
        <w:object w:dxaOrig="560" w:dyaOrig="360" w14:anchorId="1518EF62">
          <v:shape id="_x0000_i1509" type="#_x0000_t75" style="width:26.9pt;height:18.2pt" o:ole="">
            <v:imagedata r:id="rId982" o:title=""/>
          </v:shape>
          <o:OLEObject Type="Embed" ProgID="Equation.DSMT4" ShapeID="_x0000_i1509" DrawAspect="Content" ObjectID="_1840331963" r:id="rId983"/>
        </w:object>
      </w:r>
      <w:r w:rsidRPr="002417EA">
        <w:rPr>
          <w:rFonts w:ascii="Times New Roman" w:hAnsi="Times New Roman" w:cs="Times New Roman"/>
          <w:color w:val="202124"/>
          <w:sz w:val="28"/>
          <w:szCs w:val="28"/>
          <w:lang w:val="kk-KZ"/>
        </w:rPr>
        <w:t xml:space="preserve"> және В тікбұрышты матрицаларын еске түсірейік, олардың өлшемдері тиісінше </w:t>
      </w:r>
      <w:r w:rsidR="00A07FF5" w:rsidRPr="002417EA">
        <w:rPr>
          <w:rFonts w:ascii="Times New Roman" w:hAnsi="Times New Roman" w:cs="Times New Roman"/>
          <w:position w:val="-6"/>
          <w:sz w:val="28"/>
          <w:szCs w:val="28"/>
        </w:rPr>
        <w:object w:dxaOrig="620" w:dyaOrig="300" w14:anchorId="78A42CA2">
          <v:shape id="_x0000_i1510" type="#_x0000_t75" style="width:28.5pt;height:15.8pt" o:ole="">
            <v:imagedata r:id="rId984" o:title=""/>
          </v:shape>
          <o:OLEObject Type="Embed" ProgID="Equation.DSMT4" ShapeID="_x0000_i1510" DrawAspect="Content" ObjectID="_1840331964" r:id="rId985"/>
        </w:object>
      </w:r>
      <w:r w:rsidRPr="002417EA">
        <w:rPr>
          <w:rFonts w:ascii="Times New Roman" w:hAnsi="Times New Roman" w:cs="Times New Roman"/>
          <w:position w:val="-6"/>
          <w:sz w:val="28"/>
          <w:szCs w:val="28"/>
          <w:lang w:val="kk-KZ"/>
        </w:rPr>
        <w:t xml:space="preserve"> </w:t>
      </w:r>
      <w:r w:rsidRPr="002417EA">
        <w:rPr>
          <w:rFonts w:ascii="Times New Roman" w:hAnsi="Times New Roman" w:cs="Times New Roman"/>
          <w:color w:val="202124"/>
          <w:sz w:val="28"/>
          <w:szCs w:val="28"/>
          <w:lang w:val="kk-KZ"/>
        </w:rPr>
        <w:t xml:space="preserve">және </w:t>
      </w:r>
      <w:r w:rsidR="00A07FF5" w:rsidRPr="002417EA">
        <w:rPr>
          <w:rFonts w:ascii="Times New Roman" w:hAnsi="Times New Roman" w:cs="Times New Roman"/>
          <w:position w:val="-6"/>
          <w:sz w:val="28"/>
          <w:szCs w:val="28"/>
        </w:rPr>
        <w:object w:dxaOrig="620" w:dyaOrig="300" w14:anchorId="4D513F3B">
          <v:shape id="_x0000_i1511" type="#_x0000_t75" style="width:28.5pt;height:15.8pt" o:ole="">
            <v:imagedata r:id="rId986" o:title=""/>
          </v:shape>
          <o:OLEObject Type="Embed" ProgID="Equation.DSMT4" ShapeID="_x0000_i1511" DrawAspect="Content" ObjectID="_1840331965" r:id="rId987"/>
        </w:object>
      </w:r>
      <w:r w:rsidRPr="002417EA">
        <w:rPr>
          <w:rFonts w:ascii="Times New Roman" w:hAnsi="Times New Roman" w:cs="Times New Roman"/>
          <w:color w:val="202124"/>
          <w:sz w:val="28"/>
          <w:szCs w:val="28"/>
          <w:lang w:val="kk-KZ"/>
        </w:rPr>
        <w:t>, сондықтан,</w:t>
      </w:r>
      <w:r w:rsidRPr="002417EA">
        <w:rPr>
          <w:rFonts w:ascii="Times New Roman" w:hAnsi="Times New Roman" w:cs="Times New Roman"/>
          <w:position w:val="-6"/>
          <w:sz w:val="28"/>
          <w:szCs w:val="28"/>
          <w:lang w:val="kk-KZ"/>
        </w:rPr>
        <w:t xml:space="preserve"> </w:t>
      </w:r>
      <w:r w:rsidR="00A07FF5" w:rsidRPr="002417EA">
        <w:rPr>
          <w:rFonts w:ascii="Times New Roman" w:hAnsi="Times New Roman" w:cs="Times New Roman"/>
          <w:position w:val="-6"/>
          <w:sz w:val="28"/>
          <w:szCs w:val="28"/>
        </w:rPr>
        <w:object w:dxaOrig="580" w:dyaOrig="300" w14:anchorId="40F3A85B">
          <v:shape id="_x0000_i1512" type="#_x0000_t75" style="width:28.5pt;height:15.8pt" o:ole="">
            <v:imagedata r:id="rId988" o:title=""/>
          </v:shape>
          <o:OLEObject Type="Embed" ProgID="Equation.DSMT4" ShapeID="_x0000_i1512" DrawAspect="Content" ObjectID="_1840331966" r:id="rId989"/>
        </w:object>
      </w:r>
      <w:r w:rsidRPr="002417EA">
        <w:rPr>
          <w:rFonts w:ascii="Times New Roman" w:hAnsi="Times New Roman" w:cs="Times New Roman"/>
          <w:color w:val="202124"/>
          <w:sz w:val="28"/>
          <w:szCs w:val="28"/>
          <w:lang w:val="kk-KZ"/>
        </w:rPr>
        <w:t xml:space="preserve">өлшемді </w:t>
      </w:r>
      <w:r w:rsidR="00A07FF5" w:rsidRPr="002417EA">
        <w:rPr>
          <w:rFonts w:ascii="Times New Roman" w:hAnsi="Times New Roman" w:cs="Times New Roman"/>
          <w:position w:val="-12"/>
          <w:sz w:val="28"/>
          <w:szCs w:val="28"/>
        </w:rPr>
        <w:object w:dxaOrig="2240" w:dyaOrig="360" w14:anchorId="5E8E7071">
          <v:shape id="_x0000_i1513" type="#_x0000_t75" style="width:115.5pt;height:18.2pt" o:ole="">
            <v:imagedata r:id="rId990" o:title=""/>
          </v:shape>
          <o:OLEObject Type="Embed" ProgID="Equation.DSMT4" ShapeID="_x0000_i1513" DrawAspect="Content" ObjectID="_1840331967" r:id="rId991"/>
        </w:object>
      </w:r>
      <w:r w:rsidRPr="002417EA">
        <w:rPr>
          <w:rFonts w:ascii="Times New Roman" w:hAnsi="Times New Roman" w:cs="Times New Roman"/>
          <w:color w:val="202124"/>
          <w:sz w:val="28"/>
          <w:szCs w:val="28"/>
          <w:lang w:val="kk-KZ"/>
        </w:rPr>
        <w:t xml:space="preserve"> матрица - функциясын енгізе аламыз.</w:t>
      </w:r>
    </w:p>
    <w:p w14:paraId="17D73C6E" w14:textId="1BA26384" w:rsidR="003A4ABB" w:rsidRPr="002417EA" w:rsidRDefault="00645707" w:rsidP="00730D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567"/>
        <w:jc w:val="both"/>
        <w:rPr>
          <w:rFonts w:ascii="Times New Roman" w:hAnsi="Times New Roman" w:cs="Times New Roman"/>
          <w:color w:val="202124"/>
          <w:sz w:val="28"/>
          <w:szCs w:val="28"/>
          <w:lang w:val="kk-KZ"/>
        </w:rPr>
      </w:pPr>
      <w:r>
        <w:rPr>
          <w:rFonts w:ascii="Times New Roman" w:hAnsi="Times New Roman" w:cs="Times New Roman"/>
          <w:i/>
          <w:color w:val="202124"/>
          <w:sz w:val="28"/>
          <w:szCs w:val="28"/>
          <w:lang w:val="kk-KZ"/>
        </w:rPr>
        <w:tab/>
      </w:r>
      <w:r w:rsidR="003A4ABB" w:rsidRPr="002417EA">
        <w:rPr>
          <w:rFonts w:ascii="Times New Roman" w:hAnsi="Times New Roman" w:cs="Times New Roman"/>
          <w:b/>
          <w:color w:val="202124"/>
          <w:sz w:val="28"/>
          <w:szCs w:val="28"/>
          <w:lang w:val="kk-KZ"/>
        </w:rPr>
        <w:t xml:space="preserve">Теорема 1.1. </w:t>
      </w:r>
      <w:r w:rsidR="003A4ABB" w:rsidRPr="002417EA">
        <w:rPr>
          <w:rFonts w:ascii="Times New Roman" w:hAnsi="Times New Roman" w:cs="Times New Roman"/>
          <w:color w:val="202124"/>
          <w:sz w:val="28"/>
          <w:szCs w:val="28"/>
          <w:lang w:val="kk-KZ"/>
        </w:rPr>
        <w:t xml:space="preserve">Егер    </w:t>
      </w:r>
    </w:p>
    <w:p w14:paraId="37360075" w14:textId="77777777" w:rsidR="003A4ABB" w:rsidRPr="002417EA" w:rsidRDefault="003A4ABB" w:rsidP="002417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lang w:val="kk-KZ"/>
        </w:rPr>
      </w:pPr>
    </w:p>
    <w:p w14:paraId="2DBC60B2" w14:textId="77777777" w:rsidR="003A4ABB" w:rsidRPr="002417EA" w:rsidRDefault="00A07FF5" w:rsidP="002417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color w:val="202124"/>
          <w:sz w:val="28"/>
          <w:szCs w:val="28"/>
          <w:lang w:val="kk-KZ"/>
        </w:rPr>
      </w:pPr>
      <w:r w:rsidRPr="002417EA">
        <w:rPr>
          <w:rFonts w:ascii="Times New Roman" w:hAnsi="Times New Roman" w:cs="Times New Roman"/>
          <w:position w:val="-14"/>
          <w:sz w:val="28"/>
          <w:szCs w:val="28"/>
        </w:rPr>
        <w:object w:dxaOrig="2580" w:dyaOrig="420" w14:anchorId="197C8089">
          <v:shape id="_x0000_i1514" type="#_x0000_t75" style="width:128.2pt;height:20.55pt" o:ole="">
            <v:imagedata r:id="rId992" o:title=""/>
          </v:shape>
          <o:OLEObject Type="Embed" ProgID="Equation.DSMT4" ShapeID="_x0000_i1514" DrawAspect="Content" ObjectID="_1840331968" r:id="rId993"/>
        </w:object>
      </w:r>
      <w:r w:rsidR="003A4ABB" w:rsidRPr="002417EA">
        <w:rPr>
          <w:rFonts w:ascii="Times New Roman" w:hAnsi="Times New Roman" w:cs="Times New Roman"/>
          <w:sz w:val="28"/>
          <w:szCs w:val="28"/>
          <w:lang w:val="kk-KZ"/>
        </w:rPr>
        <w:t xml:space="preserve">                                              (1.28)</w:t>
      </w:r>
    </w:p>
    <w:p w14:paraId="2ED65E7D" w14:textId="77777777" w:rsidR="003A4ABB" w:rsidRPr="002417EA" w:rsidRDefault="003A4ABB" w:rsidP="002417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lang w:val="kk-KZ"/>
        </w:rPr>
      </w:pPr>
    </w:p>
    <w:p w14:paraId="70F3A25F" w14:textId="77777777" w:rsidR="003A4ABB" w:rsidRPr="002417EA" w:rsidRDefault="003A4ABB" w:rsidP="002417EA">
      <w:pPr>
        <w:tabs>
          <w:tab w:val="left" w:pos="3837"/>
        </w:tabs>
        <w:spacing w:after="0" w:line="240" w:lineRule="auto"/>
        <w:jc w:val="both"/>
        <w:rPr>
          <w:rFonts w:ascii="Times New Roman" w:hAnsi="Times New Roman" w:cs="Times New Roman"/>
          <w:color w:val="202124"/>
          <w:sz w:val="28"/>
          <w:szCs w:val="28"/>
          <w:lang w:val="kk-KZ"/>
        </w:rPr>
      </w:pPr>
      <w:r w:rsidRPr="002417EA">
        <w:rPr>
          <w:rFonts w:ascii="Times New Roman" w:hAnsi="Times New Roman" w:cs="Times New Roman"/>
          <w:color w:val="202124"/>
          <w:sz w:val="28"/>
          <w:szCs w:val="28"/>
          <w:lang w:val="kk-KZ"/>
        </w:rPr>
        <w:t xml:space="preserve">шарты орындалса, онда (1.1), (1.3) есебі </w:t>
      </w:r>
      <w:r w:rsidR="00A07FF5" w:rsidRPr="002417EA">
        <w:rPr>
          <w:rFonts w:ascii="Times New Roman" w:hAnsi="Times New Roman" w:cs="Times New Roman"/>
          <w:position w:val="-12"/>
          <w:sz w:val="28"/>
          <w:szCs w:val="28"/>
        </w:rPr>
        <w:object w:dxaOrig="1200" w:dyaOrig="440" w14:anchorId="585BC74F">
          <v:shape id="_x0000_i1515" type="#_x0000_t75" style="width:60.15pt;height:20.55pt" o:ole="">
            <v:imagedata r:id="rId994" o:title=""/>
          </v:shape>
          <o:OLEObject Type="Embed" ProgID="Equation.DSMT4" ShapeID="_x0000_i1515" DrawAspect="Content" ObjectID="_1840331969" r:id="rId995"/>
        </w:object>
      </w:r>
      <w:r w:rsidRPr="002417EA">
        <w:rPr>
          <w:rFonts w:ascii="Times New Roman" w:hAnsi="Times New Roman" w:cs="Times New Roman"/>
          <w:position w:val="-12"/>
          <w:sz w:val="28"/>
          <w:szCs w:val="28"/>
          <w:lang w:val="kk-KZ"/>
        </w:rPr>
        <w:t xml:space="preserve"> </w:t>
      </w:r>
      <w:r w:rsidRPr="002417EA">
        <w:rPr>
          <w:rFonts w:ascii="Times New Roman" w:hAnsi="Times New Roman" w:cs="Times New Roman"/>
          <w:color w:val="202124"/>
          <w:sz w:val="28"/>
          <w:szCs w:val="28"/>
          <w:lang w:val="kk-KZ"/>
        </w:rPr>
        <w:t>кеңістігінде фредгольмді шешімді және оның</w:t>
      </w:r>
      <w:r w:rsidRPr="002417EA">
        <w:rPr>
          <w:rFonts w:ascii="Times New Roman" w:hAnsi="Times New Roman" w:cs="Times New Roman"/>
          <w:position w:val="-6"/>
          <w:sz w:val="28"/>
          <w:szCs w:val="28"/>
          <w:lang w:val="kk-KZ"/>
        </w:rPr>
        <w:t xml:space="preserve"> </w:t>
      </w:r>
      <w:r w:rsidR="00A07FF5" w:rsidRPr="002417EA">
        <w:rPr>
          <w:rFonts w:ascii="Times New Roman" w:hAnsi="Times New Roman" w:cs="Times New Roman"/>
          <w:position w:val="-6"/>
          <w:sz w:val="28"/>
          <w:szCs w:val="28"/>
        </w:rPr>
        <w:object w:dxaOrig="260" w:dyaOrig="240" w14:anchorId="53F9FCBC">
          <v:shape id="_x0000_i1516" type="#_x0000_t75" style="width:11.85pt;height:11.85pt" o:ole="">
            <v:imagedata r:id="rId996" o:title=""/>
          </v:shape>
          <o:OLEObject Type="Embed" ProgID="Equation.DSMT4" ShapeID="_x0000_i1516" DrawAspect="Content" ObjectID="_1840331970" r:id="rId997"/>
        </w:object>
      </w:r>
      <w:r w:rsidRPr="002417EA">
        <w:rPr>
          <w:rFonts w:ascii="Times New Roman" w:hAnsi="Times New Roman" w:cs="Times New Roman"/>
          <w:i/>
          <w:color w:val="202124"/>
          <w:sz w:val="28"/>
          <w:szCs w:val="28"/>
          <w:lang w:val="kk-KZ"/>
        </w:rPr>
        <w:t xml:space="preserve"> </w:t>
      </w:r>
      <w:r w:rsidRPr="002417EA">
        <w:rPr>
          <w:rFonts w:ascii="Times New Roman" w:hAnsi="Times New Roman" w:cs="Times New Roman"/>
          <w:color w:val="202124"/>
          <w:sz w:val="28"/>
          <w:szCs w:val="28"/>
          <w:lang w:val="kk-KZ"/>
        </w:rPr>
        <w:t>индексі мына формуламен есептелінеді:</w:t>
      </w:r>
    </w:p>
    <w:p w14:paraId="4DA902DC" w14:textId="77777777" w:rsidR="003A4ABB" w:rsidRPr="002417EA" w:rsidRDefault="003A4ABB" w:rsidP="002417EA">
      <w:pPr>
        <w:tabs>
          <w:tab w:val="left" w:pos="3837"/>
        </w:tabs>
        <w:spacing w:after="0" w:line="240" w:lineRule="auto"/>
        <w:rPr>
          <w:rFonts w:ascii="Times New Roman" w:hAnsi="Times New Roman" w:cs="Times New Roman"/>
          <w:color w:val="202124"/>
          <w:sz w:val="28"/>
          <w:szCs w:val="28"/>
          <w:lang w:val="kk-KZ"/>
        </w:rPr>
      </w:pPr>
    </w:p>
    <w:p w14:paraId="67DF7E92" w14:textId="77777777" w:rsidR="003A4ABB" w:rsidRPr="002417EA" w:rsidRDefault="00A07FF5" w:rsidP="002417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8"/>
          <w:szCs w:val="28"/>
          <w:lang w:val="kk-KZ"/>
        </w:rPr>
      </w:pPr>
      <w:r w:rsidRPr="002417EA">
        <w:rPr>
          <w:rFonts w:ascii="Times New Roman" w:hAnsi="Times New Roman" w:cs="Times New Roman"/>
          <w:position w:val="-28"/>
          <w:sz w:val="28"/>
          <w:szCs w:val="28"/>
        </w:rPr>
        <w:object w:dxaOrig="3460" w:dyaOrig="720" w14:anchorId="3861ACBC">
          <v:shape id="_x0000_i1517" type="#_x0000_t75" style="width:174.05pt;height:37.2pt" o:ole="">
            <v:imagedata r:id="rId998" o:title=""/>
          </v:shape>
          <o:OLEObject Type="Embed" ProgID="Equation.DSMT4" ShapeID="_x0000_i1517" DrawAspect="Content" ObjectID="_1840331971" r:id="rId999"/>
        </w:object>
      </w:r>
      <w:r w:rsidR="003A4ABB" w:rsidRPr="002417EA">
        <w:rPr>
          <w:rFonts w:ascii="Times New Roman" w:hAnsi="Times New Roman" w:cs="Times New Roman"/>
          <w:sz w:val="28"/>
          <w:szCs w:val="28"/>
          <w:lang w:val="kk-KZ"/>
        </w:rPr>
        <w:t xml:space="preserve">                                   (1.29)</w:t>
      </w:r>
    </w:p>
    <w:p w14:paraId="0407A047" w14:textId="77777777" w:rsidR="003A4ABB" w:rsidRPr="002417EA" w:rsidRDefault="003A4ABB" w:rsidP="002417EA">
      <w:pPr>
        <w:tabs>
          <w:tab w:val="left" w:pos="3837"/>
        </w:tabs>
        <w:spacing w:after="0" w:line="240" w:lineRule="auto"/>
        <w:rPr>
          <w:rFonts w:ascii="Times New Roman" w:hAnsi="Times New Roman" w:cs="Times New Roman"/>
          <w:sz w:val="28"/>
          <w:szCs w:val="28"/>
          <w:lang w:val="kk-KZ"/>
        </w:rPr>
      </w:pPr>
    </w:p>
    <w:p w14:paraId="339C7339" w14:textId="77777777" w:rsidR="003A4ABB" w:rsidRPr="002417EA" w:rsidRDefault="003A4ABB" w:rsidP="002417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202124"/>
          <w:sz w:val="28"/>
          <w:szCs w:val="28"/>
          <w:lang w:val="kk-KZ"/>
        </w:rPr>
      </w:pPr>
      <w:r w:rsidRPr="002417EA">
        <w:rPr>
          <w:rFonts w:ascii="Times New Roman" w:hAnsi="Times New Roman" w:cs="Times New Roman"/>
          <w:color w:val="202124"/>
          <w:sz w:val="28"/>
          <w:szCs w:val="28"/>
          <w:lang w:val="kk-KZ"/>
        </w:rPr>
        <w:t>мұнда аргументтің үзіліссіз тармағының өсімшесі Γ контурының бойымен сағат тіліне қарсы бағытта жүзеге асырылады.</w:t>
      </w:r>
    </w:p>
    <w:p w14:paraId="13FD2ABA" w14:textId="60820D38" w:rsidR="003A4ABB" w:rsidRPr="002417EA" w:rsidRDefault="003A4ABB" w:rsidP="00645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color w:val="202124"/>
          <w:sz w:val="28"/>
          <w:szCs w:val="28"/>
          <w:lang w:val="kk-KZ"/>
        </w:rPr>
      </w:pPr>
      <w:r w:rsidRPr="002417EA">
        <w:rPr>
          <w:rFonts w:ascii="Times New Roman" w:hAnsi="Times New Roman" w:cs="Times New Roman"/>
          <w:i/>
          <w:iCs/>
          <w:color w:val="202124"/>
          <w:sz w:val="28"/>
          <w:szCs w:val="28"/>
          <w:lang w:val="kk-KZ"/>
        </w:rPr>
        <w:t>Дәлелдеу.</w:t>
      </w:r>
      <w:r w:rsidRPr="002417EA">
        <w:rPr>
          <w:rFonts w:ascii="Times New Roman" w:hAnsi="Times New Roman" w:cs="Times New Roman"/>
          <w:b/>
          <w:color w:val="202124"/>
          <w:sz w:val="28"/>
          <w:szCs w:val="28"/>
          <w:lang w:val="kk-KZ"/>
        </w:rPr>
        <w:t xml:space="preserve"> </w:t>
      </w:r>
      <w:r w:rsidRPr="002417EA">
        <w:rPr>
          <w:rFonts w:ascii="Times New Roman" w:hAnsi="Times New Roman" w:cs="Times New Roman"/>
          <w:color w:val="202124"/>
          <w:sz w:val="28"/>
          <w:szCs w:val="28"/>
          <w:lang w:val="kk-KZ"/>
        </w:rPr>
        <w:t>(1.1), (1.3) және (1.16), (1.18) есептерінің эквиваленттілігіне байланысты соңғы есеп үшін 1.1-теореманың дұрыстығын көрсету жеткілікті, яғни (1.19) оның операторының фредгольмділік қасиетін және (1.29) индекс үшін сәйкес формуланы дәлелдеу жеткілікті.</w:t>
      </w:r>
    </w:p>
    <w:p w14:paraId="725CCCF3" w14:textId="7841F801" w:rsidR="003A4ABB" w:rsidRPr="002417EA" w:rsidRDefault="003A4ABB" w:rsidP="00645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color w:val="202124"/>
          <w:sz w:val="28"/>
          <w:szCs w:val="28"/>
          <w:lang w:val="kk-KZ"/>
        </w:rPr>
      </w:pPr>
      <w:r w:rsidRPr="002417EA">
        <w:rPr>
          <w:rFonts w:ascii="Times New Roman" w:hAnsi="Times New Roman" w:cs="Times New Roman"/>
          <w:color w:val="202124"/>
          <w:sz w:val="28"/>
          <w:szCs w:val="28"/>
          <w:lang w:val="kk-KZ"/>
        </w:rPr>
        <w:t>Шындығында, 1.1 (b) -лемманың негізінде бұл есеп төмендегі есепке пара-пар</w:t>
      </w:r>
    </w:p>
    <w:p w14:paraId="6D2F8CFF" w14:textId="77777777" w:rsidR="003A4ABB" w:rsidRPr="002417EA" w:rsidRDefault="003A4ABB" w:rsidP="002417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lang w:val="kk-KZ"/>
        </w:rPr>
      </w:pPr>
    </w:p>
    <w:p w14:paraId="54410341" w14:textId="77777777" w:rsidR="003A4ABB" w:rsidRPr="002417EA" w:rsidRDefault="00A07FF5" w:rsidP="002417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color w:val="202124"/>
          <w:sz w:val="28"/>
          <w:szCs w:val="28"/>
          <w:lang w:val="kk-KZ"/>
        </w:rPr>
      </w:pPr>
      <w:r w:rsidRPr="002417EA">
        <w:rPr>
          <w:rFonts w:ascii="Times New Roman" w:hAnsi="Times New Roman" w:cs="Times New Roman"/>
          <w:position w:val="-12"/>
          <w:sz w:val="28"/>
          <w:szCs w:val="28"/>
        </w:rPr>
        <w:object w:dxaOrig="7320" w:dyaOrig="460" w14:anchorId="162C8C7B">
          <v:shape id="_x0000_i1518" type="#_x0000_t75" style="width:367.1pt;height:25.3pt" o:ole="">
            <v:imagedata r:id="rId1000" o:title=""/>
          </v:shape>
          <o:OLEObject Type="Embed" ProgID="Equation.DSMT4" ShapeID="_x0000_i1518" DrawAspect="Content" ObjectID="_1840331972" r:id="rId1001"/>
        </w:object>
      </w:r>
      <w:r w:rsidR="003A4ABB" w:rsidRPr="002417EA">
        <w:rPr>
          <w:rFonts w:ascii="Times New Roman" w:hAnsi="Times New Roman" w:cs="Times New Roman"/>
          <w:sz w:val="28"/>
          <w:szCs w:val="28"/>
          <w:lang w:val="kk-KZ"/>
        </w:rPr>
        <w:t xml:space="preserve">        (1.30)</w:t>
      </w:r>
    </w:p>
    <w:p w14:paraId="5D26AEC0" w14:textId="77777777" w:rsidR="003A4ABB" w:rsidRPr="002417EA" w:rsidRDefault="003A4ABB" w:rsidP="002417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lang w:val="kk-KZ"/>
        </w:rPr>
      </w:pPr>
    </w:p>
    <w:p w14:paraId="300AE94C" w14:textId="77777777" w:rsidR="003A4ABB" w:rsidRPr="002417EA" w:rsidRDefault="003A4ABB" w:rsidP="002417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lang w:val="kk-KZ"/>
        </w:rPr>
      </w:pPr>
      <w:r w:rsidRPr="002417EA">
        <w:rPr>
          <w:rFonts w:ascii="Times New Roman" w:hAnsi="Times New Roman" w:cs="Times New Roman"/>
          <w:color w:val="202124"/>
          <w:sz w:val="28"/>
          <w:szCs w:val="28"/>
          <w:lang w:val="kk-KZ"/>
        </w:rPr>
        <w:t xml:space="preserve">бүкіл </w:t>
      </w:r>
      <w:r w:rsidR="00A07FF5" w:rsidRPr="002417EA">
        <w:rPr>
          <w:rFonts w:ascii="Times New Roman" w:hAnsi="Times New Roman" w:cs="Times New Roman"/>
          <w:position w:val="-12"/>
          <w:sz w:val="28"/>
          <w:szCs w:val="28"/>
        </w:rPr>
        <w:object w:dxaOrig="1140" w:dyaOrig="420" w14:anchorId="4615F88A">
          <v:shape id="_x0000_i1519" type="#_x0000_t75" style="width:56.2pt;height:20.55pt" o:ole="">
            <v:imagedata r:id="rId1002" o:title=""/>
          </v:shape>
          <o:OLEObject Type="Embed" ProgID="Equation.DSMT4" ShapeID="_x0000_i1519" DrawAspect="Content" ObjectID="_1840331973" r:id="rId1003"/>
        </w:object>
      </w:r>
      <w:r w:rsidRPr="002417EA">
        <w:rPr>
          <w:rFonts w:ascii="Times New Roman" w:hAnsi="Times New Roman" w:cs="Times New Roman"/>
          <w:color w:val="202124"/>
          <w:sz w:val="28"/>
          <w:szCs w:val="28"/>
          <w:lang w:val="kk-KZ"/>
        </w:rPr>
        <w:t xml:space="preserve"> кеңістігінде қарастырғанда.</w:t>
      </w:r>
    </w:p>
    <w:p w14:paraId="2DA4D184" w14:textId="7532B004" w:rsidR="003A4ABB" w:rsidRPr="002417EA" w:rsidRDefault="003A4ABB" w:rsidP="00645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color w:val="202124"/>
          <w:sz w:val="28"/>
          <w:szCs w:val="28"/>
          <w:lang w:val="kk-KZ"/>
        </w:rPr>
      </w:pPr>
      <w:r w:rsidRPr="002417EA">
        <w:rPr>
          <w:rFonts w:ascii="Times New Roman" w:hAnsi="Times New Roman" w:cs="Times New Roman"/>
          <w:color w:val="202124"/>
          <w:sz w:val="28"/>
          <w:szCs w:val="28"/>
          <w:lang w:val="kk-KZ"/>
        </w:rPr>
        <w:t xml:space="preserve">Шынында да, есептің шешімі </w:t>
      </w:r>
      <w:r w:rsidR="00A07FF5" w:rsidRPr="002417EA">
        <w:rPr>
          <w:rFonts w:ascii="Times New Roman" w:hAnsi="Times New Roman" w:cs="Times New Roman"/>
          <w:position w:val="-12"/>
          <w:sz w:val="28"/>
          <w:szCs w:val="28"/>
        </w:rPr>
        <w:object w:dxaOrig="880" w:dyaOrig="420" w14:anchorId="53ECA644">
          <v:shape id="_x0000_i1520" type="#_x0000_t75" style="width:44.3pt;height:20.55pt" o:ole="">
            <v:imagedata r:id="rId1004" o:title=""/>
          </v:shape>
          <o:OLEObject Type="Embed" ProgID="Equation.DSMT4" ShapeID="_x0000_i1520" DrawAspect="Content" ObjectID="_1840331974" r:id="rId1005"/>
        </w:object>
      </w:r>
      <w:r w:rsidRPr="002417EA">
        <w:rPr>
          <w:rFonts w:ascii="Times New Roman" w:hAnsi="Times New Roman" w:cs="Times New Roman"/>
          <w:color w:val="202124"/>
          <w:sz w:val="28"/>
          <w:szCs w:val="28"/>
          <w:lang w:val="kk-KZ"/>
        </w:rPr>
        <w:t xml:space="preserve"> болсын. (1.16) анықтама бойынша </w:t>
      </w:r>
      <w:r w:rsidR="00A07FF5" w:rsidRPr="002417EA">
        <w:rPr>
          <w:rFonts w:ascii="Times New Roman" w:hAnsi="Times New Roman" w:cs="Times New Roman"/>
          <w:position w:val="-12"/>
          <w:sz w:val="28"/>
          <w:szCs w:val="28"/>
        </w:rPr>
        <w:object w:dxaOrig="460" w:dyaOrig="440" w14:anchorId="38B35A44">
          <v:shape id="_x0000_i1521" type="#_x0000_t75" style="width:25.3pt;height:20.55pt" o:ole="">
            <v:imagedata r:id="rId1006" o:title=""/>
          </v:shape>
          <o:OLEObject Type="Embed" ProgID="Equation.DSMT4" ShapeID="_x0000_i1521" DrawAspect="Content" ObjectID="_1840331975" r:id="rId1007"/>
        </w:object>
      </w:r>
      <w:r w:rsidRPr="002417EA">
        <w:rPr>
          <w:rFonts w:ascii="Times New Roman" w:hAnsi="Times New Roman" w:cs="Times New Roman"/>
          <w:color w:val="202124"/>
          <w:sz w:val="28"/>
          <w:szCs w:val="28"/>
          <w:lang w:val="kk-KZ"/>
        </w:rPr>
        <w:t xml:space="preserve"> функциясының  </w:t>
      </w:r>
      <w:r w:rsidR="00A07FF5" w:rsidRPr="002417EA">
        <w:rPr>
          <w:rFonts w:ascii="Times New Roman" w:hAnsi="Times New Roman" w:cs="Times New Roman"/>
          <w:position w:val="-6"/>
          <w:sz w:val="28"/>
          <w:szCs w:val="28"/>
        </w:rPr>
        <w:object w:dxaOrig="660" w:dyaOrig="300" w14:anchorId="539ABB31">
          <v:shape id="_x0000_i1522" type="#_x0000_t75" style="width:34pt;height:15.8pt" o:ole="">
            <v:imagedata r:id="rId1008" o:title=""/>
          </v:shape>
          <o:OLEObject Type="Embed" ProgID="Equation.DSMT4" ShapeID="_x0000_i1522" DrawAspect="Content" ObjectID="_1840331976" r:id="rId1009"/>
        </w:object>
      </w:r>
      <w:r w:rsidRPr="002417EA">
        <w:rPr>
          <w:rFonts w:ascii="Times New Roman" w:hAnsi="Times New Roman" w:cs="Times New Roman"/>
          <w:position w:val="-18"/>
          <w:sz w:val="28"/>
          <w:szCs w:val="28"/>
          <w:lang w:val="kk-KZ"/>
        </w:rPr>
        <w:t xml:space="preserve"> </w:t>
      </w:r>
      <w:r w:rsidRPr="002417EA">
        <w:rPr>
          <w:rFonts w:ascii="Times New Roman" w:hAnsi="Times New Roman" w:cs="Times New Roman"/>
          <w:color w:val="202124"/>
          <w:sz w:val="28"/>
          <w:szCs w:val="28"/>
          <w:lang w:val="kk-KZ"/>
        </w:rPr>
        <w:t xml:space="preserve">бірінші  компоненті нөлге айналады, ал (1.30) –гі бірінші теңдеудің сол жағындағы екінші және үшінші мүшелері ұқсас қасиетке ие. Демек, </w:t>
      </w:r>
      <w:r w:rsidR="00A07FF5" w:rsidRPr="002417EA">
        <w:rPr>
          <w:rFonts w:ascii="Times New Roman" w:hAnsi="Times New Roman" w:cs="Times New Roman"/>
          <w:position w:val="-14"/>
          <w:sz w:val="28"/>
          <w:szCs w:val="28"/>
        </w:rPr>
        <w:object w:dxaOrig="980" w:dyaOrig="440" w14:anchorId="720C347E">
          <v:shape id="_x0000_i1523" type="#_x0000_t75" style="width:46.7pt;height:20.55pt" o:ole="">
            <v:imagedata r:id="rId1010" o:title=""/>
          </v:shape>
          <o:OLEObject Type="Embed" ProgID="Equation.DSMT4" ShapeID="_x0000_i1523" DrawAspect="Content" ObjectID="_1840331977" r:id="rId1011"/>
        </w:object>
      </w:r>
      <w:r w:rsidRPr="002417EA">
        <w:rPr>
          <w:rFonts w:ascii="Times New Roman" w:hAnsi="Times New Roman" w:cs="Times New Roman"/>
          <w:color w:val="202124"/>
          <w:sz w:val="28"/>
          <w:szCs w:val="28"/>
          <w:lang w:val="kk-KZ"/>
        </w:rPr>
        <w:t xml:space="preserve">пара-пар, яғни, (1.8) L(A)U функциясына да ақиқат. Бірақ, онда 1.1 (b) -леммасы бойынша </w:t>
      </w:r>
      <w:r w:rsidR="00A07FF5" w:rsidRPr="002417EA">
        <w:rPr>
          <w:rFonts w:ascii="Times New Roman" w:hAnsi="Times New Roman" w:cs="Times New Roman"/>
          <w:position w:val="-6"/>
          <w:sz w:val="28"/>
          <w:szCs w:val="28"/>
        </w:rPr>
        <w:object w:dxaOrig="279" w:dyaOrig="300" w14:anchorId="5946C2FA">
          <v:shape id="_x0000_i1524" type="#_x0000_t75" style="width:15.8pt;height:15.8pt" o:ole="">
            <v:imagedata r:id="rId1012" o:title=""/>
          </v:shape>
          <o:OLEObject Type="Embed" ProgID="Equation.DSMT4" ShapeID="_x0000_i1524" DrawAspect="Content" ObjectID="_1840331978" r:id="rId1013"/>
        </w:object>
      </w:r>
      <w:r w:rsidRPr="002417EA">
        <w:rPr>
          <w:rFonts w:ascii="Times New Roman" w:hAnsi="Times New Roman" w:cs="Times New Roman"/>
          <w:position w:val="-6"/>
          <w:sz w:val="28"/>
          <w:szCs w:val="28"/>
          <w:lang w:val="kk-KZ"/>
        </w:rPr>
        <w:t xml:space="preserve"> </w:t>
      </w:r>
      <w:r w:rsidRPr="002417EA">
        <w:rPr>
          <w:rFonts w:ascii="Times New Roman" w:hAnsi="Times New Roman" w:cs="Times New Roman"/>
          <w:color w:val="202124"/>
          <w:sz w:val="28"/>
          <w:szCs w:val="28"/>
          <w:lang w:val="kk-KZ"/>
        </w:rPr>
        <w:t xml:space="preserve">функциясы </w:t>
      </w:r>
      <w:r w:rsidR="00A07FF5" w:rsidRPr="002417EA">
        <w:rPr>
          <w:rFonts w:ascii="Times New Roman" w:hAnsi="Times New Roman" w:cs="Times New Roman"/>
          <w:position w:val="-6"/>
          <w:sz w:val="28"/>
          <w:szCs w:val="28"/>
        </w:rPr>
        <w:object w:dxaOrig="980" w:dyaOrig="300" w14:anchorId="0AB2DEBE">
          <v:shape id="_x0000_i1525" type="#_x0000_t75" style="width:46.7pt;height:15.8pt" o:ole="">
            <v:imagedata r:id="rId1014" o:title=""/>
          </v:shape>
          <o:OLEObject Type="Embed" ProgID="Equation.DSMT4" ShapeID="_x0000_i1525" DrawAspect="Content" ObjectID="_1840331979" r:id="rId1015"/>
        </w:object>
      </w:r>
      <w:r w:rsidRPr="002417EA">
        <w:rPr>
          <w:rFonts w:ascii="Times New Roman" w:hAnsi="Times New Roman" w:cs="Times New Roman"/>
          <w:color w:val="202124"/>
          <w:sz w:val="28"/>
          <w:szCs w:val="28"/>
          <w:lang w:val="kk-KZ"/>
        </w:rPr>
        <w:t xml:space="preserve"> сәйкес келеді және (1.30) теңдігі (1.16), (1.18) -ге айналады.</w:t>
      </w:r>
    </w:p>
    <w:p w14:paraId="270684AE" w14:textId="15D43654" w:rsidR="003A4ABB" w:rsidRPr="002417EA" w:rsidRDefault="003A4ABB" w:rsidP="00645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color w:val="202124"/>
          <w:sz w:val="28"/>
          <w:szCs w:val="28"/>
          <w:lang w:val="kk-KZ"/>
        </w:rPr>
      </w:pPr>
      <w:r w:rsidRPr="002417EA">
        <w:rPr>
          <w:rFonts w:ascii="Times New Roman" w:hAnsi="Times New Roman" w:cs="Times New Roman"/>
          <w:color w:val="202124"/>
          <w:sz w:val="28"/>
          <w:szCs w:val="28"/>
          <w:lang w:val="kk-KZ"/>
        </w:rPr>
        <w:t>(1.28) шарты орындалсын. Онда (1.30) есебінің операторы фредгольмді екенін көрсетеміз</w:t>
      </w:r>
    </w:p>
    <w:p w14:paraId="401CC4E1" w14:textId="77777777" w:rsidR="003A4ABB" w:rsidRPr="002417EA" w:rsidRDefault="003A4ABB" w:rsidP="002417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lang w:val="kk-KZ"/>
        </w:rPr>
      </w:pPr>
    </w:p>
    <w:p w14:paraId="2AB9B206" w14:textId="2234A2C5" w:rsidR="003A4ABB" w:rsidRPr="002417EA" w:rsidRDefault="00A07FF5" w:rsidP="000A33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color w:val="202124"/>
          <w:sz w:val="28"/>
          <w:szCs w:val="28"/>
          <w:lang w:val="kk-KZ"/>
        </w:rPr>
      </w:pPr>
      <w:r w:rsidRPr="002417EA">
        <w:rPr>
          <w:rFonts w:ascii="Times New Roman" w:hAnsi="Times New Roman" w:cs="Times New Roman"/>
          <w:position w:val="-20"/>
          <w:sz w:val="28"/>
          <w:szCs w:val="28"/>
        </w:rPr>
        <w:object w:dxaOrig="3840" w:dyaOrig="540" w14:anchorId="0B17E469">
          <v:shape id="_x0000_i1526" type="#_x0000_t75" style="width:190.7pt;height:27.7pt" o:ole="">
            <v:imagedata r:id="rId1016" o:title=""/>
          </v:shape>
          <o:OLEObject Type="Embed" ProgID="Equation.DSMT4" ShapeID="_x0000_i1526" DrawAspect="Content" ObjectID="_1840331980" r:id="rId1017"/>
        </w:object>
      </w:r>
      <w:r w:rsidR="000A3333">
        <w:rPr>
          <w:rFonts w:ascii="Times New Roman" w:hAnsi="Times New Roman" w:cs="Times New Roman"/>
          <w:sz w:val="28"/>
          <w:szCs w:val="28"/>
          <w:lang w:val="kk-KZ"/>
        </w:rPr>
        <w:t xml:space="preserve">                </w:t>
      </w:r>
      <w:r w:rsidR="003A4ABB" w:rsidRPr="002417EA">
        <w:rPr>
          <w:rFonts w:ascii="Times New Roman" w:hAnsi="Times New Roman" w:cs="Times New Roman"/>
          <w:sz w:val="28"/>
          <w:szCs w:val="28"/>
          <w:lang w:val="kk-KZ"/>
        </w:rPr>
        <w:t xml:space="preserve">                   (1.31)</w:t>
      </w:r>
    </w:p>
    <w:p w14:paraId="30EF5231" w14:textId="77777777" w:rsidR="003A4ABB" w:rsidRPr="002417EA" w:rsidRDefault="003A4ABB" w:rsidP="002417EA">
      <w:pPr>
        <w:tabs>
          <w:tab w:val="left" w:pos="3837"/>
        </w:tabs>
        <w:spacing w:after="0" w:line="240" w:lineRule="auto"/>
        <w:rPr>
          <w:rFonts w:ascii="Times New Roman" w:hAnsi="Times New Roman" w:cs="Times New Roman"/>
          <w:position w:val="-18"/>
          <w:sz w:val="28"/>
          <w:szCs w:val="28"/>
          <w:lang w:val="kk-KZ"/>
        </w:rPr>
      </w:pPr>
    </w:p>
    <w:p w14:paraId="6830FC9D" w14:textId="77777777" w:rsidR="003A4ABB" w:rsidRPr="002417EA" w:rsidRDefault="003A4ABB" w:rsidP="002417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lang w:val="kk-KZ"/>
        </w:rPr>
      </w:pPr>
      <w:r w:rsidRPr="002417EA">
        <w:rPr>
          <w:rFonts w:ascii="Times New Roman" w:hAnsi="Times New Roman" w:cs="Times New Roman"/>
          <w:color w:val="202124"/>
          <w:sz w:val="28"/>
          <w:szCs w:val="28"/>
          <w:lang w:val="kk-KZ"/>
        </w:rPr>
        <w:t xml:space="preserve">және оның индексі </w:t>
      </w:r>
      <w:r w:rsidR="00A07FF5" w:rsidRPr="002417EA">
        <w:rPr>
          <w:rFonts w:ascii="Times New Roman" w:hAnsi="Times New Roman" w:cs="Times New Roman"/>
          <w:position w:val="-6"/>
          <w:sz w:val="28"/>
          <w:szCs w:val="28"/>
        </w:rPr>
        <w:object w:dxaOrig="260" w:dyaOrig="240" w14:anchorId="2EA24B44">
          <v:shape id="_x0000_i1527" type="#_x0000_t75" style="width:11.85pt;height:11.85pt" o:ole="">
            <v:imagedata r:id="rId1018" o:title=""/>
          </v:shape>
          <o:OLEObject Type="Embed" ProgID="Equation.DSMT4" ShapeID="_x0000_i1527" DrawAspect="Content" ObjectID="_1840331981" r:id="rId1019"/>
        </w:object>
      </w:r>
      <w:r w:rsidRPr="002417EA">
        <w:rPr>
          <w:rFonts w:ascii="Times New Roman" w:hAnsi="Times New Roman" w:cs="Times New Roman"/>
          <w:color w:val="202124"/>
          <w:sz w:val="28"/>
          <w:szCs w:val="28"/>
          <w:lang w:val="kk-KZ"/>
        </w:rPr>
        <w:t xml:space="preserve"> (1.29)  формуласымен есептелетіндігін көрсетеміз.</w:t>
      </w:r>
    </w:p>
    <w:p w14:paraId="3A57F292" w14:textId="34977FB1" w:rsidR="003A4ABB" w:rsidRPr="002417EA" w:rsidRDefault="003A4ABB" w:rsidP="00645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color w:val="202124"/>
          <w:sz w:val="28"/>
          <w:szCs w:val="28"/>
          <w:lang w:val="kk-KZ"/>
        </w:rPr>
      </w:pPr>
      <w:r w:rsidRPr="002417EA">
        <w:rPr>
          <w:rFonts w:ascii="Times New Roman" w:hAnsi="Times New Roman" w:cs="Times New Roman"/>
          <w:color w:val="202124"/>
          <w:sz w:val="28"/>
          <w:szCs w:val="28"/>
          <w:lang w:val="kk-KZ"/>
        </w:rPr>
        <w:t xml:space="preserve">Осы мақсатта біз </w:t>
      </w:r>
      <w:r w:rsidR="00A07FF5" w:rsidRPr="002417EA">
        <w:rPr>
          <w:rFonts w:ascii="Times New Roman" w:hAnsi="Times New Roman" w:cs="Times New Roman"/>
          <w:position w:val="-10"/>
          <w:sz w:val="28"/>
          <w:szCs w:val="28"/>
        </w:rPr>
        <w:object w:dxaOrig="2000" w:dyaOrig="420" w14:anchorId="232E2F3F">
          <v:shape id="_x0000_i1528" type="#_x0000_t75" style="width:102.05pt;height:20.55pt" o:ole="">
            <v:imagedata r:id="rId1020" o:title=""/>
          </v:shape>
          <o:OLEObject Type="Embed" ProgID="Equation.DSMT4" ShapeID="_x0000_i1528" DrawAspect="Content" ObjectID="_1840331982" r:id="rId1021"/>
        </w:object>
      </w:r>
      <w:r w:rsidRPr="002417EA">
        <w:rPr>
          <w:rFonts w:ascii="Times New Roman" w:hAnsi="Times New Roman" w:cs="Times New Roman"/>
          <w:color w:val="202124"/>
          <w:sz w:val="28"/>
          <w:szCs w:val="28"/>
          <w:lang w:val="kk-KZ"/>
        </w:rPr>
        <w:t xml:space="preserve"> ауыстыруды қолданамыз, ол (1.22) сәйкес </w:t>
      </w:r>
      <w:r w:rsidR="00A07FF5" w:rsidRPr="002417EA">
        <w:rPr>
          <w:rFonts w:ascii="Times New Roman" w:hAnsi="Times New Roman" w:cs="Times New Roman"/>
          <w:position w:val="-20"/>
          <w:sz w:val="28"/>
          <w:szCs w:val="28"/>
        </w:rPr>
        <w:object w:dxaOrig="2040" w:dyaOrig="540" w14:anchorId="3DD73890">
          <v:shape id="_x0000_i1529" type="#_x0000_t75" style="width:102.05pt;height:27.7pt" o:ole="">
            <v:imagedata r:id="rId1022" o:title=""/>
          </v:shape>
          <o:OLEObject Type="Embed" ProgID="Equation.DSMT4" ShapeID="_x0000_i1529" DrawAspect="Content" ObjectID="_1840331983" r:id="rId1023"/>
        </w:object>
      </w:r>
      <w:r w:rsidRPr="002417EA">
        <w:rPr>
          <w:rFonts w:ascii="Times New Roman" w:hAnsi="Times New Roman" w:cs="Times New Roman"/>
          <w:color w:val="202124"/>
          <w:sz w:val="28"/>
          <w:szCs w:val="28"/>
          <w:lang w:val="kk-KZ"/>
        </w:rPr>
        <w:t xml:space="preserve">жұбы болып табылады және </w:t>
      </w:r>
      <w:r w:rsidR="00A07FF5" w:rsidRPr="002417EA">
        <w:rPr>
          <w:rFonts w:ascii="Times New Roman" w:hAnsi="Times New Roman" w:cs="Times New Roman"/>
          <w:position w:val="-4"/>
          <w:sz w:val="28"/>
          <w:szCs w:val="28"/>
        </w:rPr>
        <w:object w:dxaOrig="279" w:dyaOrig="279" w14:anchorId="04A1BA64">
          <v:shape id="_x0000_i1530" type="#_x0000_t75" style="width:15.8pt;height:15.8pt" o:ole="">
            <v:imagedata r:id="rId1024" o:title=""/>
          </v:shape>
          <o:OLEObject Type="Embed" ProgID="Equation.DSMT4" ShapeID="_x0000_i1530" DrawAspect="Content" ObjectID="_1840331984" r:id="rId1025"/>
        </w:object>
      </w:r>
      <w:r w:rsidRPr="002417EA">
        <w:rPr>
          <w:rFonts w:ascii="Times New Roman" w:hAnsi="Times New Roman" w:cs="Times New Roman"/>
          <w:color w:val="202124"/>
          <w:sz w:val="28"/>
          <w:szCs w:val="28"/>
          <w:lang w:val="kk-KZ"/>
        </w:rPr>
        <w:t>− сызықты операторларын енгіземіз</w:t>
      </w:r>
    </w:p>
    <w:p w14:paraId="5B019537" w14:textId="77777777" w:rsidR="003A4ABB" w:rsidRPr="002417EA" w:rsidRDefault="003A4ABB" w:rsidP="002417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lang w:val="kk-KZ"/>
        </w:rPr>
      </w:pPr>
    </w:p>
    <w:p w14:paraId="66C65870" w14:textId="55A66B0F" w:rsidR="003A4ABB" w:rsidRPr="002417EA" w:rsidRDefault="00A07FF5" w:rsidP="002417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color w:val="202124"/>
          <w:sz w:val="28"/>
          <w:szCs w:val="28"/>
          <w:lang w:val="kk-KZ"/>
        </w:rPr>
      </w:pPr>
      <w:r w:rsidRPr="002417EA">
        <w:rPr>
          <w:rFonts w:ascii="Times New Roman" w:hAnsi="Times New Roman" w:cs="Times New Roman"/>
          <w:position w:val="-14"/>
          <w:sz w:val="28"/>
          <w:szCs w:val="28"/>
        </w:rPr>
        <w:object w:dxaOrig="6259" w:dyaOrig="460" w14:anchorId="4B784C25">
          <v:shape id="_x0000_i1531" type="#_x0000_t75" style="width:314.9pt;height:25.3pt" o:ole="">
            <v:imagedata r:id="rId1026" o:title=""/>
          </v:shape>
          <o:OLEObject Type="Embed" ProgID="Equation.DSMT4" ShapeID="_x0000_i1531" DrawAspect="Content" ObjectID="_1840331985" r:id="rId1027"/>
        </w:object>
      </w:r>
      <w:r w:rsidR="000A3333">
        <w:rPr>
          <w:rFonts w:ascii="Times New Roman" w:hAnsi="Times New Roman" w:cs="Times New Roman"/>
          <w:sz w:val="28"/>
          <w:szCs w:val="28"/>
          <w:lang w:val="kk-KZ"/>
        </w:rPr>
        <w:t xml:space="preserve">    </w:t>
      </w:r>
      <w:r w:rsidR="003A4ABB" w:rsidRPr="002417EA">
        <w:rPr>
          <w:rFonts w:ascii="Times New Roman" w:hAnsi="Times New Roman" w:cs="Times New Roman"/>
          <w:sz w:val="28"/>
          <w:szCs w:val="28"/>
          <w:lang w:val="kk-KZ"/>
        </w:rPr>
        <w:t xml:space="preserve">            (1.32)</w:t>
      </w:r>
    </w:p>
    <w:p w14:paraId="623BAB62" w14:textId="77777777" w:rsidR="003A4ABB" w:rsidRPr="002417EA" w:rsidRDefault="003A4ABB" w:rsidP="002417EA">
      <w:pPr>
        <w:tabs>
          <w:tab w:val="left" w:pos="3837"/>
        </w:tabs>
        <w:spacing w:after="0" w:line="240" w:lineRule="auto"/>
        <w:rPr>
          <w:rFonts w:ascii="Times New Roman" w:hAnsi="Times New Roman" w:cs="Times New Roman"/>
          <w:position w:val="-14"/>
          <w:sz w:val="28"/>
          <w:szCs w:val="28"/>
          <w:lang w:val="kk-KZ"/>
        </w:rPr>
      </w:pPr>
    </w:p>
    <w:p w14:paraId="262AC19E" w14:textId="07480F57" w:rsidR="003A4ABB" w:rsidRPr="002417EA" w:rsidRDefault="000A3333" w:rsidP="000A3333">
      <w:pPr>
        <w:spacing w:after="0" w:line="240" w:lineRule="auto"/>
        <w:rPr>
          <w:rFonts w:ascii="Times New Roman" w:hAnsi="Times New Roman" w:cs="Times New Roman"/>
          <w:color w:val="202124"/>
          <w:sz w:val="28"/>
          <w:szCs w:val="28"/>
          <w:lang w:val="kk-KZ"/>
        </w:rPr>
      </w:pPr>
      <w:r>
        <w:rPr>
          <w:rFonts w:ascii="Times New Roman" w:hAnsi="Times New Roman" w:cs="Times New Roman"/>
          <w:color w:val="202124"/>
          <w:sz w:val="28"/>
          <w:szCs w:val="28"/>
          <w:lang w:val="kk-KZ"/>
        </w:rPr>
        <w:tab/>
      </w:r>
      <w:r w:rsidR="003A4ABB" w:rsidRPr="002417EA">
        <w:rPr>
          <w:rFonts w:ascii="Times New Roman" w:hAnsi="Times New Roman" w:cs="Times New Roman"/>
          <w:color w:val="202124"/>
          <w:sz w:val="28"/>
          <w:szCs w:val="28"/>
          <w:lang w:val="kk-KZ"/>
        </w:rPr>
        <w:t>Осы алмастыру арқылы (1.30) бірінші теңдеуі мына теңдеуге айналады:</w:t>
      </w:r>
    </w:p>
    <w:p w14:paraId="51529D45" w14:textId="77777777" w:rsidR="003A4ABB" w:rsidRPr="002417EA" w:rsidRDefault="003A4ABB" w:rsidP="002417EA">
      <w:pPr>
        <w:tabs>
          <w:tab w:val="left" w:pos="3837"/>
        </w:tabs>
        <w:spacing w:after="0" w:line="240" w:lineRule="auto"/>
        <w:rPr>
          <w:rFonts w:ascii="Times New Roman" w:hAnsi="Times New Roman" w:cs="Times New Roman"/>
          <w:position w:val="-14"/>
          <w:sz w:val="28"/>
          <w:szCs w:val="28"/>
          <w:lang w:val="kk-KZ"/>
        </w:rPr>
      </w:pPr>
    </w:p>
    <w:p w14:paraId="696835DB" w14:textId="77777777" w:rsidR="003A4ABB" w:rsidRPr="002417EA" w:rsidRDefault="00A07FF5" w:rsidP="002417EA">
      <w:pPr>
        <w:tabs>
          <w:tab w:val="left" w:pos="3837"/>
        </w:tabs>
        <w:spacing w:after="0" w:line="240" w:lineRule="auto"/>
        <w:jc w:val="center"/>
        <w:rPr>
          <w:rFonts w:ascii="Times New Roman" w:hAnsi="Times New Roman" w:cs="Times New Roman"/>
          <w:position w:val="-18"/>
          <w:sz w:val="28"/>
          <w:szCs w:val="28"/>
          <w:lang w:val="kk-KZ"/>
        </w:rPr>
      </w:pPr>
      <w:r w:rsidRPr="002417EA">
        <w:rPr>
          <w:rFonts w:ascii="Times New Roman" w:hAnsi="Times New Roman" w:cs="Times New Roman"/>
          <w:position w:val="-20"/>
          <w:sz w:val="28"/>
          <w:szCs w:val="28"/>
        </w:rPr>
        <w:object w:dxaOrig="5420" w:dyaOrig="580" w14:anchorId="610DFBA9">
          <v:shape id="_x0000_i1532" type="#_x0000_t75" style="width:272.2pt;height:28.5pt" o:ole="">
            <v:imagedata r:id="rId1028" o:title=""/>
          </v:shape>
          <o:OLEObject Type="Embed" ProgID="Equation.DSMT4" ShapeID="_x0000_i1532" DrawAspect="Content" ObjectID="_1840331986" r:id="rId1029"/>
        </w:object>
      </w:r>
    </w:p>
    <w:p w14:paraId="5DE711EF" w14:textId="77777777" w:rsidR="003A4ABB" w:rsidRPr="002417EA" w:rsidRDefault="003A4ABB" w:rsidP="002417EA">
      <w:pPr>
        <w:tabs>
          <w:tab w:val="left" w:pos="3837"/>
        </w:tabs>
        <w:spacing w:after="0" w:line="240" w:lineRule="auto"/>
        <w:rPr>
          <w:rFonts w:ascii="Times New Roman" w:hAnsi="Times New Roman" w:cs="Times New Roman"/>
          <w:position w:val="-14"/>
          <w:sz w:val="28"/>
          <w:szCs w:val="28"/>
          <w:lang w:val="kk-KZ"/>
        </w:rPr>
      </w:pPr>
    </w:p>
    <w:p w14:paraId="04A7F5F0" w14:textId="77777777" w:rsidR="003A4ABB" w:rsidRPr="002417EA" w:rsidRDefault="003A4ABB" w:rsidP="002417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lang w:val="kk-KZ"/>
        </w:rPr>
      </w:pPr>
      <w:r w:rsidRPr="002417EA">
        <w:rPr>
          <w:rFonts w:ascii="Times New Roman" w:hAnsi="Times New Roman" w:cs="Times New Roman"/>
          <w:color w:val="202124"/>
          <w:sz w:val="28"/>
          <w:szCs w:val="28"/>
          <w:lang w:val="kk-KZ"/>
        </w:rPr>
        <w:t xml:space="preserve">одан жүйені аламыз, ол жүйе теңдеуден тұрады </w:t>
      </w:r>
    </w:p>
    <w:p w14:paraId="3A92B22F" w14:textId="77777777" w:rsidR="003A4ABB" w:rsidRPr="002417EA" w:rsidRDefault="003A4ABB" w:rsidP="002417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lang w:val="kk-KZ"/>
        </w:rPr>
      </w:pPr>
    </w:p>
    <w:p w14:paraId="28CA7F2E" w14:textId="77777777" w:rsidR="003A4ABB" w:rsidRPr="002417EA" w:rsidRDefault="00A07FF5" w:rsidP="002417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position w:val="-14"/>
          <w:sz w:val="28"/>
          <w:szCs w:val="28"/>
        </w:rPr>
      </w:pPr>
      <w:r w:rsidRPr="002417EA">
        <w:rPr>
          <w:rFonts w:ascii="Times New Roman" w:hAnsi="Times New Roman" w:cs="Times New Roman"/>
          <w:position w:val="-14"/>
          <w:sz w:val="28"/>
          <w:szCs w:val="28"/>
        </w:rPr>
        <w:object w:dxaOrig="4760" w:dyaOrig="460" w14:anchorId="707C6286">
          <v:shape id="_x0000_i1533" type="#_x0000_t75" style="width:236.55pt;height:25.3pt" o:ole="">
            <v:imagedata r:id="rId1030" o:title=""/>
          </v:shape>
          <o:OLEObject Type="Embed" ProgID="Equation.DSMT4" ShapeID="_x0000_i1533" DrawAspect="Content" ObjectID="_1840331987" r:id="rId1031"/>
        </w:object>
      </w:r>
    </w:p>
    <w:p w14:paraId="7B7DD3D6" w14:textId="77777777" w:rsidR="003A4ABB" w:rsidRPr="002417EA" w:rsidRDefault="003A4ABB" w:rsidP="002417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position w:val="-14"/>
          <w:sz w:val="28"/>
          <w:szCs w:val="28"/>
          <w:lang w:val="kk-KZ"/>
        </w:rPr>
      </w:pPr>
    </w:p>
    <w:p w14:paraId="2534A790" w14:textId="77777777" w:rsidR="003A4ABB" w:rsidRPr="002417EA" w:rsidRDefault="003A4ABB" w:rsidP="002417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lang w:val="kk-KZ"/>
        </w:rPr>
      </w:pPr>
      <w:r w:rsidRPr="002417EA">
        <w:rPr>
          <w:rFonts w:ascii="Times New Roman" w:hAnsi="Times New Roman" w:cs="Times New Roman"/>
          <w:color w:val="202124"/>
          <w:sz w:val="28"/>
          <w:szCs w:val="28"/>
          <w:lang w:val="kk-KZ"/>
        </w:rPr>
        <w:t>және оған комплекс түйіндес теңдеуден тұрады. (1.30) шекаралық шарты да соған сәйкес түрленеді. (1.32) белгісін қолданып, нәтижесінде эквивалентті есепке келеміз</w:t>
      </w:r>
    </w:p>
    <w:p w14:paraId="700D0BA9" w14:textId="77777777" w:rsidR="003A4ABB" w:rsidRPr="002417EA" w:rsidRDefault="003A4ABB" w:rsidP="002417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lang w:val="kk-KZ"/>
        </w:rPr>
      </w:pPr>
    </w:p>
    <w:p w14:paraId="3F85561E" w14:textId="0A840F35" w:rsidR="003A4ABB" w:rsidRDefault="00A07FF5" w:rsidP="002417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8"/>
          <w:szCs w:val="28"/>
          <w:lang w:val="kk-KZ"/>
        </w:rPr>
      </w:pPr>
      <w:r w:rsidRPr="002417EA">
        <w:rPr>
          <w:rFonts w:ascii="Times New Roman" w:hAnsi="Times New Roman" w:cs="Times New Roman"/>
          <w:position w:val="-18"/>
          <w:sz w:val="28"/>
          <w:szCs w:val="28"/>
        </w:rPr>
        <w:object w:dxaOrig="7260" w:dyaOrig="499" w14:anchorId="6EDCB09A">
          <v:shape id="_x0000_i1534" type="#_x0000_t75" style="width:362.35pt;height:25.3pt" o:ole="">
            <v:imagedata r:id="rId1032" o:title=""/>
          </v:shape>
          <o:OLEObject Type="Embed" ProgID="Equation.DSMT4" ShapeID="_x0000_i1534" DrawAspect="Content" ObjectID="_1840331988" r:id="rId1033"/>
        </w:object>
      </w:r>
      <w:r w:rsidR="000A3333">
        <w:rPr>
          <w:rFonts w:ascii="Times New Roman" w:hAnsi="Times New Roman" w:cs="Times New Roman"/>
          <w:sz w:val="28"/>
          <w:szCs w:val="28"/>
          <w:lang w:val="kk-KZ"/>
        </w:rPr>
        <w:t xml:space="preserve">  </w:t>
      </w:r>
      <w:r w:rsidR="003A4ABB" w:rsidRPr="002417EA">
        <w:rPr>
          <w:rFonts w:ascii="Times New Roman" w:hAnsi="Times New Roman" w:cs="Times New Roman"/>
          <w:sz w:val="28"/>
          <w:szCs w:val="28"/>
          <w:lang w:val="kk-KZ"/>
        </w:rPr>
        <w:t xml:space="preserve">      (1.33)</w:t>
      </w:r>
    </w:p>
    <w:p w14:paraId="36F0FBEA" w14:textId="77777777" w:rsidR="004F565E" w:rsidRPr="002417EA" w:rsidRDefault="004F565E" w:rsidP="002417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color w:val="202124"/>
          <w:sz w:val="28"/>
          <w:szCs w:val="28"/>
          <w:lang w:val="kk-KZ"/>
        </w:rPr>
      </w:pPr>
    </w:p>
    <w:p w14:paraId="7F978C9A" w14:textId="6E7F35FB" w:rsidR="003A4ABB" w:rsidRPr="002417EA" w:rsidRDefault="003A4ABB" w:rsidP="002417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202124"/>
          <w:sz w:val="28"/>
          <w:szCs w:val="28"/>
          <w:lang w:val="kk-KZ"/>
        </w:rPr>
      </w:pPr>
      <w:r w:rsidRPr="002417EA">
        <w:rPr>
          <w:rFonts w:ascii="Times New Roman" w:hAnsi="Times New Roman" w:cs="Times New Roman"/>
          <w:color w:val="202124"/>
          <w:sz w:val="28"/>
          <w:szCs w:val="28"/>
          <w:lang w:val="kk-KZ"/>
        </w:rPr>
        <w:lastRenderedPageBreak/>
        <w:t xml:space="preserve">бұлар </w:t>
      </w:r>
      <w:r w:rsidR="00A07FF5" w:rsidRPr="002417EA">
        <w:rPr>
          <w:rFonts w:ascii="Times New Roman" w:hAnsi="Times New Roman" w:cs="Times New Roman"/>
          <w:position w:val="-20"/>
          <w:sz w:val="28"/>
          <w:szCs w:val="28"/>
        </w:rPr>
        <w:object w:dxaOrig="3840" w:dyaOrig="540" w14:anchorId="237002F3">
          <v:shape id="_x0000_i1535" type="#_x0000_t75" style="width:190.7pt;height:27.7pt" o:ole="">
            <v:imagedata r:id="rId1034" o:title=""/>
          </v:shape>
          <o:OLEObject Type="Embed" ProgID="Equation.DSMT4" ShapeID="_x0000_i1535" DrawAspect="Content" ObjectID="_1840331989" r:id="rId1035"/>
        </w:object>
      </w:r>
      <w:r w:rsidRPr="002417EA">
        <w:rPr>
          <w:rFonts w:ascii="Times New Roman" w:hAnsi="Times New Roman" w:cs="Times New Roman"/>
          <w:color w:val="202124"/>
          <w:sz w:val="28"/>
          <w:szCs w:val="28"/>
          <w:lang w:val="kk-KZ"/>
        </w:rPr>
        <w:t xml:space="preserve">әсер ететін оператор. Бұл есептегі </w:t>
      </w:r>
      <w:r w:rsidR="00A07FF5" w:rsidRPr="002417EA">
        <w:rPr>
          <w:rFonts w:ascii="Times New Roman" w:hAnsi="Times New Roman" w:cs="Times New Roman"/>
          <w:position w:val="-4"/>
          <w:sz w:val="28"/>
          <w:szCs w:val="28"/>
        </w:rPr>
        <w:object w:dxaOrig="420" w:dyaOrig="340" w14:anchorId="1B2DF9A0">
          <v:shape id="_x0000_i1536" type="#_x0000_t75" style="width:20.55pt;height:15.8pt" o:ole="">
            <v:imagedata r:id="rId1036" o:title=""/>
          </v:shape>
          <o:OLEObject Type="Embed" ProgID="Equation.DSMT4" ShapeID="_x0000_i1536" DrawAspect="Content" ObjectID="_1840331990" r:id="rId1037"/>
        </w:object>
      </w:r>
      <w:r w:rsidRPr="002417EA">
        <w:rPr>
          <w:rFonts w:ascii="Times New Roman" w:hAnsi="Times New Roman" w:cs="Times New Roman"/>
          <w:color w:val="202124"/>
          <w:sz w:val="28"/>
          <w:szCs w:val="28"/>
          <w:lang w:val="kk-KZ"/>
        </w:rPr>
        <w:t xml:space="preserve"> операторы </w:t>
      </w:r>
      <w:r w:rsidR="00A07FF5" w:rsidRPr="002417EA">
        <w:rPr>
          <w:rFonts w:ascii="Times New Roman" w:hAnsi="Times New Roman" w:cs="Times New Roman"/>
          <w:position w:val="-20"/>
          <w:sz w:val="28"/>
          <w:szCs w:val="28"/>
        </w:rPr>
        <w:object w:dxaOrig="880" w:dyaOrig="540" w14:anchorId="4DCE1E54">
          <v:shape id="_x0000_i1537" type="#_x0000_t75" style="width:44.3pt;height:27.7pt" o:ole="">
            <v:imagedata r:id="rId1038" o:title=""/>
          </v:shape>
          <o:OLEObject Type="Embed" ProgID="Equation.DSMT4" ShapeID="_x0000_i1537" DrawAspect="Content" ObjectID="_1840331991" r:id="rId1039"/>
        </w:object>
      </w:r>
      <w:r w:rsidRPr="002417EA">
        <w:rPr>
          <w:rFonts w:ascii="Times New Roman" w:hAnsi="Times New Roman" w:cs="Times New Roman"/>
          <w:color w:val="202124"/>
          <w:sz w:val="28"/>
          <w:szCs w:val="28"/>
          <w:lang w:val="kk-KZ"/>
        </w:rPr>
        <w:t xml:space="preserve">-де шенелген, ал </w:t>
      </w:r>
      <w:r w:rsidR="00A07FF5" w:rsidRPr="002417EA">
        <w:rPr>
          <w:rFonts w:ascii="Times New Roman" w:hAnsi="Times New Roman" w:cs="Times New Roman"/>
          <w:position w:val="-20"/>
          <w:sz w:val="28"/>
          <w:szCs w:val="28"/>
        </w:rPr>
        <w:object w:dxaOrig="2040" w:dyaOrig="540" w14:anchorId="776E66FC">
          <v:shape id="_x0000_i1538" type="#_x0000_t75" style="width:102.05pt;height:27.7pt" o:ole="">
            <v:imagedata r:id="rId1040" o:title=""/>
          </v:shape>
          <o:OLEObject Type="Embed" ProgID="Equation.DSMT4" ShapeID="_x0000_i1538" DrawAspect="Content" ObjectID="_1840331992" r:id="rId1041"/>
        </w:object>
      </w:r>
      <w:r w:rsidRPr="002417EA">
        <w:rPr>
          <w:rFonts w:ascii="Times New Roman" w:hAnsi="Times New Roman" w:cs="Times New Roman"/>
          <w:color w:val="202124"/>
          <w:sz w:val="28"/>
          <w:szCs w:val="28"/>
          <w:lang w:val="kk-KZ"/>
        </w:rPr>
        <w:t>кеңістігінде</w:t>
      </w:r>
      <w:r w:rsidR="00A07FF5" w:rsidRPr="002417EA">
        <w:rPr>
          <w:rFonts w:ascii="Times New Roman" w:hAnsi="Times New Roman" w:cs="Times New Roman"/>
          <w:position w:val="-4"/>
          <w:sz w:val="28"/>
          <w:szCs w:val="28"/>
        </w:rPr>
        <w:object w:dxaOrig="440" w:dyaOrig="340" w14:anchorId="6171D605">
          <v:shape id="_x0000_i1539" type="#_x0000_t75" style="width:20.55pt;height:15.8pt" o:ole="">
            <v:imagedata r:id="rId1042" o:title=""/>
          </v:shape>
          <o:OLEObject Type="Embed" ProgID="Equation.DSMT4" ShapeID="_x0000_i1539" DrawAspect="Content" ObjectID="_1840331993" r:id="rId1043"/>
        </w:object>
      </w:r>
      <w:r w:rsidRPr="002417EA">
        <w:rPr>
          <w:rFonts w:ascii="Times New Roman" w:hAnsi="Times New Roman" w:cs="Times New Roman"/>
          <w:color w:val="202124"/>
          <w:sz w:val="28"/>
          <w:szCs w:val="28"/>
          <w:lang w:val="kk-KZ"/>
        </w:rPr>
        <w:t xml:space="preserve">операторы компактілі. Қарастырылатын кеңістіктердің </w:t>
      </w:r>
      <w:r w:rsidR="00A07FF5" w:rsidRPr="002417EA">
        <w:rPr>
          <w:rFonts w:ascii="Times New Roman" w:hAnsi="Times New Roman" w:cs="Times New Roman"/>
          <w:position w:val="-6"/>
          <w:sz w:val="28"/>
          <w:szCs w:val="28"/>
        </w:rPr>
        <w:object w:dxaOrig="360" w:dyaOrig="300" w14:anchorId="672C5D0C">
          <v:shape id="_x0000_i1540" type="#_x0000_t75" style="width:18.2pt;height:15.8pt" o:ole="">
            <v:imagedata r:id="rId1044" o:title=""/>
          </v:shape>
          <o:OLEObject Type="Embed" ProgID="Equation.DSMT4" ShapeID="_x0000_i1540" DrawAspect="Content" ObjectID="_1840331994" r:id="rId1045"/>
        </w:object>
      </w:r>
      <w:r w:rsidRPr="002417EA">
        <w:rPr>
          <w:rFonts w:ascii="Times New Roman" w:hAnsi="Times New Roman" w:cs="Times New Roman"/>
          <w:color w:val="202124"/>
          <w:sz w:val="28"/>
          <w:szCs w:val="28"/>
          <w:lang w:val="kk-KZ"/>
        </w:rPr>
        <w:t>вектор-функциялары D облысында комплекс екенін, ал Γ контурында нақты екенін атап өтеміз. [19</w:t>
      </w:r>
      <w:r w:rsidR="002E3F14">
        <w:rPr>
          <w:rFonts w:ascii="Times New Roman" w:hAnsi="Times New Roman" w:cs="Times New Roman"/>
          <w:color w:val="202124"/>
          <w:sz w:val="28"/>
          <w:szCs w:val="28"/>
          <w:lang w:val="kk-KZ"/>
        </w:rPr>
        <w:t>,</w:t>
      </w:r>
      <w:r w:rsidR="002E3F14" w:rsidRPr="002E3F14">
        <w:rPr>
          <w:rFonts w:ascii="Times New Roman" w:hAnsi="Times New Roman" w:cs="Times New Roman"/>
          <w:sz w:val="28"/>
          <w:szCs w:val="28"/>
          <w:lang w:val="kk-KZ"/>
        </w:rPr>
        <w:t xml:space="preserve"> </w:t>
      </w:r>
      <w:r w:rsidR="002E3F14">
        <w:rPr>
          <w:rFonts w:ascii="Times New Roman" w:hAnsi="Times New Roman" w:cs="Times New Roman"/>
          <w:sz w:val="28"/>
          <w:szCs w:val="28"/>
          <w:lang w:val="kk-KZ"/>
        </w:rPr>
        <w:t>р.1111-1113</w:t>
      </w:r>
      <w:r w:rsidRPr="002417EA">
        <w:rPr>
          <w:rFonts w:ascii="Times New Roman" w:hAnsi="Times New Roman" w:cs="Times New Roman"/>
          <w:color w:val="202124"/>
          <w:sz w:val="28"/>
          <w:szCs w:val="28"/>
          <w:lang w:val="kk-KZ"/>
        </w:rPr>
        <w:t>] жұмысындағыдай етіп біз интегралдық операторды енгіземіз</w:t>
      </w:r>
    </w:p>
    <w:p w14:paraId="73F9EE0C" w14:textId="77777777" w:rsidR="003A4ABB" w:rsidRPr="002417EA" w:rsidRDefault="003A4ABB" w:rsidP="002417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202124"/>
          <w:sz w:val="28"/>
          <w:szCs w:val="28"/>
          <w:lang w:val="kk-KZ"/>
        </w:rPr>
      </w:pPr>
    </w:p>
    <w:p w14:paraId="562E372C" w14:textId="77777777" w:rsidR="003A4ABB" w:rsidRPr="002E3F14" w:rsidRDefault="00A07FF5" w:rsidP="002417EA">
      <w:pPr>
        <w:tabs>
          <w:tab w:val="left" w:pos="3837"/>
        </w:tabs>
        <w:spacing w:after="0" w:line="240" w:lineRule="auto"/>
        <w:jc w:val="center"/>
        <w:rPr>
          <w:rFonts w:ascii="Times New Roman" w:hAnsi="Times New Roman" w:cs="Times New Roman"/>
          <w:position w:val="-36"/>
          <w:sz w:val="28"/>
          <w:szCs w:val="28"/>
          <w:lang w:val="kk-KZ"/>
        </w:rPr>
      </w:pPr>
      <w:r w:rsidRPr="002417EA">
        <w:rPr>
          <w:rFonts w:ascii="Times New Roman" w:hAnsi="Times New Roman" w:cs="Times New Roman"/>
          <w:position w:val="-36"/>
          <w:sz w:val="28"/>
          <w:szCs w:val="28"/>
        </w:rPr>
        <w:object w:dxaOrig="4700" w:dyaOrig="800" w14:anchorId="2BFA9065">
          <v:shape id="_x0000_i1541" type="#_x0000_t75" style="width:234.2pt;height:43.5pt" o:ole="">
            <v:imagedata r:id="rId1046" o:title=""/>
          </v:shape>
          <o:OLEObject Type="Embed" ProgID="Equation.DSMT4" ShapeID="_x0000_i1541" DrawAspect="Content" ObjectID="_1840331995" r:id="rId1047"/>
        </w:object>
      </w:r>
    </w:p>
    <w:p w14:paraId="460773B7" w14:textId="77777777" w:rsidR="003A4ABB" w:rsidRPr="002417EA" w:rsidRDefault="003A4ABB" w:rsidP="002417EA">
      <w:pPr>
        <w:tabs>
          <w:tab w:val="left" w:pos="3837"/>
        </w:tabs>
        <w:spacing w:after="0" w:line="240" w:lineRule="auto"/>
        <w:rPr>
          <w:rFonts w:ascii="Times New Roman" w:hAnsi="Times New Roman" w:cs="Times New Roman"/>
          <w:position w:val="-4"/>
          <w:sz w:val="28"/>
          <w:szCs w:val="28"/>
          <w:lang w:val="kk-KZ"/>
        </w:rPr>
      </w:pPr>
    </w:p>
    <w:p w14:paraId="26EF206E" w14:textId="77777777" w:rsidR="003A4ABB" w:rsidRPr="002417EA" w:rsidRDefault="003A4ABB" w:rsidP="002417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lang w:val="kk-KZ"/>
        </w:rPr>
      </w:pPr>
      <w:r w:rsidRPr="002417EA">
        <w:rPr>
          <w:rFonts w:ascii="Times New Roman" w:hAnsi="Times New Roman" w:cs="Times New Roman"/>
          <w:color w:val="202124"/>
          <w:sz w:val="28"/>
          <w:szCs w:val="28"/>
          <w:lang w:val="kk-KZ"/>
        </w:rPr>
        <w:t xml:space="preserve">мұндағы </w:t>
      </w:r>
      <w:r w:rsidR="00A07FF5" w:rsidRPr="002417EA">
        <w:rPr>
          <w:rFonts w:ascii="Times New Roman" w:hAnsi="Times New Roman" w:cs="Times New Roman"/>
          <w:position w:val="-12"/>
          <w:sz w:val="28"/>
          <w:szCs w:val="28"/>
        </w:rPr>
        <w:object w:dxaOrig="400" w:dyaOrig="380" w14:anchorId="46822FE8">
          <v:shape id="_x0000_i1542" type="#_x0000_t75" style="width:18.2pt;height:18.2pt" o:ole="">
            <v:imagedata r:id="rId1048" o:title=""/>
          </v:shape>
          <o:OLEObject Type="Embed" ProgID="Equation.DSMT4" ShapeID="_x0000_i1542" DrawAspect="Content" ObjectID="_1840331996" r:id="rId1049"/>
        </w:object>
      </w:r>
      <w:r w:rsidRPr="002417EA">
        <w:rPr>
          <w:rFonts w:ascii="Times New Roman" w:hAnsi="Times New Roman" w:cs="Times New Roman"/>
          <w:color w:val="202124"/>
          <w:sz w:val="28"/>
          <w:szCs w:val="28"/>
          <w:lang w:val="kk-KZ"/>
        </w:rPr>
        <w:t xml:space="preserve"> қисығында</w:t>
      </w:r>
      <w:r w:rsidRPr="002417EA">
        <w:rPr>
          <w:rFonts w:ascii="Times New Roman" w:hAnsi="Times New Roman" w:cs="Times New Roman"/>
          <w:position w:val="-4"/>
          <w:sz w:val="28"/>
          <w:szCs w:val="28"/>
          <w:lang w:val="kk-KZ"/>
        </w:rPr>
        <w:t xml:space="preserve"> </w:t>
      </w:r>
      <w:r w:rsidR="00A07FF5" w:rsidRPr="002417EA">
        <w:rPr>
          <w:rFonts w:ascii="Times New Roman" w:hAnsi="Times New Roman" w:cs="Times New Roman"/>
          <w:position w:val="-12"/>
          <w:sz w:val="28"/>
          <w:szCs w:val="28"/>
        </w:rPr>
        <w:object w:dxaOrig="1100" w:dyaOrig="380" w14:anchorId="0B74C07C">
          <v:shape id="_x0000_i1543" type="#_x0000_t75" style="width:56.2pt;height:18.2pt" o:ole="">
            <v:imagedata r:id="rId1050" o:title=""/>
          </v:shape>
          <o:OLEObject Type="Embed" ProgID="Equation.DSMT4" ShapeID="_x0000_i1543" DrawAspect="Content" ObjectID="_1840331997" r:id="rId1051"/>
        </w:object>
      </w:r>
      <w:r w:rsidRPr="002417EA">
        <w:rPr>
          <w:rFonts w:ascii="Times New Roman" w:hAnsi="Times New Roman" w:cs="Times New Roman"/>
          <w:position w:val="-4"/>
          <w:sz w:val="28"/>
          <w:szCs w:val="28"/>
          <w:lang w:val="kk-KZ"/>
        </w:rPr>
        <w:t xml:space="preserve"> </w:t>
      </w:r>
      <w:r w:rsidRPr="002417EA">
        <w:rPr>
          <w:rFonts w:ascii="Times New Roman" w:hAnsi="Times New Roman" w:cs="Times New Roman"/>
          <w:color w:val="202124"/>
          <w:sz w:val="28"/>
          <w:szCs w:val="28"/>
          <w:lang w:val="kk-KZ"/>
        </w:rPr>
        <w:t>нүктесіне қатысты</w:t>
      </w:r>
      <w:r w:rsidRPr="002417EA">
        <w:rPr>
          <w:rFonts w:ascii="Times New Roman" w:hAnsi="Times New Roman" w:cs="Times New Roman"/>
          <w:position w:val="-4"/>
          <w:sz w:val="28"/>
          <w:szCs w:val="28"/>
          <w:lang w:val="kk-KZ"/>
        </w:rPr>
        <w:t xml:space="preserve"> </w:t>
      </w:r>
      <w:r w:rsidR="00A07FF5" w:rsidRPr="002417EA">
        <w:rPr>
          <w:rFonts w:ascii="Times New Roman" w:hAnsi="Times New Roman" w:cs="Times New Roman"/>
          <w:position w:val="-12"/>
          <w:sz w:val="28"/>
          <w:szCs w:val="28"/>
        </w:rPr>
        <w:object w:dxaOrig="1240" w:dyaOrig="380" w14:anchorId="1909096D">
          <v:shape id="_x0000_i1544" type="#_x0000_t75" style="width:63.3pt;height:18.2pt" o:ole="">
            <v:imagedata r:id="rId1052" o:title=""/>
          </v:shape>
          <o:OLEObject Type="Embed" ProgID="Equation.DSMT4" ShapeID="_x0000_i1544" DrawAspect="Content" ObjectID="_1840331998" r:id="rId1053"/>
        </w:object>
      </w:r>
      <w:r w:rsidRPr="002417EA">
        <w:rPr>
          <w:rFonts w:ascii="Times New Roman" w:hAnsi="Times New Roman" w:cs="Times New Roman"/>
          <w:color w:val="202124"/>
          <w:sz w:val="28"/>
          <w:szCs w:val="28"/>
          <w:lang w:val="kk-KZ"/>
        </w:rPr>
        <w:t xml:space="preserve"> комплексті матрицалық дифференциалды білдіреді және Γ контуры D-ге қатысты оң бағытталған, сингулярлы оператор</w:t>
      </w:r>
    </w:p>
    <w:p w14:paraId="3EBBD37C" w14:textId="77777777" w:rsidR="003A4ABB" w:rsidRPr="002417EA" w:rsidRDefault="003A4ABB" w:rsidP="002417EA">
      <w:pPr>
        <w:tabs>
          <w:tab w:val="left" w:pos="3837"/>
        </w:tabs>
        <w:spacing w:after="0" w:line="240" w:lineRule="auto"/>
        <w:rPr>
          <w:rFonts w:ascii="Times New Roman" w:hAnsi="Times New Roman" w:cs="Times New Roman"/>
          <w:sz w:val="28"/>
          <w:szCs w:val="28"/>
          <w:lang w:val="kk-KZ"/>
        </w:rPr>
      </w:pPr>
    </w:p>
    <w:p w14:paraId="46AD0660" w14:textId="77777777" w:rsidR="003A4ABB" w:rsidRPr="002417EA" w:rsidRDefault="00A07FF5" w:rsidP="002417EA">
      <w:pPr>
        <w:tabs>
          <w:tab w:val="left" w:pos="3837"/>
        </w:tabs>
        <w:spacing w:after="0" w:line="240" w:lineRule="auto"/>
        <w:jc w:val="center"/>
        <w:rPr>
          <w:rFonts w:ascii="Times New Roman" w:hAnsi="Times New Roman" w:cs="Times New Roman"/>
          <w:position w:val="-36"/>
          <w:sz w:val="28"/>
          <w:szCs w:val="28"/>
          <w:lang w:val="kk-KZ"/>
        </w:rPr>
      </w:pPr>
      <w:r w:rsidRPr="002417EA">
        <w:rPr>
          <w:rFonts w:ascii="Times New Roman" w:hAnsi="Times New Roman" w:cs="Times New Roman"/>
          <w:position w:val="-36"/>
          <w:sz w:val="28"/>
          <w:szCs w:val="28"/>
        </w:rPr>
        <w:object w:dxaOrig="4760" w:dyaOrig="800" w14:anchorId="0ABB4CCE">
          <v:shape id="_x0000_i1545" type="#_x0000_t75" style="width:236.55pt;height:43.5pt" o:ole="">
            <v:imagedata r:id="rId1054" o:title=""/>
          </v:shape>
          <o:OLEObject Type="Embed" ProgID="Equation.DSMT4" ShapeID="_x0000_i1545" DrawAspect="Content" ObjectID="_1840331999" r:id="rId1055"/>
        </w:object>
      </w:r>
    </w:p>
    <w:p w14:paraId="76DA71E7" w14:textId="77777777" w:rsidR="003A4ABB" w:rsidRPr="002417EA" w:rsidRDefault="003A4ABB" w:rsidP="002417EA">
      <w:pPr>
        <w:tabs>
          <w:tab w:val="left" w:pos="3837"/>
        </w:tabs>
        <w:spacing w:after="0" w:line="240" w:lineRule="auto"/>
        <w:rPr>
          <w:rFonts w:ascii="Times New Roman" w:hAnsi="Times New Roman" w:cs="Times New Roman"/>
          <w:position w:val="-30"/>
          <w:sz w:val="28"/>
          <w:szCs w:val="28"/>
          <w:lang w:val="kk-KZ"/>
        </w:rPr>
      </w:pPr>
    </w:p>
    <w:p w14:paraId="3550B3BD" w14:textId="51062DDD" w:rsidR="003A4ABB" w:rsidRPr="002417EA" w:rsidRDefault="00E15976" w:rsidP="002417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202124"/>
          <w:sz w:val="28"/>
          <w:szCs w:val="28"/>
          <w:lang w:val="kk-KZ"/>
        </w:rPr>
      </w:pPr>
      <w:r w:rsidRPr="002417EA">
        <w:rPr>
          <w:rFonts w:ascii="Times New Roman" w:hAnsi="Times New Roman" w:cs="Times New Roman"/>
          <w:color w:val="202124"/>
          <w:sz w:val="28"/>
          <w:szCs w:val="28"/>
          <w:lang w:val="kk-KZ"/>
        </w:rPr>
        <w:t>м</w:t>
      </w:r>
      <w:r w:rsidR="003A4ABB" w:rsidRPr="002417EA">
        <w:rPr>
          <w:rFonts w:ascii="Times New Roman" w:hAnsi="Times New Roman" w:cs="Times New Roman"/>
          <w:color w:val="202124"/>
          <w:sz w:val="28"/>
          <w:szCs w:val="28"/>
          <w:lang w:val="kk-KZ"/>
        </w:rPr>
        <w:t>ұндағы соңғы интеграл Коши мағынасында негізгі мәні ретінде түсініледі.</w:t>
      </w:r>
    </w:p>
    <w:p w14:paraId="740C2735" w14:textId="672A73B3" w:rsidR="003A4ABB" w:rsidRPr="002417EA" w:rsidRDefault="00A07FF5" w:rsidP="002417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202124"/>
          <w:sz w:val="28"/>
          <w:szCs w:val="28"/>
          <w:lang w:val="kk-KZ"/>
        </w:rPr>
      </w:pPr>
      <w:r w:rsidRPr="002417EA">
        <w:rPr>
          <w:rFonts w:ascii="Times New Roman" w:hAnsi="Times New Roman" w:cs="Times New Roman"/>
          <w:position w:val="-6"/>
          <w:sz w:val="28"/>
          <w:szCs w:val="28"/>
        </w:rPr>
        <w:object w:dxaOrig="580" w:dyaOrig="360" w14:anchorId="4E7E22C6">
          <v:shape id="_x0000_i1546" type="#_x0000_t75" style="width:28.5pt;height:18.2pt" o:ole="">
            <v:imagedata r:id="rId1056" o:title=""/>
          </v:shape>
          <o:OLEObject Type="Embed" ProgID="Equation.DSMT4" ShapeID="_x0000_i1546" DrawAspect="Content" ObjectID="_1840332000" r:id="rId1057"/>
        </w:object>
      </w:r>
      <w:r w:rsidR="003A4ABB" w:rsidRPr="002417EA">
        <w:rPr>
          <w:rFonts w:ascii="Times New Roman" w:hAnsi="Times New Roman" w:cs="Times New Roman"/>
          <w:color w:val="202124"/>
          <w:sz w:val="28"/>
          <w:szCs w:val="28"/>
          <w:lang w:val="kk-KZ"/>
        </w:rPr>
        <w:t xml:space="preserve"> операторы</w:t>
      </w:r>
      <w:r w:rsidR="003A4ABB" w:rsidRPr="002417EA">
        <w:rPr>
          <w:rFonts w:ascii="Times New Roman" w:hAnsi="Times New Roman" w:cs="Times New Roman"/>
          <w:position w:val="-6"/>
          <w:sz w:val="28"/>
          <w:szCs w:val="28"/>
          <w:lang w:val="kk-KZ"/>
        </w:rPr>
        <w:t xml:space="preserve"> </w:t>
      </w:r>
      <w:r w:rsidRPr="002417EA">
        <w:rPr>
          <w:rFonts w:ascii="Times New Roman" w:hAnsi="Times New Roman" w:cs="Times New Roman"/>
          <w:position w:val="-6"/>
          <w:sz w:val="28"/>
          <w:szCs w:val="28"/>
        </w:rPr>
        <w:object w:dxaOrig="600" w:dyaOrig="300" w14:anchorId="5808D8A6">
          <v:shape id="_x0000_i1547" type="#_x0000_t75" style="width:29.25pt;height:15.8pt" o:ole="">
            <v:imagedata r:id="rId1058" o:title=""/>
          </v:shape>
          <o:OLEObject Type="Embed" ProgID="Equation.DSMT4" ShapeID="_x0000_i1547" DrawAspect="Content" ObjectID="_1840332001" r:id="rId1059"/>
        </w:object>
      </w:r>
      <w:r w:rsidR="003A4ABB" w:rsidRPr="002417EA">
        <w:rPr>
          <w:rFonts w:ascii="Times New Roman" w:hAnsi="Times New Roman" w:cs="Times New Roman"/>
          <w:color w:val="202124"/>
          <w:sz w:val="28"/>
          <w:szCs w:val="28"/>
          <w:lang w:val="kk-KZ"/>
        </w:rPr>
        <w:t xml:space="preserve"> скаляр матрица жағдайында классикалық сингулярлы Коши операторына айналады</w:t>
      </w:r>
      <w:r w:rsidR="00730D61">
        <w:rPr>
          <w:rFonts w:ascii="Times New Roman" w:hAnsi="Times New Roman" w:cs="Times New Roman"/>
          <w:color w:val="202124"/>
          <w:sz w:val="28"/>
          <w:szCs w:val="28"/>
          <w:lang w:val="kk-KZ"/>
        </w:rPr>
        <w:t xml:space="preserve">, біз оны S деп белгілейміз. </w:t>
      </w:r>
      <w:r w:rsidR="004F565E">
        <w:rPr>
          <w:rFonts w:ascii="Times New Roman" w:hAnsi="Times New Roman" w:cs="Times New Roman"/>
          <w:color w:val="202124"/>
          <w:sz w:val="28"/>
          <w:szCs w:val="28"/>
          <w:lang w:val="kk-KZ"/>
        </w:rPr>
        <w:t>Жоғарыда</w:t>
      </w:r>
      <w:r w:rsidR="003A4ABB" w:rsidRPr="002417EA">
        <w:rPr>
          <w:rFonts w:ascii="Times New Roman" w:hAnsi="Times New Roman" w:cs="Times New Roman"/>
          <w:color w:val="202124"/>
          <w:sz w:val="28"/>
          <w:szCs w:val="28"/>
          <w:lang w:val="kk-KZ"/>
        </w:rPr>
        <w:t xml:space="preserve"> көрсетілгендей </w:t>
      </w:r>
      <w:r w:rsidRPr="002417EA">
        <w:rPr>
          <w:rFonts w:ascii="Times New Roman" w:hAnsi="Times New Roman" w:cs="Times New Roman"/>
          <w:position w:val="-6"/>
          <w:sz w:val="28"/>
          <w:szCs w:val="28"/>
        </w:rPr>
        <w:object w:dxaOrig="800" w:dyaOrig="360" w14:anchorId="666C4686">
          <v:shape id="_x0000_i1548" type="#_x0000_t75" style="width:43.5pt;height:18.2pt" o:ole="">
            <v:imagedata r:id="rId1060" o:title=""/>
          </v:shape>
          <o:OLEObject Type="Embed" ProgID="Equation.DSMT4" ShapeID="_x0000_i1548" DrawAspect="Content" ObjectID="_1840332002" r:id="rId1061"/>
        </w:object>
      </w:r>
      <w:r w:rsidR="003A4ABB" w:rsidRPr="002417EA">
        <w:rPr>
          <w:rFonts w:ascii="Times New Roman" w:hAnsi="Times New Roman" w:cs="Times New Roman"/>
          <w:position w:val="-6"/>
          <w:sz w:val="28"/>
          <w:szCs w:val="28"/>
          <w:lang w:val="kk-KZ"/>
        </w:rPr>
        <w:t xml:space="preserve"> </w:t>
      </w:r>
      <w:r w:rsidR="003A4ABB" w:rsidRPr="002417EA">
        <w:rPr>
          <w:rFonts w:ascii="Times New Roman" w:hAnsi="Times New Roman" w:cs="Times New Roman"/>
          <w:color w:val="202124"/>
          <w:sz w:val="28"/>
          <w:szCs w:val="28"/>
          <w:lang w:val="kk-KZ"/>
        </w:rPr>
        <w:t xml:space="preserve">айырымы </w:t>
      </w:r>
      <w:r w:rsidRPr="002417EA">
        <w:rPr>
          <w:rFonts w:ascii="Times New Roman" w:hAnsi="Times New Roman" w:cs="Times New Roman"/>
          <w:position w:val="-6"/>
          <w:sz w:val="28"/>
          <w:szCs w:val="28"/>
        </w:rPr>
        <w:object w:dxaOrig="380" w:dyaOrig="360" w14:anchorId="62DA63EF">
          <v:shape id="_x0000_i1549" type="#_x0000_t75" style="width:18.2pt;height:18.2pt" o:ole="">
            <v:imagedata r:id="rId1062" o:title=""/>
          </v:shape>
          <o:OLEObject Type="Embed" ProgID="Equation.DSMT4" ShapeID="_x0000_i1549" DrawAspect="Content" ObjectID="_1840332003" r:id="rId1063"/>
        </w:object>
      </w:r>
      <w:r w:rsidR="003A4ABB" w:rsidRPr="002417EA">
        <w:rPr>
          <w:rFonts w:ascii="Times New Roman" w:hAnsi="Times New Roman" w:cs="Times New Roman"/>
          <w:color w:val="202124"/>
          <w:sz w:val="28"/>
          <w:szCs w:val="28"/>
          <w:lang w:val="kk-KZ"/>
        </w:rPr>
        <w:t>-де компакт оператор. Сондық</w:t>
      </w:r>
      <w:r w:rsidR="00730D61">
        <w:rPr>
          <w:rFonts w:ascii="Times New Roman" w:hAnsi="Times New Roman" w:cs="Times New Roman"/>
          <w:color w:val="202124"/>
          <w:sz w:val="28"/>
          <w:szCs w:val="28"/>
          <w:lang w:val="kk-KZ"/>
        </w:rPr>
        <w:t>тан (1.28) және [1</w:t>
      </w:r>
      <w:r w:rsidR="00730D61" w:rsidRPr="00730D61">
        <w:rPr>
          <w:rFonts w:ascii="Times New Roman" w:hAnsi="Times New Roman" w:cs="Times New Roman"/>
          <w:color w:val="202124"/>
          <w:sz w:val="28"/>
          <w:szCs w:val="28"/>
          <w:lang w:val="kk-KZ"/>
        </w:rPr>
        <w:t>9</w:t>
      </w:r>
      <w:r w:rsidR="002F0D2C">
        <w:rPr>
          <w:rFonts w:ascii="Times New Roman" w:hAnsi="Times New Roman" w:cs="Times New Roman"/>
          <w:color w:val="202124"/>
          <w:sz w:val="28"/>
          <w:szCs w:val="28"/>
          <w:lang w:val="kk-KZ"/>
        </w:rPr>
        <w:t>,</w:t>
      </w:r>
      <w:r w:rsidR="002F0D2C" w:rsidRPr="002E3F14">
        <w:rPr>
          <w:rFonts w:ascii="Times New Roman" w:hAnsi="Times New Roman" w:cs="Times New Roman"/>
          <w:sz w:val="28"/>
          <w:szCs w:val="28"/>
          <w:lang w:val="kk-KZ"/>
        </w:rPr>
        <w:t xml:space="preserve"> </w:t>
      </w:r>
      <w:r w:rsidR="002F0D2C">
        <w:rPr>
          <w:rFonts w:ascii="Times New Roman" w:hAnsi="Times New Roman" w:cs="Times New Roman"/>
          <w:sz w:val="28"/>
          <w:szCs w:val="28"/>
          <w:lang w:val="kk-KZ"/>
        </w:rPr>
        <w:t>р.1114</w:t>
      </w:r>
      <w:r w:rsidR="003A4ABB" w:rsidRPr="002417EA">
        <w:rPr>
          <w:rFonts w:ascii="Times New Roman" w:hAnsi="Times New Roman" w:cs="Times New Roman"/>
          <w:color w:val="202124"/>
          <w:sz w:val="28"/>
          <w:szCs w:val="28"/>
          <w:lang w:val="kk-KZ"/>
        </w:rPr>
        <w:t>] сингулярлы операторлардың классикалық теориясына сүйене отырып, оператор</w:t>
      </w:r>
    </w:p>
    <w:p w14:paraId="11491C62" w14:textId="77777777" w:rsidR="003A4ABB" w:rsidRPr="002417EA" w:rsidRDefault="003A4ABB" w:rsidP="002417EA">
      <w:pPr>
        <w:tabs>
          <w:tab w:val="left" w:pos="3837"/>
        </w:tabs>
        <w:spacing w:after="0" w:line="240" w:lineRule="auto"/>
        <w:jc w:val="center"/>
        <w:rPr>
          <w:rFonts w:ascii="Times New Roman" w:hAnsi="Times New Roman" w:cs="Times New Roman"/>
          <w:position w:val="-30"/>
          <w:sz w:val="28"/>
          <w:szCs w:val="28"/>
          <w:lang w:val="kk-KZ"/>
        </w:rPr>
      </w:pPr>
    </w:p>
    <w:p w14:paraId="3CD2A675" w14:textId="77777777" w:rsidR="003A4ABB" w:rsidRPr="002417EA" w:rsidRDefault="003A4ABB" w:rsidP="002417EA">
      <w:pPr>
        <w:tabs>
          <w:tab w:val="left" w:pos="3837"/>
        </w:tabs>
        <w:spacing w:after="0" w:line="240" w:lineRule="auto"/>
        <w:jc w:val="right"/>
        <w:rPr>
          <w:rFonts w:ascii="Times New Roman" w:hAnsi="Times New Roman" w:cs="Times New Roman"/>
          <w:sz w:val="28"/>
          <w:szCs w:val="28"/>
          <w:lang w:val="kk-KZ"/>
        </w:rPr>
      </w:pPr>
      <w:r w:rsidRPr="002417EA">
        <w:rPr>
          <w:rFonts w:ascii="Times New Roman" w:hAnsi="Times New Roman" w:cs="Times New Roman"/>
          <w:position w:val="-20"/>
          <w:sz w:val="28"/>
          <w:szCs w:val="28"/>
          <w:lang w:val="kk-KZ"/>
        </w:rPr>
        <w:t xml:space="preserve">           </w:t>
      </w:r>
      <w:r w:rsidR="00A07FF5" w:rsidRPr="002417EA">
        <w:rPr>
          <w:rFonts w:ascii="Times New Roman" w:hAnsi="Times New Roman" w:cs="Times New Roman"/>
          <w:position w:val="-20"/>
          <w:sz w:val="28"/>
          <w:szCs w:val="28"/>
        </w:rPr>
        <w:object w:dxaOrig="3120" w:dyaOrig="540" w14:anchorId="6F38BF2F">
          <v:shape id="_x0000_i1550" type="#_x0000_t75" style="width:155.1pt;height:27.7pt" o:ole="">
            <v:imagedata r:id="rId1064" o:title=""/>
          </v:shape>
          <o:OLEObject Type="Embed" ProgID="Equation.DSMT4" ShapeID="_x0000_i1550" DrawAspect="Content" ObjectID="_1840332004" r:id="rId1065"/>
        </w:object>
      </w:r>
      <w:r w:rsidRPr="002417EA">
        <w:rPr>
          <w:rFonts w:ascii="Times New Roman" w:hAnsi="Times New Roman" w:cs="Times New Roman"/>
          <w:position w:val="-20"/>
          <w:sz w:val="28"/>
          <w:szCs w:val="28"/>
          <w:lang w:val="kk-KZ"/>
        </w:rPr>
        <w:t xml:space="preserve">                                                           </w:t>
      </w:r>
      <w:r w:rsidRPr="002417EA">
        <w:rPr>
          <w:rFonts w:ascii="Times New Roman" w:hAnsi="Times New Roman" w:cs="Times New Roman"/>
          <w:sz w:val="28"/>
          <w:szCs w:val="28"/>
          <w:lang w:val="kk-KZ"/>
        </w:rPr>
        <w:t>(1.34)</w:t>
      </w:r>
    </w:p>
    <w:p w14:paraId="78489B96" w14:textId="77777777" w:rsidR="003A4ABB" w:rsidRPr="002417EA" w:rsidRDefault="003A4ABB" w:rsidP="002417EA">
      <w:pPr>
        <w:tabs>
          <w:tab w:val="left" w:pos="3837"/>
        </w:tabs>
        <w:spacing w:after="0" w:line="240" w:lineRule="auto"/>
        <w:jc w:val="center"/>
        <w:rPr>
          <w:rFonts w:ascii="Times New Roman" w:hAnsi="Times New Roman" w:cs="Times New Roman"/>
          <w:position w:val="-30"/>
          <w:sz w:val="28"/>
          <w:szCs w:val="28"/>
          <w:lang w:val="kk-KZ"/>
        </w:rPr>
      </w:pPr>
    </w:p>
    <w:p w14:paraId="1485B578" w14:textId="77777777" w:rsidR="003A4ABB" w:rsidRPr="002417EA" w:rsidRDefault="003A4ABB" w:rsidP="002417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202124"/>
          <w:sz w:val="28"/>
          <w:szCs w:val="28"/>
          <w:lang w:val="kk-KZ"/>
        </w:rPr>
      </w:pPr>
      <w:r w:rsidRPr="002417EA">
        <w:rPr>
          <w:rFonts w:ascii="Times New Roman" w:hAnsi="Times New Roman" w:cs="Times New Roman"/>
          <w:color w:val="202124"/>
          <w:sz w:val="28"/>
          <w:szCs w:val="28"/>
          <w:lang w:val="kk-KZ"/>
        </w:rPr>
        <w:t xml:space="preserve">нақты </w:t>
      </w:r>
      <w:r w:rsidR="00A07FF5" w:rsidRPr="002417EA">
        <w:rPr>
          <w:rFonts w:ascii="Times New Roman" w:hAnsi="Times New Roman" w:cs="Times New Roman"/>
          <w:position w:val="-6"/>
          <w:sz w:val="28"/>
          <w:szCs w:val="28"/>
        </w:rPr>
        <w:object w:dxaOrig="360" w:dyaOrig="300" w14:anchorId="6F0B5579">
          <v:shape id="_x0000_i1551" type="#_x0000_t75" style="width:18.2pt;height:15.8pt" o:ole="">
            <v:imagedata r:id="rId1066" o:title=""/>
          </v:shape>
          <o:OLEObject Type="Embed" ProgID="Equation.DSMT4" ShapeID="_x0000_i1551" DrawAspect="Content" ObjectID="_1840332005" r:id="rId1067"/>
        </w:object>
      </w:r>
      <w:r w:rsidRPr="002417EA">
        <w:rPr>
          <w:rFonts w:ascii="Times New Roman" w:hAnsi="Times New Roman" w:cs="Times New Roman"/>
          <w:color w:val="202124"/>
          <w:sz w:val="28"/>
          <w:szCs w:val="28"/>
          <w:lang w:val="kk-KZ"/>
        </w:rPr>
        <w:t xml:space="preserve"> вектор-функциялар кеңістігінде әрекет ететін </w:t>
      </w:r>
      <w:r w:rsidR="00A07FF5" w:rsidRPr="002417EA">
        <w:rPr>
          <w:rFonts w:ascii="Times New Roman" w:hAnsi="Times New Roman" w:cs="Times New Roman"/>
          <w:position w:val="-14"/>
          <w:sz w:val="28"/>
          <w:szCs w:val="28"/>
        </w:rPr>
        <w:object w:dxaOrig="1300" w:dyaOrig="440" w14:anchorId="20DAF646">
          <v:shape id="_x0000_i1552" type="#_x0000_t75" style="width:64.9pt;height:20.55pt" o:ole="">
            <v:imagedata r:id="rId1068" o:title=""/>
          </v:shape>
          <o:OLEObject Type="Embed" ProgID="Equation.DSMT4" ShapeID="_x0000_i1552" DrawAspect="Content" ObjectID="_1840332006" r:id="rId1069"/>
        </w:object>
      </w:r>
      <w:r w:rsidRPr="002417EA">
        <w:rPr>
          <w:rFonts w:ascii="Times New Roman" w:hAnsi="Times New Roman" w:cs="Times New Roman"/>
          <w:position w:val="-14"/>
          <w:sz w:val="28"/>
          <w:szCs w:val="28"/>
          <w:lang w:val="kk-KZ"/>
        </w:rPr>
        <w:t xml:space="preserve">     </w:t>
      </w:r>
      <w:r w:rsidRPr="002417EA">
        <w:rPr>
          <w:rFonts w:ascii="Times New Roman" w:hAnsi="Times New Roman" w:cs="Times New Roman"/>
          <w:color w:val="202124"/>
          <w:sz w:val="28"/>
          <w:szCs w:val="28"/>
          <w:lang w:val="kk-KZ"/>
        </w:rPr>
        <w:t>фредгольмді және оның индексінің формуласы келесідей беріледі.</w:t>
      </w:r>
    </w:p>
    <w:p w14:paraId="688F6654" w14:textId="77777777" w:rsidR="003A4ABB" w:rsidRPr="002417EA" w:rsidRDefault="003A4ABB" w:rsidP="002417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lang w:val="kk-KZ"/>
        </w:rPr>
      </w:pPr>
    </w:p>
    <w:p w14:paraId="60558506" w14:textId="77777777" w:rsidR="003A4ABB" w:rsidRPr="002417EA" w:rsidRDefault="00A07FF5" w:rsidP="002417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color w:val="202124"/>
          <w:sz w:val="28"/>
          <w:szCs w:val="28"/>
          <w:lang w:val="kk-KZ"/>
        </w:rPr>
      </w:pPr>
      <w:r w:rsidRPr="002417EA">
        <w:rPr>
          <w:rFonts w:ascii="Times New Roman" w:hAnsi="Times New Roman" w:cs="Times New Roman"/>
          <w:position w:val="-28"/>
          <w:sz w:val="28"/>
          <w:szCs w:val="28"/>
        </w:rPr>
        <w:object w:dxaOrig="3240" w:dyaOrig="720" w14:anchorId="0B26A3E4">
          <v:shape id="_x0000_i1553" type="#_x0000_t75" style="width:162.2pt;height:37.2pt" o:ole="">
            <v:imagedata r:id="rId1070" o:title=""/>
          </v:shape>
          <o:OLEObject Type="Embed" ProgID="Equation.DSMT4" ShapeID="_x0000_i1553" DrawAspect="Content" ObjectID="_1840332007" r:id="rId1071"/>
        </w:object>
      </w:r>
      <w:r w:rsidR="003A4ABB" w:rsidRPr="002417EA">
        <w:rPr>
          <w:rFonts w:ascii="Times New Roman" w:hAnsi="Times New Roman" w:cs="Times New Roman"/>
          <w:position w:val="-20"/>
          <w:sz w:val="28"/>
          <w:szCs w:val="28"/>
          <w:lang w:val="kk-KZ"/>
        </w:rPr>
        <w:t xml:space="preserve">                                                         </w:t>
      </w:r>
      <w:r w:rsidR="003A4ABB" w:rsidRPr="002417EA">
        <w:rPr>
          <w:rFonts w:ascii="Times New Roman" w:hAnsi="Times New Roman" w:cs="Times New Roman"/>
          <w:sz w:val="28"/>
          <w:szCs w:val="28"/>
          <w:lang w:val="kk-KZ"/>
        </w:rPr>
        <w:t>(1.35)</w:t>
      </w:r>
    </w:p>
    <w:p w14:paraId="4BDD0F38" w14:textId="77777777" w:rsidR="003A4ABB" w:rsidRPr="002417EA" w:rsidRDefault="003A4ABB" w:rsidP="002417EA">
      <w:pPr>
        <w:tabs>
          <w:tab w:val="left" w:pos="3837"/>
        </w:tabs>
        <w:spacing w:after="0" w:line="240" w:lineRule="auto"/>
        <w:jc w:val="center"/>
        <w:rPr>
          <w:rFonts w:ascii="Times New Roman" w:hAnsi="Times New Roman" w:cs="Times New Roman"/>
          <w:position w:val="-30"/>
          <w:sz w:val="28"/>
          <w:szCs w:val="28"/>
          <w:lang w:val="kk-KZ"/>
        </w:rPr>
      </w:pPr>
    </w:p>
    <w:p w14:paraId="7A9DC197" w14:textId="77777777" w:rsidR="003A4ABB" w:rsidRPr="002417EA" w:rsidRDefault="00A07FF5" w:rsidP="002417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202124"/>
          <w:sz w:val="28"/>
          <w:szCs w:val="28"/>
          <w:lang w:val="kk-KZ"/>
        </w:rPr>
      </w:pPr>
      <w:r w:rsidRPr="002417EA">
        <w:rPr>
          <w:rFonts w:ascii="Times New Roman" w:hAnsi="Times New Roman" w:cs="Times New Roman"/>
          <w:position w:val="-10"/>
          <w:sz w:val="28"/>
          <w:szCs w:val="28"/>
        </w:rPr>
        <w:object w:dxaOrig="940" w:dyaOrig="400" w14:anchorId="646A07BD">
          <v:shape id="_x0000_i1554" type="#_x0000_t75" style="width:46.7pt;height:18.2pt" o:ole="">
            <v:imagedata r:id="rId1072" o:title=""/>
          </v:shape>
          <o:OLEObject Type="Embed" ProgID="Equation.DSMT4" ShapeID="_x0000_i1554" DrawAspect="Content" ObjectID="_1840332008" r:id="rId1073"/>
        </w:object>
      </w:r>
      <w:r w:rsidR="003A4ABB" w:rsidRPr="002417EA">
        <w:rPr>
          <w:rFonts w:ascii="Times New Roman" w:hAnsi="Times New Roman" w:cs="Times New Roman"/>
          <w:color w:val="202124"/>
          <w:sz w:val="28"/>
          <w:szCs w:val="28"/>
          <w:lang w:val="kk-KZ"/>
        </w:rPr>
        <w:t xml:space="preserve"> интегралына қатысты, онда [30] терминологиясы бойынша </w:t>
      </w:r>
      <w:r w:rsidRPr="002417EA">
        <w:rPr>
          <w:rFonts w:ascii="Times New Roman" w:hAnsi="Times New Roman" w:cs="Times New Roman"/>
          <w:position w:val="-4"/>
          <w:sz w:val="28"/>
          <w:szCs w:val="28"/>
        </w:rPr>
        <w:object w:dxaOrig="300" w:dyaOrig="279" w14:anchorId="52B7DA6A">
          <v:shape id="_x0000_i1555" type="#_x0000_t75" style="width:15.8pt;height:15.8pt" o:ole="">
            <v:imagedata r:id="rId1074" o:title=""/>
          </v:shape>
          <o:OLEObject Type="Embed" ProgID="Equation.DSMT4" ShapeID="_x0000_i1555" DrawAspect="Content" ObjectID="_1840332009" r:id="rId1075"/>
        </w:object>
      </w:r>
      <w:r w:rsidR="003A4ABB" w:rsidRPr="002417EA">
        <w:rPr>
          <w:rFonts w:ascii="Times New Roman" w:hAnsi="Times New Roman" w:cs="Times New Roman"/>
          <w:color w:val="202124"/>
          <w:sz w:val="28"/>
          <w:szCs w:val="28"/>
          <w:lang w:val="kk-KZ"/>
        </w:rPr>
        <w:t xml:space="preserve"> облысында </w:t>
      </w:r>
      <w:r w:rsidRPr="002417EA">
        <w:rPr>
          <w:rFonts w:ascii="Times New Roman" w:hAnsi="Times New Roman" w:cs="Times New Roman"/>
          <w:position w:val="-6"/>
          <w:sz w:val="28"/>
          <w:szCs w:val="28"/>
        </w:rPr>
        <w:object w:dxaOrig="460" w:dyaOrig="300" w14:anchorId="7242FEE7">
          <v:shape id="_x0000_i1556" type="#_x0000_t75" style="width:25.3pt;height:15.8pt" o:ole="">
            <v:imagedata r:id="rId1076" o:title=""/>
          </v:shape>
          <o:OLEObject Type="Embed" ProgID="Equation.DSMT4" ShapeID="_x0000_i1556" DrawAspect="Content" ObjectID="_1840332010" r:id="rId1077"/>
        </w:object>
      </w:r>
      <w:r w:rsidR="003A4ABB" w:rsidRPr="002417EA">
        <w:rPr>
          <w:rFonts w:ascii="Times New Roman" w:hAnsi="Times New Roman" w:cs="Times New Roman"/>
          <w:color w:val="202124"/>
          <w:sz w:val="28"/>
          <w:szCs w:val="28"/>
          <w:lang w:val="kk-KZ"/>
        </w:rPr>
        <w:t xml:space="preserve">аналитикалық </w:t>
      </w:r>
      <w:r w:rsidRPr="002417EA">
        <w:rPr>
          <w:rFonts w:ascii="Times New Roman" w:hAnsi="Times New Roman" w:cs="Times New Roman"/>
          <w:position w:val="-10"/>
          <w:sz w:val="28"/>
          <w:szCs w:val="28"/>
        </w:rPr>
        <w:object w:dxaOrig="220" w:dyaOrig="340" w14:anchorId="0F39E16D">
          <v:shape id="_x0000_i1557" type="#_x0000_t75" style="width:11.85pt;height:15.8pt" o:ole="">
            <v:imagedata r:id="rId1078" o:title=""/>
          </v:shape>
          <o:OLEObject Type="Embed" ProgID="Equation.DSMT4" ShapeID="_x0000_i1557" DrawAspect="Content" ObjectID="_1840332011" r:id="rId1079"/>
        </w:object>
      </w:r>
      <w:r w:rsidR="003A4ABB" w:rsidRPr="002417EA">
        <w:rPr>
          <w:rFonts w:ascii="Times New Roman" w:hAnsi="Times New Roman" w:cs="Times New Roman"/>
          <w:color w:val="202124"/>
          <w:sz w:val="28"/>
          <w:szCs w:val="28"/>
          <w:lang w:val="kk-KZ"/>
        </w:rPr>
        <w:t xml:space="preserve"> функциясы болады, яғни, (1.23) белгілеуінде </w:t>
      </w:r>
      <w:r w:rsidRPr="002417EA">
        <w:rPr>
          <w:rFonts w:ascii="Times New Roman" w:hAnsi="Times New Roman" w:cs="Times New Roman"/>
          <w:position w:val="-14"/>
          <w:sz w:val="28"/>
          <w:szCs w:val="28"/>
        </w:rPr>
        <w:object w:dxaOrig="1260" w:dyaOrig="420" w14:anchorId="3A89CFAA">
          <v:shape id="_x0000_i1558" type="#_x0000_t75" style="width:64.9pt;height:20.55pt" o:ole="">
            <v:imagedata r:id="rId1080" o:title=""/>
          </v:shape>
          <o:OLEObject Type="Embed" ProgID="Equation.DSMT4" ShapeID="_x0000_i1558" DrawAspect="Content" ObjectID="_1840332012" r:id="rId1081"/>
        </w:object>
      </w:r>
      <w:r w:rsidR="003A4ABB" w:rsidRPr="002417EA">
        <w:rPr>
          <w:rFonts w:ascii="Times New Roman" w:hAnsi="Times New Roman" w:cs="Times New Roman"/>
          <w:color w:val="202124"/>
          <w:sz w:val="28"/>
          <w:szCs w:val="28"/>
          <w:lang w:val="kk-KZ"/>
        </w:rPr>
        <w:t xml:space="preserve"> теңдеуді қанағаттандырады. Бұл жағдайда </w:t>
      </w:r>
      <w:r w:rsidRPr="002417EA">
        <w:rPr>
          <w:rFonts w:ascii="Times New Roman" w:hAnsi="Times New Roman" w:cs="Times New Roman"/>
          <w:position w:val="-4"/>
          <w:sz w:val="28"/>
          <w:szCs w:val="28"/>
        </w:rPr>
        <w:object w:dxaOrig="300" w:dyaOrig="340" w14:anchorId="53F08805">
          <v:shape id="_x0000_i1559" type="#_x0000_t75" style="width:15.8pt;height:15.8pt" o:ole="">
            <v:imagedata r:id="rId1082" o:title=""/>
          </v:shape>
          <o:OLEObject Type="Embed" ProgID="Equation.DSMT4" ShapeID="_x0000_i1559" DrawAspect="Content" ObjectID="_1840332013" r:id="rId1083"/>
        </w:object>
      </w:r>
      <w:r w:rsidR="003A4ABB" w:rsidRPr="002417EA">
        <w:rPr>
          <w:rFonts w:ascii="Times New Roman" w:hAnsi="Times New Roman" w:cs="Times New Roman"/>
          <w:color w:val="202124"/>
          <w:sz w:val="28"/>
          <w:szCs w:val="28"/>
          <w:lang w:val="kk-KZ"/>
        </w:rPr>
        <w:t xml:space="preserve"> операторы </w:t>
      </w:r>
      <w:r w:rsidRPr="002417EA">
        <w:rPr>
          <w:rFonts w:ascii="Times New Roman" w:hAnsi="Times New Roman" w:cs="Times New Roman"/>
          <w:position w:val="-20"/>
          <w:sz w:val="28"/>
          <w:szCs w:val="28"/>
        </w:rPr>
        <w:object w:dxaOrig="2040" w:dyaOrig="540" w14:anchorId="4D9F0ACC">
          <v:shape id="_x0000_i1560" type="#_x0000_t75" style="width:102.05pt;height:27.7pt" o:ole="">
            <v:imagedata r:id="rId1084" o:title=""/>
          </v:shape>
          <o:OLEObject Type="Embed" ProgID="Equation.DSMT4" ShapeID="_x0000_i1560" DrawAspect="Content" ObjectID="_1840332014" r:id="rId1085"/>
        </w:object>
      </w:r>
      <w:r w:rsidR="003A4ABB" w:rsidRPr="002417EA">
        <w:rPr>
          <w:rFonts w:ascii="Times New Roman" w:hAnsi="Times New Roman" w:cs="Times New Roman"/>
          <w:color w:val="202124"/>
          <w:sz w:val="28"/>
          <w:szCs w:val="28"/>
          <w:lang w:val="kk-KZ"/>
        </w:rPr>
        <w:t xml:space="preserve"> шектелген және Сохоцкий-Племель формуласы орындалады:</w:t>
      </w:r>
    </w:p>
    <w:p w14:paraId="1118AD6D" w14:textId="77777777" w:rsidR="007B79FA" w:rsidRPr="002417EA" w:rsidRDefault="007B79FA" w:rsidP="002417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202124"/>
          <w:sz w:val="28"/>
          <w:szCs w:val="28"/>
          <w:lang w:val="kk-KZ"/>
        </w:rPr>
      </w:pPr>
    </w:p>
    <w:p w14:paraId="7AC1F3E7" w14:textId="77777777" w:rsidR="003A4ABB" w:rsidRPr="002417EA" w:rsidRDefault="00A07FF5" w:rsidP="002417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color w:val="202124"/>
          <w:sz w:val="28"/>
          <w:szCs w:val="28"/>
          <w:lang w:val="kk-KZ"/>
        </w:rPr>
      </w:pPr>
      <w:r w:rsidRPr="002417EA">
        <w:rPr>
          <w:rFonts w:ascii="Times New Roman" w:hAnsi="Times New Roman" w:cs="Times New Roman"/>
          <w:position w:val="-18"/>
          <w:sz w:val="28"/>
          <w:szCs w:val="28"/>
        </w:rPr>
        <w:object w:dxaOrig="2260" w:dyaOrig="560" w14:anchorId="696E0BEC">
          <v:shape id="_x0000_i1561" type="#_x0000_t75" style="width:115.5pt;height:26.9pt" o:ole="">
            <v:imagedata r:id="rId1086" o:title=""/>
          </v:shape>
          <o:OLEObject Type="Embed" ProgID="Equation.DSMT4" ShapeID="_x0000_i1561" DrawAspect="Content" ObjectID="_1840332015" r:id="rId1087"/>
        </w:object>
      </w:r>
      <w:r w:rsidR="003A4ABB" w:rsidRPr="002417EA">
        <w:rPr>
          <w:rFonts w:ascii="Times New Roman" w:hAnsi="Times New Roman" w:cs="Times New Roman"/>
          <w:position w:val="-20"/>
          <w:sz w:val="28"/>
          <w:szCs w:val="28"/>
          <w:lang w:val="kk-KZ"/>
        </w:rPr>
        <w:t xml:space="preserve">                                                              </w:t>
      </w:r>
      <w:r w:rsidR="003A4ABB" w:rsidRPr="002417EA">
        <w:rPr>
          <w:rFonts w:ascii="Times New Roman" w:hAnsi="Times New Roman" w:cs="Times New Roman"/>
          <w:sz w:val="28"/>
          <w:szCs w:val="28"/>
          <w:lang w:val="kk-KZ"/>
        </w:rPr>
        <w:t>(1.36)</w:t>
      </w:r>
    </w:p>
    <w:p w14:paraId="7DB6E5CB" w14:textId="77777777" w:rsidR="003A4ABB" w:rsidRPr="007C53FF" w:rsidRDefault="003A4ABB" w:rsidP="007B79FA">
      <w:pPr>
        <w:tabs>
          <w:tab w:val="left" w:pos="3837"/>
        </w:tabs>
        <w:spacing w:after="0" w:line="240" w:lineRule="auto"/>
        <w:rPr>
          <w:rFonts w:ascii="Times New Roman" w:hAnsi="Times New Roman" w:cs="Times New Roman"/>
          <w:position w:val="-30"/>
          <w:sz w:val="28"/>
          <w:szCs w:val="28"/>
          <w:lang w:val="kk-KZ"/>
        </w:rPr>
      </w:pPr>
    </w:p>
    <w:p w14:paraId="6C9A86C4" w14:textId="77777777" w:rsidR="003A4ABB" w:rsidRPr="007C53FF" w:rsidRDefault="003A4ABB" w:rsidP="007B79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lang w:val="kk-KZ"/>
        </w:rPr>
      </w:pPr>
      <w:r w:rsidRPr="007C53FF">
        <w:rPr>
          <w:rFonts w:ascii="Times New Roman" w:hAnsi="Times New Roman" w:cs="Times New Roman"/>
          <w:color w:val="202124"/>
          <w:sz w:val="28"/>
          <w:szCs w:val="28"/>
          <w:lang w:val="kk-KZ"/>
        </w:rPr>
        <w:t xml:space="preserve">Кез-келген функция </w:t>
      </w:r>
      <w:r w:rsidR="00A07FF5" w:rsidRPr="007C53FF">
        <w:rPr>
          <w:rFonts w:ascii="Times New Roman" w:hAnsi="Times New Roman" w:cs="Times New Roman"/>
          <w:position w:val="-20"/>
          <w:sz w:val="28"/>
          <w:szCs w:val="28"/>
        </w:rPr>
        <w:object w:dxaOrig="1300" w:dyaOrig="540" w14:anchorId="3DCC5871">
          <v:shape id="_x0000_i1562" type="#_x0000_t75" style="width:64.9pt;height:27.7pt" o:ole="">
            <v:imagedata r:id="rId1088" o:title=""/>
          </v:shape>
          <o:OLEObject Type="Embed" ProgID="Equation.DSMT4" ShapeID="_x0000_i1562" DrawAspect="Content" ObjectID="_1840332016" r:id="rId1089"/>
        </w:object>
      </w:r>
      <w:r w:rsidRPr="007C53FF">
        <w:rPr>
          <w:rFonts w:ascii="Times New Roman" w:hAnsi="Times New Roman" w:cs="Times New Roman"/>
          <w:color w:val="202124"/>
          <w:sz w:val="28"/>
          <w:szCs w:val="28"/>
          <w:lang w:val="kk-KZ"/>
        </w:rPr>
        <w:t xml:space="preserve"> бірмәнді түрде төмендегідей өрнектеледі:</w:t>
      </w:r>
    </w:p>
    <w:p w14:paraId="7F310E4D" w14:textId="77777777" w:rsidR="003A4ABB" w:rsidRPr="007C53FF" w:rsidRDefault="003A4ABB" w:rsidP="007B79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lang w:val="kk-KZ"/>
        </w:rPr>
      </w:pPr>
    </w:p>
    <w:p w14:paraId="17FE9EFB" w14:textId="7A4A1A36" w:rsidR="003A4ABB" w:rsidRPr="002417EA" w:rsidRDefault="00A07FF5" w:rsidP="002417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color w:val="202124"/>
          <w:sz w:val="28"/>
          <w:szCs w:val="28"/>
          <w:lang w:val="kk-KZ"/>
        </w:rPr>
      </w:pPr>
      <w:r w:rsidRPr="002417EA">
        <w:rPr>
          <w:rFonts w:ascii="Times New Roman" w:hAnsi="Times New Roman" w:cs="Times New Roman"/>
          <w:position w:val="-10"/>
          <w:sz w:val="28"/>
          <w:szCs w:val="28"/>
        </w:rPr>
        <w:object w:dxaOrig="3580" w:dyaOrig="400" w14:anchorId="6369BC9E">
          <v:shape id="_x0000_i1563" type="#_x0000_t75" style="width:178pt;height:18.2pt" o:ole="">
            <v:imagedata r:id="rId1090" o:title=""/>
          </v:shape>
          <o:OLEObject Type="Embed" ProgID="Equation.DSMT4" ShapeID="_x0000_i1563" DrawAspect="Content" ObjectID="_1840332017" r:id="rId1091"/>
        </w:object>
      </w:r>
      <w:r w:rsidR="003A4ABB" w:rsidRPr="002417EA">
        <w:rPr>
          <w:rFonts w:ascii="Times New Roman" w:hAnsi="Times New Roman" w:cs="Times New Roman"/>
          <w:position w:val="-20"/>
          <w:sz w:val="28"/>
          <w:szCs w:val="28"/>
          <w:lang w:val="kk-KZ"/>
        </w:rPr>
        <w:t xml:space="preserve">    </w:t>
      </w:r>
      <w:r w:rsidR="000A3333">
        <w:rPr>
          <w:rFonts w:ascii="Times New Roman" w:hAnsi="Times New Roman" w:cs="Times New Roman"/>
          <w:position w:val="-20"/>
          <w:sz w:val="28"/>
          <w:szCs w:val="28"/>
          <w:lang w:val="kk-KZ"/>
        </w:rPr>
        <w:t xml:space="preserve">                        </w:t>
      </w:r>
      <w:r w:rsidR="003A4ABB" w:rsidRPr="002417EA">
        <w:rPr>
          <w:rFonts w:ascii="Times New Roman" w:hAnsi="Times New Roman" w:cs="Times New Roman"/>
          <w:position w:val="-20"/>
          <w:sz w:val="28"/>
          <w:szCs w:val="28"/>
          <w:lang w:val="kk-KZ"/>
        </w:rPr>
        <w:t xml:space="preserve">          </w:t>
      </w:r>
      <w:r w:rsidR="003A4ABB" w:rsidRPr="002417EA">
        <w:rPr>
          <w:rFonts w:ascii="Times New Roman" w:hAnsi="Times New Roman" w:cs="Times New Roman"/>
          <w:sz w:val="28"/>
          <w:szCs w:val="28"/>
          <w:lang w:val="kk-KZ"/>
        </w:rPr>
        <w:t>(1.37)</w:t>
      </w:r>
    </w:p>
    <w:p w14:paraId="1E25B22B" w14:textId="77777777" w:rsidR="003A4ABB" w:rsidRPr="002417EA" w:rsidRDefault="003A4ABB" w:rsidP="002417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lang w:val="kk-KZ"/>
        </w:rPr>
      </w:pPr>
    </w:p>
    <w:p w14:paraId="2730CAD4" w14:textId="77777777" w:rsidR="003A4ABB" w:rsidRPr="002417EA" w:rsidRDefault="003A4ABB" w:rsidP="002417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202124"/>
          <w:sz w:val="28"/>
          <w:szCs w:val="28"/>
          <w:lang w:val="kk-KZ"/>
        </w:rPr>
      </w:pPr>
      <w:r w:rsidRPr="002417EA">
        <w:rPr>
          <w:rFonts w:ascii="Times New Roman" w:hAnsi="Times New Roman" w:cs="Times New Roman"/>
          <w:color w:val="202124"/>
          <w:sz w:val="28"/>
          <w:szCs w:val="28"/>
          <w:lang w:val="kk-KZ"/>
        </w:rPr>
        <w:t xml:space="preserve">мұндағы </w:t>
      </w:r>
      <w:r w:rsidR="00A07FF5" w:rsidRPr="002417EA">
        <w:rPr>
          <w:rFonts w:ascii="Times New Roman" w:hAnsi="Times New Roman" w:cs="Times New Roman"/>
          <w:position w:val="-6"/>
          <w:sz w:val="28"/>
          <w:szCs w:val="28"/>
        </w:rPr>
        <w:object w:dxaOrig="360" w:dyaOrig="300" w14:anchorId="6A75E3DF">
          <v:shape id="_x0000_i1564" type="#_x0000_t75" style="width:18.2pt;height:15.8pt" o:ole="">
            <v:imagedata r:id="rId1092" o:title=""/>
          </v:shape>
          <o:OLEObject Type="Embed" ProgID="Equation.DSMT4" ShapeID="_x0000_i1564" DrawAspect="Content" ObjectID="_1840332018" r:id="rId1093"/>
        </w:object>
      </w:r>
      <w:r w:rsidRPr="002417EA">
        <w:rPr>
          <w:rFonts w:ascii="Times New Roman" w:hAnsi="Times New Roman" w:cs="Times New Roman"/>
          <w:color w:val="202124"/>
          <w:sz w:val="28"/>
          <w:szCs w:val="28"/>
          <w:lang w:val="kk-KZ"/>
        </w:rPr>
        <w:t xml:space="preserve"> вектор-функциясы кейбір </w:t>
      </w:r>
      <w:r w:rsidR="00A07FF5" w:rsidRPr="002417EA">
        <w:rPr>
          <w:rFonts w:ascii="Times New Roman" w:hAnsi="Times New Roman" w:cs="Times New Roman"/>
          <w:position w:val="-20"/>
          <w:sz w:val="28"/>
          <w:szCs w:val="28"/>
        </w:rPr>
        <w:object w:dxaOrig="1400" w:dyaOrig="540" w14:anchorId="47B3C01F">
          <v:shape id="_x0000_i1565" type="#_x0000_t75" style="width:68.85pt;height:27.7pt" o:ole="">
            <v:imagedata r:id="rId1094" o:title=""/>
          </v:shape>
          <o:OLEObject Type="Embed" ProgID="Equation.DSMT4" ShapeID="_x0000_i1565" DrawAspect="Content" ObjectID="_1840332019" r:id="rId1095"/>
        </w:object>
      </w:r>
      <w:r w:rsidRPr="002417EA">
        <w:rPr>
          <w:rFonts w:ascii="Times New Roman" w:hAnsi="Times New Roman" w:cs="Times New Roman"/>
          <w:color w:val="202124"/>
          <w:sz w:val="28"/>
          <w:szCs w:val="28"/>
          <w:lang w:val="kk-KZ"/>
        </w:rPr>
        <w:t xml:space="preserve"> комплекс мәнді және нақты </w:t>
      </w:r>
      <w:r w:rsidR="00A07FF5" w:rsidRPr="002417EA">
        <w:rPr>
          <w:rFonts w:ascii="Times New Roman" w:hAnsi="Times New Roman" w:cs="Times New Roman"/>
          <w:position w:val="-14"/>
          <w:sz w:val="28"/>
          <w:szCs w:val="28"/>
        </w:rPr>
        <w:object w:dxaOrig="1460" w:dyaOrig="440" w14:anchorId="55DE447F">
          <v:shape id="_x0000_i1566" type="#_x0000_t75" style="width:1in;height:20.55pt" o:ole="">
            <v:imagedata r:id="rId1096" o:title=""/>
          </v:shape>
          <o:OLEObject Type="Embed" ProgID="Equation.DSMT4" ShapeID="_x0000_i1566" DrawAspect="Content" ObjectID="_1840332020" r:id="rId1097"/>
        </w:object>
      </w:r>
      <w:r w:rsidRPr="002417EA">
        <w:rPr>
          <w:rFonts w:ascii="Times New Roman" w:hAnsi="Times New Roman" w:cs="Times New Roman"/>
          <w:color w:val="202124"/>
          <w:sz w:val="28"/>
          <w:szCs w:val="28"/>
          <w:lang w:val="kk-KZ"/>
        </w:rPr>
        <w:t xml:space="preserve"> Шынында да, </w:t>
      </w:r>
      <w:r w:rsidR="00A07FF5" w:rsidRPr="002417EA">
        <w:rPr>
          <w:rFonts w:ascii="Times New Roman" w:hAnsi="Times New Roman" w:cs="Times New Roman"/>
          <w:position w:val="-14"/>
          <w:sz w:val="28"/>
          <w:szCs w:val="28"/>
        </w:rPr>
        <w:object w:dxaOrig="1400" w:dyaOrig="440" w14:anchorId="4AF690CE">
          <v:shape id="_x0000_i1567" type="#_x0000_t75" style="width:68.85pt;height:20.55pt" o:ole="">
            <v:imagedata r:id="rId1098" o:title=""/>
          </v:shape>
          <o:OLEObject Type="Embed" ProgID="Equation.DSMT4" ShapeID="_x0000_i1567" DrawAspect="Content" ObjectID="_1840332021" r:id="rId1099"/>
        </w:object>
      </w:r>
      <w:r w:rsidRPr="002417EA">
        <w:rPr>
          <w:rFonts w:ascii="Times New Roman" w:hAnsi="Times New Roman" w:cs="Times New Roman"/>
          <w:position w:val="-14"/>
          <w:sz w:val="28"/>
          <w:szCs w:val="28"/>
          <w:lang w:val="kk-KZ"/>
        </w:rPr>
        <w:t xml:space="preserve"> </w:t>
      </w:r>
      <w:r w:rsidRPr="002417EA">
        <w:rPr>
          <w:rFonts w:ascii="Times New Roman" w:hAnsi="Times New Roman" w:cs="Times New Roman"/>
          <w:color w:val="202124"/>
          <w:sz w:val="28"/>
          <w:szCs w:val="28"/>
          <w:lang w:val="kk-KZ"/>
        </w:rPr>
        <w:t xml:space="preserve">және </w:t>
      </w:r>
      <w:r w:rsidR="00A07FF5" w:rsidRPr="002417EA">
        <w:rPr>
          <w:rFonts w:ascii="Times New Roman" w:hAnsi="Times New Roman" w:cs="Times New Roman"/>
          <w:position w:val="-10"/>
          <w:sz w:val="28"/>
          <w:szCs w:val="28"/>
        </w:rPr>
        <w:object w:dxaOrig="1480" w:dyaOrig="400" w14:anchorId="701E126A">
          <v:shape id="_x0000_i1568" type="#_x0000_t75" style="width:75.15pt;height:18.2pt" o:ole="">
            <v:imagedata r:id="rId1100" o:title=""/>
          </v:shape>
          <o:OLEObject Type="Embed" ProgID="Equation.DSMT4" ShapeID="_x0000_i1568" DrawAspect="Content" ObjectID="_1840332022" r:id="rId1101"/>
        </w:object>
      </w:r>
      <w:r w:rsidRPr="002417EA">
        <w:rPr>
          <w:rFonts w:ascii="Times New Roman" w:hAnsi="Times New Roman" w:cs="Times New Roman"/>
          <w:color w:val="202124"/>
          <w:sz w:val="28"/>
          <w:szCs w:val="28"/>
          <w:lang w:val="kk-KZ"/>
        </w:rPr>
        <w:t xml:space="preserve"> деп алайық. Сонда (3.7) </w:t>
      </w:r>
      <w:r w:rsidR="00A07FF5" w:rsidRPr="002417EA">
        <w:rPr>
          <w:rFonts w:ascii="Times New Roman" w:hAnsi="Times New Roman" w:cs="Times New Roman"/>
          <w:position w:val="-10"/>
          <w:sz w:val="28"/>
          <w:szCs w:val="28"/>
        </w:rPr>
        <w:object w:dxaOrig="320" w:dyaOrig="400" w14:anchorId="4CB555B5">
          <v:shape id="_x0000_i1569" type="#_x0000_t75" style="width:15.8pt;height:18.2pt" o:ole="">
            <v:imagedata r:id="rId1102" o:title=""/>
          </v:shape>
          <o:OLEObject Type="Embed" ProgID="Equation.DSMT4" ShapeID="_x0000_i1569" DrawAspect="Content" ObjectID="_1840332023" r:id="rId1103"/>
        </w:object>
      </w:r>
      <w:r w:rsidRPr="002417EA">
        <w:rPr>
          <w:rFonts w:ascii="Times New Roman" w:hAnsi="Times New Roman" w:cs="Times New Roman"/>
          <w:color w:val="202124"/>
          <w:sz w:val="28"/>
          <w:szCs w:val="28"/>
          <w:lang w:val="kk-KZ"/>
        </w:rPr>
        <w:t xml:space="preserve"> функциясы D облысында J− аналитикалық болып табылады және</w:t>
      </w:r>
      <w:r w:rsidRPr="002417EA">
        <w:rPr>
          <w:rFonts w:ascii="Times New Roman" w:hAnsi="Times New Roman" w:cs="Times New Roman"/>
          <w:position w:val="-14"/>
          <w:sz w:val="28"/>
          <w:szCs w:val="28"/>
          <w:lang w:val="kk-KZ"/>
        </w:rPr>
        <w:t xml:space="preserve"> </w:t>
      </w:r>
      <w:r w:rsidRPr="002417EA">
        <w:rPr>
          <w:rFonts w:ascii="Times New Roman" w:hAnsi="Times New Roman" w:cs="Times New Roman"/>
          <w:color w:val="202124"/>
          <w:sz w:val="28"/>
          <w:szCs w:val="28"/>
          <w:lang w:val="kk-KZ"/>
        </w:rPr>
        <w:t xml:space="preserve">ол [21]-де </w:t>
      </w:r>
      <w:r w:rsidR="00A07FF5" w:rsidRPr="002417EA">
        <w:rPr>
          <w:rFonts w:ascii="Times New Roman" w:hAnsi="Times New Roman" w:cs="Times New Roman"/>
          <w:position w:val="-10"/>
          <w:sz w:val="28"/>
          <w:szCs w:val="28"/>
        </w:rPr>
        <w:object w:dxaOrig="1660" w:dyaOrig="400" w14:anchorId="63A5DB7D">
          <v:shape id="_x0000_i1570" type="#_x0000_t75" style="width:83.85pt;height:18.2pt" o:ole="">
            <v:imagedata r:id="rId1104" o:title=""/>
          </v:shape>
          <o:OLEObject Type="Embed" ProgID="Equation.DSMT4" ShapeID="_x0000_i1570" DrawAspect="Content" ObjectID="_1840332024" r:id="rId1105"/>
        </w:object>
      </w:r>
      <w:r w:rsidRPr="002417EA">
        <w:rPr>
          <w:rFonts w:ascii="Times New Roman" w:hAnsi="Times New Roman" w:cs="Times New Roman"/>
          <w:color w:val="202124"/>
          <w:sz w:val="28"/>
          <w:szCs w:val="28"/>
          <w:lang w:val="kk-KZ"/>
        </w:rPr>
        <w:t xml:space="preserve"> көрсетілгендей. Бұл жерде J жордан матрицасының үшбұрышты екені ескерілген.</w:t>
      </w:r>
    </w:p>
    <w:p w14:paraId="15E1EB21" w14:textId="2EDDB39E" w:rsidR="003A4ABB" w:rsidRPr="002417EA" w:rsidRDefault="003A4ABB" w:rsidP="000A33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color w:val="202124"/>
          <w:sz w:val="28"/>
          <w:szCs w:val="28"/>
          <w:lang w:val="kk-KZ"/>
        </w:rPr>
      </w:pPr>
      <w:r w:rsidRPr="002417EA">
        <w:rPr>
          <w:rFonts w:ascii="Times New Roman" w:hAnsi="Times New Roman" w:cs="Times New Roman"/>
          <w:color w:val="202124"/>
          <w:sz w:val="28"/>
          <w:szCs w:val="28"/>
          <w:lang w:val="kk-KZ"/>
        </w:rPr>
        <w:t xml:space="preserve">(1.37) пайдалана отырып, (1.33) есебін </w:t>
      </w:r>
      <w:r w:rsidR="00A07FF5" w:rsidRPr="002417EA">
        <w:rPr>
          <w:rFonts w:ascii="Times New Roman" w:hAnsi="Times New Roman" w:cs="Times New Roman"/>
          <w:position w:val="-18"/>
          <w:sz w:val="28"/>
          <w:szCs w:val="28"/>
        </w:rPr>
        <w:object w:dxaOrig="1440" w:dyaOrig="499" w14:anchorId="6CE24956">
          <v:shape id="_x0000_i1571" type="#_x0000_t75" style="width:1in;height:25.3pt" o:ole="">
            <v:imagedata r:id="rId1106" o:title=""/>
          </v:shape>
          <o:OLEObject Type="Embed" ProgID="Equation.DSMT4" ShapeID="_x0000_i1571" DrawAspect="Content" ObjectID="_1840332025" r:id="rId1107"/>
        </w:object>
      </w:r>
      <w:r w:rsidRPr="002417EA">
        <w:rPr>
          <w:rFonts w:ascii="Times New Roman" w:hAnsi="Times New Roman" w:cs="Times New Roman"/>
          <w:color w:val="202124"/>
          <w:sz w:val="28"/>
          <w:szCs w:val="28"/>
          <w:lang w:val="kk-KZ"/>
        </w:rPr>
        <w:t xml:space="preserve"> жиынға қатысты жүйеге эквивалентті түрде келтіруге болады, ол мына теңдеулер арқылы анықталады</w:t>
      </w:r>
    </w:p>
    <w:p w14:paraId="170608BD" w14:textId="77777777" w:rsidR="003A4ABB" w:rsidRPr="002417EA" w:rsidRDefault="003A4ABB" w:rsidP="002417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202124"/>
          <w:sz w:val="28"/>
          <w:szCs w:val="28"/>
          <w:lang w:val="kk-KZ"/>
        </w:rPr>
      </w:pPr>
    </w:p>
    <w:p w14:paraId="5D89F387" w14:textId="77777777" w:rsidR="003A4ABB" w:rsidRPr="002417EA" w:rsidRDefault="00A07FF5" w:rsidP="002417EA">
      <w:pPr>
        <w:tabs>
          <w:tab w:val="left" w:pos="3837"/>
        </w:tabs>
        <w:spacing w:after="0" w:line="240" w:lineRule="auto"/>
        <w:jc w:val="center"/>
        <w:rPr>
          <w:rFonts w:ascii="Times New Roman" w:hAnsi="Times New Roman" w:cs="Times New Roman"/>
          <w:position w:val="-80"/>
          <w:sz w:val="28"/>
          <w:szCs w:val="28"/>
          <w:lang w:val="kk-KZ"/>
        </w:rPr>
      </w:pPr>
      <w:r w:rsidRPr="002417EA">
        <w:rPr>
          <w:rFonts w:ascii="Times New Roman" w:hAnsi="Times New Roman" w:cs="Times New Roman"/>
          <w:position w:val="-80"/>
          <w:sz w:val="28"/>
          <w:szCs w:val="28"/>
        </w:rPr>
        <w:object w:dxaOrig="5120" w:dyaOrig="1760" w14:anchorId="40245CE8">
          <v:shape id="_x0000_i1572" type="#_x0000_t75" style="width:254pt;height:87.8pt" o:ole="">
            <v:imagedata r:id="rId1108" o:title=""/>
          </v:shape>
          <o:OLEObject Type="Embed" ProgID="Equation.DSMT4" ShapeID="_x0000_i1572" DrawAspect="Content" ObjectID="_1840332026" r:id="rId1109"/>
        </w:object>
      </w:r>
    </w:p>
    <w:p w14:paraId="10507D14" w14:textId="77777777" w:rsidR="003A4ABB" w:rsidRPr="002417EA" w:rsidRDefault="003A4ABB" w:rsidP="002417EA">
      <w:pPr>
        <w:tabs>
          <w:tab w:val="left" w:pos="3837"/>
        </w:tabs>
        <w:spacing w:after="0" w:line="240" w:lineRule="auto"/>
        <w:rPr>
          <w:rFonts w:ascii="Times New Roman" w:hAnsi="Times New Roman" w:cs="Times New Roman"/>
          <w:position w:val="-30"/>
          <w:sz w:val="28"/>
          <w:szCs w:val="28"/>
          <w:lang w:val="kk-KZ"/>
        </w:rPr>
      </w:pPr>
    </w:p>
    <w:p w14:paraId="7ADB257B" w14:textId="77777777" w:rsidR="003A4ABB" w:rsidRPr="002417EA" w:rsidRDefault="003A4ABB" w:rsidP="002417EA">
      <w:pPr>
        <w:tabs>
          <w:tab w:val="left" w:pos="3837"/>
        </w:tabs>
        <w:spacing w:after="0" w:line="240" w:lineRule="auto"/>
        <w:rPr>
          <w:rFonts w:ascii="Times New Roman" w:hAnsi="Times New Roman" w:cs="Times New Roman"/>
          <w:color w:val="202124"/>
          <w:sz w:val="28"/>
          <w:szCs w:val="28"/>
          <w:lang w:val="kk-KZ"/>
        </w:rPr>
      </w:pPr>
      <w:r w:rsidRPr="002417EA">
        <w:rPr>
          <w:rFonts w:ascii="Times New Roman" w:hAnsi="Times New Roman" w:cs="Times New Roman"/>
          <w:color w:val="202124"/>
          <w:sz w:val="28"/>
          <w:szCs w:val="28"/>
          <w:lang w:val="kk-KZ"/>
        </w:rPr>
        <w:t>(1.34) қосымша ретінде келесі операторларды енгіземіз:</w:t>
      </w:r>
    </w:p>
    <w:p w14:paraId="4439C8E2" w14:textId="77777777" w:rsidR="003A4ABB" w:rsidRPr="002417EA" w:rsidRDefault="003A4ABB" w:rsidP="002417EA">
      <w:pPr>
        <w:tabs>
          <w:tab w:val="left" w:pos="3837"/>
        </w:tabs>
        <w:spacing w:after="0" w:line="240" w:lineRule="auto"/>
        <w:rPr>
          <w:rFonts w:ascii="Times New Roman" w:hAnsi="Times New Roman" w:cs="Times New Roman"/>
          <w:color w:val="202124"/>
          <w:sz w:val="28"/>
          <w:szCs w:val="28"/>
          <w:lang w:val="kk-KZ"/>
        </w:rPr>
      </w:pPr>
    </w:p>
    <w:p w14:paraId="77DC60D6" w14:textId="78720E26" w:rsidR="003A4ABB" w:rsidRPr="002417EA" w:rsidRDefault="00A07FF5" w:rsidP="002417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color w:val="202124"/>
          <w:sz w:val="28"/>
          <w:szCs w:val="28"/>
          <w:lang w:val="kk-KZ"/>
        </w:rPr>
      </w:pPr>
      <w:r w:rsidRPr="002417EA">
        <w:rPr>
          <w:rFonts w:ascii="Times New Roman" w:hAnsi="Times New Roman" w:cs="Times New Roman"/>
          <w:position w:val="-26"/>
          <w:sz w:val="28"/>
          <w:szCs w:val="28"/>
        </w:rPr>
        <w:object w:dxaOrig="6020" w:dyaOrig="660" w14:anchorId="4E0D0314">
          <v:shape id="_x0000_i1573" type="#_x0000_t75" style="width:301.45pt;height:34pt" o:ole="">
            <v:imagedata r:id="rId1110" o:title=""/>
          </v:shape>
          <o:OLEObject Type="Embed" ProgID="Equation.DSMT4" ShapeID="_x0000_i1573" DrawAspect="Content" ObjectID="_1840332027" r:id="rId1111"/>
        </w:object>
      </w:r>
      <w:r w:rsidR="000A3333">
        <w:rPr>
          <w:rFonts w:ascii="Times New Roman" w:hAnsi="Times New Roman" w:cs="Times New Roman"/>
          <w:position w:val="-20"/>
          <w:sz w:val="28"/>
          <w:szCs w:val="28"/>
          <w:lang w:val="kk-KZ"/>
        </w:rPr>
        <w:t xml:space="preserve">   </w:t>
      </w:r>
      <w:r w:rsidR="003A4ABB" w:rsidRPr="002417EA">
        <w:rPr>
          <w:rFonts w:ascii="Times New Roman" w:hAnsi="Times New Roman" w:cs="Times New Roman"/>
          <w:position w:val="-20"/>
          <w:sz w:val="28"/>
          <w:szCs w:val="28"/>
          <w:lang w:val="kk-KZ"/>
        </w:rPr>
        <w:t xml:space="preserve">              </w:t>
      </w:r>
      <w:r w:rsidR="003A4ABB" w:rsidRPr="002417EA">
        <w:rPr>
          <w:rFonts w:ascii="Times New Roman" w:hAnsi="Times New Roman" w:cs="Times New Roman"/>
          <w:sz w:val="28"/>
          <w:szCs w:val="28"/>
          <w:lang w:val="kk-KZ"/>
        </w:rPr>
        <w:t>(1.38)</w:t>
      </w:r>
    </w:p>
    <w:p w14:paraId="5C7BF0AB" w14:textId="77777777" w:rsidR="003A4ABB" w:rsidRPr="002417EA" w:rsidRDefault="003A4ABB" w:rsidP="002417EA">
      <w:pPr>
        <w:tabs>
          <w:tab w:val="left" w:pos="3837"/>
        </w:tabs>
        <w:spacing w:after="0" w:line="240" w:lineRule="auto"/>
        <w:rPr>
          <w:rFonts w:ascii="Times New Roman" w:hAnsi="Times New Roman" w:cs="Times New Roman"/>
          <w:color w:val="202124"/>
          <w:sz w:val="28"/>
          <w:szCs w:val="28"/>
          <w:lang w:val="kk-KZ"/>
        </w:rPr>
      </w:pPr>
    </w:p>
    <w:p w14:paraId="19CCC4F0" w14:textId="77777777" w:rsidR="003A4ABB" w:rsidRPr="002417EA" w:rsidRDefault="003A4ABB" w:rsidP="002417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202124"/>
          <w:sz w:val="28"/>
          <w:szCs w:val="28"/>
          <w:lang w:val="kk-KZ"/>
        </w:rPr>
      </w:pPr>
      <w:r w:rsidRPr="002417EA">
        <w:rPr>
          <w:rFonts w:ascii="Times New Roman" w:hAnsi="Times New Roman" w:cs="Times New Roman"/>
          <w:color w:val="202124"/>
          <w:sz w:val="28"/>
          <w:szCs w:val="28"/>
          <w:lang w:val="kk-KZ"/>
        </w:rPr>
        <w:t xml:space="preserve">және қойыңыз </w:t>
      </w:r>
      <w:r w:rsidR="00A07FF5" w:rsidRPr="002417EA">
        <w:rPr>
          <w:rFonts w:ascii="Times New Roman" w:hAnsi="Times New Roman" w:cs="Times New Roman"/>
          <w:position w:val="-20"/>
          <w:sz w:val="28"/>
          <w:szCs w:val="28"/>
        </w:rPr>
        <w:object w:dxaOrig="4340" w:dyaOrig="540" w14:anchorId="643BE517">
          <v:shape id="_x0000_i1574" type="#_x0000_t75" style="width:218.35pt;height:27.7pt" o:ole="">
            <v:imagedata r:id="rId1112" o:title=""/>
          </v:shape>
          <o:OLEObject Type="Embed" ProgID="Equation.DSMT4" ShapeID="_x0000_i1574" DrawAspect="Content" ObjectID="_1840332028" r:id="rId1113"/>
        </w:object>
      </w:r>
      <w:r w:rsidRPr="002417EA">
        <w:rPr>
          <w:rFonts w:ascii="Times New Roman" w:hAnsi="Times New Roman" w:cs="Times New Roman"/>
          <w:color w:val="202124"/>
          <w:sz w:val="28"/>
          <w:szCs w:val="28"/>
          <w:lang w:val="kk-KZ"/>
        </w:rPr>
        <w:t xml:space="preserve">Содан кейін </w:t>
      </w:r>
      <w:r w:rsidR="00A07FF5" w:rsidRPr="002417EA">
        <w:rPr>
          <w:rFonts w:ascii="Times New Roman" w:hAnsi="Times New Roman" w:cs="Times New Roman"/>
          <w:position w:val="-18"/>
          <w:sz w:val="28"/>
          <w:szCs w:val="28"/>
        </w:rPr>
        <w:object w:dxaOrig="2040" w:dyaOrig="499" w14:anchorId="68D0807D">
          <v:shape id="_x0000_i1575" type="#_x0000_t75" style="width:102.05pt;height:25.3pt" o:ole="">
            <v:imagedata r:id="rId1114" o:title=""/>
          </v:shape>
          <o:OLEObject Type="Embed" ProgID="Equation.DSMT4" ShapeID="_x0000_i1575" DrawAspect="Content" ObjectID="_1840332029" r:id="rId1115"/>
        </w:object>
      </w:r>
      <w:r w:rsidRPr="002417EA">
        <w:rPr>
          <w:rFonts w:ascii="Times New Roman" w:hAnsi="Times New Roman" w:cs="Times New Roman"/>
          <w:color w:val="202124"/>
          <w:sz w:val="28"/>
          <w:szCs w:val="28"/>
          <w:lang w:val="kk-KZ"/>
        </w:rPr>
        <w:t xml:space="preserve"> </w:t>
      </w:r>
      <w:r w:rsidR="00A07FF5" w:rsidRPr="002417EA">
        <w:rPr>
          <w:rFonts w:ascii="Times New Roman" w:hAnsi="Times New Roman" w:cs="Times New Roman"/>
          <w:position w:val="-14"/>
          <w:sz w:val="28"/>
          <w:szCs w:val="28"/>
        </w:rPr>
        <w:object w:dxaOrig="1740" w:dyaOrig="420" w14:anchorId="21DE3326">
          <v:shape id="_x0000_i1576" type="#_x0000_t75" style="width:87.8pt;height:20.55pt" o:ole="">
            <v:imagedata r:id="rId1116" o:title=""/>
          </v:shape>
          <o:OLEObject Type="Embed" ProgID="Equation.DSMT4" ShapeID="_x0000_i1576" DrawAspect="Content" ObjectID="_1840332030" r:id="rId1117"/>
        </w:object>
      </w:r>
      <w:r w:rsidRPr="002417EA">
        <w:rPr>
          <w:rFonts w:ascii="Times New Roman" w:hAnsi="Times New Roman" w:cs="Times New Roman"/>
          <w:color w:val="202124"/>
          <w:sz w:val="28"/>
          <w:szCs w:val="28"/>
          <w:lang w:val="kk-KZ"/>
        </w:rPr>
        <w:t xml:space="preserve"> және </w:t>
      </w:r>
      <w:r w:rsidR="00A07FF5" w:rsidRPr="002417EA">
        <w:rPr>
          <w:rFonts w:ascii="Times New Roman" w:hAnsi="Times New Roman" w:cs="Times New Roman"/>
          <w:position w:val="-22"/>
          <w:sz w:val="28"/>
          <w:szCs w:val="28"/>
        </w:rPr>
        <w:object w:dxaOrig="2500" w:dyaOrig="580" w14:anchorId="645CF652">
          <v:shape id="_x0000_i1577" type="#_x0000_t75" style="width:125.8pt;height:28.5pt" o:ole="">
            <v:imagedata r:id="rId1118" o:title=""/>
          </v:shape>
          <o:OLEObject Type="Embed" ProgID="Equation.DSMT4" ShapeID="_x0000_i1577" DrawAspect="Content" ObjectID="_1840332031" r:id="rId1119"/>
        </w:object>
      </w:r>
      <w:r w:rsidRPr="002417EA">
        <w:rPr>
          <w:rFonts w:ascii="Times New Roman" w:hAnsi="Times New Roman" w:cs="Times New Roman"/>
          <w:color w:val="202124"/>
          <w:sz w:val="28"/>
          <w:szCs w:val="28"/>
          <w:lang w:val="kk-KZ"/>
        </w:rPr>
        <w:t xml:space="preserve"> векторларға қатысты алдыңғы жүйені қысқаша түрде жаза аламыз</w:t>
      </w:r>
    </w:p>
    <w:p w14:paraId="5FABE57B" w14:textId="77777777" w:rsidR="003A4ABB" w:rsidRPr="002417EA" w:rsidRDefault="003A4ABB" w:rsidP="002417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lang w:val="kk-KZ"/>
        </w:rPr>
      </w:pPr>
    </w:p>
    <w:p w14:paraId="7D078666" w14:textId="0D5A9B1A" w:rsidR="003A4ABB" w:rsidRPr="000A3333" w:rsidRDefault="00A07FF5" w:rsidP="000A33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8"/>
          <w:szCs w:val="28"/>
          <w:lang w:val="kk-KZ"/>
        </w:rPr>
      </w:pPr>
      <w:r w:rsidRPr="002417EA">
        <w:rPr>
          <w:rFonts w:ascii="Times New Roman" w:hAnsi="Times New Roman" w:cs="Times New Roman"/>
          <w:position w:val="-12"/>
          <w:sz w:val="28"/>
          <w:szCs w:val="28"/>
        </w:rPr>
        <w:object w:dxaOrig="1540" w:dyaOrig="360" w14:anchorId="5D62867F">
          <v:shape id="_x0000_i1578" type="#_x0000_t75" style="width:80.7pt;height:18.2pt" o:ole="">
            <v:imagedata r:id="rId1120" o:title=""/>
          </v:shape>
          <o:OLEObject Type="Embed" ProgID="Equation.DSMT4" ShapeID="_x0000_i1578" DrawAspect="Content" ObjectID="_1840332032" r:id="rId1121"/>
        </w:object>
      </w:r>
      <w:r w:rsidR="003A4ABB" w:rsidRPr="002417EA">
        <w:rPr>
          <w:rFonts w:ascii="Times New Roman" w:hAnsi="Times New Roman" w:cs="Times New Roman"/>
          <w:position w:val="-20"/>
          <w:sz w:val="28"/>
          <w:szCs w:val="28"/>
          <w:lang w:val="kk-KZ"/>
        </w:rPr>
        <w:t xml:space="preserve">      </w:t>
      </w:r>
      <w:r w:rsidR="000A3333">
        <w:rPr>
          <w:rFonts w:ascii="Times New Roman" w:hAnsi="Times New Roman" w:cs="Times New Roman"/>
          <w:position w:val="-20"/>
          <w:sz w:val="28"/>
          <w:szCs w:val="28"/>
          <w:lang w:val="kk-KZ"/>
        </w:rPr>
        <w:t xml:space="preserve">                         </w:t>
      </w:r>
      <w:r w:rsidR="003A4ABB" w:rsidRPr="002417EA">
        <w:rPr>
          <w:rFonts w:ascii="Times New Roman" w:hAnsi="Times New Roman" w:cs="Times New Roman"/>
          <w:position w:val="-20"/>
          <w:sz w:val="28"/>
          <w:szCs w:val="28"/>
          <w:lang w:val="kk-KZ"/>
        </w:rPr>
        <w:t xml:space="preserve">            </w:t>
      </w:r>
      <w:r w:rsidR="000A3333">
        <w:rPr>
          <w:rFonts w:ascii="Times New Roman" w:hAnsi="Times New Roman" w:cs="Times New Roman"/>
          <w:sz w:val="28"/>
          <w:szCs w:val="28"/>
          <w:lang w:val="kk-KZ"/>
        </w:rPr>
        <w:t>(1.39)</w:t>
      </w:r>
    </w:p>
    <w:p w14:paraId="24BBE760" w14:textId="77777777" w:rsidR="003A4ABB" w:rsidRPr="002417EA" w:rsidRDefault="003A4ABB" w:rsidP="002417EA">
      <w:pPr>
        <w:tabs>
          <w:tab w:val="left" w:pos="3837"/>
        </w:tabs>
        <w:spacing w:after="0" w:line="240" w:lineRule="auto"/>
        <w:rPr>
          <w:rFonts w:ascii="Times New Roman" w:hAnsi="Times New Roman" w:cs="Times New Roman"/>
          <w:color w:val="202124"/>
          <w:sz w:val="28"/>
          <w:szCs w:val="28"/>
          <w:lang w:val="kk-KZ"/>
        </w:rPr>
      </w:pPr>
      <w:r w:rsidRPr="002417EA">
        <w:rPr>
          <w:rFonts w:ascii="Times New Roman" w:hAnsi="Times New Roman" w:cs="Times New Roman"/>
          <w:color w:val="202124"/>
          <w:sz w:val="28"/>
          <w:szCs w:val="28"/>
          <w:lang w:val="kk-KZ"/>
        </w:rPr>
        <w:t>операторлы  матрицалар  арқылы</w:t>
      </w:r>
    </w:p>
    <w:p w14:paraId="57A80C24" w14:textId="77777777" w:rsidR="003A4ABB" w:rsidRPr="002417EA" w:rsidRDefault="003A4ABB" w:rsidP="002417EA">
      <w:pPr>
        <w:tabs>
          <w:tab w:val="left" w:pos="3837"/>
        </w:tabs>
        <w:spacing w:after="0" w:line="240" w:lineRule="auto"/>
        <w:rPr>
          <w:rFonts w:ascii="Times New Roman" w:hAnsi="Times New Roman" w:cs="Times New Roman"/>
          <w:color w:val="202124"/>
          <w:sz w:val="28"/>
          <w:szCs w:val="28"/>
          <w:lang w:val="kk-KZ"/>
        </w:rPr>
      </w:pPr>
    </w:p>
    <w:p w14:paraId="64E698BE" w14:textId="77777777" w:rsidR="003A4ABB" w:rsidRPr="002417EA" w:rsidRDefault="00A07FF5" w:rsidP="002417EA">
      <w:pPr>
        <w:tabs>
          <w:tab w:val="left" w:pos="3837"/>
        </w:tabs>
        <w:spacing w:after="0" w:line="240" w:lineRule="auto"/>
        <w:jc w:val="center"/>
        <w:rPr>
          <w:rFonts w:ascii="Times New Roman" w:hAnsi="Times New Roman" w:cs="Times New Roman"/>
          <w:position w:val="-38"/>
          <w:sz w:val="28"/>
          <w:szCs w:val="28"/>
          <w:lang w:val="kk-KZ"/>
        </w:rPr>
      </w:pPr>
      <w:r w:rsidRPr="002417EA">
        <w:rPr>
          <w:rFonts w:ascii="Times New Roman" w:hAnsi="Times New Roman" w:cs="Times New Roman"/>
          <w:position w:val="-38"/>
          <w:sz w:val="28"/>
          <w:szCs w:val="28"/>
        </w:rPr>
        <w:object w:dxaOrig="5660" w:dyaOrig="900" w14:anchorId="27CEA6C1">
          <v:shape id="_x0000_i1579" type="#_x0000_t75" style="width:281.65pt;height:45.9pt" o:ole="">
            <v:imagedata r:id="rId1122" o:title=""/>
          </v:shape>
          <o:OLEObject Type="Embed" ProgID="Equation.DSMT4" ShapeID="_x0000_i1579" DrawAspect="Content" ObjectID="_1840332033" r:id="rId1123"/>
        </w:object>
      </w:r>
    </w:p>
    <w:p w14:paraId="7D7E9ECA" w14:textId="77777777" w:rsidR="003A4ABB" w:rsidRPr="002417EA" w:rsidRDefault="003A4ABB" w:rsidP="002417EA">
      <w:pPr>
        <w:tabs>
          <w:tab w:val="left" w:pos="3837"/>
        </w:tabs>
        <w:spacing w:after="0" w:line="240" w:lineRule="auto"/>
        <w:rPr>
          <w:rFonts w:ascii="Times New Roman" w:hAnsi="Times New Roman" w:cs="Times New Roman"/>
          <w:position w:val="-30"/>
          <w:sz w:val="28"/>
          <w:szCs w:val="28"/>
          <w:lang w:val="kk-KZ"/>
        </w:rPr>
      </w:pPr>
    </w:p>
    <w:p w14:paraId="7D9EAF8E" w14:textId="33E7C04B" w:rsidR="003A4ABB" w:rsidRPr="002417EA" w:rsidRDefault="003A4ABB" w:rsidP="000A33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color w:val="202124"/>
          <w:sz w:val="28"/>
          <w:szCs w:val="28"/>
          <w:lang w:val="kk-KZ"/>
        </w:rPr>
      </w:pPr>
      <w:r w:rsidRPr="002417EA">
        <w:rPr>
          <w:rFonts w:ascii="Times New Roman" w:hAnsi="Times New Roman" w:cs="Times New Roman"/>
          <w:color w:val="202124"/>
          <w:sz w:val="28"/>
          <w:szCs w:val="28"/>
          <w:lang w:val="kk-KZ"/>
        </w:rPr>
        <w:t>Осы жерде</w:t>
      </w:r>
      <w:r w:rsidRPr="002417EA">
        <w:rPr>
          <w:rFonts w:ascii="Times New Roman" w:hAnsi="Times New Roman" w:cs="Times New Roman"/>
          <w:color w:val="202124"/>
          <w:sz w:val="28"/>
          <w:szCs w:val="28"/>
        </w:rPr>
        <w:t>г</w:t>
      </w:r>
      <w:r w:rsidRPr="002417EA">
        <w:rPr>
          <w:rFonts w:ascii="Times New Roman" w:hAnsi="Times New Roman" w:cs="Times New Roman"/>
          <w:color w:val="202124"/>
          <w:sz w:val="28"/>
          <w:szCs w:val="28"/>
          <w:lang w:val="kk-KZ"/>
        </w:rPr>
        <w:t xml:space="preserve">і </w:t>
      </w:r>
      <w:r w:rsidR="00A07FF5" w:rsidRPr="002417EA">
        <w:rPr>
          <w:rFonts w:ascii="Times New Roman" w:hAnsi="Times New Roman" w:cs="Times New Roman"/>
          <w:position w:val="-4"/>
          <w:sz w:val="28"/>
          <w:szCs w:val="28"/>
        </w:rPr>
        <w:object w:dxaOrig="279" w:dyaOrig="340" w14:anchorId="3DE0142D">
          <v:shape id="_x0000_i1580" type="#_x0000_t75" style="width:15.8pt;height:15.8pt" o:ole="">
            <v:imagedata r:id="rId1124" o:title=""/>
          </v:shape>
          <o:OLEObject Type="Embed" ProgID="Equation.DSMT4" ShapeID="_x0000_i1580" DrawAspect="Content" ObjectID="_1840332034" r:id="rId1125"/>
        </w:object>
      </w:r>
      <w:r w:rsidRPr="002417EA">
        <w:rPr>
          <w:rFonts w:ascii="Times New Roman" w:hAnsi="Times New Roman" w:cs="Times New Roman"/>
          <w:color w:val="202124"/>
          <w:sz w:val="28"/>
          <w:szCs w:val="28"/>
          <w:lang w:val="kk-KZ"/>
        </w:rPr>
        <w:t xml:space="preserve"> операторы </w:t>
      </w:r>
      <w:r w:rsidR="00A07FF5" w:rsidRPr="002417EA">
        <w:rPr>
          <w:rFonts w:ascii="Times New Roman" w:hAnsi="Times New Roman" w:cs="Times New Roman"/>
          <w:position w:val="-6"/>
          <w:sz w:val="28"/>
          <w:szCs w:val="28"/>
        </w:rPr>
        <w:object w:dxaOrig="1240" w:dyaOrig="360" w14:anchorId="5872E8EC">
          <v:shape id="_x0000_i1581" type="#_x0000_t75" style="width:63.3pt;height:18.2pt" o:ole="">
            <v:imagedata r:id="rId1126" o:title=""/>
          </v:shape>
          <o:OLEObject Type="Embed" ProgID="Equation.DSMT4" ShapeID="_x0000_i1581" DrawAspect="Content" ObjectID="_1840332035" r:id="rId1127"/>
        </w:object>
      </w:r>
      <w:r w:rsidRPr="002417EA">
        <w:rPr>
          <w:rFonts w:ascii="Times New Roman" w:hAnsi="Times New Roman" w:cs="Times New Roman"/>
          <w:color w:val="202124"/>
          <w:sz w:val="28"/>
          <w:szCs w:val="28"/>
          <w:lang w:val="kk-KZ"/>
        </w:rPr>
        <w:t xml:space="preserve">шенелген және сондықтан </w:t>
      </w:r>
      <w:r w:rsidR="00A07FF5" w:rsidRPr="002417EA">
        <w:rPr>
          <w:rFonts w:ascii="Times New Roman" w:hAnsi="Times New Roman" w:cs="Times New Roman"/>
          <w:position w:val="-6"/>
          <w:sz w:val="28"/>
          <w:szCs w:val="28"/>
        </w:rPr>
        <w:object w:dxaOrig="380" w:dyaOrig="360" w14:anchorId="4B5E9920">
          <v:shape id="_x0000_i1582" type="#_x0000_t75" style="width:18.2pt;height:18.2pt" o:ole="">
            <v:imagedata r:id="rId1128" o:title=""/>
          </v:shape>
          <o:OLEObject Type="Embed" ProgID="Equation.DSMT4" ShapeID="_x0000_i1582" DrawAspect="Content" ObjectID="_1840332036" r:id="rId1129"/>
        </w:object>
      </w:r>
      <w:r w:rsidRPr="002417EA">
        <w:rPr>
          <w:rFonts w:ascii="Times New Roman" w:hAnsi="Times New Roman" w:cs="Times New Roman"/>
          <w:color w:val="202124"/>
          <w:sz w:val="28"/>
          <w:szCs w:val="28"/>
          <w:lang w:val="kk-KZ"/>
        </w:rPr>
        <w:t xml:space="preserve"> компактілі. Сондықтан </w:t>
      </w:r>
      <w:r w:rsidR="00A07FF5" w:rsidRPr="002417EA">
        <w:rPr>
          <w:rFonts w:ascii="Times New Roman" w:hAnsi="Times New Roman" w:cs="Times New Roman"/>
          <w:position w:val="-10"/>
          <w:sz w:val="28"/>
          <w:szCs w:val="28"/>
        </w:rPr>
        <w:object w:dxaOrig="2020" w:dyaOrig="400" w14:anchorId="07252FFA">
          <v:shape id="_x0000_i1583" type="#_x0000_t75" style="width:100.5pt;height:18.2pt" o:ole="">
            <v:imagedata r:id="rId1130" o:title=""/>
          </v:shape>
          <o:OLEObject Type="Embed" ProgID="Equation.DSMT4" ShapeID="_x0000_i1583" DrawAspect="Content" ObjectID="_1840332037" r:id="rId1131"/>
        </w:object>
      </w:r>
      <w:r w:rsidRPr="002417EA">
        <w:rPr>
          <w:rFonts w:ascii="Times New Roman" w:hAnsi="Times New Roman" w:cs="Times New Roman"/>
          <w:color w:val="202124"/>
          <w:sz w:val="28"/>
          <w:szCs w:val="28"/>
          <w:lang w:val="kk-KZ"/>
        </w:rPr>
        <w:t xml:space="preserve"> операторлары да компактілі. Егер </w:t>
      </w:r>
      <w:r w:rsidR="00A07FF5" w:rsidRPr="002417EA">
        <w:rPr>
          <w:rFonts w:ascii="Times New Roman" w:hAnsi="Times New Roman" w:cs="Times New Roman"/>
          <w:position w:val="-12"/>
          <w:sz w:val="28"/>
          <w:szCs w:val="28"/>
        </w:rPr>
        <w:object w:dxaOrig="940" w:dyaOrig="380" w14:anchorId="38AE4B02">
          <v:shape id="_x0000_i1584" type="#_x0000_t75" style="width:46.7pt;height:18.2pt" o:ole="">
            <v:imagedata r:id="rId1132" o:title=""/>
          </v:shape>
          <o:OLEObject Type="Embed" ProgID="Equation.DSMT4" ShapeID="_x0000_i1584" DrawAspect="Content" ObjectID="_1840332038" r:id="rId1133"/>
        </w:object>
      </w:r>
      <w:r w:rsidRPr="002417EA">
        <w:rPr>
          <w:rFonts w:ascii="Times New Roman" w:hAnsi="Times New Roman" w:cs="Times New Roman"/>
          <w:position w:val="-12"/>
          <w:sz w:val="28"/>
          <w:szCs w:val="28"/>
          <w:lang w:val="kk-KZ"/>
        </w:rPr>
        <w:t xml:space="preserve"> </w:t>
      </w:r>
      <w:r w:rsidRPr="002417EA">
        <w:rPr>
          <w:rFonts w:ascii="Times New Roman" w:hAnsi="Times New Roman" w:cs="Times New Roman"/>
          <w:color w:val="202124"/>
          <w:sz w:val="28"/>
          <w:szCs w:val="28"/>
          <w:lang w:val="kk-KZ"/>
        </w:rPr>
        <w:t>айырмасы</w:t>
      </w:r>
      <w:r w:rsidRPr="002417EA">
        <w:rPr>
          <w:rFonts w:ascii="Times New Roman" w:hAnsi="Times New Roman" w:cs="Times New Roman"/>
          <w:position w:val="-34"/>
          <w:sz w:val="28"/>
          <w:szCs w:val="28"/>
          <w:lang w:val="kk-KZ"/>
        </w:rPr>
        <w:t xml:space="preserve"> </w:t>
      </w:r>
      <w:r w:rsidRPr="002417EA">
        <w:rPr>
          <w:rFonts w:ascii="Times New Roman" w:hAnsi="Times New Roman" w:cs="Times New Roman"/>
          <w:color w:val="202124"/>
          <w:sz w:val="28"/>
          <w:szCs w:val="28"/>
          <w:lang w:val="kk-KZ"/>
        </w:rPr>
        <w:t xml:space="preserve"> компактілі оператор болса, онда </w:t>
      </w:r>
      <w:r w:rsidR="00A07FF5" w:rsidRPr="002417EA">
        <w:rPr>
          <w:rFonts w:ascii="Times New Roman" w:hAnsi="Times New Roman" w:cs="Times New Roman"/>
          <w:position w:val="-12"/>
          <w:sz w:val="28"/>
          <w:szCs w:val="28"/>
        </w:rPr>
        <w:object w:dxaOrig="960" w:dyaOrig="380" w14:anchorId="1180669E">
          <v:shape id="_x0000_i1585" type="#_x0000_t75" style="width:46.7pt;height:18.2pt" o:ole="">
            <v:imagedata r:id="rId1134" o:title=""/>
          </v:shape>
          <o:OLEObject Type="Embed" ProgID="Equation.DSMT4" ShapeID="_x0000_i1585" DrawAspect="Content" ObjectID="_1840332039" r:id="rId1135"/>
        </w:object>
      </w:r>
      <w:r w:rsidRPr="002417EA">
        <w:rPr>
          <w:rFonts w:ascii="Times New Roman" w:hAnsi="Times New Roman" w:cs="Times New Roman"/>
          <w:color w:val="202124"/>
          <w:sz w:val="28"/>
          <w:szCs w:val="28"/>
          <w:lang w:val="kk-KZ"/>
        </w:rPr>
        <w:t xml:space="preserve"> деп жазуға келісейік. Бұл белгілеуде:</w:t>
      </w:r>
    </w:p>
    <w:p w14:paraId="4BC1C44F" w14:textId="77777777" w:rsidR="003A4ABB" w:rsidRPr="002417EA" w:rsidRDefault="003A4ABB" w:rsidP="002417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202124"/>
          <w:sz w:val="28"/>
          <w:szCs w:val="28"/>
          <w:lang w:val="kk-KZ"/>
        </w:rPr>
      </w:pPr>
    </w:p>
    <w:p w14:paraId="6394EFED" w14:textId="77777777" w:rsidR="003A4ABB" w:rsidRPr="002417EA" w:rsidRDefault="00A07FF5" w:rsidP="002417EA">
      <w:pPr>
        <w:tabs>
          <w:tab w:val="left" w:pos="3837"/>
        </w:tabs>
        <w:spacing w:after="0" w:line="240" w:lineRule="auto"/>
        <w:jc w:val="center"/>
        <w:rPr>
          <w:rFonts w:ascii="Times New Roman" w:hAnsi="Times New Roman" w:cs="Times New Roman"/>
          <w:position w:val="-36"/>
          <w:sz w:val="28"/>
          <w:szCs w:val="28"/>
          <w:lang w:val="kk-KZ"/>
        </w:rPr>
      </w:pPr>
      <w:r w:rsidRPr="002417EA">
        <w:rPr>
          <w:rFonts w:ascii="Times New Roman" w:hAnsi="Times New Roman" w:cs="Times New Roman"/>
          <w:position w:val="-36"/>
          <w:sz w:val="28"/>
          <w:szCs w:val="28"/>
        </w:rPr>
        <w:object w:dxaOrig="2299" w:dyaOrig="859" w14:anchorId="05ED7B8A">
          <v:shape id="_x0000_i1586" type="#_x0000_t75" style="width:114.75pt;height:44.3pt" o:ole="">
            <v:imagedata r:id="rId1136" o:title=""/>
          </v:shape>
          <o:OLEObject Type="Embed" ProgID="Equation.DSMT4" ShapeID="_x0000_i1586" DrawAspect="Content" ObjectID="_1840332040" r:id="rId1137"/>
        </w:object>
      </w:r>
    </w:p>
    <w:p w14:paraId="63C54025" w14:textId="77777777" w:rsidR="003A4ABB" w:rsidRPr="002417EA" w:rsidRDefault="003A4ABB" w:rsidP="002417EA">
      <w:pPr>
        <w:tabs>
          <w:tab w:val="left" w:pos="3837"/>
        </w:tabs>
        <w:spacing w:after="0" w:line="240" w:lineRule="auto"/>
        <w:rPr>
          <w:rFonts w:ascii="Times New Roman" w:hAnsi="Times New Roman" w:cs="Times New Roman"/>
          <w:position w:val="-34"/>
          <w:sz w:val="28"/>
          <w:szCs w:val="28"/>
          <w:lang w:val="kk-KZ"/>
        </w:rPr>
      </w:pPr>
    </w:p>
    <w:p w14:paraId="213ABE9C" w14:textId="77777777" w:rsidR="003A4ABB" w:rsidRPr="002417EA" w:rsidRDefault="003A4ABB" w:rsidP="002417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lang w:val="kk-KZ"/>
        </w:rPr>
      </w:pPr>
      <w:r w:rsidRPr="002417EA">
        <w:rPr>
          <w:rFonts w:ascii="Times New Roman" w:hAnsi="Times New Roman" w:cs="Times New Roman"/>
          <w:color w:val="202124"/>
          <w:sz w:val="28"/>
          <w:szCs w:val="28"/>
          <w:lang w:val="kk-KZ"/>
        </w:rPr>
        <w:t xml:space="preserve">Жоғарыда айтылғандай, </w:t>
      </w:r>
      <w:r w:rsidR="00A07FF5" w:rsidRPr="002417EA">
        <w:rPr>
          <w:rFonts w:ascii="Times New Roman" w:hAnsi="Times New Roman" w:cs="Times New Roman"/>
          <w:position w:val="-6"/>
          <w:sz w:val="28"/>
          <w:szCs w:val="28"/>
        </w:rPr>
        <w:object w:dxaOrig="460" w:dyaOrig="360" w14:anchorId="02A92332">
          <v:shape id="_x0000_i1587" type="#_x0000_t75" style="width:25.3pt;height:18.2pt" o:ole="">
            <v:imagedata r:id="rId1138" o:title=""/>
          </v:shape>
          <o:OLEObject Type="Embed" ProgID="Equation.DSMT4" ShapeID="_x0000_i1587" DrawAspect="Content" ObjectID="_1840332041" r:id="rId1139"/>
        </w:object>
      </w:r>
      <w:r w:rsidRPr="002417EA">
        <w:rPr>
          <w:rFonts w:ascii="Times New Roman" w:hAnsi="Times New Roman" w:cs="Times New Roman"/>
          <w:color w:val="202124"/>
          <w:sz w:val="28"/>
          <w:szCs w:val="28"/>
          <w:lang w:val="kk-KZ"/>
        </w:rPr>
        <w:t xml:space="preserve"> фредгольм операторы, </w:t>
      </w:r>
      <w:r w:rsidR="00A07FF5" w:rsidRPr="002417EA">
        <w:rPr>
          <w:rFonts w:ascii="Times New Roman" w:hAnsi="Times New Roman" w:cs="Times New Roman"/>
          <w:position w:val="-4"/>
          <w:sz w:val="28"/>
          <w:szCs w:val="28"/>
        </w:rPr>
        <w:object w:dxaOrig="660" w:dyaOrig="340" w14:anchorId="2DB7E246">
          <v:shape id="_x0000_i1588" type="#_x0000_t75" style="width:34pt;height:15.8pt" o:ole="">
            <v:imagedata r:id="rId1140" o:title=""/>
          </v:shape>
          <o:OLEObject Type="Embed" ProgID="Equation.DSMT4" ShapeID="_x0000_i1588" DrawAspect="Content" ObjectID="_1840332042" r:id="rId1141"/>
        </w:object>
      </w:r>
      <w:r w:rsidRPr="002417EA">
        <w:rPr>
          <w:rFonts w:ascii="Times New Roman" w:hAnsi="Times New Roman" w:cs="Times New Roman"/>
          <w:color w:val="202124"/>
          <w:sz w:val="28"/>
          <w:szCs w:val="28"/>
          <w:lang w:val="kk-KZ"/>
        </w:rPr>
        <w:t xml:space="preserve"> оның регуляризаторы болсын, яғни,</w:t>
      </w:r>
      <w:r w:rsidR="00A07FF5" w:rsidRPr="002417EA">
        <w:rPr>
          <w:rFonts w:ascii="Times New Roman" w:hAnsi="Times New Roman" w:cs="Times New Roman"/>
          <w:position w:val="-6"/>
          <w:sz w:val="28"/>
          <w:szCs w:val="28"/>
        </w:rPr>
        <w:object w:dxaOrig="2079" w:dyaOrig="360" w14:anchorId="02705840">
          <v:shape id="_x0000_i1589" type="#_x0000_t75" style="width:104.45pt;height:18.2pt" o:ole="">
            <v:imagedata r:id="rId1142" o:title=""/>
          </v:shape>
          <o:OLEObject Type="Embed" ProgID="Equation.DSMT4" ShapeID="_x0000_i1589" DrawAspect="Content" ObjectID="_1840332043" r:id="rId1143"/>
        </w:object>
      </w:r>
      <w:r w:rsidRPr="002417EA">
        <w:rPr>
          <w:rFonts w:ascii="Times New Roman" w:hAnsi="Times New Roman" w:cs="Times New Roman"/>
          <w:color w:val="202124"/>
          <w:sz w:val="28"/>
          <w:szCs w:val="28"/>
          <w:lang w:val="kk-KZ"/>
        </w:rPr>
        <w:t>. Онда</w:t>
      </w:r>
    </w:p>
    <w:p w14:paraId="65AF211D" w14:textId="77777777" w:rsidR="003A4ABB" w:rsidRPr="002417EA" w:rsidRDefault="003A4ABB" w:rsidP="002417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lang w:val="kk-KZ"/>
        </w:rPr>
      </w:pPr>
    </w:p>
    <w:p w14:paraId="0A964974" w14:textId="24823DBD" w:rsidR="003A4ABB" w:rsidRPr="002417EA" w:rsidRDefault="00A07FF5" w:rsidP="002417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color w:val="202124"/>
          <w:sz w:val="28"/>
          <w:szCs w:val="28"/>
          <w:lang w:val="kk-KZ"/>
        </w:rPr>
      </w:pPr>
      <w:r w:rsidRPr="002417EA">
        <w:rPr>
          <w:rFonts w:ascii="Times New Roman" w:hAnsi="Times New Roman" w:cs="Times New Roman"/>
          <w:position w:val="-36"/>
          <w:sz w:val="28"/>
          <w:szCs w:val="28"/>
        </w:rPr>
        <w:object w:dxaOrig="5860" w:dyaOrig="859" w14:anchorId="2AF637F0">
          <v:shape id="_x0000_i1590" type="#_x0000_t75" style="width:295.1pt;height:44.3pt" o:ole="">
            <v:imagedata r:id="rId1144" o:title=""/>
          </v:shape>
          <o:OLEObject Type="Embed" ProgID="Equation.DSMT4" ShapeID="_x0000_i1590" DrawAspect="Content" ObjectID="_1840332044" r:id="rId1145"/>
        </w:object>
      </w:r>
      <w:r w:rsidR="000A3333">
        <w:rPr>
          <w:rFonts w:ascii="Times New Roman" w:hAnsi="Times New Roman" w:cs="Times New Roman"/>
          <w:position w:val="-20"/>
          <w:sz w:val="28"/>
          <w:szCs w:val="28"/>
          <w:lang w:val="kk-KZ"/>
        </w:rPr>
        <w:t xml:space="preserve">   </w:t>
      </w:r>
      <w:r w:rsidR="003A4ABB" w:rsidRPr="002417EA">
        <w:rPr>
          <w:rFonts w:ascii="Times New Roman" w:hAnsi="Times New Roman" w:cs="Times New Roman"/>
          <w:position w:val="-20"/>
          <w:sz w:val="28"/>
          <w:szCs w:val="28"/>
          <w:lang w:val="kk-KZ"/>
        </w:rPr>
        <w:t xml:space="preserve">       </w:t>
      </w:r>
      <w:r w:rsidR="003A4ABB" w:rsidRPr="002417EA">
        <w:rPr>
          <w:rFonts w:ascii="Times New Roman" w:hAnsi="Times New Roman" w:cs="Times New Roman"/>
          <w:sz w:val="28"/>
          <w:szCs w:val="28"/>
          <w:lang w:val="kk-KZ"/>
        </w:rPr>
        <w:t>(1.40)</w:t>
      </w:r>
    </w:p>
    <w:p w14:paraId="428C9A8B" w14:textId="77777777" w:rsidR="003A4ABB" w:rsidRPr="002417EA" w:rsidRDefault="003A4ABB" w:rsidP="002417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lang w:val="kk-KZ"/>
        </w:rPr>
      </w:pPr>
    </w:p>
    <w:p w14:paraId="27119134" w14:textId="77777777" w:rsidR="003A4ABB" w:rsidRPr="002417EA" w:rsidRDefault="003A4ABB" w:rsidP="002417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lang w:val="kk-KZ"/>
        </w:rPr>
      </w:pPr>
      <w:r w:rsidRPr="002417EA">
        <w:rPr>
          <w:rFonts w:ascii="Times New Roman" w:hAnsi="Times New Roman" w:cs="Times New Roman"/>
          <w:color w:val="202124"/>
          <w:sz w:val="28"/>
          <w:szCs w:val="28"/>
          <w:lang w:val="kk-KZ"/>
        </w:rPr>
        <w:t>Әлбетте, төмендегі операторлар  үшін</w:t>
      </w:r>
    </w:p>
    <w:p w14:paraId="67FC2F09" w14:textId="77777777" w:rsidR="003A4ABB" w:rsidRPr="002417EA" w:rsidRDefault="003A4ABB" w:rsidP="002417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lang w:val="kk-KZ"/>
        </w:rPr>
      </w:pPr>
    </w:p>
    <w:p w14:paraId="50A5607C" w14:textId="77777777" w:rsidR="003A4ABB" w:rsidRPr="002417EA" w:rsidRDefault="003A4ABB" w:rsidP="002417EA">
      <w:pPr>
        <w:tabs>
          <w:tab w:val="left" w:pos="3837"/>
        </w:tabs>
        <w:spacing w:after="0" w:line="240" w:lineRule="auto"/>
        <w:rPr>
          <w:rFonts w:ascii="Times New Roman" w:hAnsi="Times New Roman" w:cs="Times New Roman"/>
          <w:position w:val="-36"/>
          <w:sz w:val="28"/>
          <w:szCs w:val="28"/>
          <w:lang w:val="kk-KZ"/>
        </w:rPr>
      </w:pPr>
      <w:r w:rsidRPr="002417EA">
        <w:rPr>
          <w:rFonts w:ascii="Times New Roman" w:hAnsi="Times New Roman" w:cs="Times New Roman"/>
          <w:position w:val="-36"/>
          <w:sz w:val="28"/>
          <w:szCs w:val="28"/>
          <w:lang w:val="kk-KZ"/>
        </w:rPr>
        <w:t xml:space="preserve">                                                     </w:t>
      </w:r>
      <w:r w:rsidR="00A07FF5" w:rsidRPr="002417EA">
        <w:rPr>
          <w:rFonts w:ascii="Times New Roman" w:hAnsi="Times New Roman" w:cs="Times New Roman"/>
          <w:position w:val="-36"/>
          <w:sz w:val="28"/>
          <w:szCs w:val="28"/>
        </w:rPr>
        <w:object w:dxaOrig="3600" w:dyaOrig="859" w14:anchorId="42CCBDDE">
          <v:shape id="_x0000_i1591" type="#_x0000_t75" style="width:183.55pt;height:44.3pt" o:ole="">
            <v:imagedata r:id="rId1146" o:title=""/>
          </v:shape>
          <o:OLEObject Type="Embed" ProgID="Equation.DSMT4" ShapeID="_x0000_i1591" DrawAspect="Content" ObjectID="_1840332045" r:id="rId1147"/>
        </w:object>
      </w:r>
    </w:p>
    <w:p w14:paraId="73734451" w14:textId="77777777" w:rsidR="003A4ABB" w:rsidRPr="002417EA" w:rsidRDefault="003A4ABB" w:rsidP="002417EA">
      <w:pPr>
        <w:tabs>
          <w:tab w:val="left" w:pos="3837"/>
        </w:tabs>
        <w:spacing w:after="0" w:line="240" w:lineRule="auto"/>
        <w:rPr>
          <w:rFonts w:ascii="Times New Roman" w:hAnsi="Times New Roman" w:cs="Times New Roman"/>
          <w:position w:val="-32"/>
          <w:sz w:val="28"/>
          <w:szCs w:val="28"/>
          <w:lang w:val="kk-KZ"/>
        </w:rPr>
      </w:pPr>
    </w:p>
    <w:p w14:paraId="2810DE60" w14:textId="38E7B037" w:rsidR="003A4ABB" w:rsidRPr="002417EA" w:rsidRDefault="00A07FF5" w:rsidP="002417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202124"/>
          <w:sz w:val="28"/>
          <w:szCs w:val="28"/>
          <w:lang w:val="kk-KZ"/>
        </w:rPr>
      </w:pPr>
      <w:r w:rsidRPr="002417EA">
        <w:rPr>
          <w:rFonts w:ascii="Times New Roman" w:hAnsi="Times New Roman" w:cs="Times New Roman"/>
          <w:position w:val="-12"/>
          <w:sz w:val="28"/>
          <w:szCs w:val="28"/>
        </w:rPr>
        <w:object w:dxaOrig="1939" w:dyaOrig="380" w14:anchorId="439CC9A9">
          <v:shape id="_x0000_i1592" type="#_x0000_t75" style="width:97.3pt;height:18.2pt" o:ole="">
            <v:imagedata r:id="rId1148" o:title=""/>
          </v:shape>
          <o:OLEObject Type="Embed" ProgID="Equation.DSMT4" ShapeID="_x0000_i1592" DrawAspect="Content" ObjectID="_1840332046" r:id="rId1149"/>
        </w:object>
      </w:r>
      <w:r w:rsidR="003A4ABB" w:rsidRPr="002417EA">
        <w:rPr>
          <w:rFonts w:ascii="Times New Roman" w:hAnsi="Times New Roman" w:cs="Times New Roman"/>
          <w:position w:val="-12"/>
          <w:sz w:val="28"/>
          <w:szCs w:val="28"/>
          <w:lang w:val="kk-KZ"/>
        </w:rPr>
        <w:t xml:space="preserve"> </w:t>
      </w:r>
      <w:r w:rsidR="003A4ABB" w:rsidRPr="002417EA">
        <w:rPr>
          <w:rFonts w:ascii="Times New Roman" w:hAnsi="Times New Roman" w:cs="Times New Roman"/>
          <w:color w:val="202124"/>
          <w:sz w:val="28"/>
          <w:szCs w:val="28"/>
          <w:lang w:val="kk-KZ"/>
        </w:rPr>
        <w:t>қатынасы орындалады, сондықтан екеуі де керіленеді. Сондықтан (1.40) және</w:t>
      </w:r>
      <w:r w:rsidR="00730D61">
        <w:rPr>
          <w:rFonts w:ascii="Times New Roman" w:hAnsi="Times New Roman" w:cs="Times New Roman"/>
          <w:color w:val="202124"/>
          <w:sz w:val="28"/>
          <w:szCs w:val="28"/>
          <w:lang w:val="kk-KZ"/>
        </w:rPr>
        <w:t xml:space="preserve"> [3</w:t>
      </w:r>
      <w:r w:rsidR="00730D61" w:rsidRPr="00730D61">
        <w:rPr>
          <w:rFonts w:ascii="Times New Roman" w:hAnsi="Times New Roman" w:cs="Times New Roman"/>
          <w:color w:val="202124"/>
          <w:sz w:val="28"/>
          <w:szCs w:val="28"/>
          <w:lang w:val="kk-KZ"/>
        </w:rPr>
        <w:t>4</w:t>
      </w:r>
      <w:r w:rsidR="003A4ABB" w:rsidRPr="002417EA">
        <w:rPr>
          <w:rFonts w:ascii="Times New Roman" w:hAnsi="Times New Roman" w:cs="Times New Roman"/>
          <w:color w:val="202124"/>
          <w:sz w:val="28"/>
          <w:szCs w:val="28"/>
          <w:lang w:val="kk-KZ"/>
        </w:rPr>
        <w:t>] фредгольм операторларының белгілі қасиеттеріне негіздей отыра N операторы да фредголмдық деген қорытындыға келеміз.</w:t>
      </w:r>
    </w:p>
    <w:p w14:paraId="2A2FC199" w14:textId="77777777" w:rsidR="003A4ABB" w:rsidRPr="002417EA" w:rsidRDefault="003A4ABB" w:rsidP="002417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202124"/>
          <w:sz w:val="28"/>
          <w:szCs w:val="28"/>
          <w:lang w:val="kk-KZ"/>
        </w:rPr>
      </w:pPr>
    </w:p>
    <w:p w14:paraId="0522D151" w14:textId="6B473035" w:rsidR="003A4ABB" w:rsidRPr="002417EA" w:rsidRDefault="00A07FF5" w:rsidP="002417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color w:val="202124"/>
          <w:sz w:val="28"/>
          <w:szCs w:val="28"/>
          <w:lang w:val="kk-KZ"/>
        </w:rPr>
      </w:pPr>
      <w:r w:rsidRPr="002417EA">
        <w:rPr>
          <w:rFonts w:ascii="Times New Roman" w:hAnsi="Times New Roman" w:cs="Times New Roman"/>
          <w:position w:val="-6"/>
          <w:sz w:val="28"/>
          <w:szCs w:val="28"/>
        </w:rPr>
        <w:object w:dxaOrig="1800" w:dyaOrig="360" w14:anchorId="70F13454">
          <v:shape id="_x0000_i1593" type="#_x0000_t75" style="width:90.2pt;height:18.2pt" o:ole="">
            <v:imagedata r:id="rId1150" o:title=""/>
          </v:shape>
          <o:OLEObject Type="Embed" ProgID="Equation.DSMT4" ShapeID="_x0000_i1593" DrawAspect="Content" ObjectID="_1840332047" r:id="rId1151"/>
        </w:object>
      </w:r>
      <w:r w:rsidR="000A3333">
        <w:rPr>
          <w:rFonts w:ascii="Times New Roman" w:hAnsi="Times New Roman" w:cs="Times New Roman"/>
          <w:position w:val="-20"/>
          <w:sz w:val="28"/>
          <w:szCs w:val="28"/>
          <w:lang w:val="kk-KZ"/>
        </w:rPr>
        <w:t xml:space="preserve">       </w:t>
      </w:r>
      <w:r w:rsidR="003A4ABB" w:rsidRPr="002417EA">
        <w:rPr>
          <w:rFonts w:ascii="Times New Roman" w:hAnsi="Times New Roman" w:cs="Times New Roman"/>
          <w:position w:val="-20"/>
          <w:sz w:val="28"/>
          <w:szCs w:val="28"/>
          <w:lang w:val="kk-KZ"/>
        </w:rPr>
        <w:t xml:space="preserve">                               </w:t>
      </w:r>
      <w:r w:rsidR="003A4ABB" w:rsidRPr="002417EA">
        <w:rPr>
          <w:rFonts w:ascii="Times New Roman" w:hAnsi="Times New Roman" w:cs="Times New Roman"/>
          <w:sz w:val="28"/>
          <w:szCs w:val="28"/>
          <w:lang w:val="kk-KZ"/>
        </w:rPr>
        <w:t>(1.41)</w:t>
      </w:r>
    </w:p>
    <w:p w14:paraId="23C4D5E3" w14:textId="77777777" w:rsidR="003A4ABB" w:rsidRPr="002417EA" w:rsidRDefault="003A4ABB" w:rsidP="002417EA">
      <w:pPr>
        <w:tabs>
          <w:tab w:val="left" w:pos="3837"/>
        </w:tabs>
        <w:spacing w:after="0" w:line="240" w:lineRule="auto"/>
        <w:rPr>
          <w:rFonts w:ascii="Times New Roman" w:hAnsi="Times New Roman" w:cs="Times New Roman"/>
          <w:position w:val="-30"/>
          <w:sz w:val="28"/>
          <w:szCs w:val="28"/>
          <w:lang w:val="kk-KZ"/>
        </w:rPr>
      </w:pPr>
    </w:p>
    <w:p w14:paraId="514E278D" w14:textId="22054259" w:rsidR="003A4ABB" w:rsidRPr="002417EA" w:rsidRDefault="00A07FF5" w:rsidP="002417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202124"/>
          <w:sz w:val="28"/>
          <w:szCs w:val="28"/>
          <w:lang w:val="kk-KZ"/>
        </w:rPr>
      </w:pPr>
      <w:r w:rsidRPr="002417EA">
        <w:rPr>
          <w:rFonts w:ascii="Times New Roman" w:hAnsi="Times New Roman" w:cs="Times New Roman"/>
          <w:position w:val="-12"/>
          <w:sz w:val="28"/>
          <w:szCs w:val="28"/>
        </w:rPr>
        <w:object w:dxaOrig="920" w:dyaOrig="380" w14:anchorId="707175D8">
          <v:shape id="_x0000_i1594" type="#_x0000_t75" style="width:45.9pt;height:18.2pt" o:ole="">
            <v:imagedata r:id="rId1152" o:title=""/>
          </v:shape>
          <o:OLEObject Type="Embed" ProgID="Equation.DSMT4" ShapeID="_x0000_i1594" DrawAspect="Content" ObjectID="_1840332048" r:id="rId1153"/>
        </w:object>
      </w:r>
      <w:r w:rsidR="003A4ABB" w:rsidRPr="002417EA">
        <w:rPr>
          <w:rFonts w:ascii="Times New Roman" w:hAnsi="Times New Roman" w:cs="Times New Roman"/>
          <w:position w:val="-32"/>
          <w:sz w:val="28"/>
          <w:szCs w:val="28"/>
          <w:lang w:val="kk-KZ"/>
        </w:rPr>
        <w:t xml:space="preserve">  </w:t>
      </w:r>
      <w:r w:rsidR="003A4ABB" w:rsidRPr="002417EA">
        <w:rPr>
          <w:rFonts w:ascii="Times New Roman" w:hAnsi="Times New Roman" w:cs="Times New Roman"/>
          <w:color w:val="202124"/>
          <w:sz w:val="28"/>
          <w:szCs w:val="28"/>
          <w:lang w:val="kk-KZ"/>
        </w:rPr>
        <w:t xml:space="preserve">кеңістігін (1.7) сәйкес </w:t>
      </w:r>
      <w:r w:rsidRPr="002417EA">
        <w:rPr>
          <w:rFonts w:ascii="Times New Roman" w:hAnsi="Times New Roman" w:cs="Times New Roman"/>
          <w:position w:val="-14"/>
          <w:sz w:val="28"/>
          <w:szCs w:val="28"/>
        </w:rPr>
        <w:object w:dxaOrig="1579" w:dyaOrig="420" w14:anchorId="4BC2DF12">
          <v:shape id="_x0000_i1595" type="#_x0000_t75" style="width:79.1pt;height:20.55pt" o:ole="">
            <v:imagedata r:id="rId1154" o:title=""/>
          </v:shape>
          <o:OLEObject Type="Embed" ProgID="Equation.DSMT4" ShapeID="_x0000_i1595" DrawAspect="Content" ObjectID="_1840332049" r:id="rId1155"/>
        </w:object>
      </w:r>
      <w:r w:rsidR="003A4ABB" w:rsidRPr="002417EA">
        <w:rPr>
          <w:rFonts w:ascii="Times New Roman" w:hAnsi="Times New Roman" w:cs="Times New Roman"/>
          <w:color w:val="202124"/>
          <w:sz w:val="28"/>
          <w:szCs w:val="28"/>
          <w:lang w:val="kk-KZ"/>
        </w:rPr>
        <w:t xml:space="preserve"> өлшемінің </w:t>
      </w:r>
      <w:r w:rsidRPr="002417EA">
        <w:rPr>
          <w:rFonts w:ascii="Times New Roman" w:hAnsi="Times New Roman" w:cs="Times New Roman"/>
          <w:position w:val="-14"/>
          <w:sz w:val="28"/>
          <w:szCs w:val="28"/>
        </w:rPr>
        <w:object w:dxaOrig="3040" w:dyaOrig="440" w14:anchorId="0DF49C45">
          <v:shape id="_x0000_i1596" type="#_x0000_t75" style="width:150.35pt;height:20.55pt" o:ole="">
            <v:imagedata r:id="rId1156" o:title=""/>
          </v:shape>
          <o:OLEObject Type="Embed" ProgID="Equation.DSMT4" ShapeID="_x0000_i1596" DrawAspect="Content" ObjectID="_1840332050" r:id="rId1157"/>
        </w:object>
      </w:r>
      <w:r w:rsidR="003A4ABB" w:rsidRPr="002417EA">
        <w:rPr>
          <w:rFonts w:ascii="Times New Roman" w:hAnsi="Times New Roman" w:cs="Times New Roman"/>
          <w:position w:val="-14"/>
          <w:sz w:val="28"/>
          <w:szCs w:val="28"/>
          <w:lang w:val="kk-KZ"/>
        </w:rPr>
        <w:t xml:space="preserve"> </w:t>
      </w:r>
      <w:r w:rsidR="003A4ABB" w:rsidRPr="002417EA">
        <w:rPr>
          <w:rFonts w:ascii="Times New Roman" w:hAnsi="Times New Roman" w:cs="Times New Roman"/>
          <w:color w:val="202124"/>
          <w:sz w:val="28"/>
          <w:szCs w:val="28"/>
          <w:lang w:val="kk-KZ"/>
        </w:rPr>
        <w:t xml:space="preserve">кеңейтілуі ретінде қарастыруға болады. Осындай мағынада (1.39) теңдеуінің </w:t>
      </w:r>
      <w:r w:rsidRPr="002417EA">
        <w:rPr>
          <w:rFonts w:ascii="Times New Roman" w:hAnsi="Times New Roman" w:cs="Times New Roman"/>
          <w:position w:val="-6"/>
          <w:sz w:val="28"/>
          <w:szCs w:val="28"/>
        </w:rPr>
        <w:object w:dxaOrig="300" w:dyaOrig="300" w14:anchorId="7C1BB7AA">
          <v:shape id="_x0000_i1597" type="#_x0000_t75" style="width:15.8pt;height:15.8pt" o:ole="">
            <v:imagedata r:id="rId1158" o:title=""/>
          </v:shape>
          <o:OLEObject Type="Embed" ProgID="Equation.DSMT4" ShapeID="_x0000_i1597" DrawAspect="Content" ObjectID="_1840332051" r:id="rId1159"/>
        </w:object>
      </w:r>
      <w:r w:rsidR="003A4ABB" w:rsidRPr="002417EA">
        <w:rPr>
          <w:rFonts w:ascii="Times New Roman" w:hAnsi="Times New Roman" w:cs="Times New Roman"/>
          <w:color w:val="202124"/>
          <w:sz w:val="28"/>
          <w:szCs w:val="28"/>
          <w:lang w:val="kk-KZ"/>
        </w:rPr>
        <w:t xml:space="preserve">кеңейтілуі ретінде </w:t>
      </w:r>
      <w:r w:rsidRPr="002417EA">
        <w:rPr>
          <w:rFonts w:ascii="Times New Roman" w:hAnsi="Times New Roman" w:cs="Times New Roman"/>
          <w:position w:val="-6"/>
          <w:sz w:val="28"/>
          <w:szCs w:val="28"/>
        </w:rPr>
        <w:object w:dxaOrig="740" w:dyaOrig="300" w14:anchorId="4E61E23A">
          <v:shape id="_x0000_i1598" type="#_x0000_t75" style="width:36.4pt;height:15.8pt" o:ole="">
            <v:imagedata r:id="rId1160" o:title=""/>
          </v:shape>
          <o:OLEObject Type="Embed" ProgID="Equation.DSMT4" ShapeID="_x0000_i1598" DrawAspect="Content" ObjectID="_1840332052" r:id="rId1161"/>
        </w:object>
      </w:r>
      <w:r w:rsidR="003A4ABB" w:rsidRPr="002417EA">
        <w:rPr>
          <w:rFonts w:ascii="Times New Roman" w:hAnsi="Times New Roman" w:cs="Times New Roman"/>
          <w:position w:val="-6"/>
          <w:sz w:val="28"/>
          <w:szCs w:val="28"/>
          <w:lang w:val="kk-KZ"/>
        </w:rPr>
        <w:t xml:space="preserve"> </w:t>
      </w:r>
      <w:r w:rsidR="003A4ABB" w:rsidRPr="002417EA">
        <w:rPr>
          <w:rFonts w:ascii="Times New Roman" w:hAnsi="Times New Roman" w:cs="Times New Roman"/>
          <w:position w:val="-32"/>
          <w:sz w:val="28"/>
          <w:szCs w:val="28"/>
          <w:lang w:val="kk-KZ"/>
        </w:rPr>
        <w:t xml:space="preserve"> </w:t>
      </w:r>
      <w:r w:rsidR="00C07F63">
        <w:rPr>
          <w:rFonts w:ascii="Times New Roman" w:hAnsi="Times New Roman" w:cs="Times New Roman"/>
          <w:color w:val="202124"/>
          <w:sz w:val="28"/>
          <w:szCs w:val="28"/>
          <w:lang w:val="kk-KZ"/>
        </w:rPr>
        <w:t>операторын түсінеміз. [3</w:t>
      </w:r>
      <w:r w:rsidR="00C07F63" w:rsidRPr="00C07F63">
        <w:rPr>
          <w:rFonts w:ascii="Times New Roman" w:hAnsi="Times New Roman" w:cs="Times New Roman"/>
          <w:color w:val="202124"/>
          <w:sz w:val="28"/>
          <w:szCs w:val="28"/>
          <w:lang w:val="kk-KZ"/>
        </w:rPr>
        <w:t>2</w:t>
      </w:r>
      <w:r w:rsidR="003A4ABB" w:rsidRPr="002417EA">
        <w:rPr>
          <w:rFonts w:ascii="Times New Roman" w:hAnsi="Times New Roman" w:cs="Times New Roman"/>
          <w:color w:val="202124"/>
          <w:sz w:val="28"/>
          <w:szCs w:val="28"/>
          <w:lang w:val="kk-KZ"/>
        </w:rPr>
        <w:t xml:space="preserve">] сәйкес фредгольм операторларының қасиетіне сүйене отырып, мынадай қорытындыға келеміз: </w:t>
      </w:r>
      <w:r w:rsidRPr="002417EA">
        <w:rPr>
          <w:rFonts w:ascii="Times New Roman" w:hAnsi="Times New Roman" w:cs="Times New Roman"/>
          <w:position w:val="-6"/>
          <w:sz w:val="28"/>
          <w:szCs w:val="28"/>
        </w:rPr>
        <w:object w:dxaOrig="740" w:dyaOrig="300" w14:anchorId="1C30B373">
          <v:shape id="_x0000_i1599" type="#_x0000_t75" style="width:36.4pt;height:15.8pt" o:ole="">
            <v:imagedata r:id="rId1162" o:title=""/>
          </v:shape>
          <o:OLEObject Type="Embed" ProgID="Equation.DSMT4" ShapeID="_x0000_i1599" DrawAspect="Content" ObjectID="_1840332053" r:id="rId1163"/>
        </w:object>
      </w:r>
      <w:r w:rsidR="003A4ABB" w:rsidRPr="002417EA">
        <w:rPr>
          <w:rFonts w:ascii="Times New Roman" w:hAnsi="Times New Roman" w:cs="Times New Roman"/>
          <w:color w:val="202124"/>
          <w:sz w:val="28"/>
          <w:szCs w:val="28"/>
          <w:lang w:val="kk-KZ"/>
        </w:rPr>
        <w:t xml:space="preserve"> фредгольмді  оператор болады және оның индексі</w:t>
      </w:r>
    </w:p>
    <w:p w14:paraId="3E502E01" w14:textId="77777777" w:rsidR="003A4ABB" w:rsidRPr="002417EA" w:rsidRDefault="003A4ABB" w:rsidP="002417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202124"/>
          <w:sz w:val="28"/>
          <w:szCs w:val="28"/>
          <w:lang w:val="kk-KZ"/>
        </w:rPr>
      </w:pPr>
    </w:p>
    <w:p w14:paraId="2501B7C7" w14:textId="77777777" w:rsidR="003A4ABB" w:rsidRPr="002417EA" w:rsidRDefault="00A07FF5" w:rsidP="002417EA">
      <w:pPr>
        <w:tabs>
          <w:tab w:val="left" w:pos="3837"/>
        </w:tabs>
        <w:spacing w:after="0" w:line="240" w:lineRule="auto"/>
        <w:jc w:val="center"/>
        <w:rPr>
          <w:rFonts w:ascii="Times New Roman" w:hAnsi="Times New Roman" w:cs="Times New Roman"/>
          <w:position w:val="-14"/>
          <w:sz w:val="28"/>
          <w:szCs w:val="28"/>
          <w:lang w:val="kk-KZ"/>
        </w:rPr>
      </w:pPr>
      <w:r w:rsidRPr="002417EA">
        <w:rPr>
          <w:rFonts w:ascii="Times New Roman" w:hAnsi="Times New Roman" w:cs="Times New Roman"/>
          <w:position w:val="-14"/>
          <w:sz w:val="28"/>
          <w:szCs w:val="28"/>
        </w:rPr>
        <w:object w:dxaOrig="3100" w:dyaOrig="440" w14:anchorId="1360F73B">
          <v:shape id="_x0000_i1600" type="#_x0000_t75" style="width:155.85pt;height:20.55pt" o:ole="">
            <v:imagedata r:id="rId1164" o:title=""/>
          </v:shape>
          <o:OLEObject Type="Embed" ProgID="Equation.DSMT4" ShapeID="_x0000_i1600" DrawAspect="Content" ObjectID="_1840332054" r:id="rId1165"/>
        </w:object>
      </w:r>
    </w:p>
    <w:p w14:paraId="4DF417D9" w14:textId="77777777" w:rsidR="003A4ABB" w:rsidRPr="002417EA" w:rsidRDefault="003A4ABB" w:rsidP="002417EA">
      <w:pPr>
        <w:tabs>
          <w:tab w:val="left" w:pos="3837"/>
        </w:tabs>
        <w:spacing w:after="0" w:line="240" w:lineRule="auto"/>
        <w:rPr>
          <w:rFonts w:ascii="Times New Roman" w:hAnsi="Times New Roman" w:cs="Times New Roman"/>
          <w:position w:val="-32"/>
          <w:sz w:val="28"/>
          <w:szCs w:val="28"/>
          <w:lang w:val="kk-KZ"/>
        </w:rPr>
      </w:pPr>
    </w:p>
    <w:p w14:paraId="2843AF68" w14:textId="77777777" w:rsidR="003A4ABB" w:rsidRPr="002417EA" w:rsidRDefault="003A4ABB" w:rsidP="002417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202124"/>
          <w:sz w:val="28"/>
          <w:szCs w:val="28"/>
          <w:lang w:val="kk-KZ"/>
        </w:rPr>
      </w:pPr>
      <w:r w:rsidRPr="002417EA">
        <w:rPr>
          <w:rFonts w:ascii="Times New Roman" w:hAnsi="Times New Roman" w:cs="Times New Roman"/>
          <w:color w:val="202124"/>
          <w:sz w:val="28"/>
          <w:szCs w:val="28"/>
          <w:lang w:val="kk-KZ"/>
        </w:rPr>
        <w:t xml:space="preserve">(1.35), (1.41) теңдіктерімен бірге оператордың индексі </w:t>
      </w:r>
      <w:r w:rsidR="00A07FF5" w:rsidRPr="002417EA">
        <w:rPr>
          <w:rFonts w:ascii="Times New Roman" w:hAnsi="Times New Roman" w:cs="Times New Roman"/>
          <w:position w:val="-6"/>
          <w:sz w:val="28"/>
          <w:szCs w:val="28"/>
        </w:rPr>
        <w:object w:dxaOrig="740" w:dyaOrig="300" w14:anchorId="09F94B9C">
          <v:shape id="_x0000_i1601" type="#_x0000_t75" style="width:36.4pt;height:15.8pt" o:ole="">
            <v:imagedata r:id="rId1166" o:title=""/>
          </v:shape>
          <o:OLEObject Type="Embed" ProgID="Equation.DSMT4" ShapeID="_x0000_i1601" DrawAspect="Content" ObjectID="_1840332055" r:id="rId1167"/>
        </w:object>
      </w:r>
      <w:r w:rsidRPr="002417EA">
        <w:rPr>
          <w:rFonts w:ascii="Times New Roman" w:hAnsi="Times New Roman" w:cs="Times New Roman"/>
          <w:color w:val="202124"/>
          <w:sz w:val="28"/>
          <w:szCs w:val="28"/>
          <w:lang w:val="kk-KZ"/>
        </w:rPr>
        <w:t xml:space="preserve"> болатыны шығады, демек, (1.31) есептің (1.30) операторы </w:t>
      </w:r>
      <w:r w:rsidR="00A07FF5" w:rsidRPr="002417EA">
        <w:rPr>
          <w:rFonts w:ascii="Times New Roman" w:hAnsi="Times New Roman" w:cs="Times New Roman"/>
          <w:position w:val="-6"/>
          <w:sz w:val="28"/>
          <w:szCs w:val="28"/>
        </w:rPr>
        <w:object w:dxaOrig="260" w:dyaOrig="240" w14:anchorId="3BD6437D">
          <v:shape id="_x0000_i1602" type="#_x0000_t75" style="width:11.85pt;height:11.85pt" o:ole="">
            <v:imagedata r:id="rId1168" o:title=""/>
          </v:shape>
          <o:OLEObject Type="Embed" ProgID="Equation.DSMT4" ShapeID="_x0000_i1602" DrawAspect="Content" ObjectID="_1840332056" r:id="rId1169"/>
        </w:object>
      </w:r>
      <w:r w:rsidRPr="002417EA">
        <w:rPr>
          <w:rFonts w:ascii="Times New Roman" w:hAnsi="Times New Roman" w:cs="Times New Roman"/>
          <w:color w:val="202124"/>
          <w:sz w:val="28"/>
          <w:szCs w:val="28"/>
          <w:lang w:val="kk-KZ"/>
        </w:rPr>
        <w:t xml:space="preserve"> -ға тең.</w:t>
      </w:r>
    </w:p>
    <w:p w14:paraId="47ACFEE0" w14:textId="77777777" w:rsidR="003A4ABB" w:rsidRPr="002417EA" w:rsidRDefault="003A4ABB" w:rsidP="002417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202124"/>
          <w:sz w:val="28"/>
          <w:szCs w:val="28"/>
          <w:lang w:val="kk-KZ"/>
        </w:rPr>
      </w:pPr>
      <w:r w:rsidRPr="002417EA">
        <w:rPr>
          <w:rFonts w:ascii="Times New Roman" w:hAnsi="Times New Roman" w:cs="Times New Roman"/>
          <w:color w:val="202124"/>
          <w:sz w:val="28"/>
          <w:szCs w:val="28"/>
          <w:lang w:val="kk-KZ"/>
        </w:rPr>
        <w:tab/>
        <w:t xml:space="preserve">Қысқалық үшін </w:t>
      </w:r>
      <w:r w:rsidR="00A07FF5" w:rsidRPr="002417EA">
        <w:rPr>
          <w:rFonts w:ascii="Times New Roman" w:hAnsi="Times New Roman" w:cs="Times New Roman"/>
          <w:position w:val="-20"/>
          <w:sz w:val="28"/>
          <w:szCs w:val="28"/>
        </w:rPr>
        <w:object w:dxaOrig="4900" w:dyaOrig="540" w14:anchorId="25E7E582">
          <v:shape id="_x0000_i1603" type="#_x0000_t75" style="width:244.5pt;height:27.7pt" o:ole="">
            <v:imagedata r:id="rId1170" o:title=""/>
          </v:shape>
          <o:OLEObject Type="Embed" ProgID="Equation.DSMT4" ShapeID="_x0000_i1603" DrawAspect="Content" ObjectID="_1840332057" r:id="rId1171"/>
        </w:object>
      </w:r>
      <w:r w:rsidRPr="002417EA">
        <w:rPr>
          <w:rFonts w:ascii="Times New Roman" w:hAnsi="Times New Roman" w:cs="Times New Roman"/>
          <w:position w:val="-20"/>
          <w:sz w:val="28"/>
          <w:szCs w:val="28"/>
          <w:lang w:val="kk-KZ"/>
        </w:rPr>
        <w:t xml:space="preserve"> </w:t>
      </w:r>
      <w:r w:rsidRPr="002417EA">
        <w:rPr>
          <w:rFonts w:ascii="Times New Roman" w:hAnsi="Times New Roman" w:cs="Times New Roman"/>
          <w:color w:val="202124"/>
          <w:sz w:val="28"/>
          <w:szCs w:val="28"/>
          <w:lang w:val="kk-KZ"/>
        </w:rPr>
        <w:t xml:space="preserve">және </w:t>
      </w:r>
      <w:r w:rsidR="00A07FF5" w:rsidRPr="002417EA">
        <w:rPr>
          <w:rFonts w:ascii="Times New Roman" w:hAnsi="Times New Roman" w:cs="Times New Roman"/>
          <w:position w:val="-20"/>
          <w:sz w:val="28"/>
          <w:szCs w:val="28"/>
        </w:rPr>
        <w:object w:dxaOrig="2700" w:dyaOrig="540" w14:anchorId="4C5C7090">
          <v:shape id="_x0000_i1604" type="#_x0000_t75" style="width:134.5pt;height:27.7pt" o:ole="">
            <v:imagedata r:id="rId1172" o:title=""/>
          </v:shape>
          <o:OLEObject Type="Embed" ProgID="Equation.DSMT4" ShapeID="_x0000_i1604" DrawAspect="Content" ObjectID="_1840332058" r:id="rId1173"/>
        </w:object>
      </w:r>
      <w:r w:rsidRPr="002417EA">
        <w:rPr>
          <w:rFonts w:ascii="Times New Roman" w:hAnsi="Times New Roman" w:cs="Times New Roman"/>
          <w:position w:val="-20"/>
          <w:sz w:val="28"/>
          <w:szCs w:val="28"/>
          <w:lang w:val="kk-KZ"/>
        </w:rPr>
        <w:t xml:space="preserve"> </w:t>
      </w:r>
      <w:r w:rsidR="00A07FF5" w:rsidRPr="002417EA">
        <w:rPr>
          <w:rFonts w:ascii="Times New Roman" w:hAnsi="Times New Roman" w:cs="Times New Roman"/>
          <w:position w:val="-20"/>
          <w:sz w:val="28"/>
          <w:szCs w:val="28"/>
        </w:rPr>
        <w:object w:dxaOrig="2340" w:dyaOrig="540" w14:anchorId="115710F8">
          <v:shape id="_x0000_i1605" type="#_x0000_t75" style="width:117.1pt;height:27.7pt" o:ole="">
            <v:imagedata r:id="rId1174" o:title=""/>
          </v:shape>
          <o:OLEObject Type="Embed" ProgID="Equation.DSMT4" ShapeID="_x0000_i1605" DrawAspect="Content" ObjectID="_1840332059" r:id="rId1175"/>
        </w:object>
      </w:r>
      <w:r w:rsidRPr="002417EA">
        <w:rPr>
          <w:rFonts w:ascii="Times New Roman" w:hAnsi="Times New Roman" w:cs="Times New Roman"/>
          <w:color w:val="202124"/>
          <w:sz w:val="28"/>
          <w:szCs w:val="28"/>
          <w:lang w:val="kk-KZ"/>
        </w:rPr>
        <w:t xml:space="preserve"> деп алсақ (1.19) және (1.31)-гі операторларын қарастырайық:</w:t>
      </w:r>
      <w:r w:rsidRPr="002417EA">
        <w:rPr>
          <w:rFonts w:ascii="Times New Roman" w:hAnsi="Times New Roman" w:cs="Times New Roman"/>
          <w:position w:val="-18"/>
          <w:sz w:val="28"/>
          <w:szCs w:val="28"/>
          <w:lang w:val="kk-KZ"/>
        </w:rPr>
        <w:t xml:space="preserve"> </w:t>
      </w:r>
      <w:r w:rsidR="00A07FF5" w:rsidRPr="002417EA">
        <w:rPr>
          <w:rFonts w:ascii="Times New Roman" w:hAnsi="Times New Roman" w:cs="Times New Roman"/>
          <w:position w:val="-6"/>
          <w:sz w:val="28"/>
          <w:szCs w:val="28"/>
        </w:rPr>
        <w:object w:dxaOrig="1280" w:dyaOrig="300" w14:anchorId="5432A69A">
          <v:shape id="_x0000_i1606" type="#_x0000_t75" style="width:64.9pt;height:15.8pt" o:ole="">
            <v:imagedata r:id="rId1176" o:title=""/>
          </v:shape>
          <o:OLEObject Type="Embed" ProgID="Equation.DSMT4" ShapeID="_x0000_i1606" DrawAspect="Content" ObjectID="_1840332060" r:id="rId1177"/>
        </w:object>
      </w:r>
      <w:r w:rsidRPr="002417EA">
        <w:rPr>
          <w:rFonts w:ascii="Times New Roman" w:hAnsi="Times New Roman" w:cs="Times New Roman"/>
          <w:color w:val="202124"/>
          <w:sz w:val="28"/>
          <w:szCs w:val="28"/>
          <w:lang w:val="kk-KZ"/>
        </w:rPr>
        <w:t xml:space="preserve">және </w:t>
      </w:r>
      <w:r w:rsidR="00A07FF5" w:rsidRPr="002417EA">
        <w:rPr>
          <w:rFonts w:ascii="Times New Roman" w:hAnsi="Times New Roman" w:cs="Times New Roman"/>
          <w:position w:val="-12"/>
          <w:sz w:val="28"/>
          <w:szCs w:val="28"/>
        </w:rPr>
        <w:object w:dxaOrig="1380" w:dyaOrig="380" w14:anchorId="362E37BD">
          <v:shape id="_x0000_i1607" type="#_x0000_t75" style="width:68.85pt;height:18.2pt" o:ole="">
            <v:imagedata r:id="rId1178" o:title=""/>
          </v:shape>
          <o:OLEObject Type="Embed" ProgID="Equation.DSMT4" ShapeID="_x0000_i1607" DrawAspect="Content" ObjectID="_1840332061" r:id="rId1179"/>
        </w:object>
      </w:r>
      <w:r w:rsidRPr="002417EA">
        <w:rPr>
          <w:rFonts w:ascii="Times New Roman" w:hAnsi="Times New Roman" w:cs="Times New Roman"/>
          <w:color w:val="202124"/>
          <w:sz w:val="28"/>
          <w:szCs w:val="28"/>
          <w:lang w:val="kk-KZ"/>
        </w:rPr>
        <w:t xml:space="preserve">деп. Әлбетте, </w:t>
      </w:r>
      <w:r w:rsidR="00A07FF5" w:rsidRPr="002417EA">
        <w:rPr>
          <w:rFonts w:ascii="Times New Roman" w:hAnsi="Times New Roman" w:cs="Times New Roman"/>
          <w:position w:val="-12"/>
          <w:sz w:val="28"/>
          <w:szCs w:val="28"/>
        </w:rPr>
        <w:object w:dxaOrig="980" w:dyaOrig="380" w14:anchorId="261D26AD">
          <v:shape id="_x0000_i1608" type="#_x0000_t75" style="width:46.7pt;height:18.2pt" o:ole="">
            <v:imagedata r:id="rId1180" o:title=""/>
          </v:shape>
          <o:OLEObject Type="Embed" ProgID="Equation.DSMT4" ShapeID="_x0000_i1608" DrawAspect="Content" ObjectID="_1840332062" r:id="rId1181"/>
        </w:object>
      </w:r>
      <w:r w:rsidRPr="002417EA">
        <w:rPr>
          <w:rFonts w:ascii="Times New Roman" w:hAnsi="Times New Roman" w:cs="Times New Roman"/>
          <w:color w:val="202124"/>
          <w:sz w:val="28"/>
          <w:szCs w:val="28"/>
          <w:lang w:val="kk-KZ"/>
        </w:rPr>
        <w:t xml:space="preserve"> және </w:t>
      </w:r>
      <w:r w:rsidR="00A07FF5" w:rsidRPr="002417EA">
        <w:rPr>
          <w:rFonts w:ascii="Times New Roman" w:hAnsi="Times New Roman" w:cs="Times New Roman"/>
          <w:position w:val="-12"/>
          <w:sz w:val="28"/>
          <w:szCs w:val="28"/>
        </w:rPr>
        <w:object w:dxaOrig="800" w:dyaOrig="380" w14:anchorId="47618C98">
          <v:shape id="_x0000_i1609" type="#_x0000_t75" style="width:43.5pt;height:18.2pt" o:ole="">
            <v:imagedata r:id="rId1182" o:title=""/>
          </v:shape>
          <o:OLEObject Type="Embed" ProgID="Equation.DSMT4" ShapeID="_x0000_i1609" DrawAspect="Content" ObjectID="_1840332063" r:id="rId1183"/>
        </w:object>
      </w:r>
      <w:r w:rsidRPr="002417EA">
        <w:rPr>
          <w:rFonts w:ascii="Times New Roman" w:hAnsi="Times New Roman" w:cs="Times New Roman"/>
          <w:position w:val="-12"/>
          <w:sz w:val="28"/>
          <w:szCs w:val="28"/>
          <w:lang w:val="kk-KZ"/>
        </w:rPr>
        <w:t xml:space="preserve"> </w:t>
      </w:r>
      <w:r w:rsidRPr="002417EA">
        <w:rPr>
          <w:rFonts w:ascii="Times New Roman" w:hAnsi="Times New Roman" w:cs="Times New Roman"/>
          <w:color w:val="202124"/>
          <w:sz w:val="28"/>
          <w:szCs w:val="28"/>
          <w:lang w:val="kk-KZ"/>
        </w:rPr>
        <w:t xml:space="preserve">ішкі кеңістігі тұйық, және </w:t>
      </w:r>
      <w:r w:rsidR="00A07FF5" w:rsidRPr="002417EA">
        <w:rPr>
          <w:rFonts w:ascii="Times New Roman" w:hAnsi="Times New Roman" w:cs="Times New Roman"/>
          <w:position w:val="-12"/>
          <w:sz w:val="28"/>
          <w:szCs w:val="28"/>
        </w:rPr>
        <w:object w:dxaOrig="320" w:dyaOrig="380" w14:anchorId="045B8395">
          <v:shape id="_x0000_i1610" type="#_x0000_t75" style="width:15.8pt;height:18.2pt" o:ole="">
            <v:imagedata r:id="rId1184" o:title=""/>
          </v:shape>
          <o:OLEObject Type="Embed" ProgID="Equation.DSMT4" ShapeID="_x0000_i1610" DrawAspect="Content" ObjectID="_1840332064" r:id="rId1185"/>
        </w:object>
      </w:r>
      <w:r w:rsidRPr="002417EA">
        <w:rPr>
          <w:rFonts w:ascii="Times New Roman" w:hAnsi="Times New Roman" w:cs="Times New Roman"/>
          <w:position w:val="-12"/>
          <w:sz w:val="28"/>
          <w:szCs w:val="28"/>
          <w:lang w:val="kk-KZ"/>
        </w:rPr>
        <w:t xml:space="preserve"> </w:t>
      </w:r>
      <w:r w:rsidRPr="002417EA">
        <w:rPr>
          <w:rFonts w:ascii="Times New Roman" w:hAnsi="Times New Roman" w:cs="Times New Roman"/>
          <w:color w:val="202124"/>
          <w:sz w:val="28"/>
          <w:szCs w:val="28"/>
          <w:lang w:val="kk-KZ"/>
        </w:rPr>
        <w:t xml:space="preserve">кеңейуі </w:t>
      </w:r>
      <w:r w:rsidR="00A07FF5" w:rsidRPr="002417EA">
        <w:rPr>
          <w:rFonts w:ascii="Times New Roman" w:hAnsi="Times New Roman" w:cs="Times New Roman"/>
          <w:position w:val="-4"/>
          <w:sz w:val="28"/>
          <w:szCs w:val="28"/>
        </w:rPr>
        <w:object w:dxaOrig="260" w:dyaOrig="279" w14:anchorId="45D38EDF">
          <v:shape id="_x0000_i1611" type="#_x0000_t75" style="width:11.85pt;height:15.8pt" o:ole="">
            <v:imagedata r:id="rId1186" o:title=""/>
          </v:shape>
          <o:OLEObject Type="Embed" ProgID="Equation.DSMT4" ShapeID="_x0000_i1611" DrawAspect="Content" ObjectID="_1840332065" r:id="rId1187"/>
        </w:object>
      </w:r>
      <w:r w:rsidRPr="002417EA">
        <w:rPr>
          <w:rFonts w:ascii="Times New Roman" w:hAnsi="Times New Roman" w:cs="Times New Roman"/>
          <w:position w:val="-4"/>
          <w:sz w:val="28"/>
          <w:szCs w:val="28"/>
          <w:lang w:val="kk-KZ"/>
        </w:rPr>
        <w:t xml:space="preserve"> </w:t>
      </w:r>
      <w:r w:rsidRPr="002417EA">
        <w:rPr>
          <w:rFonts w:ascii="Times New Roman" w:hAnsi="Times New Roman" w:cs="Times New Roman"/>
          <w:color w:val="202124"/>
          <w:sz w:val="28"/>
          <w:szCs w:val="28"/>
          <w:lang w:val="kk-KZ"/>
        </w:rPr>
        <w:t xml:space="preserve">болады, яғни  </w:t>
      </w:r>
      <w:r w:rsidR="00A07FF5" w:rsidRPr="002417EA">
        <w:rPr>
          <w:rFonts w:ascii="Times New Roman" w:hAnsi="Times New Roman" w:cs="Times New Roman"/>
          <w:position w:val="-6"/>
          <w:sz w:val="28"/>
          <w:szCs w:val="28"/>
        </w:rPr>
        <w:object w:dxaOrig="720" w:dyaOrig="300" w14:anchorId="601CCD23">
          <v:shape id="_x0000_i1612" type="#_x0000_t75" style="width:37.2pt;height:15.8pt" o:ole="">
            <v:imagedata r:id="rId1188" o:title=""/>
          </v:shape>
          <o:OLEObject Type="Embed" ProgID="Equation.DSMT4" ShapeID="_x0000_i1612" DrawAspect="Content" ObjectID="_1840332066" r:id="rId1189"/>
        </w:object>
      </w:r>
      <w:r w:rsidRPr="002417EA">
        <w:rPr>
          <w:rFonts w:ascii="Times New Roman" w:hAnsi="Times New Roman" w:cs="Times New Roman"/>
          <w:color w:val="202124"/>
          <w:sz w:val="28"/>
          <w:szCs w:val="28"/>
          <w:lang w:val="kk-KZ"/>
        </w:rPr>
        <w:t xml:space="preserve"> үшін </w:t>
      </w:r>
      <w:r w:rsidR="00A07FF5" w:rsidRPr="002417EA">
        <w:rPr>
          <w:rFonts w:ascii="Times New Roman" w:hAnsi="Times New Roman" w:cs="Times New Roman"/>
          <w:position w:val="-12"/>
          <w:sz w:val="28"/>
          <w:szCs w:val="28"/>
        </w:rPr>
        <w:object w:dxaOrig="1120" w:dyaOrig="380" w14:anchorId="4BF6A689">
          <v:shape id="_x0000_i1613" type="#_x0000_t75" style="width:56.2pt;height:18.2pt" o:ole="">
            <v:imagedata r:id="rId1190" o:title=""/>
          </v:shape>
          <o:OLEObject Type="Embed" ProgID="Equation.DSMT4" ShapeID="_x0000_i1613" DrawAspect="Content" ObjectID="_1840332067" r:id="rId1191"/>
        </w:object>
      </w:r>
      <w:r w:rsidRPr="002417EA">
        <w:rPr>
          <w:rFonts w:ascii="Times New Roman" w:hAnsi="Times New Roman" w:cs="Times New Roman"/>
          <w:color w:val="202124"/>
          <w:sz w:val="28"/>
          <w:szCs w:val="28"/>
          <w:lang w:val="kk-KZ"/>
        </w:rPr>
        <w:t xml:space="preserve"> Сонымен қатар, 1.1-теореманы дәлелдеудің басында анықталғандай, </w:t>
      </w:r>
      <w:r w:rsidR="00A07FF5" w:rsidRPr="002417EA">
        <w:rPr>
          <w:rFonts w:ascii="Times New Roman" w:hAnsi="Times New Roman" w:cs="Times New Roman"/>
          <w:position w:val="-12"/>
          <w:sz w:val="28"/>
          <w:szCs w:val="28"/>
        </w:rPr>
        <w:object w:dxaOrig="820" w:dyaOrig="360" w14:anchorId="505FA20C">
          <v:shape id="_x0000_i1614" type="#_x0000_t75" style="width:43.5pt;height:18.2pt" o:ole="">
            <v:imagedata r:id="rId1192" o:title=""/>
          </v:shape>
          <o:OLEObject Type="Embed" ProgID="Equation.DSMT4" ShapeID="_x0000_i1614" DrawAspect="Content" ObjectID="_1840332068" r:id="rId1193"/>
        </w:object>
      </w:r>
      <w:r w:rsidRPr="002417EA">
        <w:rPr>
          <w:rFonts w:ascii="Times New Roman" w:hAnsi="Times New Roman" w:cs="Times New Roman"/>
          <w:position w:val="-12"/>
          <w:sz w:val="28"/>
          <w:szCs w:val="28"/>
          <w:lang w:val="kk-KZ"/>
        </w:rPr>
        <w:t xml:space="preserve"> </w:t>
      </w:r>
      <w:r w:rsidRPr="002417EA">
        <w:rPr>
          <w:rFonts w:ascii="Times New Roman" w:hAnsi="Times New Roman" w:cs="Times New Roman"/>
          <w:color w:val="202124"/>
          <w:sz w:val="28"/>
          <w:szCs w:val="28"/>
          <w:lang w:val="kk-KZ"/>
        </w:rPr>
        <w:t xml:space="preserve">теңдеуінің кез -келген </w:t>
      </w:r>
      <w:r w:rsidR="00A07FF5" w:rsidRPr="002417EA">
        <w:rPr>
          <w:rFonts w:ascii="Times New Roman" w:hAnsi="Times New Roman" w:cs="Times New Roman"/>
          <w:position w:val="-6"/>
          <w:sz w:val="28"/>
          <w:szCs w:val="28"/>
        </w:rPr>
        <w:object w:dxaOrig="720" w:dyaOrig="300" w14:anchorId="7FD87CC0">
          <v:shape id="_x0000_i1615" type="#_x0000_t75" style="width:37.2pt;height:15.8pt" o:ole="">
            <v:imagedata r:id="rId1194" o:title=""/>
          </v:shape>
          <o:OLEObject Type="Embed" ProgID="Equation.DSMT4" ShapeID="_x0000_i1615" DrawAspect="Content" ObjectID="_1840332069" r:id="rId1195"/>
        </w:object>
      </w:r>
      <w:r w:rsidRPr="002417EA">
        <w:rPr>
          <w:rFonts w:ascii="Times New Roman" w:hAnsi="Times New Roman" w:cs="Times New Roman"/>
          <w:position w:val="-6"/>
          <w:sz w:val="28"/>
          <w:szCs w:val="28"/>
          <w:lang w:val="kk-KZ"/>
        </w:rPr>
        <w:t xml:space="preserve"> </w:t>
      </w:r>
      <w:r w:rsidRPr="002417EA">
        <w:rPr>
          <w:rFonts w:ascii="Times New Roman" w:hAnsi="Times New Roman" w:cs="Times New Roman"/>
          <w:color w:val="202124"/>
          <w:sz w:val="28"/>
          <w:szCs w:val="28"/>
          <w:lang w:val="kk-KZ"/>
        </w:rPr>
        <w:t xml:space="preserve">шешімі </w:t>
      </w:r>
      <w:r w:rsidR="00A07FF5" w:rsidRPr="002417EA">
        <w:rPr>
          <w:rFonts w:ascii="Times New Roman" w:hAnsi="Times New Roman" w:cs="Times New Roman"/>
          <w:position w:val="-12"/>
          <w:sz w:val="28"/>
          <w:szCs w:val="28"/>
        </w:rPr>
        <w:object w:dxaOrig="700" w:dyaOrig="380" w14:anchorId="2F36BC26">
          <v:shape id="_x0000_i1616" type="#_x0000_t75" style="width:37.2pt;height:18.2pt" o:ole="">
            <v:imagedata r:id="rId1196" o:title=""/>
          </v:shape>
          <o:OLEObject Type="Embed" ProgID="Equation.DSMT4" ShapeID="_x0000_i1616" DrawAspect="Content" ObjectID="_1840332070" r:id="rId1197"/>
        </w:object>
      </w:r>
      <w:r w:rsidRPr="002417EA">
        <w:rPr>
          <w:rFonts w:ascii="Times New Roman" w:hAnsi="Times New Roman" w:cs="Times New Roman"/>
          <w:position w:val="-12"/>
          <w:sz w:val="28"/>
          <w:szCs w:val="28"/>
          <w:lang w:val="kk-KZ"/>
        </w:rPr>
        <w:t xml:space="preserve"> </w:t>
      </w:r>
      <w:r w:rsidRPr="002417EA">
        <w:rPr>
          <w:rFonts w:ascii="Times New Roman" w:hAnsi="Times New Roman" w:cs="Times New Roman"/>
          <w:color w:val="202124"/>
          <w:sz w:val="28"/>
          <w:szCs w:val="28"/>
          <w:lang w:val="kk-KZ"/>
        </w:rPr>
        <w:t xml:space="preserve">оң жағы бар </w:t>
      </w:r>
      <w:r w:rsidR="00A07FF5" w:rsidRPr="002417EA">
        <w:rPr>
          <w:rFonts w:ascii="Times New Roman" w:hAnsi="Times New Roman" w:cs="Times New Roman"/>
          <w:position w:val="-12"/>
          <w:sz w:val="28"/>
          <w:szCs w:val="28"/>
        </w:rPr>
        <w:object w:dxaOrig="380" w:dyaOrig="380" w14:anchorId="61DCD4F2">
          <v:shape id="_x0000_i1617" type="#_x0000_t75" style="width:18.2pt;height:18.2pt" o:ole="">
            <v:imagedata r:id="rId1198" o:title=""/>
          </v:shape>
          <o:OLEObject Type="Embed" ProgID="Equation.DSMT4" ShapeID="_x0000_i1617" DrawAspect="Content" ObjectID="_1840332071" r:id="rId1199"/>
        </w:object>
      </w:r>
      <w:r w:rsidRPr="002417EA">
        <w:rPr>
          <w:rFonts w:ascii="Times New Roman" w:hAnsi="Times New Roman" w:cs="Times New Roman"/>
          <w:color w:val="202124"/>
          <w:sz w:val="28"/>
          <w:szCs w:val="28"/>
          <w:lang w:val="kk-KZ"/>
        </w:rPr>
        <w:t>-де жатады. Басқаша айтқанда, кері образы</w:t>
      </w:r>
    </w:p>
    <w:p w14:paraId="52BAA5E6" w14:textId="77777777" w:rsidR="003A4ABB" w:rsidRPr="002417EA" w:rsidRDefault="003A4ABB" w:rsidP="002417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202124"/>
          <w:sz w:val="28"/>
          <w:szCs w:val="28"/>
          <w:lang w:val="kk-KZ"/>
        </w:rPr>
      </w:pPr>
      <w:r w:rsidRPr="002417EA">
        <w:rPr>
          <w:rFonts w:ascii="Times New Roman" w:hAnsi="Times New Roman" w:cs="Times New Roman"/>
          <w:color w:val="202124"/>
          <w:sz w:val="28"/>
          <w:szCs w:val="28"/>
          <w:lang w:val="kk-KZ"/>
        </w:rPr>
        <w:t xml:space="preserve"> </w:t>
      </w:r>
    </w:p>
    <w:p w14:paraId="5D7B502E" w14:textId="3C80CDFE" w:rsidR="003A4ABB" w:rsidRPr="002417EA" w:rsidRDefault="003A4ABB" w:rsidP="002417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8"/>
          <w:szCs w:val="28"/>
          <w:lang w:val="kk-KZ"/>
        </w:rPr>
      </w:pPr>
      <w:r w:rsidRPr="002417EA">
        <w:rPr>
          <w:rFonts w:ascii="Times New Roman" w:hAnsi="Times New Roman" w:cs="Times New Roman"/>
          <w:position w:val="-14"/>
          <w:sz w:val="28"/>
          <w:szCs w:val="28"/>
          <w:lang w:val="kk-KZ"/>
        </w:rPr>
        <w:t xml:space="preserve">          </w:t>
      </w:r>
      <w:r w:rsidR="00A07FF5" w:rsidRPr="002417EA">
        <w:rPr>
          <w:rFonts w:ascii="Times New Roman" w:hAnsi="Times New Roman" w:cs="Times New Roman"/>
          <w:position w:val="-14"/>
          <w:sz w:val="28"/>
          <w:szCs w:val="28"/>
        </w:rPr>
        <w:object w:dxaOrig="1740" w:dyaOrig="440" w14:anchorId="6FE22B44">
          <v:shape id="_x0000_i1618" type="#_x0000_t75" style="width:87.8pt;height:20.55pt" o:ole="">
            <v:imagedata r:id="rId1200" o:title=""/>
          </v:shape>
          <o:OLEObject Type="Embed" ProgID="Equation.DSMT4" ShapeID="_x0000_i1618" DrawAspect="Content" ObjectID="_1840332072" r:id="rId1201"/>
        </w:object>
      </w:r>
      <w:r w:rsidR="000A3333">
        <w:rPr>
          <w:rFonts w:ascii="Times New Roman" w:hAnsi="Times New Roman" w:cs="Times New Roman"/>
          <w:position w:val="-20"/>
          <w:sz w:val="28"/>
          <w:szCs w:val="28"/>
          <w:lang w:val="kk-KZ"/>
        </w:rPr>
        <w:t xml:space="preserve">        </w:t>
      </w:r>
      <w:r w:rsidRPr="002417EA">
        <w:rPr>
          <w:rFonts w:ascii="Times New Roman" w:hAnsi="Times New Roman" w:cs="Times New Roman"/>
          <w:position w:val="-20"/>
          <w:sz w:val="28"/>
          <w:szCs w:val="28"/>
          <w:lang w:val="kk-KZ"/>
        </w:rPr>
        <w:t xml:space="preserve">                                 </w:t>
      </w:r>
      <w:r w:rsidRPr="002417EA">
        <w:rPr>
          <w:rFonts w:ascii="Times New Roman" w:hAnsi="Times New Roman" w:cs="Times New Roman"/>
          <w:sz w:val="28"/>
          <w:szCs w:val="28"/>
          <w:lang w:val="kk-KZ"/>
        </w:rPr>
        <w:t>(1.42)</w:t>
      </w:r>
    </w:p>
    <w:p w14:paraId="5EBFD691" w14:textId="77777777" w:rsidR="003A4ABB" w:rsidRPr="002417EA" w:rsidRDefault="003A4ABB" w:rsidP="002417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lang w:val="kk-KZ"/>
        </w:rPr>
      </w:pPr>
    </w:p>
    <w:p w14:paraId="00975B10" w14:textId="77777777" w:rsidR="003A4ABB" w:rsidRPr="002417EA" w:rsidRDefault="003A4ABB" w:rsidP="002417EA">
      <w:pPr>
        <w:tabs>
          <w:tab w:val="left" w:pos="3837"/>
        </w:tabs>
        <w:spacing w:after="0" w:line="240" w:lineRule="auto"/>
        <w:jc w:val="both"/>
        <w:rPr>
          <w:rFonts w:ascii="Times New Roman" w:hAnsi="Times New Roman" w:cs="Times New Roman"/>
          <w:color w:val="202124"/>
          <w:sz w:val="28"/>
          <w:szCs w:val="28"/>
          <w:lang w:val="kk-KZ"/>
        </w:rPr>
      </w:pPr>
      <w:r w:rsidRPr="002417EA">
        <w:rPr>
          <w:rFonts w:ascii="Times New Roman" w:hAnsi="Times New Roman" w:cs="Times New Roman"/>
          <w:color w:val="202124"/>
          <w:sz w:val="28"/>
          <w:szCs w:val="28"/>
          <w:lang w:val="kk-KZ"/>
        </w:rPr>
        <w:t xml:space="preserve">Болжам бойынша </w:t>
      </w:r>
      <w:r w:rsidR="00A07FF5" w:rsidRPr="002417EA">
        <w:rPr>
          <w:rFonts w:ascii="Times New Roman" w:hAnsi="Times New Roman" w:cs="Times New Roman"/>
          <w:position w:val="-4"/>
          <w:sz w:val="28"/>
          <w:szCs w:val="28"/>
        </w:rPr>
        <w:object w:dxaOrig="260" w:dyaOrig="279" w14:anchorId="52A2CA5C">
          <v:shape id="_x0000_i1619" type="#_x0000_t75" style="width:11.85pt;height:15.8pt" o:ole="">
            <v:imagedata r:id="rId1202" o:title=""/>
          </v:shape>
          <o:OLEObject Type="Embed" ProgID="Equation.DSMT4" ShapeID="_x0000_i1619" DrawAspect="Content" ObjectID="_1840332073" r:id="rId1203"/>
        </w:object>
      </w:r>
      <w:r w:rsidRPr="002417EA">
        <w:rPr>
          <w:rFonts w:ascii="Times New Roman" w:hAnsi="Times New Roman" w:cs="Times New Roman"/>
          <w:color w:val="202124"/>
          <w:sz w:val="28"/>
          <w:szCs w:val="28"/>
          <w:lang w:val="kk-KZ"/>
        </w:rPr>
        <w:t xml:space="preserve"> операторы фредгольмді болғандықтан, оның ядросы </w:t>
      </w:r>
      <w:r w:rsidR="00A07FF5" w:rsidRPr="002417EA">
        <w:rPr>
          <w:rFonts w:ascii="Times New Roman" w:hAnsi="Times New Roman" w:cs="Times New Roman"/>
          <w:position w:val="-6"/>
          <w:sz w:val="28"/>
          <w:szCs w:val="28"/>
        </w:rPr>
        <w:object w:dxaOrig="700" w:dyaOrig="300" w14:anchorId="4A3A1299">
          <v:shape id="_x0000_i1620" type="#_x0000_t75" style="width:37.2pt;height:15.8pt" o:ole="">
            <v:imagedata r:id="rId1204" o:title=""/>
          </v:shape>
          <o:OLEObject Type="Embed" ProgID="Equation.DSMT4" ShapeID="_x0000_i1620" DrawAspect="Content" ObjectID="_1840332074" r:id="rId1205"/>
        </w:object>
      </w:r>
      <w:r w:rsidRPr="002417EA">
        <w:rPr>
          <w:rFonts w:ascii="Times New Roman" w:hAnsi="Times New Roman" w:cs="Times New Roman"/>
          <w:position w:val="-6"/>
          <w:sz w:val="28"/>
          <w:szCs w:val="28"/>
          <w:lang w:val="kk-KZ"/>
        </w:rPr>
        <w:t xml:space="preserve"> </w:t>
      </w:r>
      <w:r w:rsidRPr="002417EA">
        <w:rPr>
          <w:rFonts w:ascii="Times New Roman" w:hAnsi="Times New Roman" w:cs="Times New Roman"/>
          <w:color w:val="202124"/>
          <w:sz w:val="28"/>
          <w:szCs w:val="28"/>
          <w:lang w:val="kk-KZ"/>
        </w:rPr>
        <w:t xml:space="preserve">және оған түйіндес оператордың </w:t>
      </w:r>
      <w:r w:rsidR="00A07FF5" w:rsidRPr="002417EA">
        <w:rPr>
          <w:rFonts w:ascii="Times New Roman" w:hAnsi="Times New Roman" w:cs="Times New Roman"/>
          <w:position w:val="-6"/>
          <w:sz w:val="28"/>
          <w:szCs w:val="28"/>
        </w:rPr>
        <w:object w:dxaOrig="780" w:dyaOrig="360" w14:anchorId="30E855FE">
          <v:shape id="_x0000_i1621" type="#_x0000_t75" style="width:38pt;height:18.2pt" o:ole="">
            <v:imagedata r:id="rId1206" o:title=""/>
          </v:shape>
          <o:OLEObject Type="Embed" ProgID="Equation.DSMT4" ShapeID="_x0000_i1621" DrawAspect="Content" ObjectID="_1840332075" r:id="rId1207"/>
        </w:object>
      </w:r>
      <w:r w:rsidRPr="002417EA">
        <w:rPr>
          <w:rFonts w:ascii="Times New Roman" w:hAnsi="Times New Roman" w:cs="Times New Roman"/>
          <w:color w:val="202124"/>
          <w:sz w:val="28"/>
          <w:szCs w:val="28"/>
          <w:lang w:val="kk-KZ"/>
        </w:rPr>
        <w:t xml:space="preserve"> ядролары ақырлы</w:t>
      </w:r>
      <w:r w:rsidRPr="002417EA">
        <w:rPr>
          <w:rFonts w:ascii="Times New Roman" w:hAnsi="Times New Roman" w:cs="Times New Roman"/>
          <w:position w:val="-12"/>
          <w:sz w:val="28"/>
          <w:szCs w:val="28"/>
          <w:lang w:val="kk-KZ"/>
        </w:rPr>
        <w:t xml:space="preserve"> </w:t>
      </w:r>
      <w:r w:rsidRPr="002417EA">
        <w:rPr>
          <w:rFonts w:ascii="Times New Roman" w:hAnsi="Times New Roman" w:cs="Times New Roman"/>
          <w:color w:val="202124"/>
          <w:sz w:val="28"/>
          <w:szCs w:val="28"/>
          <w:lang w:val="kk-KZ"/>
        </w:rPr>
        <w:t xml:space="preserve">өлшемді болады. Бұл жағдайда, </w:t>
      </w:r>
      <w:r w:rsidR="00A07FF5" w:rsidRPr="002417EA">
        <w:rPr>
          <w:rFonts w:ascii="Times New Roman" w:hAnsi="Times New Roman" w:cs="Times New Roman"/>
          <w:position w:val="-12"/>
          <w:sz w:val="28"/>
          <w:szCs w:val="28"/>
        </w:rPr>
        <w:object w:dxaOrig="820" w:dyaOrig="360" w14:anchorId="5C37C604">
          <v:shape id="_x0000_i1622" type="#_x0000_t75" style="width:43.5pt;height:18.2pt" o:ole="">
            <v:imagedata r:id="rId1208" o:title=""/>
          </v:shape>
          <o:OLEObject Type="Embed" ProgID="Equation.DSMT4" ShapeID="_x0000_i1622" DrawAspect="Content" ObjectID="_1840332076" r:id="rId1209"/>
        </w:object>
      </w:r>
      <w:r w:rsidRPr="002417EA">
        <w:rPr>
          <w:rFonts w:ascii="Times New Roman" w:hAnsi="Times New Roman" w:cs="Times New Roman"/>
          <w:color w:val="202124"/>
          <w:sz w:val="28"/>
          <w:szCs w:val="28"/>
          <w:lang w:val="kk-KZ"/>
        </w:rPr>
        <w:t xml:space="preserve"> теңдеуі шешілімді болады сонда тек сонда ғана, егер</w:t>
      </w:r>
    </w:p>
    <w:p w14:paraId="498D14E2" w14:textId="77777777" w:rsidR="003A4ABB" w:rsidRPr="002417EA" w:rsidRDefault="003A4ABB" w:rsidP="002417EA">
      <w:pPr>
        <w:tabs>
          <w:tab w:val="left" w:pos="3837"/>
        </w:tabs>
        <w:spacing w:after="0" w:line="240" w:lineRule="auto"/>
        <w:jc w:val="both"/>
        <w:rPr>
          <w:rFonts w:ascii="Times New Roman" w:hAnsi="Times New Roman" w:cs="Times New Roman"/>
          <w:color w:val="202124"/>
          <w:sz w:val="28"/>
          <w:szCs w:val="28"/>
          <w:lang w:val="kk-KZ"/>
        </w:rPr>
      </w:pPr>
    </w:p>
    <w:p w14:paraId="4466F20D" w14:textId="21D360E9" w:rsidR="003A4ABB" w:rsidRPr="002417EA" w:rsidRDefault="00A07FF5" w:rsidP="002417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color w:val="202124"/>
          <w:sz w:val="28"/>
          <w:szCs w:val="28"/>
          <w:lang w:val="kk-KZ"/>
        </w:rPr>
      </w:pPr>
      <w:r w:rsidRPr="002417EA">
        <w:rPr>
          <w:rFonts w:ascii="Times New Roman" w:hAnsi="Times New Roman" w:cs="Times New Roman"/>
          <w:position w:val="-14"/>
          <w:sz w:val="28"/>
          <w:szCs w:val="28"/>
        </w:rPr>
        <w:object w:dxaOrig="2700" w:dyaOrig="440" w14:anchorId="62B47200">
          <v:shape id="_x0000_i1623" type="#_x0000_t75" style="width:134.5pt;height:20.55pt" o:ole="">
            <v:imagedata r:id="rId1210" o:title=""/>
          </v:shape>
          <o:OLEObject Type="Embed" ProgID="Equation.DSMT4" ShapeID="_x0000_i1623" DrawAspect="Content" ObjectID="_1840332077" r:id="rId1211"/>
        </w:object>
      </w:r>
      <w:r w:rsidR="000A3333">
        <w:rPr>
          <w:rFonts w:ascii="Times New Roman" w:hAnsi="Times New Roman" w:cs="Times New Roman"/>
          <w:position w:val="-20"/>
          <w:sz w:val="28"/>
          <w:szCs w:val="28"/>
          <w:lang w:val="kk-KZ"/>
        </w:rPr>
        <w:t xml:space="preserve">           </w:t>
      </w:r>
      <w:r w:rsidR="003A4ABB" w:rsidRPr="002417EA">
        <w:rPr>
          <w:rFonts w:ascii="Times New Roman" w:hAnsi="Times New Roman" w:cs="Times New Roman"/>
          <w:position w:val="-20"/>
          <w:sz w:val="28"/>
          <w:szCs w:val="28"/>
          <w:lang w:val="kk-KZ"/>
        </w:rPr>
        <w:t xml:space="preserve">                           </w:t>
      </w:r>
      <w:r w:rsidR="003A4ABB" w:rsidRPr="002417EA">
        <w:rPr>
          <w:rFonts w:ascii="Times New Roman" w:hAnsi="Times New Roman" w:cs="Times New Roman"/>
          <w:sz w:val="28"/>
          <w:szCs w:val="28"/>
          <w:lang w:val="kk-KZ"/>
        </w:rPr>
        <w:t>(1.43)</w:t>
      </w:r>
    </w:p>
    <w:p w14:paraId="3C60BAC2" w14:textId="77777777" w:rsidR="003A4ABB" w:rsidRPr="002417EA" w:rsidRDefault="003A4ABB" w:rsidP="002417EA">
      <w:pPr>
        <w:tabs>
          <w:tab w:val="left" w:pos="3837"/>
        </w:tabs>
        <w:spacing w:after="0" w:line="240" w:lineRule="auto"/>
        <w:rPr>
          <w:rFonts w:ascii="Times New Roman" w:hAnsi="Times New Roman" w:cs="Times New Roman"/>
          <w:position w:val="-12"/>
          <w:sz w:val="28"/>
          <w:szCs w:val="28"/>
          <w:lang w:val="kk-KZ"/>
        </w:rPr>
      </w:pPr>
    </w:p>
    <w:p w14:paraId="65E97CBD" w14:textId="77777777" w:rsidR="003A4ABB" w:rsidRPr="002417EA" w:rsidRDefault="003A4ABB" w:rsidP="002417EA">
      <w:pPr>
        <w:spacing w:after="0" w:line="240" w:lineRule="auto"/>
        <w:jc w:val="both"/>
        <w:rPr>
          <w:rFonts w:ascii="Times New Roman" w:hAnsi="Times New Roman" w:cs="Times New Roman"/>
          <w:color w:val="202124"/>
          <w:sz w:val="28"/>
          <w:szCs w:val="28"/>
          <w:lang w:val="kk-KZ"/>
        </w:rPr>
      </w:pPr>
      <w:r w:rsidRPr="002417EA">
        <w:rPr>
          <w:rFonts w:ascii="Times New Roman" w:hAnsi="Times New Roman" w:cs="Times New Roman"/>
          <w:color w:val="202124"/>
          <w:sz w:val="28"/>
          <w:szCs w:val="28"/>
          <w:lang w:val="kk-KZ"/>
        </w:rPr>
        <w:t xml:space="preserve">(1.42) cәйкес </w:t>
      </w:r>
      <w:r w:rsidR="00A07FF5" w:rsidRPr="002417EA">
        <w:rPr>
          <w:rFonts w:ascii="Times New Roman" w:hAnsi="Times New Roman" w:cs="Times New Roman"/>
          <w:position w:val="-12"/>
          <w:sz w:val="28"/>
          <w:szCs w:val="28"/>
        </w:rPr>
        <w:object w:dxaOrig="1719" w:dyaOrig="380" w14:anchorId="3F864F14">
          <v:shape id="_x0000_i1624" type="#_x0000_t75" style="width:87.8pt;height:18.2pt" o:ole="">
            <v:imagedata r:id="rId1212" o:title=""/>
          </v:shape>
          <o:OLEObject Type="Embed" ProgID="Equation.DSMT4" ShapeID="_x0000_i1624" DrawAspect="Content" ObjectID="_1840332078" r:id="rId1213"/>
        </w:object>
      </w:r>
      <w:r w:rsidRPr="002417EA">
        <w:rPr>
          <w:rFonts w:ascii="Times New Roman" w:hAnsi="Times New Roman" w:cs="Times New Roman"/>
          <w:color w:val="202124"/>
          <w:sz w:val="28"/>
          <w:szCs w:val="28"/>
          <w:lang w:val="kk-KZ"/>
        </w:rPr>
        <w:t xml:space="preserve"> ядросы және </w:t>
      </w:r>
      <w:r w:rsidR="00A07FF5" w:rsidRPr="002417EA">
        <w:rPr>
          <w:rFonts w:ascii="Times New Roman" w:hAnsi="Times New Roman" w:cs="Times New Roman"/>
          <w:position w:val="-12"/>
          <w:sz w:val="28"/>
          <w:szCs w:val="28"/>
        </w:rPr>
        <w:object w:dxaOrig="700" w:dyaOrig="380" w14:anchorId="1E948D61">
          <v:shape id="_x0000_i1625" type="#_x0000_t75" style="width:37.2pt;height:18.2pt" o:ole="">
            <v:imagedata r:id="rId1214" o:title=""/>
          </v:shape>
          <o:OLEObject Type="Embed" ProgID="Equation.DSMT4" ShapeID="_x0000_i1625" DrawAspect="Content" ObjectID="_1840332079" r:id="rId1215"/>
        </w:object>
      </w:r>
      <w:r w:rsidRPr="002417EA">
        <w:rPr>
          <w:rFonts w:ascii="Times New Roman" w:hAnsi="Times New Roman" w:cs="Times New Roman"/>
          <w:color w:val="202124"/>
          <w:sz w:val="28"/>
          <w:szCs w:val="28"/>
          <w:lang w:val="kk-KZ"/>
        </w:rPr>
        <w:t xml:space="preserve"> үшін (1.43) шарты </w:t>
      </w:r>
      <w:r w:rsidR="00A07FF5" w:rsidRPr="002417EA">
        <w:rPr>
          <w:rFonts w:ascii="Times New Roman" w:hAnsi="Times New Roman" w:cs="Times New Roman"/>
          <w:position w:val="-12"/>
          <w:sz w:val="28"/>
          <w:szCs w:val="28"/>
        </w:rPr>
        <w:object w:dxaOrig="820" w:dyaOrig="360" w14:anchorId="44009748">
          <v:shape id="_x0000_i1626" type="#_x0000_t75" style="width:43.5pt;height:18.2pt" o:ole="">
            <v:imagedata r:id="rId1216" o:title=""/>
          </v:shape>
          <o:OLEObject Type="Embed" ProgID="Equation.DSMT4" ShapeID="_x0000_i1626" DrawAspect="Content" ObjectID="_1840332080" r:id="rId1217"/>
        </w:object>
      </w:r>
      <w:r w:rsidRPr="002417EA">
        <w:rPr>
          <w:rFonts w:ascii="Times New Roman" w:hAnsi="Times New Roman" w:cs="Times New Roman"/>
          <w:color w:val="202124"/>
          <w:sz w:val="28"/>
          <w:szCs w:val="28"/>
          <w:lang w:val="kk-KZ"/>
        </w:rPr>
        <w:t xml:space="preserve"> теңдеуінің</w:t>
      </w:r>
      <w:r w:rsidRPr="002417EA">
        <w:rPr>
          <w:rFonts w:ascii="Times New Roman" w:hAnsi="Times New Roman" w:cs="Times New Roman"/>
          <w:position w:val="-12"/>
          <w:sz w:val="28"/>
          <w:szCs w:val="28"/>
          <w:lang w:val="kk-KZ"/>
        </w:rPr>
        <w:t xml:space="preserve"> </w:t>
      </w:r>
      <w:r w:rsidR="00A07FF5" w:rsidRPr="002417EA">
        <w:rPr>
          <w:rFonts w:ascii="Times New Roman" w:hAnsi="Times New Roman" w:cs="Times New Roman"/>
          <w:position w:val="-12"/>
          <w:sz w:val="28"/>
          <w:szCs w:val="28"/>
        </w:rPr>
        <w:object w:dxaOrig="380" w:dyaOrig="380" w14:anchorId="65B88536">
          <v:shape id="_x0000_i1627" type="#_x0000_t75" style="width:18.2pt;height:18.2pt" o:ole="">
            <v:imagedata r:id="rId1218" o:title=""/>
          </v:shape>
          <o:OLEObject Type="Embed" ProgID="Equation.DSMT4" ShapeID="_x0000_i1627" DrawAspect="Content" ObjectID="_1840332081" r:id="rId1219"/>
        </w:object>
      </w:r>
      <w:r w:rsidRPr="002417EA">
        <w:rPr>
          <w:rFonts w:ascii="Times New Roman" w:hAnsi="Times New Roman" w:cs="Times New Roman"/>
          <w:position w:val="-12"/>
          <w:sz w:val="28"/>
          <w:szCs w:val="28"/>
          <w:lang w:val="kk-KZ"/>
        </w:rPr>
        <w:t xml:space="preserve"> </w:t>
      </w:r>
      <w:r w:rsidRPr="002417EA">
        <w:rPr>
          <w:rFonts w:ascii="Times New Roman" w:hAnsi="Times New Roman" w:cs="Times New Roman"/>
          <w:color w:val="202124"/>
          <w:sz w:val="28"/>
          <w:szCs w:val="28"/>
          <w:lang w:val="kk-KZ"/>
        </w:rPr>
        <w:t xml:space="preserve">класында шешілетіндігін сипаттайды. Атап айтқанда, </w:t>
      </w:r>
      <w:r w:rsidR="00A07FF5" w:rsidRPr="002417EA">
        <w:rPr>
          <w:rFonts w:ascii="Times New Roman" w:hAnsi="Times New Roman" w:cs="Times New Roman"/>
          <w:position w:val="-12"/>
          <w:sz w:val="28"/>
          <w:szCs w:val="28"/>
        </w:rPr>
        <w:object w:dxaOrig="400" w:dyaOrig="380" w14:anchorId="72DB6392">
          <v:shape id="_x0000_i1628" type="#_x0000_t75" style="width:18.2pt;height:18.2pt" o:ole="">
            <v:imagedata r:id="rId1220" o:title=""/>
          </v:shape>
          <o:OLEObject Type="Embed" ProgID="Equation.DSMT4" ShapeID="_x0000_i1628" DrawAspect="Content" ObjectID="_1840332082" r:id="rId1221"/>
        </w:object>
      </w:r>
      <w:r w:rsidRPr="002417EA">
        <w:rPr>
          <w:rFonts w:ascii="Times New Roman" w:hAnsi="Times New Roman" w:cs="Times New Roman"/>
          <w:color w:val="202124"/>
          <w:sz w:val="28"/>
          <w:szCs w:val="28"/>
          <w:lang w:val="kk-KZ"/>
        </w:rPr>
        <w:t xml:space="preserve"> операторы және онымен (1.1), (1.6) есебі (1.1), (1.3) есебімен пара-пар болғандықтан, ол да фредгольмді болып табылады және бұл есептердің индексі </w:t>
      </w:r>
      <w:r w:rsidR="00A07FF5" w:rsidRPr="002417EA">
        <w:rPr>
          <w:rFonts w:ascii="Times New Roman" w:hAnsi="Times New Roman" w:cs="Times New Roman"/>
          <w:position w:val="-12"/>
          <w:sz w:val="28"/>
          <w:szCs w:val="28"/>
        </w:rPr>
        <w:object w:dxaOrig="1320" w:dyaOrig="380" w14:anchorId="6587DB03">
          <v:shape id="_x0000_i1629" type="#_x0000_t75" style="width:64.9pt;height:18.2pt" o:ole="">
            <v:imagedata r:id="rId1222" o:title=""/>
          </v:shape>
          <o:OLEObject Type="Embed" ProgID="Equation.DSMT4" ShapeID="_x0000_i1629" DrawAspect="Content" ObjectID="_1840332083" r:id="rId1223"/>
        </w:object>
      </w:r>
      <w:r w:rsidRPr="002417EA">
        <w:rPr>
          <w:rFonts w:ascii="Times New Roman" w:hAnsi="Times New Roman" w:cs="Times New Roman"/>
          <w:position w:val="-12"/>
          <w:sz w:val="28"/>
          <w:szCs w:val="28"/>
          <w:lang w:val="kk-KZ"/>
        </w:rPr>
        <w:t xml:space="preserve"> </w:t>
      </w:r>
      <w:r w:rsidRPr="002417EA">
        <w:rPr>
          <w:rFonts w:ascii="Times New Roman" w:hAnsi="Times New Roman" w:cs="Times New Roman"/>
          <w:color w:val="202124"/>
          <w:sz w:val="28"/>
          <w:szCs w:val="28"/>
          <w:lang w:val="kk-KZ"/>
        </w:rPr>
        <w:t>тең болады</w:t>
      </w:r>
      <w:r w:rsidRPr="002417EA">
        <w:rPr>
          <w:rFonts w:ascii="Times New Roman" w:hAnsi="Times New Roman" w:cs="Times New Roman"/>
          <w:i/>
          <w:color w:val="202124"/>
          <w:sz w:val="28"/>
          <w:szCs w:val="28"/>
          <w:lang w:val="kk-KZ"/>
        </w:rPr>
        <w:t>.</w:t>
      </w:r>
      <w:r w:rsidR="00360C63" w:rsidRPr="002417EA">
        <w:rPr>
          <w:rFonts w:ascii="Times New Roman" w:hAnsi="Times New Roman" w:cs="Times New Roman"/>
          <w:color w:val="202124"/>
          <w:sz w:val="28"/>
          <w:szCs w:val="28"/>
          <w:lang w:val="kk-KZ"/>
        </w:rPr>
        <w:tab/>
        <w:t xml:space="preserve"> </w:t>
      </w:r>
      <w:r w:rsidRPr="002417EA">
        <w:rPr>
          <w:rFonts w:ascii="Times New Roman" w:hAnsi="Times New Roman" w:cs="Times New Roman"/>
          <w:color w:val="202124"/>
          <w:sz w:val="28"/>
          <w:szCs w:val="28"/>
          <w:lang w:val="kk-KZ"/>
        </w:rPr>
        <w:t>(1.1)-де</w:t>
      </w:r>
      <w:r w:rsidRPr="002417EA">
        <w:rPr>
          <w:rFonts w:ascii="Times New Roman" w:hAnsi="Times New Roman" w:cs="Times New Roman"/>
          <w:position w:val="-12"/>
          <w:sz w:val="28"/>
          <w:szCs w:val="28"/>
          <w:lang w:val="kk-KZ"/>
        </w:rPr>
        <w:t xml:space="preserve"> </w:t>
      </w:r>
      <w:r w:rsidR="00A07FF5" w:rsidRPr="002417EA">
        <w:rPr>
          <w:rFonts w:ascii="Times New Roman" w:hAnsi="Times New Roman" w:cs="Times New Roman"/>
          <w:position w:val="-4"/>
          <w:sz w:val="28"/>
          <w:szCs w:val="28"/>
        </w:rPr>
        <w:object w:dxaOrig="340" w:dyaOrig="340" w14:anchorId="27E9EF69">
          <v:shape id="_x0000_i1630" type="#_x0000_t75" style="width:15.8pt;height:15.8pt" o:ole="">
            <v:imagedata r:id="rId1224" o:title=""/>
          </v:shape>
          <o:OLEObject Type="Embed" ProgID="Equation.DSMT4" ShapeID="_x0000_i1630" DrawAspect="Content" ObjectID="_1840332084" r:id="rId1225"/>
        </w:object>
      </w:r>
      <w:r w:rsidRPr="002417EA">
        <w:rPr>
          <w:rFonts w:ascii="Times New Roman" w:hAnsi="Times New Roman" w:cs="Times New Roman"/>
          <w:position w:val="-4"/>
          <w:sz w:val="28"/>
          <w:szCs w:val="28"/>
          <w:lang w:val="kk-KZ"/>
        </w:rPr>
        <w:t xml:space="preserve"> </w:t>
      </w:r>
      <w:r w:rsidRPr="002417EA">
        <w:rPr>
          <w:rFonts w:ascii="Times New Roman" w:hAnsi="Times New Roman" w:cs="Times New Roman"/>
          <w:color w:val="202124"/>
          <w:sz w:val="28"/>
          <w:szCs w:val="28"/>
          <w:lang w:val="kk-KZ"/>
        </w:rPr>
        <w:t>операторын</w:t>
      </w:r>
      <w:r w:rsidRPr="002417EA">
        <w:rPr>
          <w:rFonts w:ascii="Times New Roman" w:hAnsi="Times New Roman" w:cs="Times New Roman"/>
          <w:position w:val="-12"/>
          <w:sz w:val="28"/>
          <w:szCs w:val="28"/>
          <w:lang w:val="kk-KZ"/>
        </w:rPr>
        <w:t xml:space="preserve"> </w:t>
      </w:r>
      <w:r w:rsidR="00A07FF5" w:rsidRPr="002417EA">
        <w:rPr>
          <w:rFonts w:ascii="Times New Roman" w:hAnsi="Times New Roman" w:cs="Times New Roman"/>
          <w:position w:val="-6"/>
          <w:sz w:val="28"/>
          <w:szCs w:val="28"/>
        </w:rPr>
        <w:object w:dxaOrig="520" w:dyaOrig="360" w14:anchorId="54926982">
          <v:shape id="_x0000_i1631" type="#_x0000_t75" style="width:27.7pt;height:18.2pt" o:ole="">
            <v:imagedata r:id="rId1226" o:title=""/>
          </v:shape>
          <o:OLEObject Type="Embed" ProgID="Equation.DSMT4" ShapeID="_x0000_i1631" DrawAspect="Content" ObjectID="_1840332085" r:id="rId1227"/>
        </w:object>
      </w:r>
      <w:r w:rsidRPr="002417EA">
        <w:rPr>
          <w:rFonts w:ascii="Times New Roman" w:hAnsi="Times New Roman" w:cs="Times New Roman"/>
          <w:color w:val="202124"/>
          <w:sz w:val="28"/>
          <w:szCs w:val="28"/>
          <w:lang w:val="kk-KZ"/>
        </w:rPr>
        <w:t xml:space="preserve"> операторына </w:t>
      </w:r>
      <w:r w:rsidR="00A07FF5" w:rsidRPr="002417EA">
        <w:rPr>
          <w:rFonts w:ascii="Times New Roman" w:hAnsi="Times New Roman" w:cs="Times New Roman"/>
          <w:position w:val="-6"/>
          <w:sz w:val="28"/>
          <w:szCs w:val="28"/>
        </w:rPr>
        <w:object w:dxaOrig="1100" w:dyaOrig="300" w14:anchorId="0FE67C51">
          <v:shape id="_x0000_i1632" type="#_x0000_t75" style="width:56.2pt;height:15.8pt" o:ole="">
            <v:imagedata r:id="rId1228" o:title=""/>
          </v:shape>
          <o:OLEObject Type="Embed" ProgID="Equation.DSMT4" ShapeID="_x0000_i1632" DrawAspect="Content" ObjectID="_1840332086" r:id="rId1229"/>
        </w:object>
      </w:r>
      <w:r w:rsidRPr="002417EA">
        <w:rPr>
          <w:rFonts w:ascii="Times New Roman" w:hAnsi="Times New Roman" w:cs="Times New Roman"/>
          <w:color w:val="202124"/>
          <w:sz w:val="28"/>
          <w:szCs w:val="28"/>
          <w:lang w:val="kk-KZ"/>
        </w:rPr>
        <w:t xml:space="preserve">ге ауыстыра отырып, </w:t>
      </w:r>
      <w:r w:rsidR="00A07FF5" w:rsidRPr="002417EA">
        <w:rPr>
          <w:rFonts w:ascii="Times New Roman" w:hAnsi="Times New Roman" w:cs="Times New Roman"/>
          <w:position w:val="-6"/>
          <w:sz w:val="28"/>
          <w:szCs w:val="28"/>
        </w:rPr>
        <w:object w:dxaOrig="200" w:dyaOrig="240" w14:anchorId="183BEBF8">
          <v:shape id="_x0000_i1633" type="#_x0000_t75" style="width:9.5pt;height:11.85pt" o:ole="">
            <v:imagedata r:id="rId1230" o:title=""/>
          </v:shape>
          <o:OLEObject Type="Embed" ProgID="Equation.DSMT4" ShapeID="_x0000_i1633" DrawAspect="Content" ObjectID="_1840332087" r:id="rId1231"/>
        </w:object>
      </w:r>
      <w:r w:rsidRPr="002417EA">
        <w:rPr>
          <w:rFonts w:ascii="Times New Roman" w:hAnsi="Times New Roman" w:cs="Times New Roman"/>
          <w:color w:val="202124"/>
          <w:sz w:val="28"/>
          <w:szCs w:val="28"/>
          <w:lang w:val="kk-KZ"/>
        </w:rPr>
        <w:t xml:space="preserve"> параметрі бар (1.1), (1.6) есептері барлық </w:t>
      </w:r>
      <w:r w:rsidR="00A07FF5" w:rsidRPr="002417EA">
        <w:rPr>
          <w:rFonts w:ascii="Times New Roman" w:hAnsi="Times New Roman" w:cs="Times New Roman"/>
          <w:position w:val="-6"/>
          <w:sz w:val="28"/>
          <w:szCs w:val="28"/>
        </w:rPr>
        <w:object w:dxaOrig="200" w:dyaOrig="240" w14:anchorId="4DD859F1">
          <v:shape id="_x0000_i1634" type="#_x0000_t75" style="width:9.5pt;height:11.85pt" o:ole="">
            <v:imagedata r:id="rId1232" o:title=""/>
          </v:shape>
          <o:OLEObject Type="Embed" ProgID="Equation.DSMT4" ShapeID="_x0000_i1634" DrawAspect="Content" ObjectID="_1840332088" r:id="rId1233"/>
        </w:object>
      </w:r>
      <w:r w:rsidRPr="002417EA">
        <w:rPr>
          <w:rFonts w:ascii="Times New Roman" w:hAnsi="Times New Roman" w:cs="Times New Roman"/>
          <w:color w:val="202124"/>
          <w:sz w:val="28"/>
          <w:szCs w:val="28"/>
          <w:lang w:val="kk-KZ"/>
        </w:rPr>
        <w:t xml:space="preserve"> және оның </w:t>
      </w:r>
      <w:r w:rsidR="00A07FF5" w:rsidRPr="002417EA">
        <w:rPr>
          <w:rFonts w:ascii="Times New Roman" w:hAnsi="Times New Roman" w:cs="Times New Roman"/>
          <w:position w:val="-12"/>
          <w:sz w:val="28"/>
          <w:szCs w:val="28"/>
        </w:rPr>
        <w:object w:dxaOrig="700" w:dyaOrig="380" w14:anchorId="7FFF4C03">
          <v:shape id="_x0000_i1635" type="#_x0000_t75" style="width:37.2pt;height:18.2pt" o:ole="">
            <v:imagedata r:id="rId1234" o:title=""/>
          </v:shape>
          <o:OLEObject Type="Embed" ProgID="Equation.DSMT4" ShapeID="_x0000_i1635" DrawAspect="Content" ObjectID="_1840332089" r:id="rId1235"/>
        </w:object>
      </w:r>
      <w:r w:rsidRPr="002417EA">
        <w:rPr>
          <w:rFonts w:ascii="Times New Roman" w:hAnsi="Times New Roman" w:cs="Times New Roman"/>
          <w:color w:val="202124"/>
          <w:sz w:val="28"/>
          <w:szCs w:val="28"/>
          <w:lang w:val="kk-KZ"/>
        </w:rPr>
        <w:t xml:space="preserve"> индексі </w:t>
      </w:r>
      <w:r w:rsidR="00A07FF5" w:rsidRPr="002417EA">
        <w:rPr>
          <w:rFonts w:ascii="Times New Roman" w:hAnsi="Times New Roman" w:cs="Times New Roman"/>
          <w:position w:val="-6"/>
          <w:sz w:val="28"/>
          <w:szCs w:val="28"/>
        </w:rPr>
        <w:object w:dxaOrig="200" w:dyaOrig="240" w14:anchorId="00140AA7">
          <v:shape id="_x0000_i1636" type="#_x0000_t75" style="width:9.5pt;height:11.85pt" o:ole="">
            <v:imagedata r:id="rId1236" o:title=""/>
          </v:shape>
          <o:OLEObject Type="Embed" ProgID="Equation.DSMT4" ShapeID="_x0000_i1636" DrawAspect="Content" ObjectID="_1840332090" r:id="rId1237"/>
        </w:object>
      </w:r>
      <w:r w:rsidRPr="002417EA">
        <w:rPr>
          <w:rFonts w:ascii="Times New Roman" w:hAnsi="Times New Roman" w:cs="Times New Roman"/>
          <w:color w:val="202124"/>
          <w:sz w:val="28"/>
          <w:szCs w:val="28"/>
          <w:lang w:val="kk-KZ"/>
        </w:rPr>
        <w:t xml:space="preserve">-ға тәуелді емес және фредгольмді болып табылады деген қорытындыға келеміз. Егер </w:t>
      </w:r>
      <w:r w:rsidR="00A07FF5" w:rsidRPr="002417EA">
        <w:rPr>
          <w:rFonts w:ascii="Times New Roman" w:hAnsi="Times New Roman" w:cs="Times New Roman"/>
          <w:position w:val="-6"/>
          <w:sz w:val="28"/>
          <w:szCs w:val="28"/>
        </w:rPr>
        <w:object w:dxaOrig="620" w:dyaOrig="300" w14:anchorId="1BE94A03">
          <v:shape id="_x0000_i1637" type="#_x0000_t75" style="width:28.5pt;height:15.8pt" o:ole="">
            <v:imagedata r:id="rId1238" o:title=""/>
          </v:shape>
          <o:OLEObject Type="Embed" ProgID="Equation.DSMT4" ShapeID="_x0000_i1637" DrawAspect="Content" ObjectID="_1840332091" r:id="rId1239"/>
        </w:object>
      </w:r>
      <w:r w:rsidRPr="002417EA">
        <w:rPr>
          <w:rFonts w:ascii="Times New Roman" w:hAnsi="Times New Roman" w:cs="Times New Roman"/>
          <w:position w:val="-12"/>
          <w:sz w:val="28"/>
          <w:szCs w:val="28"/>
          <w:lang w:val="kk-KZ"/>
        </w:rPr>
        <w:t xml:space="preserve"> </w:t>
      </w:r>
      <w:r w:rsidRPr="002417EA">
        <w:rPr>
          <w:rFonts w:ascii="Times New Roman" w:hAnsi="Times New Roman" w:cs="Times New Roman"/>
          <w:color w:val="202124"/>
          <w:sz w:val="28"/>
          <w:szCs w:val="28"/>
          <w:lang w:val="kk-KZ"/>
        </w:rPr>
        <w:t xml:space="preserve">болса, </w:t>
      </w:r>
      <w:r w:rsidR="00A07FF5" w:rsidRPr="002417EA">
        <w:rPr>
          <w:rFonts w:ascii="Times New Roman" w:hAnsi="Times New Roman" w:cs="Times New Roman"/>
          <w:position w:val="-4"/>
          <w:sz w:val="28"/>
          <w:szCs w:val="28"/>
        </w:rPr>
        <w:object w:dxaOrig="340" w:dyaOrig="340" w14:anchorId="5FC92869">
          <v:shape id="_x0000_i1638" type="#_x0000_t75" style="width:15.8pt;height:15.8pt" o:ole="">
            <v:imagedata r:id="rId1240" o:title=""/>
          </v:shape>
          <o:OLEObject Type="Embed" ProgID="Equation.DSMT4" ShapeID="_x0000_i1638" DrawAspect="Content" ObjectID="_1840332092" r:id="rId1241"/>
        </w:object>
      </w:r>
      <w:r w:rsidRPr="002417EA">
        <w:rPr>
          <w:rFonts w:ascii="Times New Roman" w:hAnsi="Times New Roman" w:cs="Times New Roman"/>
          <w:color w:val="202124"/>
          <w:sz w:val="28"/>
          <w:szCs w:val="28"/>
          <w:lang w:val="kk-KZ"/>
        </w:rPr>
        <w:t>және</w:t>
      </w:r>
      <w:r w:rsidR="00A07FF5" w:rsidRPr="002417EA">
        <w:rPr>
          <w:rFonts w:ascii="Times New Roman" w:hAnsi="Times New Roman" w:cs="Times New Roman"/>
          <w:position w:val="-4"/>
          <w:sz w:val="28"/>
          <w:szCs w:val="28"/>
        </w:rPr>
        <w:object w:dxaOrig="460" w:dyaOrig="340" w14:anchorId="43202B05">
          <v:shape id="_x0000_i1639" type="#_x0000_t75" style="width:25.3pt;height:15.8pt" o:ole="">
            <v:imagedata r:id="rId1242" o:title=""/>
          </v:shape>
          <o:OLEObject Type="Embed" ProgID="Equation.DSMT4" ShapeID="_x0000_i1639" DrawAspect="Content" ObjectID="_1840332093" r:id="rId1243"/>
        </w:object>
      </w:r>
      <w:r w:rsidRPr="002417EA">
        <w:rPr>
          <w:rFonts w:ascii="Times New Roman" w:hAnsi="Times New Roman" w:cs="Times New Roman"/>
          <w:color w:val="202124"/>
          <w:sz w:val="28"/>
          <w:szCs w:val="28"/>
          <w:lang w:val="kk-KZ"/>
        </w:rPr>
        <w:t xml:space="preserve"> операторлары нөлге тең, осылайша, (1.39) екі теңдеу жүйесі келесі түрге келеді</w:t>
      </w:r>
    </w:p>
    <w:p w14:paraId="49635DD0" w14:textId="77777777" w:rsidR="003A4ABB" w:rsidRPr="002417EA" w:rsidRDefault="003A4ABB" w:rsidP="002417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lang w:val="kk-KZ"/>
        </w:rPr>
      </w:pPr>
    </w:p>
    <w:p w14:paraId="0412D7C6" w14:textId="77777777" w:rsidR="003A4ABB" w:rsidRPr="002417EA" w:rsidRDefault="00A07FF5" w:rsidP="002417EA">
      <w:pPr>
        <w:tabs>
          <w:tab w:val="left" w:pos="3837"/>
        </w:tabs>
        <w:spacing w:after="0" w:line="240" w:lineRule="auto"/>
        <w:jc w:val="center"/>
        <w:rPr>
          <w:rFonts w:ascii="Times New Roman" w:hAnsi="Times New Roman" w:cs="Times New Roman"/>
          <w:position w:val="-18"/>
          <w:sz w:val="28"/>
          <w:szCs w:val="28"/>
          <w:lang w:val="kk-KZ"/>
        </w:rPr>
      </w:pPr>
      <w:r w:rsidRPr="002417EA">
        <w:rPr>
          <w:rFonts w:ascii="Times New Roman" w:hAnsi="Times New Roman" w:cs="Times New Roman"/>
          <w:position w:val="-18"/>
          <w:sz w:val="28"/>
          <w:szCs w:val="28"/>
        </w:rPr>
        <w:object w:dxaOrig="6039" w:dyaOrig="499" w14:anchorId="441F47B7">
          <v:shape id="_x0000_i1640" type="#_x0000_t75" style="width:302.25pt;height:25.3pt" o:ole="">
            <v:imagedata r:id="rId1244" o:title=""/>
          </v:shape>
          <o:OLEObject Type="Embed" ProgID="Equation.DSMT4" ShapeID="_x0000_i1640" DrawAspect="Content" ObjectID="_1840332094" r:id="rId1245"/>
        </w:object>
      </w:r>
    </w:p>
    <w:p w14:paraId="61EC66EC" w14:textId="77777777" w:rsidR="003A4ABB" w:rsidRPr="002417EA" w:rsidRDefault="003A4ABB" w:rsidP="002417EA">
      <w:pPr>
        <w:tabs>
          <w:tab w:val="left" w:pos="3837"/>
        </w:tabs>
        <w:spacing w:after="0" w:line="240" w:lineRule="auto"/>
        <w:rPr>
          <w:rFonts w:ascii="Times New Roman" w:hAnsi="Times New Roman" w:cs="Times New Roman"/>
          <w:position w:val="-14"/>
          <w:sz w:val="28"/>
          <w:szCs w:val="28"/>
          <w:lang w:val="kk-KZ"/>
        </w:rPr>
      </w:pPr>
    </w:p>
    <w:p w14:paraId="45355B14" w14:textId="77777777" w:rsidR="003A4ABB" w:rsidRPr="002417EA" w:rsidRDefault="003A4ABB" w:rsidP="002417EA">
      <w:pPr>
        <w:tabs>
          <w:tab w:val="left" w:pos="3837"/>
        </w:tabs>
        <w:spacing w:after="0" w:line="240" w:lineRule="auto"/>
        <w:rPr>
          <w:rFonts w:ascii="Times New Roman" w:hAnsi="Times New Roman" w:cs="Times New Roman"/>
          <w:color w:val="202124"/>
          <w:sz w:val="28"/>
          <w:szCs w:val="28"/>
          <w:lang w:val="kk-KZ"/>
        </w:rPr>
      </w:pPr>
      <w:r w:rsidRPr="002417EA">
        <w:rPr>
          <w:rFonts w:ascii="Times New Roman" w:hAnsi="Times New Roman" w:cs="Times New Roman"/>
          <w:color w:val="202124"/>
          <w:sz w:val="28"/>
          <w:szCs w:val="28"/>
          <w:lang w:val="kk-KZ"/>
        </w:rPr>
        <w:t>ал бұл бір теңдеуге тең</w:t>
      </w:r>
    </w:p>
    <w:p w14:paraId="2AF3E4F6" w14:textId="77777777" w:rsidR="003A4ABB" w:rsidRPr="002417EA" w:rsidRDefault="003A4ABB" w:rsidP="002417EA">
      <w:pPr>
        <w:tabs>
          <w:tab w:val="left" w:pos="3837"/>
        </w:tabs>
        <w:spacing w:after="0" w:line="240" w:lineRule="auto"/>
        <w:rPr>
          <w:rFonts w:ascii="Times New Roman" w:hAnsi="Times New Roman" w:cs="Times New Roman"/>
          <w:position w:val="-14"/>
          <w:sz w:val="28"/>
          <w:szCs w:val="28"/>
          <w:lang w:val="kk-KZ"/>
        </w:rPr>
      </w:pPr>
    </w:p>
    <w:p w14:paraId="69A36AE9" w14:textId="77777777" w:rsidR="003A4ABB" w:rsidRPr="002417EA" w:rsidRDefault="00A07FF5" w:rsidP="002417EA">
      <w:pPr>
        <w:tabs>
          <w:tab w:val="left" w:pos="3837"/>
        </w:tabs>
        <w:spacing w:after="0" w:line="240" w:lineRule="auto"/>
        <w:jc w:val="center"/>
        <w:rPr>
          <w:rFonts w:ascii="Times New Roman" w:hAnsi="Times New Roman" w:cs="Times New Roman"/>
          <w:position w:val="-18"/>
          <w:sz w:val="28"/>
          <w:szCs w:val="28"/>
          <w:lang w:val="kk-KZ"/>
        </w:rPr>
      </w:pPr>
      <w:r w:rsidRPr="002417EA">
        <w:rPr>
          <w:rFonts w:ascii="Times New Roman" w:hAnsi="Times New Roman" w:cs="Times New Roman"/>
          <w:position w:val="-18"/>
          <w:sz w:val="28"/>
          <w:szCs w:val="28"/>
        </w:rPr>
        <w:object w:dxaOrig="4920" w:dyaOrig="499" w14:anchorId="7F0F1CB4">
          <v:shape id="_x0000_i1641" type="#_x0000_t75" style="width:248.45pt;height:25.3pt" o:ole="">
            <v:imagedata r:id="rId1246" o:title=""/>
          </v:shape>
          <o:OLEObject Type="Embed" ProgID="Equation.DSMT4" ShapeID="_x0000_i1641" DrawAspect="Content" ObjectID="_1840332095" r:id="rId1247"/>
        </w:object>
      </w:r>
    </w:p>
    <w:p w14:paraId="3D4959AA" w14:textId="77777777" w:rsidR="003A4ABB" w:rsidRPr="002417EA" w:rsidRDefault="003A4ABB" w:rsidP="002417EA">
      <w:pPr>
        <w:tabs>
          <w:tab w:val="left" w:pos="3837"/>
        </w:tabs>
        <w:spacing w:after="0" w:line="240" w:lineRule="auto"/>
        <w:rPr>
          <w:rFonts w:ascii="Times New Roman" w:hAnsi="Times New Roman" w:cs="Times New Roman"/>
          <w:position w:val="-14"/>
          <w:sz w:val="28"/>
          <w:szCs w:val="28"/>
          <w:lang w:val="kk-KZ"/>
        </w:rPr>
      </w:pPr>
    </w:p>
    <w:p w14:paraId="4201B39D" w14:textId="77777777" w:rsidR="003A4ABB" w:rsidRPr="002417EA" w:rsidRDefault="003A4ABB" w:rsidP="002417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position w:val="-12"/>
          <w:sz w:val="28"/>
          <w:szCs w:val="28"/>
          <w:lang w:val="kk-KZ"/>
        </w:rPr>
      </w:pPr>
      <w:r w:rsidRPr="002417EA">
        <w:rPr>
          <w:rFonts w:ascii="Times New Roman" w:hAnsi="Times New Roman" w:cs="Times New Roman"/>
          <w:color w:val="202124"/>
          <w:sz w:val="28"/>
          <w:szCs w:val="28"/>
          <w:lang w:val="kk-KZ"/>
        </w:rPr>
        <w:t xml:space="preserve">Бұл теңдеудің </w:t>
      </w:r>
      <w:r w:rsidR="00A07FF5" w:rsidRPr="002417EA">
        <w:rPr>
          <w:rFonts w:ascii="Times New Roman" w:hAnsi="Times New Roman" w:cs="Times New Roman"/>
          <w:position w:val="-12"/>
          <w:sz w:val="28"/>
          <w:szCs w:val="28"/>
        </w:rPr>
        <w:object w:dxaOrig="700" w:dyaOrig="380" w14:anchorId="01CD34CF">
          <v:shape id="_x0000_i1642" type="#_x0000_t75" style="width:37.2pt;height:18.2pt" o:ole="">
            <v:imagedata r:id="rId1248" o:title=""/>
          </v:shape>
          <o:OLEObject Type="Embed" ProgID="Equation.DSMT4" ShapeID="_x0000_i1642" DrawAspect="Content" ObjectID="_1840332096" r:id="rId1249"/>
        </w:object>
      </w:r>
      <w:r w:rsidRPr="002417EA">
        <w:rPr>
          <w:rFonts w:ascii="Times New Roman" w:hAnsi="Times New Roman" w:cs="Times New Roman"/>
          <w:position w:val="-12"/>
          <w:sz w:val="28"/>
          <w:szCs w:val="28"/>
          <w:lang w:val="kk-KZ"/>
        </w:rPr>
        <w:t xml:space="preserve"> </w:t>
      </w:r>
      <w:r w:rsidRPr="002417EA">
        <w:rPr>
          <w:rFonts w:ascii="Times New Roman" w:hAnsi="Times New Roman" w:cs="Times New Roman"/>
          <w:color w:val="202124"/>
          <w:sz w:val="28"/>
          <w:szCs w:val="28"/>
          <w:lang w:val="kk-KZ"/>
        </w:rPr>
        <w:t xml:space="preserve">индексі </w:t>
      </w:r>
      <w:r w:rsidR="00A07FF5" w:rsidRPr="002417EA">
        <w:rPr>
          <w:rFonts w:ascii="Times New Roman" w:hAnsi="Times New Roman" w:cs="Times New Roman"/>
          <w:position w:val="-6"/>
          <w:sz w:val="28"/>
          <w:szCs w:val="28"/>
        </w:rPr>
        <w:object w:dxaOrig="260" w:dyaOrig="240" w14:anchorId="386F8FCA">
          <v:shape id="_x0000_i1643" type="#_x0000_t75" style="width:11.85pt;height:11.85pt" o:ole="">
            <v:imagedata r:id="rId1250" o:title=""/>
          </v:shape>
          <o:OLEObject Type="Embed" ProgID="Equation.DSMT4" ShapeID="_x0000_i1643" DrawAspect="Content" ObjectID="_1840332097" r:id="rId1251"/>
        </w:object>
      </w:r>
      <w:r w:rsidRPr="002417EA">
        <w:rPr>
          <w:rFonts w:ascii="Times New Roman" w:hAnsi="Times New Roman" w:cs="Times New Roman"/>
          <w:color w:val="202124"/>
          <w:sz w:val="28"/>
          <w:szCs w:val="28"/>
          <w:lang w:val="kk-KZ"/>
        </w:rPr>
        <w:t xml:space="preserve">-мен сәйкес келетіндіктен, </w:t>
      </w:r>
      <w:r w:rsidR="00A07FF5" w:rsidRPr="002417EA">
        <w:rPr>
          <w:rFonts w:ascii="Times New Roman" w:hAnsi="Times New Roman" w:cs="Times New Roman"/>
          <w:position w:val="-12"/>
          <w:sz w:val="28"/>
          <w:szCs w:val="28"/>
        </w:rPr>
        <w:object w:dxaOrig="2120" w:dyaOrig="380" w14:anchorId="2AEC00C4">
          <v:shape id="_x0000_i1644" type="#_x0000_t75" style="width:102.85pt;height:18.2pt" o:ole="">
            <v:imagedata r:id="rId1252" o:title=""/>
          </v:shape>
          <o:OLEObject Type="Embed" ProgID="Equation.DSMT4" ShapeID="_x0000_i1644" DrawAspect="Content" ObjectID="_1840332098" r:id="rId1253"/>
        </w:object>
      </w:r>
    </w:p>
    <w:p w14:paraId="5654543E" w14:textId="77777777" w:rsidR="003A4ABB" w:rsidRPr="002417EA" w:rsidRDefault="003A4ABB" w:rsidP="002417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lang w:val="kk-KZ"/>
        </w:rPr>
      </w:pPr>
      <w:r w:rsidRPr="002417EA">
        <w:rPr>
          <w:rFonts w:ascii="Times New Roman" w:hAnsi="Times New Roman" w:cs="Times New Roman"/>
          <w:color w:val="202124"/>
          <w:sz w:val="28"/>
          <w:szCs w:val="28"/>
          <w:lang w:val="kk-KZ"/>
        </w:rPr>
        <w:t>ол теореманың дәлелдемесін аяқтайды.</w:t>
      </w:r>
    </w:p>
    <w:p w14:paraId="7C30AFED" w14:textId="77777777" w:rsidR="003A4ABB" w:rsidRPr="002417EA" w:rsidRDefault="003A4ABB" w:rsidP="002417EA">
      <w:pPr>
        <w:spacing w:after="0" w:line="240" w:lineRule="auto"/>
        <w:jc w:val="both"/>
        <w:rPr>
          <w:rFonts w:ascii="Times New Roman" w:hAnsi="Times New Roman" w:cs="Times New Roman"/>
          <w:sz w:val="28"/>
          <w:szCs w:val="28"/>
          <w:lang w:val="kk-KZ"/>
        </w:rPr>
      </w:pPr>
    </w:p>
    <w:p w14:paraId="72DA1C64" w14:textId="77777777" w:rsidR="003A4ABB" w:rsidRPr="002417EA" w:rsidRDefault="003A4ABB" w:rsidP="000A3333">
      <w:pPr>
        <w:spacing w:after="0" w:line="240" w:lineRule="auto"/>
        <w:ind w:firstLine="567"/>
        <w:jc w:val="both"/>
        <w:rPr>
          <w:rFonts w:ascii="Times New Roman" w:hAnsi="Times New Roman" w:cs="Times New Roman"/>
          <w:b/>
          <w:sz w:val="28"/>
          <w:szCs w:val="28"/>
          <w:lang w:val="kk-KZ"/>
        </w:rPr>
      </w:pPr>
      <w:r w:rsidRPr="002417EA">
        <w:rPr>
          <w:rFonts w:ascii="Times New Roman" w:hAnsi="Times New Roman" w:cs="Times New Roman"/>
          <w:b/>
          <w:sz w:val="28"/>
          <w:szCs w:val="28"/>
          <w:lang w:val="kk-KZ"/>
        </w:rPr>
        <w:t>1.3 Есептің индексінің формуласын есептеу</w:t>
      </w:r>
    </w:p>
    <w:p w14:paraId="34802DED" w14:textId="682E77AF" w:rsidR="003A4ABB" w:rsidRPr="002417EA" w:rsidRDefault="000A3333" w:rsidP="002417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202124"/>
          <w:sz w:val="28"/>
          <w:szCs w:val="28"/>
          <w:lang w:val="kk-KZ"/>
        </w:rPr>
      </w:pPr>
      <w:r>
        <w:rPr>
          <w:rFonts w:ascii="Times New Roman" w:hAnsi="Times New Roman" w:cs="Times New Roman"/>
          <w:b/>
          <w:color w:val="202124"/>
          <w:sz w:val="28"/>
          <w:szCs w:val="28"/>
          <w:lang w:val="kk-KZ"/>
        </w:rPr>
        <w:t xml:space="preserve">        </w:t>
      </w:r>
      <w:r w:rsidR="003A4ABB" w:rsidRPr="002417EA">
        <w:rPr>
          <w:rFonts w:ascii="Times New Roman" w:hAnsi="Times New Roman" w:cs="Times New Roman"/>
          <w:color w:val="202124"/>
          <w:sz w:val="28"/>
          <w:szCs w:val="28"/>
          <w:lang w:val="kk-KZ"/>
        </w:rPr>
        <w:t xml:space="preserve">1.2-ші теоремадағы CB матрицасына жүгінейік. Еске салайық, </w:t>
      </w:r>
      <w:r w:rsidR="00A07FF5" w:rsidRPr="002417EA">
        <w:rPr>
          <w:rFonts w:ascii="Times New Roman" w:hAnsi="Times New Roman" w:cs="Times New Roman"/>
          <w:position w:val="-6"/>
          <w:sz w:val="28"/>
          <w:szCs w:val="28"/>
        </w:rPr>
        <w:object w:dxaOrig="540" w:dyaOrig="300" w14:anchorId="3AE63B84">
          <v:shape id="_x0000_i1645" type="#_x0000_t75" style="width:27.7pt;height:15.8pt" o:ole="">
            <v:imagedata r:id="rId1254" o:title=""/>
          </v:shape>
          <o:OLEObject Type="Embed" ProgID="Equation.DSMT4" ShapeID="_x0000_i1645" DrawAspect="Content" ObjectID="_1840332099" r:id="rId1255"/>
        </w:object>
      </w:r>
      <w:r w:rsidR="003A4ABB" w:rsidRPr="002417EA">
        <w:rPr>
          <w:rFonts w:ascii="Times New Roman" w:hAnsi="Times New Roman" w:cs="Times New Roman"/>
          <w:color w:val="202124"/>
          <w:sz w:val="28"/>
          <w:szCs w:val="28"/>
          <w:lang w:val="kk-KZ"/>
        </w:rPr>
        <w:t xml:space="preserve"> векторына </w:t>
      </w:r>
      <w:r w:rsidR="00A07FF5" w:rsidRPr="002417EA">
        <w:rPr>
          <w:rFonts w:ascii="Times New Roman" w:hAnsi="Times New Roman" w:cs="Times New Roman"/>
          <w:position w:val="-12"/>
          <w:sz w:val="28"/>
          <w:szCs w:val="28"/>
        </w:rPr>
        <w:object w:dxaOrig="2260" w:dyaOrig="420" w14:anchorId="2D860867">
          <v:shape id="_x0000_i1646" type="#_x0000_t75" style="width:115.5pt;height:20.55pt" o:ole="">
            <v:imagedata r:id="rId1256" o:title=""/>
          </v:shape>
          <o:OLEObject Type="Embed" ProgID="Equation.DSMT4" ShapeID="_x0000_i1646" DrawAspect="Content" ObjectID="_1840332100" r:id="rId1257"/>
        </w:object>
      </w:r>
      <w:r w:rsidR="003A4ABB" w:rsidRPr="002417EA">
        <w:rPr>
          <w:rFonts w:ascii="Times New Roman" w:hAnsi="Times New Roman" w:cs="Times New Roman"/>
          <w:position w:val="-18"/>
          <w:sz w:val="28"/>
          <w:szCs w:val="28"/>
          <w:lang w:val="kk-KZ"/>
        </w:rPr>
        <w:t xml:space="preserve"> </w:t>
      </w:r>
      <w:r w:rsidR="003A4ABB" w:rsidRPr="002417EA">
        <w:rPr>
          <w:rFonts w:ascii="Times New Roman" w:hAnsi="Times New Roman" w:cs="Times New Roman"/>
          <w:color w:val="202124"/>
          <w:sz w:val="28"/>
          <w:szCs w:val="28"/>
          <w:lang w:val="kk-KZ"/>
        </w:rPr>
        <w:t>қатысты (1.28) –гі кездесетін</w:t>
      </w:r>
      <w:r w:rsidR="003A4ABB" w:rsidRPr="002417EA">
        <w:rPr>
          <w:rFonts w:ascii="Times New Roman" w:hAnsi="Times New Roman" w:cs="Times New Roman"/>
          <w:position w:val="-6"/>
          <w:sz w:val="28"/>
          <w:szCs w:val="28"/>
          <w:lang w:val="kk-KZ"/>
        </w:rPr>
        <w:t xml:space="preserve"> </w:t>
      </w:r>
      <w:r w:rsidR="00A07FF5" w:rsidRPr="002417EA">
        <w:rPr>
          <w:rFonts w:ascii="Times New Roman" w:hAnsi="Times New Roman" w:cs="Times New Roman"/>
          <w:position w:val="-6"/>
          <w:sz w:val="28"/>
          <w:szCs w:val="28"/>
        </w:rPr>
        <w:object w:dxaOrig="740" w:dyaOrig="300" w14:anchorId="09FD1BE8">
          <v:shape id="_x0000_i1647" type="#_x0000_t75" style="width:36.4pt;height:15.8pt" o:ole="">
            <v:imagedata r:id="rId1258" o:title=""/>
          </v:shape>
          <o:OLEObject Type="Embed" ProgID="Equation.DSMT4" ShapeID="_x0000_i1647" DrawAspect="Content" ObjectID="_1840332101" r:id="rId1259"/>
        </w:object>
      </w:r>
      <w:r w:rsidR="003A4ABB" w:rsidRPr="002417EA">
        <w:rPr>
          <w:rFonts w:ascii="Times New Roman" w:hAnsi="Times New Roman" w:cs="Times New Roman"/>
          <w:color w:val="202124"/>
          <w:sz w:val="28"/>
          <w:szCs w:val="28"/>
          <w:lang w:val="kk-KZ"/>
        </w:rPr>
        <w:t xml:space="preserve"> өлшемді B матрицасы (1.20) теңдігімен анықталады. (1.17)-гі анықтамасынан С(t) матрицасының элементтерінің оның тек бірлік жанама вектор </w:t>
      </w:r>
      <w:r w:rsidR="00A07FF5" w:rsidRPr="002417EA">
        <w:rPr>
          <w:rFonts w:ascii="Times New Roman" w:hAnsi="Times New Roman" w:cs="Times New Roman"/>
          <w:position w:val="-12"/>
          <w:sz w:val="28"/>
          <w:szCs w:val="28"/>
        </w:rPr>
        <w:object w:dxaOrig="2760" w:dyaOrig="380" w14:anchorId="4E244781">
          <v:shape id="_x0000_i1648" type="#_x0000_t75" style="width:136.9pt;height:18.2pt" o:ole="">
            <v:imagedata r:id="rId1260" o:title=""/>
          </v:shape>
          <o:OLEObject Type="Embed" ProgID="Equation.DSMT4" ShapeID="_x0000_i1648" DrawAspect="Content" ObjectID="_1840332102" r:id="rId1261"/>
        </w:object>
      </w:r>
      <w:r w:rsidR="003A4ABB" w:rsidRPr="002417EA">
        <w:rPr>
          <w:rFonts w:ascii="Times New Roman" w:hAnsi="Times New Roman" w:cs="Times New Roman"/>
          <w:color w:val="202124"/>
          <w:sz w:val="28"/>
          <w:szCs w:val="28"/>
          <w:lang w:val="kk-KZ"/>
        </w:rPr>
        <w:t xml:space="preserve"> нүктесінде тәуелді екені анық, бұл фактіні </w:t>
      </w:r>
      <w:r w:rsidR="00A07FF5" w:rsidRPr="002417EA">
        <w:rPr>
          <w:rFonts w:ascii="Times New Roman" w:hAnsi="Times New Roman" w:cs="Times New Roman"/>
          <w:position w:val="-12"/>
          <w:sz w:val="28"/>
          <w:szCs w:val="28"/>
        </w:rPr>
        <w:object w:dxaOrig="1900" w:dyaOrig="380" w14:anchorId="60D810DA">
          <v:shape id="_x0000_i1649" type="#_x0000_t75" style="width:94.95pt;height:18.2pt" o:ole="">
            <v:imagedata r:id="rId1262" o:title=""/>
          </v:shape>
          <o:OLEObject Type="Embed" ProgID="Equation.DSMT4" ShapeID="_x0000_i1649" DrawAspect="Content" ObjectID="_1840332103" r:id="rId1263"/>
        </w:object>
      </w:r>
      <w:r w:rsidR="003A4ABB" w:rsidRPr="002417EA">
        <w:rPr>
          <w:rFonts w:ascii="Times New Roman" w:hAnsi="Times New Roman" w:cs="Times New Roman"/>
          <w:color w:val="202124"/>
          <w:sz w:val="28"/>
          <w:szCs w:val="28"/>
          <w:lang w:val="kk-KZ"/>
        </w:rPr>
        <w:t xml:space="preserve"> түрінде жазуға болады. t нүктесі Γ контуры арқылы өткенде, </w:t>
      </w:r>
      <w:r w:rsidR="00A07FF5" w:rsidRPr="002417EA">
        <w:rPr>
          <w:rFonts w:ascii="Times New Roman" w:hAnsi="Times New Roman" w:cs="Times New Roman"/>
          <w:position w:val="-12"/>
          <w:sz w:val="28"/>
          <w:szCs w:val="28"/>
        </w:rPr>
        <w:object w:dxaOrig="480" w:dyaOrig="360" w14:anchorId="5C0B7819">
          <v:shape id="_x0000_i1650" type="#_x0000_t75" style="width:25.3pt;height:18.2pt" o:ole="">
            <v:imagedata r:id="rId1264" o:title=""/>
          </v:shape>
          <o:OLEObject Type="Embed" ProgID="Equation.DSMT4" ShapeID="_x0000_i1650" DrawAspect="Content" ObjectID="_1840332104" r:id="rId1265"/>
        </w:object>
      </w:r>
      <w:r w:rsidR="003A4ABB" w:rsidRPr="002417EA">
        <w:rPr>
          <w:rFonts w:ascii="Times New Roman" w:hAnsi="Times New Roman" w:cs="Times New Roman"/>
          <w:position w:val="-12"/>
          <w:sz w:val="28"/>
          <w:szCs w:val="28"/>
          <w:lang w:val="kk-KZ"/>
        </w:rPr>
        <w:t xml:space="preserve"> </w:t>
      </w:r>
      <w:r w:rsidR="003A4ABB" w:rsidRPr="002417EA">
        <w:rPr>
          <w:rFonts w:ascii="Times New Roman" w:hAnsi="Times New Roman" w:cs="Times New Roman"/>
          <w:color w:val="202124"/>
          <w:sz w:val="28"/>
          <w:szCs w:val="28"/>
          <w:lang w:val="kk-KZ"/>
        </w:rPr>
        <w:t xml:space="preserve">векторы сағат тіліне қарсы </w:t>
      </w:r>
      <w:r w:rsidR="00A07FF5" w:rsidRPr="002417EA">
        <w:rPr>
          <w:rFonts w:ascii="Times New Roman" w:hAnsi="Times New Roman" w:cs="Times New Roman"/>
          <w:position w:val="-12"/>
          <w:sz w:val="28"/>
          <w:szCs w:val="28"/>
        </w:rPr>
        <w:object w:dxaOrig="360" w:dyaOrig="380" w14:anchorId="3F0B4F6B">
          <v:shape id="_x0000_i1651" type="#_x0000_t75" style="width:18.2pt;height:18.2pt" o:ole="">
            <v:imagedata r:id="rId1266" o:title=""/>
          </v:shape>
          <o:OLEObject Type="Embed" ProgID="Equation.DSMT4" ShapeID="_x0000_i1651" DrawAspect="Content" ObjectID="_1840332105" r:id="rId1267"/>
        </w:object>
      </w:r>
      <w:r w:rsidR="003A4ABB" w:rsidRPr="002417EA">
        <w:rPr>
          <w:rFonts w:ascii="Times New Roman" w:hAnsi="Times New Roman" w:cs="Times New Roman"/>
          <w:color w:val="202124"/>
          <w:sz w:val="28"/>
          <w:szCs w:val="28"/>
          <w:lang w:val="kk-KZ"/>
        </w:rPr>
        <w:t xml:space="preserve"> бірлік шеңберін сипаттайды, сондықтан (1.28) шарты эквивалентті</w:t>
      </w:r>
    </w:p>
    <w:p w14:paraId="346EB1D8" w14:textId="77777777" w:rsidR="003A4ABB" w:rsidRPr="002417EA" w:rsidRDefault="003A4ABB" w:rsidP="002417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202124"/>
          <w:sz w:val="28"/>
          <w:szCs w:val="28"/>
          <w:lang w:val="kk-KZ"/>
        </w:rPr>
      </w:pPr>
    </w:p>
    <w:p w14:paraId="202D3EC0" w14:textId="3754CCE8" w:rsidR="003A4ABB" w:rsidRPr="002417EA" w:rsidRDefault="00A07FF5" w:rsidP="000A33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color w:val="202124"/>
          <w:sz w:val="28"/>
          <w:szCs w:val="28"/>
          <w:lang w:val="kk-KZ"/>
        </w:rPr>
      </w:pPr>
      <w:r w:rsidRPr="002417EA">
        <w:rPr>
          <w:rFonts w:ascii="Times New Roman" w:hAnsi="Times New Roman" w:cs="Times New Roman"/>
          <w:position w:val="-14"/>
          <w:sz w:val="28"/>
          <w:szCs w:val="28"/>
        </w:rPr>
        <w:object w:dxaOrig="2860" w:dyaOrig="420" w14:anchorId="2FF28AC6">
          <v:shape id="_x0000_i1652" type="#_x0000_t75" style="width:2in;height:20.55pt" o:ole="">
            <v:imagedata r:id="rId1268" o:title=""/>
          </v:shape>
          <o:OLEObject Type="Embed" ProgID="Equation.DSMT4" ShapeID="_x0000_i1652" DrawAspect="Content" ObjectID="_1840332106" r:id="rId1269"/>
        </w:object>
      </w:r>
      <w:r w:rsidR="003A4ABB" w:rsidRPr="002417EA">
        <w:rPr>
          <w:rFonts w:ascii="Times New Roman" w:hAnsi="Times New Roman" w:cs="Times New Roman"/>
          <w:position w:val="-20"/>
          <w:sz w:val="28"/>
          <w:szCs w:val="28"/>
          <w:lang w:val="kk-KZ"/>
        </w:rPr>
        <w:t xml:space="preserve">                       </w:t>
      </w:r>
      <w:r w:rsidR="000A3333">
        <w:rPr>
          <w:rFonts w:ascii="Times New Roman" w:hAnsi="Times New Roman" w:cs="Times New Roman"/>
          <w:position w:val="-20"/>
          <w:sz w:val="28"/>
          <w:szCs w:val="28"/>
          <w:lang w:val="kk-KZ"/>
        </w:rPr>
        <w:t xml:space="preserve">                </w:t>
      </w:r>
      <w:r w:rsidR="003A4ABB" w:rsidRPr="002417EA">
        <w:rPr>
          <w:rFonts w:ascii="Times New Roman" w:hAnsi="Times New Roman" w:cs="Times New Roman"/>
          <w:position w:val="-20"/>
          <w:sz w:val="28"/>
          <w:szCs w:val="28"/>
          <w:lang w:val="kk-KZ"/>
        </w:rPr>
        <w:t xml:space="preserve">   </w:t>
      </w:r>
      <w:r w:rsidR="000A3333">
        <w:rPr>
          <w:rFonts w:ascii="Times New Roman" w:hAnsi="Times New Roman" w:cs="Times New Roman"/>
          <w:sz w:val="28"/>
          <w:szCs w:val="28"/>
          <w:lang w:val="kk-KZ"/>
        </w:rPr>
        <w:t>(1.4)</w:t>
      </w:r>
    </w:p>
    <w:p w14:paraId="02CD0081" w14:textId="77777777" w:rsidR="003A4ABB" w:rsidRPr="002417EA" w:rsidRDefault="003A4ABB" w:rsidP="002417EA">
      <w:pPr>
        <w:tabs>
          <w:tab w:val="left" w:pos="3837"/>
        </w:tabs>
        <w:spacing w:after="0" w:line="240" w:lineRule="auto"/>
        <w:jc w:val="center"/>
        <w:rPr>
          <w:rFonts w:ascii="Times New Roman" w:hAnsi="Times New Roman" w:cs="Times New Roman"/>
          <w:position w:val="-6"/>
          <w:sz w:val="28"/>
          <w:szCs w:val="28"/>
          <w:lang w:val="kk-KZ"/>
        </w:rPr>
      </w:pPr>
    </w:p>
    <w:p w14:paraId="0D99038C" w14:textId="77777777" w:rsidR="003A4ABB" w:rsidRPr="002417EA" w:rsidRDefault="003A4ABB" w:rsidP="002417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lang w:val="kk-KZ"/>
        </w:rPr>
      </w:pPr>
      <w:r w:rsidRPr="002417EA">
        <w:rPr>
          <w:rFonts w:ascii="Times New Roman" w:hAnsi="Times New Roman" w:cs="Times New Roman"/>
          <w:color w:val="202124"/>
          <w:sz w:val="28"/>
          <w:szCs w:val="28"/>
          <w:lang w:val="kk-KZ"/>
        </w:rPr>
        <w:t xml:space="preserve">және сәйкесінше (1.29) </w:t>
      </w:r>
      <w:r w:rsidR="00A07FF5" w:rsidRPr="002417EA">
        <w:rPr>
          <w:rFonts w:ascii="Times New Roman" w:hAnsi="Times New Roman" w:cs="Times New Roman"/>
          <w:position w:val="-6"/>
          <w:sz w:val="28"/>
          <w:szCs w:val="28"/>
        </w:rPr>
        <w:object w:dxaOrig="260" w:dyaOrig="240" w14:anchorId="06C28BAD">
          <v:shape id="_x0000_i1653" type="#_x0000_t75" style="width:11.85pt;height:11.85pt" o:ole="">
            <v:imagedata r:id="rId1270" o:title=""/>
          </v:shape>
          <o:OLEObject Type="Embed" ProgID="Equation.DSMT4" ShapeID="_x0000_i1653" DrawAspect="Content" ObjectID="_1840332107" r:id="rId1271"/>
        </w:object>
      </w:r>
      <w:r w:rsidRPr="002417EA">
        <w:rPr>
          <w:rFonts w:ascii="Times New Roman" w:hAnsi="Times New Roman" w:cs="Times New Roman"/>
          <w:position w:val="-12"/>
          <w:sz w:val="28"/>
          <w:szCs w:val="28"/>
          <w:lang w:val="kk-KZ"/>
        </w:rPr>
        <w:t xml:space="preserve"> </w:t>
      </w:r>
      <w:r w:rsidRPr="002417EA">
        <w:rPr>
          <w:rFonts w:ascii="Times New Roman" w:hAnsi="Times New Roman" w:cs="Times New Roman"/>
          <w:color w:val="202124"/>
          <w:sz w:val="28"/>
          <w:szCs w:val="28"/>
          <w:lang w:val="kk-KZ"/>
        </w:rPr>
        <w:t>саны үшін бізде өрнек бар</w:t>
      </w:r>
    </w:p>
    <w:p w14:paraId="4229CB8F" w14:textId="77777777" w:rsidR="003A4ABB" w:rsidRPr="002417EA" w:rsidRDefault="003A4ABB" w:rsidP="002417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lang w:val="kk-KZ"/>
        </w:rPr>
      </w:pPr>
    </w:p>
    <w:p w14:paraId="5872F22F" w14:textId="6BCD0595" w:rsidR="003A4ABB" w:rsidRPr="002417EA" w:rsidRDefault="00A07FF5" w:rsidP="002417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color w:val="202124"/>
          <w:sz w:val="28"/>
          <w:szCs w:val="28"/>
          <w:lang w:val="kk-KZ"/>
        </w:rPr>
      </w:pPr>
      <w:r w:rsidRPr="002417EA">
        <w:rPr>
          <w:rFonts w:ascii="Times New Roman" w:hAnsi="Times New Roman" w:cs="Times New Roman"/>
          <w:position w:val="-28"/>
          <w:sz w:val="28"/>
          <w:szCs w:val="28"/>
        </w:rPr>
        <w:object w:dxaOrig="3780" w:dyaOrig="720" w14:anchorId="707512BC">
          <v:shape id="_x0000_i1654" type="#_x0000_t75" style="width:189.9pt;height:37.2pt" o:ole="">
            <v:imagedata r:id="rId1272" o:title=""/>
          </v:shape>
          <o:OLEObject Type="Embed" ProgID="Equation.DSMT4" ShapeID="_x0000_i1654" DrawAspect="Content" ObjectID="_1840332108" r:id="rId1273"/>
        </w:object>
      </w:r>
      <w:r w:rsidR="000A3333">
        <w:rPr>
          <w:rFonts w:ascii="Times New Roman" w:hAnsi="Times New Roman" w:cs="Times New Roman"/>
          <w:position w:val="-20"/>
          <w:sz w:val="28"/>
          <w:szCs w:val="28"/>
          <w:lang w:val="kk-KZ"/>
        </w:rPr>
        <w:t xml:space="preserve">           </w:t>
      </w:r>
      <w:r w:rsidR="003A4ABB" w:rsidRPr="002417EA">
        <w:rPr>
          <w:rFonts w:ascii="Times New Roman" w:hAnsi="Times New Roman" w:cs="Times New Roman"/>
          <w:position w:val="-20"/>
          <w:sz w:val="28"/>
          <w:szCs w:val="28"/>
          <w:lang w:val="kk-KZ"/>
        </w:rPr>
        <w:t xml:space="preserve"> </w:t>
      </w:r>
      <w:r w:rsidR="000A3333">
        <w:rPr>
          <w:rFonts w:ascii="Times New Roman" w:hAnsi="Times New Roman" w:cs="Times New Roman"/>
          <w:position w:val="-20"/>
          <w:sz w:val="28"/>
          <w:szCs w:val="28"/>
          <w:lang w:val="kk-KZ"/>
        </w:rPr>
        <w:t xml:space="preserve">                </w:t>
      </w:r>
      <w:r w:rsidR="003A4ABB" w:rsidRPr="002417EA">
        <w:rPr>
          <w:rFonts w:ascii="Times New Roman" w:hAnsi="Times New Roman" w:cs="Times New Roman"/>
          <w:position w:val="-20"/>
          <w:sz w:val="28"/>
          <w:szCs w:val="28"/>
          <w:lang w:val="kk-KZ"/>
        </w:rPr>
        <w:t xml:space="preserve">     </w:t>
      </w:r>
      <w:r w:rsidR="003A4ABB" w:rsidRPr="002417EA">
        <w:rPr>
          <w:rFonts w:ascii="Times New Roman" w:hAnsi="Times New Roman" w:cs="Times New Roman"/>
          <w:sz w:val="28"/>
          <w:szCs w:val="28"/>
          <w:lang w:val="kk-KZ"/>
        </w:rPr>
        <w:t>(1.45)</w:t>
      </w:r>
    </w:p>
    <w:p w14:paraId="4CC1C89E" w14:textId="77777777" w:rsidR="003A4ABB" w:rsidRPr="002417EA" w:rsidRDefault="003A4ABB" w:rsidP="002417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lang w:val="kk-KZ"/>
        </w:rPr>
      </w:pPr>
    </w:p>
    <w:p w14:paraId="413A438B" w14:textId="5AB133DF" w:rsidR="003A4ABB" w:rsidRPr="002417EA" w:rsidRDefault="003A4ABB" w:rsidP="002417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lang w:val="kk-KZ"/>
        </w:rPr>
      </w:pPr>
      <w:r w:rsidRPr="002417EA">
        <w:rPr>
          <w:rFonts w:ascii="Times New Roman" w:hAnsi="Times New Roman" w:cs="Times New Roman"/>
          <w:color w:val="202124"/>
          <w:sz w:val="28"/>
          <w:szCs w:val="28"/>
          <w:lang w:val="kk-KZ"/>
        </w:rPr>
        <w:t xml:space="preserve"> [</w:t>
      </w:r>
      <w:r w:rsidR="00375B77">
        <w:rPr>
          <w:rFonts w:ascii="Times New Roman" w:hAnsi="Times New Roman" w:cs="Times New Roman"/>
          <w:color w:val="202124"/>
          <w:sz w:val="28"/>
          <w:szCs w:val="28"/>
          <w:lang w:val="kk-KZ"/>
        </w:rPr>
        <w:t>2</w:t>
      </w:r>
      <w:r w:rsidRPr="002417EA">
        <w:rPr>
          <w:rFonts w:ascii="Times New Roman" w:hAnsi="Times New Roman" w:cs="Times New Roman"/>
          <w:color w:val="202124"/>
          <w:sz w:val="28"/>
          <w:szCs w:val="28"/>
          <w:lang w:val="kk-KZ"/>
        </w:rPr>
        <w:t>5</w:t>
      </w:r>
      <w:r w:rsidR="00375B77">
        <w:rPr>
          <w:rFonts w:ascii="Times New Roman" w:hAnsi="Times New Roman" w:cs="Times New Roman"/>
          <w:color w:val="202124"/>
          <w:sz w:val="28"/>
          <w:szCs w:val="28"/>
          <w:lang w:val="kk-KZ"/>
        </w:rPr>
        <w:t>, 2910-бетте</w:t>
      </w:r>
      <w:r w:rsidRPr="002417EA">
        <w:rPr>
          <w:rFonts w:ascii="Times New Roman" w:hAnsi="Times New Roman" w:cs="Times New Roman"/>
          <w:color w:val="202124"/>
          <w:sz w:val="28"/>
          <w:szCs w:val="28"/>
          <w:lang w:val="kk-KZ"/>
        </w:rPr>
        <w:t>] берілген 1.1-лемманың (а) тармағында</w:t>
      </w:r>
      <w:r w:rsidRPr="002417EA">
        <w:rPr>
          <w:rFonts w:ascii="Times New Roman" w:hAnsi="Times New Roman" w:cs="Times New Roman"/>
          <w:position w:val="-6"/>
          <w:sz w:val="28"/>
          <w:szCs w:val="28"/>
          <w:lang w:val="kk-KZ"/>
        </w:rPr>
        <w:t xml:space="preserve"> </w:t>
      </w:r>
      <w:r w:rsidR="00A07FF5" w:rsidRPr="002417EA">
        <w:rPr>
          <w:rFonts w:ascii="Times New Roman" w:hAnsi="Times New Roman" w:cs="Times New Roman"/>
          <w:position w:val="-14"/>
          <w:sz w:val="28"/>
          <w:szCs w:val="28"/>
        </w:rPr>
        <w:object w:dxaOrig="2520" w:dyaOrig="420" w14:anchorId="565C9A8D">
          <v:shape id="_x0000_i1655" type="#_x0000_t75" style="width:123.45pt;height:20.55pt" o:ole="">
            <v:imagedata r:id="rId1274" o:title=""/>
          </v:shape>
          <o:OLEObject Type="Embed" ProgID="Equation.DSMT4" ShapeID="_x0000_i1655" DrawAspect="Content" ObjectID="_1840332109" r:id="rId1275"/>
        </w:object>
      </w:r>
      <w:r w:rsidRPr="002417EA">
        <w:rPr>
          <w:rFonts w:ascii="Times New Roman" w:hAnsi="Times New Roman" w:cs="Times New Roman"/>
          <w:color w:val="202124"/>
          <w:sz w:val="28"/>
          <w:szCs w:val="28"/>
          <w:lang w:val="kk-KZ"/>
        </w:rPr>
        <w:t xml:space="preserve"> матрицаcы </w:t>
      </w:r>
      <w:r w:rsidR="00A07FF5" w:rsidRPr="002417EA">
        <w:rPr>
          <w:rFonts w:ascii="Times New Roman" w:hAnsi="Times New Roman" w:cs="Times New Roman"/>
          <w:position w:val="-16"/>
          <w:sz w:val="28"/>
          <w:szCs w:val="28"/>
        </w:rPr>
        <w:object w:dxaOrig="1920" w:dyaOrig="440" w14:anchorId="39A1EE90">
          <v:shape id="_x0000_i1656" type="#_x0000_t75" style="width:97.3pt;height:20.55pt" o:ole="">
            <v:imagedata r:id="rId1276" o:title=""/>
          </v:shape>
          <o:OLEObject Type="Embed" ProgID="Equation.DSMT4" ShapeID="_x0000_i1656" DrawAspect="Content" ObjectID="_1840332110" r:id="rId1277"/>
        </w:object>
      </w:r>
      <w:r w:rsidRPr="002417EA">
        <w:rPr>
          <w:rFonts w:ascii="Times New Roman" w:hAnsi="Times New Roman" w:cs="Times New Roman"/>
          <w:color w:val="202124"/>
          <w:sz w:val="28"/>
          <w:szCs w:val="28"/>
          <w:lang w:val="kk-KZ"/>
        </w:rPr>
        <w:t xml:space="preserve">сәйкес екені шығады, мұндағы </w:t>
      </w:r>
      <w:r w:rsidR="00A07FF5" w:rsidRPr="002417EA">
        <w:rPr>
          <w:rFonts w:ascii="Times New Roman" w:hAnsi="Times New Roman" w:cs="Times New Roman"/>
          <w:position w:val="-14"/>
          <w:sz w:val="28"/>
          <w:szCs w:val="28"/>
        </w:rPr>
        <w:object w:dxaOrig="1440" w:dyaOrig="420" w14:anchorId="1449CDE7">
          <v:shape id="_x0000_i1657" type="#_x0000_t75" style="width:1in;height:20.55pt" o:ole="">
            <v:imagedata r:id="rId1278" o:title=""/>
          </v:shape>
          <o:OLEObject Type="Embed" ProgID="Equation.DSMT4" ShapeID="_x0000_i1657" DrawAspect="Content" ObjectID="_1840332111" r:id="rId1279"/>
        </w:object>
      </w:r>
      <w:r w:rsidRPr="002417EA">
        <w:rPr>
          <w:rFonts w:ascii="Times New Roman" w:hAnsi="Times New Roman" w:cs="Times New Roman"/>
          <w:position w:val="-14"/>
          <w:sz w:val="28"/>
          <w:szCs w:val="28"/>
          <w:lang w:val="kk-KZ"/>
        </w:rPr>
        <w:t xml:space="preserve"> </w:t>
      </w:r>
      <w:r w:rsidRPr="002417EA">
        <w:rPr>
          <w:rFonts w:ascii="Times New Roman" w:hAnsi="Times New Roman" w:cs="Times New Roman"/>
          <w:color w:val="202124"/>
          <w:sz w:val="28"/>
          <w:szCs w:val="28"/>
          <w:lang w:val="kk-KZ"/>
        </w:rPr>
        <w:t xml:space="preserve">Осылайша, </w:t>
      </w:r>
      <w:r w:rsidR="00A07FF5" w:rsidRPr="002417EA">
        <w:rPr>
          <w:rFonts w:ascii="Times New Roman" w:hAnsi="Times New Roman" w:cs="Times New Roman"/>
          <w:position w:val="-6"/>
          <w:sz w:val="28"/>
          <w:szCs w:val="28"/>
        </w:rPr>
        <w:object w:dxaOrig="400" w:dyaOrig="300" w14:anchorId="6E6CC43F">
          <v:shape id="_x0000_i1658" type="#_x0000_t75" style="width:18.2pt;height:15.8pt" o:ole="">
            <v:imagedata r:id="rId1280" o:title=""/>
          </v:shape>
          <o:OLEObject Type="Embed" ProgID="Equation.DSMT4" ShapeID="_x0000_i1658" DrawAspect="Content" ObjectID="_1840332112" r:id="rId1281"/>
        </w:object>
      </w:r>
      <w:r w:rsidRPr="002417EA">
        <w:rPr>
          <w:rFonts w:ascii="Times New Roman" w:hAnsi="Times New Roman" w:cs="Times New Roman"/>
          <w:color w:val="202124"/>
          <w:sz w:val="28"/>
          <w:szCs w:val="28"/>
          <w:lang w:val="kk-KZ"/>
        </w:rPr>
        <w:t xml:space="preserve">вектор (1.17) компоненттерден құралған  </w:t>
      </w:r>
      <w:r w:rsidR="00A07FF5" w:rsidRPr="002417EA">
        <w:rPr>
          <w:rFonts w:ascii="Times New Roman" w:hAnsi="Times New Roman" w:cs="Times New Roman"/>
          <w:position w:val="-14"/>
          <w:sz w:val="28"/>
          <w:szCs w:val="28"/>
        </w:rPr>
        <w:object w:dxaOrig="880" w:dyaOrig="420" w14:anchorId="5DB1A0F7">
          <v:shape id="_x0000_i1659" type="#_x0000_t75" style="width:44.3pt;height:20.55pt" o:ole="">
            <v:imagedata r:id="rId1282" o:title=""/>
          </v:shape>
          <o:OLEObject Type="Embed" ProgID="Equation.DSMT4" ShapeID="_x0000_i1659" DrawAspect="Content" ObjectID="_1840332113" r:id="rId1283"/>
        </w:object>
      </w:r>
      <w:r w:rsidRPr="002417EA">
        <w:rPr>
          <w:rFonts w:ascii="Times New Roman" w:hAnsi="Times New Roman" w:cs="Times New Roman"/>
          <w:position w:val="-14"/>
          <w:sz w:val="28"/>
          <w:szCs w:val="28"/>
          <w:lang w:val="kk-KZ"/>
        </w:rPr>
        <w:t xml:space="preserve"> </w:t>
      </w:r>
      <w:r w:rsidRPr="002417EA">
        <w:rPr>
          <w:rFonts w:ascii="Times New Roman" w:hAnsi="Times New Roman" w:cs="Times New Roman"/>
          <w:color w:val="202124"/>
          <w:sz w:val="28"/>
          <w:szCs w:val="28"/>
          <w:lang w:val="kk-KZ"/>
        </w:rPr>
        <w:t>көпмүшесін береді, демек</w:t>
      </w:r>
    </w:p>
    <w:p w14:paraId="733E05C8" w14:textId="77777777" w:rsidR="003A4ABB" w:rsidRPr="002417EA" w:rsidRDefault="003A4ABB" w:rsidP="002417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lang w:val="kk-KZ"/>
        </w:rPr>
      </w:pPr>
    </w:p>
    <w:p w14:paraId="2D70C524" w14:textId="1EE00717" w:rsidR="003A4ABB" w:rsidRPr="002417EA" w:rsidRDefault="00A07FF5" w:rsidP="002417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color w:val="202124"/>
          <w:sz w:val="28"/>
          <w:szCs w:val="28"/>
          <w:lang w:val="kk-KZ"/>
        </w:rPr>
      </w:pPr>
      <w:r w:rsidRPr="002417EA">
        <w:rPr>
          <w:rFonts w:ascii="Times New Roman" w:hAnsi="Times New Roman" w:cs="Times New Roman"/>
          <w:position w:val="-36"/>
          <w:sz w:val="28"/>
          <w:szCs w:val="28"/>
        </w:rPr>
        <w:object w:dxaOrig="7060" w:dyaOrig="920" w14:anchorId="02791C25">
          <v:shape id="_x0000_i1660" type="#_x0000_t75" style="width:355.25pt;height:45.9pt" o:ole="">
            <v:imagedata r:id="rId1284" o:title=""/>
          </v:shape>
          <o:OLEObject Type="Embed" ProgID="Equation.DSMT4" ShapeID="_x0000_i1660" DrawAspect="Content" ObjectID="_1840332114" r:id="rId1285"/>
        </w:object>
      </w:r>
      <w:r w:rsidR="000A3333">
        <w:rPr>
          <w:rFonts w:ascii="Times New Roman" w:hAnsi="Times New Roman" w:cs="Times New Roman"/>
          <w:position w:val="-20"/>
          <w:sz w:val="28"/>
          <w:szCs w:val="28"/>
          <w:lang w:val="kk-KZ"/>
        </w:rPr>
        <w:t xml:space="preserve">  </w:t>
      </w:r>
      <w:r w:rsidR="003A4ABB" w:rsidRPr="002417EA">
        <w:rPr>
          <w:rFonts w:ascii="Times New Roman" w:hAnsi="Times New Roman" w:cs="Times New Roman"/>
          <w:position w:val="-20"/>
          <w:sz w:val="28"/>
          <w:szCs w:val="28"/>
          <w:lang w:val="kk-KZ"/>
        </w:rPr>
        <w:t xml:space="preserve">  </w:t>
      </w:r>
      <w:r w:rsidR="003A4ABB" w:rsidRPr="002417EA">
        <w:rPr>
          <w:rFonts w:ascii="Times New Roman" w:hAnsi="Times New Roman" w:cs="Times New Roman"/>
          <w:sz w:val="28"/>
          <w:szCs w:val="28"/>
          <w:lang w:val="kk-KZ"/>
        </w:rPr>
        <w:t>(1.46)</w:t>
      </w:r>
    </w:p>
    <w:p w14:paraId="5A47B6BD" w14:textId="77777777" w:rsidR="003A4ABB" w:rsidRPr="002417EA" w:rsidRDefault="003A4ABB" w:rsidP="002417EA">
      <w:pPr>
        <w:tabs>
          <w:tab w:val="left" w:pos="3837"/>
        </w:tabs>
        <w:spacing w:after="0" w:line="240" w:lineRule="auto"/>
        <w:jc w:val="center"/>
        <w:rPr>
          <w:rFonts w:ascii="Times New Roman" w:hAnsi="Times New Roman" w:cs="Times New Roman"/>
          <w:position w:val="-32"/>
          <w:sz w:val="28"/>
          <w:szCs w:val="28"/>
          <w:lang w:val="kk-KZ"/>
        </w:rPr>
      </w:pPr>
    </w:p>
    <w:p w14:paraId="0C3A6780" w14:textId="77777777" w:rsidR="003A4ABB" w:rsidRPr="002417EA" w:rsidRDefault="003A4ABB" w:rsidP="002417EA">
      <w:pPr>
        <w:spacing w:after="0" w:line="240" w:lineRule="auto"/>
        <w:jc w:val="both"/>
        <w:rPr>
          <w:rFonts w:ascii="Times New Roman" w:hAnsi="Times New Roman" w:cs="Times New Roman"/>
          <w:sz w:val="28"/>
          <w:szCs w:val="28"/>
          <w:lang w:val="kk-KZ"/>
        </w:rPr>
      </w:pPr>
      <w:r w:rsidRPr="002417EA">
        <w:rPr>
          <w:rFonts w:ascii="Times New Roman" w:hAnsi="Times New Roman" w:cs="Times New Roman"/>
          <w:sz w:val="28"/>
          <w:szCs w:val="28"/>
          <w:lang w:val="kk-KZ"/>
        </w:rPr>
        <w:t xml:space="preserve">Сонымен, (1.1), (1.3) есептерінің (1.44) фредгольмді шарты Γ контурынан тәуелсіз және тек (1.2) сипаттамалық теңдеуімен ғана және </w:t>
      </w:r>
      <w:r w:rsidR="00A07FF5" w:rsidRPr="002417EA">
        <w:rPr>
          <w:rFonts w:ascii="Times New Roman" w:hAnsi="Times New Roman" w:cs="Times New Roman"/>
          <w:position w:val="-12"/>
          <w:sz w:val="28"/>
          <w:szCs w:val="28"/>
        </w:rPr>
        <w:object w:dxaOrig="2940" w:dyaOrig="380" w14:anchorId="7B3966F1">
          <v:shape id="_x0000_i1661" type="#_x0000_t75" style="width:147.15pt;height:18.2pt" o:ole="">
            <v:imagedata r:id="rId1286" o:title=""/>
          </v:shape>
          <o:OLEObject Type="Embed" ProgID="Equation.DSMT4" ShapeID="_x0000_i1661" DrawAspect="Content" ObjectID="_1840332115" r:id="rId1287"/>
        </w:object>
      </w:r>
      <w:r w:rsidRPr="002417EA">
        <w:rPr>
          <w:rFonts w:ascii="Times New Roman" w:hAnsi="Times New Roman" w:cs="Times New Roman"/>
          <w:sz w:val="28"/>
          <w:szCs w:val="28"/>
          <w:lang w:val="kk-KZ"/>
        </w:rPr>
        <w:t xml:space="preserve"> натурал сандар жиынтығымен анықталады. </w:t>
      </w:r>
    </w:p>
    <w:p w14:paraId="37A15020" w14:textId="22D24010" w:rsidR="003A4ABB" w:rsidRPr="002417EA" w:rsidRDefault="009F1246" w:rsidP="002417EA">
      <w:pPr>
        <w:spacing w:after="0" w:line="240" w:lineRule="auto"/>
        <w:jc w:val="both"/>
        <w:rPr>
          <w:rFonts w:ascii="Times New Roman" w:hAnsi="Times New Roman" w:cs="Times New Roman"/>
          <w:sz w:val="28"/>
          <w:szCs w:val="28"/>
          <w:lang w:val="kk-KZ"/>
        </w:rPr>
      </w:pPr>
      <w:r>
        <w:rPr>
          <w:rFonts w:ascii="Times New Roman" w:hAnsi="Times New Roman" w:cs="Times New Roman"/>
          <w:color w:val="202124"/>
          <w:sz w:val="28"/>
          <w:szCs w:val="28"/>
          <w:lang w:val="kk-KZ"/>
        </w:rPr>
        <w:t>[</w:t>
      </w:r>
      <w:r w:rsidR="00100EFF">
        <w:rPr>
          <w:rFonts w:ascii="Times New Roman" w:hAnsi="Times New Roman" w:cs="Times New Roman"/>
          <w:color w:val="202124"/>
          <w:sz w:val="28"/>
          <w:szCs w:val="28"/>
          <w:lang w:val="kk-KZ"/>
        </w:rPr>
        <w:t>4</w:t>
      </w:r>
      <w:r w:rsidR="00100EFF" w:rsidRPr="00100EFF">
        <w:rPr>
          <w:rFonts w:ascii="Times New Roman" w:hAnsi="Times New Roman" w:cs="Times New Roman"/>
          <w:color w:val="202124"/>
          <w:sz w:val="28"/>
          <w:szCs w:val="28"/>
          <w:lang w:val="kk-KZ"/>
        </w:rPr>
        <w:t>3</w:t>
      </w:r>
      <w:r w:rsidR="003A4ABB" w:rsidRPr="002417EA">
        <w:rPr>
          <w:rFonts w:ascii="Times New Roman" w:hAnsi="Times New Roman" w:cs="Times New Roman"/>
          <w:color w:val="202124"/>
          <w:sz w:val="28"/>
          <w:szCs w:val="28"/>
          <w:lang w:val="kk-KZ"/>
        </w:rPr>
        <w:t>] лемманың b), c) тұжырымдарын W матрицасының анықтауышын кейбір операциялармен</w:t>
      </w:r>
      <w:r w:rsidR="003A4ABB" w:rsidRPr="002417EA">
        <w:rPr>
          <w:rFonts w:ascii="Times New Roman" w:hAnsi="Times New Roman" w:cs="Times New Roman"/>
          <w:sz w:val="28"/>
          <w:szCs w:val="28"/>
          <w:lang w:val="kk-KZ"/>
        </w:rPr>
        <w:t xml:space="preserve"> </w:t>
      </w:r>
      <w:r w:rsidR="003A4ABB" w:rsidRPr="002417EA">
        <w:rPr>
          <w:rFonts w:ascii="Times New Roman" w:hAnsi="Times New Roman" w:cs="Times New Roman"/>
          <w:color w:val="202124"/>
          <w:sz w:val="28"/>
          <w:szCs w:val="28"/>
          <w:lang w:val="kk-KZ"/>
        </w:rPr>
        <w:t>байланыстыруға мүмкіндік береді</w:t>
      </w:r>
      <w:r w:rsidR="003A4ABB" w:rsidRPr="002417EA">
        <w:rPr>
          <w:rFonts w:ascii="Times New Roman" w:hAnsi="Times New Roman" w:cs="Times New Roman"/>
          <w:sz w:val="28"/>
          <w:szCs w:val="28"/>
          <w:lang w:val="kk-KZ"/>
        </w:rPr>
        <w:t>.</w:t>
      </w:r>
    </w:p>
    <w:p w14:paraId="428B9F10" w14:textId="77777777" w:rsidR="003A4ABB" w:rsidRPr="002417EA" w:rsidRDefault="003A4ABB" w:rsidP="009F1246">
      <w:pPr>
        <w:spacing w:after="0" w:line="240" w:lineRule="auto"/>
        <w:ind w:firstLine="708"/>
        <w:jc w:val="both"/>
        <w:rPr>
          <w:rFonts w:ascii="Times New Roman" w:hAnsi="Times New Roman" w:cs="Times New Roman"/>
          <w:color w:val="202124"/>
          <w:sz w:val="28"/>
          <w:szCs w:val="28"/>
          <w:lang w:val="kk-KZ"/>
        </w:rPr>
      </w:pPr>
      <w:r w:rsidRPr="002417EA">
        <w:rPr>
          <w:rFonts w:ascii="Times New Roman" w:hAnsi="Times New Roman" w:cs="Times New Roman"/>
          <w:b/>
          <w:bCs/>
          <w:color w:val="202124"/>
          <w:sz w:val="28"/>
          <w:szCs w:val="28"/>
          <w:lang w:val="kk-KZ"/>
        </w:rPr>
        <w:t>Лемма 1.2.</w:t>
      </w:r>
      <w:r w:rsidRPr="002417EA">
        <w:rPr>
          <w:rFonts w:ascii="Times New Roman" w:hAnsi="Times New Roman" w:cs="Times New Roman"/>
          <w:color w:val="202124"/>
          <w:sz w:val="28"/>
          <w:szCs w:val="28"/>
          <w:lang w:val="kk-KZ"/>
        </w:rPr>
        <w:t xml:space="preserve"> (а) </w:t>
      </w:r>
      <w:r w:rsidR="00A07FF5" w:rsidRPr="002417EA">
        <w:rPr>
          <w:rFonts w:ascii="Times New Roman" w:hAnsi="Times New Roman" w:cs="Times New Roman"/>
          <w:position w:val="-14"/>
          <w:sz w:val="28"/>
          <w:szCs w:val="28"/>
        </w:rPr>
        <w:object w:dxaOrig="1860" w:dyaOrig="420" w14:anchorId="642F31E6">
          <v:shape id="_x0000_i1662" type="#_x0000_t75" style="width:94.15pt;height:20.55pt" o:ole="">
            <v:imagedata r:id="rId1288" o:title=""/>
          </v:shape>
          <o:OLEObject Type="Embed" ProgID="Equation.DSMT4" ShapeID="_x0000_i1662" DrawAspect="Content" ObjectID="_1840332116" r:id="rId1289"/>
        </w:object>
      </w:r>
      <w:r w:rsidRPr="002417EA">
        <w:rPr>
          <w:rFonts w:ascii="Times New Roman" w:hAnsi="Times New Roman" w:cs="Times New Roman"/>
          <w:position w:val="-14"/>
          <w:sz w:val="28"/>
          <w:szCs w:val="28"/>
          <w:lang w:val="kk-KZ"/>
        </w:rPr>
        <w:t xml:space="preserve"> </w:t>
      </w:r>
      <w:r w:rsidRPr="002417EA">
        <w:rPr>
          <w:rFonts w:ascii="Times New Roman" w:hAnsi="Times New Roman" w:cs="Times New Roman"/>
          <w:color w:val="202124"/>
          <w:sz w:val="28"/>
          <w:szCs w:val="28"/>
          <w:lang w:val="kk-KZ"/>
        </w:rPr>
        <w:t xml:space="preserve">вектор-функциясы және φ скаляр функциясы </w:t>
      </w:r>
      <w:r w:rsidR="00A07FF5" w:rsidRPr="002417EA">
        <w:rPr>
          <w:rFonts w:ascii="Times New Roman" w:hAnsi="Times New Roman" w:cs="Times New Roman"/>
          <w:position w:val="-12"/>
          <w:sz w:val="28"/>
          <w:szCs w:val="28"/>
        </w:rPr>
        <w:object w:dxaOrig="940" w:dyaOrig="380" w14:anchorId="019A2930">
          <v:shape id="_x0000_i1663" type="#_x0000_t75" style="width:46.7pt;height:18.2pt" o:ole="">
            <v:imagedata r:id="rId1290" o:title=""/>
          </v:shape>
          <o:OLEObject Type="Embed" ProgID="Equation.DSMT4" ShapeID="_x0000_i1663" DrawAspect="Content" ObjectID="_1840332117" r:id="rId1291"/>
        </w:object>
      </w:r>
      <w:r w:rsidRPr="002417EA">
        <w:rPr>
          <w:rFonts w:ascii="Times New Roman" w:hAnsi="Times New Roman" w:cs="Times New Roman"/>
          <w:position w:val="-12"/>
          <w:sz w:val="28"/>
          <w:szCs w:val="28"/>
          <w:lang w:val="kk-KZ"/>
        </w:rPr>
        <w:t xml:space="preserve"> </w:t>
      </w:r>
      <w:r w:rsidRPr="002417EA">
        <w:rPr>
          <w:rFonts w:ascii="Times New Roman" w:hAnsi="Times New Roman" w:cs="Times New Roman"/>
          <w:color w:val="202124"/>
          <w:sz w:val="28"/>
          <w:szCs w:val="28"/>
          <w:lang w:val="kk-KZ"/>
        </w:rPr>
        <w:t>нүктелерінің маңайында аналитикалық болсын. (b) Сонда</w:t>
      </w:r>
    </w:p>
    <w:p w14:paraId="0161EE93" w14:textId="77777777" w:rsidR="00360C63" w:rsidRPr="002417EA" w:rsidRDefault="00360C63" w:rsidP="002417EA">
      <w:pPr>
        <w:spacing w:after="0" w:line="240" w:lineRule="auto"/>
        <w:jc w:val="both"/>
        <w:rPr>
          <w:rFonts w:ascii="Times New Roman" w:hAnsi="Times New Roman" w:cs="Times New Roman"/>
          <w:sz w:val="28"/>
          <w:szCs w:val="28"/>
          <w:lang w:val="kk-KZ"/>
        </w:rPr>
      </w:pPr>
    </w:p>
    <w:p w14:paraId="250A3500" w14:textId="77777777" w:rsidR="003A4ABB" w:rsidRPr="002417EA" w:rsidRDefault="00A07FF5" w:rsidP="002417EA">
      <w:pPr>
        <w:tabs>
          <w:tab w:val="left" w:pos="3837"/>
        </w:tabs>
        <w:spacing w:after="0" w:line="240" w:lineRule="auto"/>
        <w:jc w:val="center"/>
        <w:rPr>
          <w:rFonts w:ascii="Times New Roman" w:hAnsi="Times New Roman" w:cs="Times New Roman"/>
          <w:position w:val="-36"/>
          <w:sz w:val="28"/>
          <w:szCs w:val="28"/>
          <w:lang w:val="kk-KZ"/>
        </w:rPr>
      </w:pPr>
      <w:r w:rsidRPr="002417EA">
        <w:rPr>
          <w:rFonts w:ascii="Times New Roman" w:hAnsi="Times New Roman" w:cs="Times New Roman"/>
          <w:position w:val="-36"/>
          <w:sz w:val="28"/>
          <w:szCs w:val="28"/>
        </w:rPr>
        <w:object w:dxaOrig="5880" w:dyaOrig="880" w14:anchorId="122AC7BE">
          <v:shape id="_x0000_i1664" type="#_x0000_t75" style="width:295.1pt;height:44.3pt" o:ole="">
            <v:imagedata r:id="rId1292" o:title=""/>
          </v:shape>
          <o:OLEObject Type="Embed" ProgID="Equation.DSMT4" ShapeID="_x0000_i1664" DrawAspect="Content" ObjectID="_1840332118" r:id="rId1293"/>
        </w:object>
      </w:r>
    </w:p>
    <w:p w14:paraId="13A0124D" w14:textId="77777777" w:rsidR="00360C63" w:rsidRPr="002417EA" w:rsidRDefault="00360C63" w:rsidP="002417EA">
      <w:pPr>
        <w:tabs>
          <w:tab w:val="left" w:pos="3837"/>
        </w:tabs>
        <w:spacing w:after="0" w:line="240" w:lineRule="auto"/>
        <w:rPr>
          <w:rFonts w:ascii="Times New Roman" w:hAnsi="Times New Roman" w:cs="Times New Roman"/>
          <w:position w:val="-32"/>
          <w:sz w:val="28"/>
          <w:szCs w:val="28"/>
          <w:lang w:val="kk-KZ"/>
        </w:rPr>
      </w:pPr>
    </w:p>
    <w:p w14:paraId="7EEAD605" w14:textId="77777777" w:rsidR="003A4ABB" w:rsidRPr="002417EA" w:rsidRDefault="003A4ABB" w:rsidP="002417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202124"/>
          <w:sz w:val="28"/>
          <w:szCs w:val="28"/>
          <w:lang w:val="kk-KZ"/>
        </w:rPr>
      </w:pPr>
      <w:r w:rsidRPr="002417EA">
        <w:rPr>
          <w:rFonts w:ascii="Times New Roman" w:hAnsi="Times New Roman" w:cs="Times New Roman"/>
          <w:color w:val="202124"/>
          <w:sz w:val="28"/>
          <w:szCs w:val="28"/>
          <w:lang w:val="kk-KZ"/>
        </w:rPr>
        <w:t xml:space="preserve">ω скаляр функциясы </w:t>
      </w:r>
      <w:r w:rsidR="00A07FF5" w:rsidRPr="002417EA">
        <w:rPr>
          <w:rFonts w:ascii="Times New Roman" w:hAnsi="Times New Roman" w:cs="Times New Roman"/>
          <w:position w:val="-12"/>
          <w:sz w:val="28"/>
          <w:szCs w:val="28"/>
        </w:rPr>
        <w:object w:dxaOrig="940" w:dyaOrig="380" w14:anchorId="0E3D8B6F">
          <v:shape id="_x0000_i1665" type="#_x0000_t75" style="width:46.7pt;height:18.2pt" o:ole="">
            <v:imagedata r:id="rId1294" o:title=""/>
          </v:shape>
          <o:OLEObject Type="Embed" ProgID="Equation.DSMT4" ShapeID="_x0000_i1665" DrawAspect="Content" ObjectID="_1840332119" r:id="rId1295"/>
        </w:object>
      </w:r>
      <w:r w:rsidRPr="002417EA">
        <w:rPr>
          <w:rFonts w:ascii="Times New Roman" w:hAnsi="Times New Roman" w:cs="Times New Roman"/>
          <w:color w:val="202124"/>
          <w:sz w:val="28"/>
          <w:szCs w:val="28"/>
          <w:lang w:val="kk-KZ"/>
        </w:rPr>
        <w:t xml:space="preserve"> нүктелерінің маңайында аналитикалық болсын және </w:t>
      </w:r>
      <w:r w:rsidR="00A07FF5" w:rsidRPr="002417EA">
        <w:rPr>
          <w:rFonts w:ascii="Times New Roman" w:hAnsi="Times New Roman" w:cs="Times New Roman"/>
          <w:position w:val="-18"/>
          <w:sz w:val="28"/>
          <w:szCs w:val="28"/>
        </w:rPr>
        <w:object w:dxaOrig="2439" w:dyaOrig="499" w14:anchorId="6A1AE445">
          <v:shape id="_x0000_i1666" type="#_x0000_t75" style="width:123.45pt;height:25.3pt" o:ole="">
            <v:imagedata r:id="rId1296" o:title=""/>
          </v:shape>
          <o:OLEObject Type="Embed" ProgID="Equation.DSMT4" ShapeID="_x0000_i1666" DrawAspect="Content" ObjectID="_1840332120" r:id="rId1297"/>
        </w:object>
      </w:r>
      <w:r w:rsidRPr="002417EA">
        <w:rPr>
          <w:rFonts w:ascii="Times New Roman" w:hAnsi="Times New Roman" w:cs="Times New Roman"/>
          <w:position w:val="-18"/>
          <w:sz w:val="28"/>
          <w:szCs w:val="28"/>
          <w:lang w:val="kk-KZ"/>
        </w:rPr>
        <w:t xml:space="preserve"> </w:t>
      </w:r>
      <w:r w:rsidRPr="002417EA">
        <w:rPr>
          <w:rFonts w:ascii="Times New Roman" w:hAnsi="Times New Roman" w:cs="Times New Roman"/>
          <w:color w:val="202124"/>
          <w:sz w:val="28"/>
          <w:szCs w:val="28"/>
          <w:lang w:val="kk-KZ"/>
        </w:rPr>
        <w:t xml:space="preserve">және </w:t>
      </w:r>
      <w:r w:rsidR="00A07FF5" w:rsidRPr="002417EA">
        <w:rPr>
          <w:rFonts w:ascii="Times New Roman" w:hAnsi="Times New Roman" w:cs="Times New Roman"/>
          <w:position w:val="-12"/>
          <w:sz w:val="28"/>
          <w:szCs w:val="28"/>
        </w:rPr>
        <w:object w:dxaOrig="760" w:dyaOrig="340" w14:anchorId="24B42371">
          <v:shape id="_x0000_i1667" type="#_x0000_t75" style="width:38pt;height:15.8pt" o:ole="">
            <v:imagedata r:id="rId1298" o:title=""/>
          </v:shape>
          <o:OLEObject Type="Embed" ProgID="Equation.DSMT4" ShapeID="_x0000_i1667" DrawAspect="Content" ObjectID="_1840332121" r:id="rId1299"/>
        </w:object>
      </w:r>
      <w:r w:rsidRPr="002417EA">
        <w:rPr>
          <w:rFonts w:ascii="Times New Roman" w:hAnsi="Times New Roman" w:cs="Times New Roman"/>
          <w:sz w:val="28"/>
          <w:szCs w:val="28"/>
          <w:lang w:val="kk-KZ"/>
        </w:rPr>
        <w:t xml:space="preserve"> үшін </w:t>
      </w:r>
      <w:r w:rsidR="00A07FF5" w:rsidRPr="002417EA">
        <w:rPr>
          <w:rFonts w:ascii="Times New Roman" w:hAnsi="Times New Roman" w:cs="Times New Roman"/>
          <w:position w:val="-18"/>
          <w:sz w:val="28"/>
          <w:szCs w:val="28"/>
        </w:rPr>
        <w:object w:dxaOrig="2000" w:dyaOrig="499" w14:anchorId="2DC0654B">
          <v:shape id="_x0000_i1668" type="#_x0000_t75" style="width:102.05pt;height:25.3pt" o:ole="">
            <v:imagedata r:id="rId1300" o:title=""/>
          </v:shape>
          <o:OLEObject Type="Embed" ProgID="Equation.DSMT4" ShapeID="_x0000_i1668" DrawAspect="Content" ObjectID="_1840332122" r:id="rId1301"/>
        </w:object>
      </w:r>
      <w:r w:rsidRPr="002417EA">
        <w:rPr>
          <w:rFonts w:ascii="Times New Roman" w:hAnsi="Times New Roman" w:cs="Times New Roman"/>
          <w:sz w:val="28"/>
          <w:szCs w:val="28"/>
          <w:lang w:val="kk-KZ"/>
        </w:rPr>
        <w:t xml:space="preserve"> Айталық,</w:t>
      </w:r>
      <w:r w:rsidRPr="002417EA">
        <w:rPr>
          <w:rFonts w:ascii="Times New Roman" w:hAnsi="Times New Roman" w:cs="Times New Roman"/>
          <w:b/>
          <w:color w:val="202124"/>
          <w:sz w:val="28"/>
          <w:szCs w:val="28"/>
          <w:lang w:val="kk-KZ"/>
        </w:rPr>
        <w:t xml:space="preserve"> </w:t>
      </w:r>
      <w:r w:rsidR="00A07FF5" w:rsidRPr="002417EA">
        <w:rPr>
          <w:rFonts w:ascii="Times New Roman" w:hAnsi="Times New Roman" w:cs="Times New Roman"/>
          <w:position w:val="-14"/>
          <w:sz w:val="28"/>
          <w:szCs w:val="28"/>
        </w:rPr>
        <w:object w:dxaOrig="1440" w:dyaOrig="420" w14:anchorId="48FAAD69">
          <v:shape id="_x0000_i1669" type="#_x0000_t75" style="width:1in;height:20.55pt" o:ole="">
            <v:imagedata r:id="rId1302" o:title=""/>
          </v:shape>
          <o:OLEObject Type="Embed" ProgID="Equation.DSMT4" ShapeID="_x0000_i1669" DrawAspect="Content" ObjectID="_1840332123" r:id="rId1303"/>
        </w:object>
      </w:r>
      <w:r w:rsidRPr="002417EA">
        <w:rPr>
          <w:rFonts w:ascii="Times New Roman" w:hAnsi="Times New Roman" w:cs="Times New Roman"/>
          <w:position w:val="-12"/>
          <w:sz w:val="28"/>
          <w:szCs w:val="28"/>
          <w:lang w:val="kk-KZ"/>
        </w:rPr>
        <w:t xml:space="preserve"> </w:t>
      </w:r>
      <w:r w:rsidRPr="002417EA">
        <w:rPr>
          <w:rFonts w:ascii="Times New Roman" w:hAnsi="Times New Roman" w:cs="Times New Roman"/>
          <w:color w:val="202124"/>
          <w:sz w:val="28"/>
          <w:szCs w:val="28"/>
          <w:lang w:val="kk-KZ"/>
        </w:rPr>
        <w:t xml:space="preserve">вектор- функциясы </w:t>
      </w:r>
      <w:r w:rsidR="00A07FF5" w:rsidRPr="002417EA">
        <w:rPr>
          <w:rFonts w:ascii="Times New Roman" w:hAnsi="Times New Roman" w:cs="Times New Roman"/>
          <w:position w:val="-14"/>
          <w:sz w:val="28"/>
          <w:szCs w:val="28"/>
        </w:rPr>
        <w:object w:dxaOrig="1939" w:dyaOrig="420" w14:anchorId="53DB73B4">
          <v:shape id="_x0000_i1670" type="#_x0000_t75" style="width:97.3pt;height:20.55pt" o:ole="">
            <v:imagedata r:id="rId1304" o:title=""/>
          </v:shape>
          <o:OLEObject Type="Embed" ProgID="Equation.DSMT4" ShapeID="_x0000_i1670" DrawAspect="Content" ObjectID="_1840332124" r:id="rId1305"/>
        </w:object>
      </w:r>
      <w:r w:rsidRPr="002417EA">
        <w:rPr>
          <w:rFonts w:ascii="Times New Roman" w:hAnsi="Times New Roman" w:cs="Times New Roman"/>
          <w:position w:val="-14"/>
          <w:sz w:val="28"/>
          <w:szCs w:val="28"/>
          <w:lang w:val="kk-KZ"/>
        </w:rPr>
        <w:t xml:space="preserve"> </w:t>
      </w:r>
      <w:r w:rsidRPr="002417EA">
        <w:rPr>
          <w:rFonts w:ascii="Times New Roman" w:hAnsi="Times New Roman" w:cs="Times New Roman"/>
          <w:color w:val="202124"/>
          <w:sz w:val="28"/>
          <w:szCs w:val="28"/>
          <w:lang w:val="kk-KZ"/>
        </w:rPr>
        <w:t>нүктелердің маңайында аналитикалық болсын.</w:t>
      </w:r>
      <w:r w:rsidRPr="002417EA">
        <w:rPr>
          <w:rFonts w:ascii="Times New Roman" w:hAnsi="Times New Roman" w:cs="Times New Roman"/>
          <w:position w:val="-12"/>
          <w:sz w:val="28"/>
          <w:szCs w:val="28"/>
          <w:lang w:val="kk-KZ"/>
        </w:rPr>
        <w:t xml:space="preserve"> </w:t>
      </w:r>
      <w:r w:rsidRPr="002417EA">
        <w:rPr>
          <w:rFonts w:ascii="Times New Roman" w:hAnsi="Times New Roman" w:cs="Times New Roman"/>
          <w:color w:val="202124"/>
          <w:sz w:val="28"/>
          <w:szCs w:val="28"/>
          <w:lang w:val="kk-KZ"/>
        </w:rPr>
        <w:t>Онда</w:t>
      </w:r>
    </w:p>
    <w:p w14:paraId="12216F4C" w14:textId="77777777" w:rsidR="00360C63" w:rsidRPr="002417EA" w:rsidRDefault="00360C63" w:rsidP="002417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202124"/>
          <w:sz w:val="28"/>
          <w:szCs w:val="28"/>
          <w:lang w:val="kk-KZ"/>
        </w:rPr>
      </w:pPr>
    </w:p>
    <w:p w14:paraId="27B78104" w14:textId="77777777" w:rsidR="003A4ABB" w:rsidRPr="002417EA" w:rsidRDefault="00A07FF5" w:rsidP="002417EA">
      <w:pPr>
        <w:tabs>
          <w:tab w:val="left" w:pos="3837"/>
        </w:tabs>
        <w:spacing w:after="0" w:line="240" w:lineRule="auto"/>
        <w:jc w:val="center"/>
        <w:rPr>
          <w:rFonts w:ascii="Times New Roman" w:hAnsi="Times New Roman" w:cs="Times New Roman"/>
          <w:position w:val="-36"/>
          <w:sz w:val="28"/>
          <w:szCs w:val="28"/>
          <w:lang w:val="kk-KZ"/>
        </w:rPr>
      </w:pPr>
      <w:r w:rsidRPr="002417EA">
        <w:rPr>
          <w:rFonts w:ascii="Times New Roman" w:hAnsi="Times New Roman" w:cs="Times New Roman"/>
          <w:position w:val="-36"/>
          <w:sz w:val="28"/>
          <w:szCs w:val="28"/>
        </w:rPr>
        <w:object w:dxaOrig="6619" w:dyaOrig="920" w14:anchorId="24F2A313">
          <v:shape id="_x0000_i1671" type="#_x0000_t75" style="width:330.75pt;height:45.9pt" o:ole="">
            <v:imagedata r:id="rId1306" o:title=""/>
          </v:shape>
          <o:OLEObject Type="Embed" ProgID="Equation.DSMT4" ShapeID="_x0000_i1671" DrawAspect="Content" ObjectID="_1840332125" r:id="rId1307"/>
        </w:object>
      </w:r>
    </w:p>
    <w:p w14:paraId="45DD3817" w14:textId="77777777" w:rsidR="00360C63" w:rsidRPr="002417EA" w:rsidRDefault="00360C63" w:rsidP="002417EA">
      <w:pPr>
        <w:tabs>
          <w:tab w:val="left" w:pos="3837"/>
        </w:tabs>
        <w:spacing w:after="0" w:line="240" w:lineRule="auto"/>
        <w:rPr>
          <w:rFonts w:ascii="Times New Roman" w:hAnsi="Times New Roman" w:cs="Times New Roman"/>
          <w:position w:val="-32"/>
          <w:sz w:val="28"/>
          <w:szCs w:val="28"/>
          <w:lang w:val="kk-KZ"/>
        </w:rPr>
      </w:pPr>
    </w:p>
    <w:p w14:paraId="52BDA8B0" w14:textId="77777777" w:rsidR="003A4ABB" w:rsidRPr="002417EA" w:rsidRDefault="003A4ABB" w:rsidP="002417EA">
      <w:pPr>
        <w:spacing w:after="0" w:line="240" w:lineRule="auto"/>
        <w:jc w:val="both"/>
        <w:rPr>
          <w:rFonts w:ascii="Times New Roman" w:hAnsi="Times New Roman" w:cs="Times New Roman"/>
          <w:color w:val="202124"/>
          <w:sz w:val="28"/>
          <w:szCs w:val="28"/>
          <w:lang w:val="kk-KZ"/>
        </w:rPr>
      </w:pPr>
      <w:r w:rsidRPr="002417EA">
        <w:rPr>
          <w:rFonts w:ascii="Times New Roman" w:hAnsi="Times New Roman" w:cs="Times New Roman"/>
          <w:color w:val="202124"/>
          <w:sz w:val="28"/>
          <w:szCs w:val="28"/>
          <w:lang w:val="kk-KZ"/>
        </w:rPr>
        <w:t>Келесі бөлшек-сызықты функцияны қолданайық</w:t>
      </w:r>
    </w:p>
    <w:p w14:paraId="50FD5C13" w14:textId="77777777" w:rsidR="003A4ABB" w:rsidRPr="002417EA" w:rsidRDefault="003A4ABB" w:rsidP="002417EA">
      <w:pPr>
        <w:spacing w:after="0" w:line="240" w:lineRule="auto"/>
        <w:jc w:val="both"/>
        <w:rPr>
          <w:rFonts w:ascii="Times New Roman" w:hAnsi="Times New Roman" w:cs="Times New Roman"/>
          <w:color w:val="202124"/>
          <w:sz w:val="28"/>
          <w:szCs w:val="28"/>
          <w:lang w:val="kk-KZ"/>
        </w:rPr>
      </w:pPr>
    </w:p>
    <w:p w14:paraId="22C23393" w14:textId="0DEFA16A" w:rsidR="003A4ABB" w:rsidRPr="002417EA" w:rsidRDefault="00A07FF5" w:rsidP="002417EA">
      <w:pPr>
        <w:spacing w:after="0" w:line="240" w:lineRule="auto"/>
        <w:jc w:val="right"/>
        <w:rPr>
          <w:rFonts w:ascii="Times New Roman" w:hAnsi="Times New Roman" w:cs="Times New Roman"/>
          <w:sz w:val="28"/>
          <w:szCs w:val="28"/>
          <w:lang w:val="kk-KZ"/>
        </w:rPr>
      </w:pPr>
      <w:r w:rsidRPr="002417EA">
        <w:rPr>
          <w:rFonts w:ascii="Times New Roman" w:hAnsi="Times New Roman" w:cs="Times New Roman"/>
          <w:position w:val="-34"/>
          <w:sz w:val="28"/>
          <w:szCs w:val="28"/>
        </w:rPr>
        <w:object w:dxaOrig="5120" w:dyaOrig="780" w14:anchorId="0B66CBD9">
          <v:shape id="_x0000_i1672" type="#_x0000_t75" style="width:254pt;height:38pt" o:ole="">
            <v:imagedata r:id="rId1308" o:title=""/>
          </v:shape>
          <o:OLEObject Type="Embed" ProgID="Equation.DSMT4" ShapeID="_x0000_i1672" DrawAspect="Content" ObjectID="_1840332126" r:id="rId1309"/>
        </w:object>
      </w:r>
      <w:r w:rsidR="003A4ABB" w:rsidRPr="002417EA">
        <w:rPr>
          <w:rFonts w:ascii="Times New Roman" w:hAnsi="Times New Roman" w:cs="Times New Roman"/>
          <w:position w:val="-20"/>
          <w:sz w:val="28"/>
          <w:szCs w:val="28"/>
          <w:lang w:val="kk-KZ"/>
        </w:rPr>
        <w:t xml:space="preserve">      </w:t>
      </w:r>
      <w:r w:rsidR="000A3333">
        <w:rPr>
          <w:rFonts w:ascii="Times New Roman" w:hAnsi="Times New Roman" w:cs="Times New Roman"/>
          <w:position w:val="-20"/>
          <w:sz w:val="28"/>
          <w:szCs w:val="28"/>
          <w:lang w:val="kk-KZ"/>
        </w:rPr>
        <w:t xml:space="preserve">              </w:t>
      </w:r>
      <w:r w:rsidR="003A4ABB" w:rsidRPr="002417EA">
        <w:rPr>
          <w:rFonts w:ascii="Times New Roman" w:hAnsi="Times New Roman" w:cs="Times New Roman"/>
          <w:position w:val="-20"/>
          <w:sz w:val="28"/>
          <w:szCs w:val="28"/>
          <w:lang w:val="kk-KZ"/>
        </w:rPr>
        <w:t xml:space="preserve">   </w:t>
      </w:r>
      <w:r w:rsidR="003A4ABB" w:rsidRPr="002417EA">
        <w:rPr>
          <w:rFonts w:ascii="Times New Roman" w:hAnsi="Times New Roman" w:cs="Times New Roman"/>
          <w:sz w:val="28"/>
          <w:szCs w:val="28"/>
          <w:lang w:val="kk-KZ"/>
        </w:rPr>
        <w:t>(1.47)</w:t>
      </w:r>
    </w:p>
    <w:p w14:paraId="0F414CBF" w14:textId="77777777" w:rsidR="003A4ABB" w:rsidRPr="002417EA" w:rsidRDefault="003A4ABB" w:rsidP="002417EA">
      <w:pPr>
        <w:spacing w:after="0" w:line="240" w:lineRule="auto"/>
        <w:rPr>
          <w:rFonts w:ascii="Times New Roman" w:hAnsi="Times New Roman" w:cs="Times New Roman"/>
          <w:sz w:val="28"/>
          <w:szCs w:val="28"/>
          <w:lang w:val="kk-KZ"/>
        </w:rPr>
      </w:pPr>
    </w:p>
    <w:p w14:paraId="5729F3A8" w14:textId="77777777" w:rsidR="003A4ABB" w:rsidRPr="002417EA" w:rsidRDefault="003A4ABB" w:rsidP="002417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lang w:val="kk-KZ"/>
        </w:rPr>
      </w:pPr>
      <w:r w:rsidRPr="002417EA">
        <w:rPr>
          <w:rFonts w:ascii="Times New Roman" w:hAnsi="Times New Roman" w:cs="Times New Roman"/>
          <w:color w:val="202124"/>
          <w:sz w:val="28"/>
          <w:szCs w:val="28"/>
          <w:lang w:val="kk-KZ"/>
        </w:rPr>
        <w:t xml:space="preserve">(1.46) көпмүшеліктерін </w:t>
      </w:r>
      <w:r w:rsidR="00A07FF5" w:rsidRPr="002417EA">
        <w:rPr>
          <w:rFonts w:ascii="Times New Roman" w:hAnsi="Times New Roman" w:cs="Times New Roman"/>
          <w:position w:val="-16"/>
          <w:sz w:val="28"/>
          <w:szCs w:val="28"/>
        </w:rPr>
        <w:object w:dxaOrig="3940" w:dyaOrig="499" w14:anchorId="01A7034D">
          <v:shape id="_x0000_i1673" type="#_x0000_t75" style="width:194.65pt;height:25.3pt" o:ole="">
            <v:imagedata r:id="rId1310" o:title=""/>
          </v:shape>
          <o:OLEObject Type="Embed" ProgID="Equation.DSMT4" ShapeID="_x0000_i1673" DrawAspect="Content" ObjectID="_1840332127" r:id="rId1311"/>
        </w:object>
      </w:r>
      <w:r w:rsidRPr="002417EA">
        <w:rPr>
          <w:rFonts w:ascii="Times New Roman" w:hAnsi="Times New Roman" w:cs="Times New Roman"/>
          <w:color w:val="202124"/>
          <w:sz w:val="28"/>
          <w:szCs w:val="28"/>
          <w:lang w:val="kk-KZ"/>
        </w:rPr>
        <w:t xml:space="preserve"> түрінде көрсетейік. Сонда 1.2-ші лемма негізінде</w:t>
      </w:r>
    </w:p>
    <w:p w14:paraId="7F755DAD" w14:textId="77777777" w:rsidR="003A4ABB" w:rsidRPr="002417EA" w:rsidRDefault="003A4ABB" w:rsidP="002417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lang w:val="kk-KZ"/>
        </w:rPr>
      </w:pPr>
    </w:p>
    <w:p w14:paraId="5497BA65" w14:textId="77777777" w:rsidR="003A4ABB" w:rsidRPr="002417EA" w:rsidRDefault="00A07FF5" w:rsidP="002417EA">
      <w:pPr>
        <w:tabs>
          <w:tab w:val="left" w:pos="3837"/>
        </w:tabs>
        <w:spacing w:after="0" w:line="240" w:lineRule="auto"/>
        <w:jc w:val="center"/>
        <w:rPr>
          <w:rFonts w:ascii="Times New Roman" w:hAnsi="Times New Roman" w:cs="Times New Roman"/>
          <w:position w:val="-36"/>
          <w:sz w:val="28"/>
          <w:szCs w:val="28"/>
          <w:lang w:val="kk-KZ"/>
        </w:rPr>
      </w:pPr>
      <w:r w:rsidRPr="002417EA">
        <w:rPr>
          <w:rFonts w:ascii="Times New Roman" w:hAnsi="Times New Roman" w:cs="Times New Roman"/>
          <w:position w:val="-36"/>
          <w:sz w:val="28"/>
          <w:szCs w:val="28"/>
        </w:rPr>
        <w:object w:dxaOrig="4620" w:dyaOrig="820" w14:anchorId="7F364EAD">
          <v:shape id="_x0000_i1674" type="#_x0000_t75" style="width:230.25pt;height:43.5pt" o:ole="">
            <v:imagedata r:id="rId1312" o:title=""/>
          </v:shape>
          <o:OLEObject Type="Embed" ProgID="Equation.DSMT4" ShapeID="_x0000_i1674" DrawAspect="Content" ObjectID="_1840332128" r:id="rId1313"/>
        </w:object>
      </w:r>
    </w:p>
    <w:p w14:paraId="5BD69AF8" w14:textId="77777777" w:rsidR="00360C63" w:rsidRPr="002417EA" w:rsidRDefault="00360C63" w:rsidP="002417EA">
      <w:pPr>
        <w:tabs>
          <w:tab w:val="left" w:pos="3837"/>
        </w:tabs>
        <w:spacing w:after="0" w:line="240" w:lineRule="auto"/>
        <w:rPr>
          <w:rFonts w:ascii="Times New Roman" w:hAnsi="Times New Roman" w:cs="Times New Roman"/>
          <w:position w:val="-36"/>
          <w:sz w:val="28"/>
          <w:szCs w:val="28"/>
          <w:lang w:val="kk-KZ"/>
        </w:rPr>
      </w:pPr>
    </w:p>
    <w:p w14:paraId="5303F39C" w14:textId="77777777" w:rsidR="003A4ABB" w:rsidRPr="002417EA" w:rsidRDefault="003A4ABB" w:rsidP="002417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lang w:val="kk-KZ"/>
        </w:rPr>
      </w:pPr>
      <w:r w:rsidRPr="002417EA">
        <w:rPr>
          <w:rFonts w:ascii="Times New Roman" w:hAnsi="Times New Roman" w:cs="Times New Roman"/>
          <w:color w:val="202124"/>
          <w:sz w:val="28"/>
          <w:szCs w:val="28"/>
          <w:lang w:val="kk-KZ"/>
        </w:rPr>
        <w:t xml:space="preserve">Сонымен, (1.44) шарты эквивалентті </w:t>
      </w:r>
    </w:p>
    <w:p w14:paraId="59A58781" w14:textId="77777777" w:rsidR="003A4ABB" w:rsidRPr="002417EA" w:rsidRDefault="003A4ABB" w:rsidP="002417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lang w:val="kk-KZ"/>
        </w:rPr>
      </w:pPr>
    </w:p>
    <w:p w14:paraId="3E4C45EB" w14:textId="77777777" w:rsidR="003A4ABB" w:rsidRPr="002417EA" w:rsidRDefault="00A07FF5" w:rsidP="002417EA">
      <w:pPr>
        <w:tabs>
          <w:tab w:val="left" w:pos="3837"/>
        </w:tabs>
        <w:spacing w:after="0" w:line="240" w:lineRule="auto"/>
        <w:jc w:val="center"/>
        <w:rPr>
          <w:rFonts w:ascii="Times New Roman" w:hAnsi="Times New Roman" w:cs="Times New Roman"/>
          <w:position w:val="-36"/>
          <w:sz w:val="28"/>
          <w:szCs w:val="28"/>
          <w:lang w:val="kk-KZ"/>
        </w:rPr>
      </w:pPr>
      <w:r w:rsidRPr="002417EA">
        <w:rPr>
          <w:rFonts w:ascii="Times New Roman" w:hAnsi="Times New Roman" w:cs="Times New Roman"/>
          <w:position w:val="-36"/>
          <w:sz w:val="28"/>
          <w:szCs w:val="28"/>
        </w:rPr>
        <w:object w:dxaOrig="7300" w:dyaOrig="920" w14:anchorId="61753B68">
          <v:shape id="_x0000_i1675" type="#_x0000_t75" style="width:364.75pt;height:45.9pt" o:ole="">
            <v:imagedata r:id="rId1314" o:title=""/>
          </v:shape>
          <o:OLEObject Type="Embed" ProgID="Equation.DSMT4" ShapeID="_x0000_i1675" DrawAspect="Content" ObjectID="_1840332129" r:id="rId1315"/>
        </w:object>
      </w:r>
    </w:p>
    <w:p w14:paraId="0F230AFC" w14:textId="77777777" w:rsidR="003A4ABB" w:rsidRPr="002417EA" w:rsidRDefault="003A4ABB" w:rsidP="002417EA">
      <w:pPr>
        <w:tabs>
          <w:tab w:val="left" w:pos="3837"/>
        </w:tabs>
        <w:spacing w:after="0" w:line="240" w:lineRule="auto"/>
        <w:rPr>
          <w:rFonts w:ascii="Times New Roman" w:hAnsi="Times New Roman" w:cs="Times New Roman"/>
          <w:position w:val="-36"/>
          <w:sz w:val="28"/>
          <w:szCs w:val="28"/>
          <w:lang w:val="kk-KZ"/>
        </w:rPr>
      </w:pPr>
    </w:p>
    <w:p w14:paraId="4E692B61" w14:textId="77777777" w:rsidR="003A4ABB" w:rsidRPr="002417EA" w:rsidRDefault="003A4ABB" w:rsidP="002417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lang w:val="kk-KZ"/>
        </w:rPr>
      </w:pPr>
      <w:r w:rsidRPr="002417EA">
        <w:rPr>
          <w:rFonts w:ascii="Times New Roman" w:hAnsi="Times New Roman" w:cs="Times New Roman"/>
          <w:color w:val="202124"/>
          <w:sz w:val="28"/>
          <w:szCs w:val="28"/>
          <w:lang w:val="kk-KZ"/>
        </w:rPr>
        <w:t>Өйткені</w:t>
      </w:r>
    </w:p>
    <w:p w14:paraId="33B20D2B" w14:textId="77777777" w:rsidR="003A4ABB" w:rsidRPr="002417EA" w:rsidRDefault="003A4ABB" w:rsidP="002417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lang w:val="kk-KZ"/>
        </w:rPr>
      </w:pPr>
    </w:p>
    <w:p w14:paraId="50AFF7CC" w14:textId="1CE49124" w:rsidR="003A4ABB" w:rsidRPr="002417EA" w:rsidRDefault="00A07FF5" w:rsidP="002417EA">
      <w:pPr>
        <w:spacing w:after="0" w:line="240" w:lineRule="auto"/>
        <w:jc w:val="right"/>
        <w:rPr>
          <w:rFonts w:ascii="Times New Roman" w:hAnsi="Times New Roman" w:cs="Times New Roman"/>
          <w:sz w:val="28"/>
          <w:szCs w:val="28"/>
          <w:lang w:val="kk-KZ"/>
        </w:rPr>
      </w:pPr>
      <w:r w:rsidRPr="002417EA">
        <w:rPr>
          <w:rFonts w:ascii="Times New Roman" w:hAnsi="Times New Roman" w:cs="Times New Roman"/>
          <w:position w:val="-28"/>
          <w:sz w:val="28"/>
          <w:szCs w:val="28"/>
        </w:rPr>
        <w:object w:dxaOrig="2720" w:dyaOrig="720" w14:anchorId="6974F433">
          <v:shape id="_x0000_i1676" type="#_x0000_t75" style="width:136.9pt;height:37.2pt" o:ole="">
            <v:imagedata r:id="rId1316" o:title=""/>
          </v:shape>
          <o:OLEObject Type="Embed" ProgID="Equation.DSMT4" ShapeID="_x0000_i1676" DrawAspect="Content" ObjectID="_1840332130" r:id="rId1317"/>
        </w:object>
      </w:r>
      <w:r w:rsidR="003A4ABB" w:rsidRPr="002417EA">
        <w:rPr>
          <w:rFonts w:ascii="Times New Roman" w:hAnsi="Times New Roman" w:cs="Times New Roman"/>
          <w:position w:val="-20"/>
          <w:sz w:val="28"/>
          <w:szCs w:val="28"/>
          <w:lang w:val="kk-KZ"/>
        </w:rPr>
        <w:t xml:space="preserve">                           </w:t>
      </w:r>
      <w:r w:rsidR="000A3333">
        <w:rPr>
          <w:rFonts w:ascii="Times New Roman" w:hAnsi="Times New Roman" w:cs="Times New Roman"/>
          <w:position w:val="-20"/>
          <w:sz w:val="28"/>
          <w:szCs w:val="28"/>
          <w:lang w:val="kk-KZ"/>
        </w:rPr>
        <w:t xml:space="preserve">         </w:t>
      </w:r>
      <w:r w:rsidR="003A4ABB" w:rsidRPr="002417EA">
        <w:rPr>
          <w:rFonts w:ascii="Times New Roman" w:hAnsi="Times New Roman" w:cs="Times New Roman"/>
          <w:position w:val="-20"/>
          <w:sz w:val="28"/>
          <w:szCs w:val="28"/>
          <w:lang w:val="kk-KZ"/>
        </w:rPr>
        <w:t xml:space="preserve">     </w:t>
      </w:r>
      <w:r w:rsidR="003A4ABB" w:rsidRPr="002417EA">
        <w:rPr>
          <w:rFonts w:ascii="Times New Roman" w:hAnsi="Times New Roman" w:cs="Times New Roman"/>
          <w:sz w:val="28"/>
          <w:szCs w:val="28"/>
          <w:lang w:val="kk-KZ"/>
        </w:rPr>
        <w:t>(1.49)</w:t>
      </w:r>
    </w:p>
    <w:p w14:paraId="09C22A66" w14:textId="77777777" w:rsidR="003A4ABB" w:rsidRPr="002417EA" w:rsidRDefault="003A4ABB" w:rsidP="002417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lang w:val="kk-KZ"/>
        </w:rPr>
      </w:pPr>
    </w:p>
    <w:p w14:paraId="78E143FF" w14:textId="77777777" w:rsidR="003A4ABB" w:rsidRPr="002417EA" w:rsidRDefault="003A4ABB" w:rsidP="002417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lang w:val="kk-KZ"/>
        </w:rPr>
      </w:pPr>
      <w:r w:rsidRPr="002417EA">
        <w:rPr>
          <w:rFonts w:ascii="Times New Roman" w:hAnsi="Times New Roman" w:cs="Times New Roman"/>
          <w:color w:val="202124"/>
          <w:sz w:val="28"/>
          <w:szCs w:val="28"/>
          <w:lang w:val="kk-KZ"/>
        </w:rPr>
        <w:t>Cоңында</w:t>
      </w:r>
    </w:p>
    <w:p w14:paraId="74FA8FA2" w14:textId="77777777" w:rsidR="003A4ABB" w:rsidRPr="002417EA" w:rsidRDefault="003A4ABB" w:rsidP="002417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lang w:val="kk-KZ"/>
        </w:rPr>
      </w:pPr>
    </w:p>
    <w:p w14:paraId="4B653FC0" w14:textId="3920DD89" w:rsidR="003A4ABB" w:rsidRPr="002417EA" w:rsidRDefault="00A07FF5" w:rsidP="002417EA">
      <w:pPr>
        <w:spacing w:after="0" w:line="240" w:lineRule="auto"/>
        <w:jc w:val="right"/>
        <w:rPr>
          <w:rFonts w:ascii="Times New Roman" w:hAnsi="Times New Roman" w:cs="Times New Roman"/>
          <w:sz w:val="28"/>
          <w:szCs w:val="28"/>
          <w:lang w:val="kk-KZ"/>
        </w:rPr>
      </w:pPr>
      <w:r w:rsidRPr="002417EA">
        <w:rPr>
          <w:rFonts w:ascii="Times New Roman" w:hAnsi="Times New Roman" w:cs="Times New Roman"/>
          <w:position w:val="-38"/>
          <w:sz w:val="28"/>
          <w:szCs w:val="28"/>
        </w:rPr>
        <w:object w:dxaOrig="6560" w:dyaOrig="900" w14:anchorId="46C92630">
          <v:shape id="_x0000_i1677" type="#_x0000_t75" style="width:330.75pt;height:45.9pt" o:ole="">
            <v:imagedata r:id="rId1318" o:title=""/>
          </v:shape>
          <o:OLEObject Type="Embed" ProgID="Equation.DSMT4" ShapeID="_x0000_i1677" DrawAspect="Content" ObjectID="_1840332131" r:id="rId1319"/>
        </w:object>
      </w:r>
      <w:r w:rsidR="000A3333">
        <w:rPr>
          <w:rFonts w:ascii="Times New Roman" w:hAnsi="Times New Roman" w:cs="Times New Roman"/>
          <w:position w:val="-20"/>
          <w:sz w:val="28"/>
          <w:szCs w:val="28"/>
          <w:lang w:val="kk-KZ"/>
        </w:rPr>
        <w:t xml:space="preserve">        </w:t>
      </w:r>
      <w:r w:rsidR="003A4ABB" w:rsidRPr="002417EA">
        <w:rPr>
          <w:rFonts w:ascii="Times New Roman" w:hAnsi="Times New Roman" w:cs="Times New Roman"/>
          <w:position w:val="-20"/>
          <w:sz w:val="28"/>
          <w:szCs w:val="28"/>
          <w:lang w:val="kk-KZ"/>
        </w:rPr>
        <w:t xml:space="preserve">     </w:t>
      </w:r>
      <w:r w:rsidR="003A4ABB" w:rsidRPr="002417EA">
        <w:rPr>
          <w:rFonts w:ascii="Times New Roman" w:hAnsi="Times New Roman" w:cs="Times New Roman"/>
          <w:sz w:val="28"/>
          <w:szCs w:val="28"/>
          <w:lang w:val="kk-KZ"/>
        </w:rPr>
        <w:t>(1.50)</w:t>
      </w:r>
    </w:p>
    <w:p w14:paraId="064B7302" w14:textId="77777777" w:rsidR="003A4ABB" w:rsidRPr="002417EA" w:rsidRDefault="003A4ABB" w:rsidP="002417EA">
      <w:pPr>
        <w:spacing w:after="0" w:line="240" w:lineRule="auto"/>
        <w:rPr>
          <w:rFonts w:ascii="Times New Roman" w:hAnsi="Times New Roman" w:cs="Times New Roman"/>
          <w:sz w:val="28"/>
          <w:szCs w:val="28"/>
          <w:lang w:val="kk-KZ"/>
        </w:rPr>
      </w:pPr>
    </w:p>
    <w:p w14:paraId="1787C76E" w14:textId="7A11188B" w:rsidR="003A4ABB" w:rsidRPr="002417EA" w:rsidRDefault="003A4ABB" w:rsidP="002417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lang w:val="kk-KZ"/>
        </w:rPr>
      </w:pPr>
      <w:r w:rsidRPr="002417EA">
        <w:rPr>
          <w:rFonts w:ascii="Times New Roman" w:hAnsi="Times New Roman" w:cs="Times New Roman"/>
          <w:color w:val="202124"/>
          <w:sz w:val="28"/>
          <w:szCs w:val="28"/>
          <w:lang w:val="kk-KZ"/>
        </w:rPr>
        <w:t>d)</w:t>
      </w:r>
      <w:r w:rsidR="004F565E">
        <w:rPr>
          <w:rFonts w:ascii="Times New Roman" w:hAnsi="Times New Roman" w:cs="Times New Roman"/>
          <w:color w:val="202124"/>
          <w:sz w:val="28"/>
          <w:szCs w:val="28"/>
          <w:lang w:val="kk-KZ"/>
        </w:rPr>
        <w:t xml:space="preserve"> </w:t>
      </w:r>
      <w:r w:rsidRPr="002417EA">
        <w:rPr>
          <w:rFonts w:ascii="Times New Roman" w:hAnsi="Times New Roman" w:cs="Times New Roman"/>
          <w:color w:val="202124"/>
          <w:sz w:val="28"/>
          <w:szCs w:val="28"/>
          <w:lang w:val="kk-KZ"/>
        </w:rPr>
        <w:t xml:space="preserve"> лемманы қолданып (1.47), (1.48)-гі </w:t>
      </w:r>
      <w:r w:rsidR="00A07FF5" w:rsidRPr="002417EA">
        <w:rPr>
          <w:rFonts w:ascii="Times New Roman" w:hAnsi="Times New Roman" w:cs="Times New Roman"/>
          <w:position w:val="-16"/>
          <w:sz w:val="28"/>
          <w:szCs w:val="28"/>
        </w:rPr>
        <w:object w:dxaOrig="380" w:dyaOrig="420" w14:anchorId="2DCADB3A">
          <v:shape id="_x0000_i1678" type="#_x0000_t75" style="width:18.2pt;height:20.55pt" o:ole="">
            <v:imagedata r:id="rId1320" o:title=""/>
          </v:shape>
          <o:OLEObject Type="Embed" ProgID="Equation.DSMT4" ShapeID="_x0000_i1678" DrawAspect="Content" ObjectID="_1840332132" r:id="rId1321"/>
        </w:object>
      </w:r>
      <w:r w:rsidRPr="002417EA">
        <w:rPr>
          <w:rFonts w:ascii="Times New Roman" w:hAnsi="Times New Roman" w:cs="Times New Roman"/>
          <w:color w:val="202124"/>
          <w:sz w:val="28"/>
          <w:szCs w:val="28"/>
          <w:lang w:val="kk-KZ"/>
        </w:rPr>
        <w:t xml:space="preserve"> матрицасының анықтауышын және </w:t>
      </w:r>
      <w:r w:rsidR="00A07FF5" w:rsidRPr="002417EA">
        <w:rPr>
          <w:rFonts w:ascii="Times New Roman" w:hAnsi="Times New Roman" w:cs="Times New Roman"/>
          <w:position w:val="-12"/>
          <w:sz w:val="28"/>
          <w:szCs w:val="28"/>
        </w:rPr>
        <w:object w:dxaOrig="660" w:dyaOrig="360" w14:anchorId="5A49071A">
          <v:shape id="_x0000_i1679" type="#_x0000_t75" style="width:34pt;height:18.2pt" o:ole="">
            <v:imagedata r:id="rId1322" o:title=""/>
          </v:shape>
          <o:OLEObject Type="Embed" ProgID="Equation.DSMT4" ShapeID="_x0000_i1679" DrawAspect="Content" ObjectID="_1840332133" r:id="rId1323"/>
        </w:object>
      </w:r>
      <w:r w:rsidRPr="002417EA">
        <w:rPr>
          <w:rFonts w:ascii="Times New Roman" w:hAnsi="Times New Roman" w:cs="Times New Roman"/>
          <w:color w:val="202124"/>
          <w:sz w:val="28"/>
          <w:szCs w:val="28"/>
          <w:lang w:val="kk-KZ"/>
        </w:rPr>
        <w:t xml:space="preserve"> мәнін келесі екі жағдайдың әрқайсысында анық есептеуге болады:</w:t>
      </w:r>
    </w:p>
    <w:p w14:paraId="4EFA872D" w14:textId="77777777" w:rsidR="003A4ABB" w:rsidRPr="002417EA" w:rsidRDefault="003A4ABB" w:rsidP="002417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lang w:val="kk-KZ"/>
        </w:rPr>
      </w:pPr>
    </w:p>
    <w:p w14:paraId="7C20965F" w14:textId="37347109" w:rsidR="003A4ABB" w:rsidRPr="002417EA" w:rsidRDefault="00A07FF5" w:rsidP="002417EA">
      <w:pPr>
        <w:spacing w:after="0" w:line="240" w:lineRule="auto"/>
        <w:jc w:val="right"/>
        <w:rPr>
          <w:rFonts w:ascii="Times New Roman" w:hAnsi="Times New Roman" w:cs="Times New Roman"/>
          <w:sz w:val="28"/>
          <w:szCs w:val="28"/>
          <w:lang w:val="kk-KZ"/>
        </w:rPr>
      </w:pPr>
      <w:r w:rsidRPr="002417EA">
        <w:rPr>
          <w:rFonts w:ascii="Times New Roman" w:hAnsi="Times New Roman" w:cs="Times New Roman"/>
          <w:position w:val="-36"/>
          <w:sz w:val="28"/>
          <w:szCs w:val="28"/>
        </w:rPr>
        <w:object w:dxaOrig="2680" w:dyaOrig="859" w14:anchorId="3EA251C7">
          <v:shape id="_x0000_i1680" type="#_x0000_t75" style="width:135.3pt;height:44.3pt" o:ole="">
            <v:imagedata r:id="rId1324" o:title=""/>
          </v:shape>
          <o:OLEObject Type="Embed" ProgID="Equation.DSMT4" ShapeID="_x0000_i1680" DrawAspect="Content" ObjectID="_1840332134" r:id="rId1325"/>
        </w:object>
      </w:r>
      <w:r w:rsidR="003A4ABB" w:rsidRPr="002417EA">
        <w:rPr>
          <w:rFonts w:ascii="Times New Roman" w:hAnsi="Times New Roman" w:cs="Times New Roman"/>
          <w:position w:val="-20"/>
          <w:sz w:val="28"/>
          <w:szCs w:val="28"/>
          <w:lang w:val="kk-KZ"/>
        </w:rPr>
        <w:t xml:space="preserve">                                   </w:t>
      </w:r>
      <w:r w:rsidR="000A3333">
        <w:rPr>
          <w:rFonts w:ascii="Times New Roman" w:hAnsi="Times New Roman" w:cs="Times New Roman"/>
          <w:position w:val="-20"/>
          <w:sz w:val="28"/>
          <w:szCs w:val="28"/>
          <w:lang w:val="kk-KZ"/>
        </w:rPr>
        <w:t xml:space="preserve"> </w:t>
      </w:r>
      <w:r w:rsidR="003A4ABB" w:rsidRPr="002417EA">
        <w:rPr>
          <w:rFonts w:ascii="Times New Roman" w:hAnsi="Times New Roman" w:cs="Times New Roman"/>
          <w:position w:val="-20"/>
          <w:sz w:val="28"/>
          <w:szCs w:val="28"/>
          <w:lang w:val="kk-KZ"/>
        </w:rPr>
        <w:t xml:space="preserve"> </w:t>
      </w:r>
      <w:r w:rsidR="003A4ABB" w:rsidRPr="002417EA">
        <w:rPr>
          <w:rFonts w:ascii="Times New Roman" w:hAnsi="Times New Roman" w:cs="Times New Roman"/>
          <w:sz w:val="28"/>
          <w:szCs w:val="28"/>
          <w:lang w:val="kk-KZ"/>
        </w:rPr>
        <w:t>(1.51)</w:t>
      </w:r>
    </w:p>
    <w:p w14:paraId="0935B03A" w14:textId="77777777" w:rsidR="003A4ABB" w:rsidRPr="002417EA" w:rsidRDefault="003A4ABB" w:rsidP="002417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lang w:val="kk-KZ"/>
        </w:rPr>
      </w:pPr>
    </w:p>
    <w:p w14:paraId="6BB66255" w14:textId="77777777" w:rsidR="003A4ABB" w:rsidRPr="002417EA" w:rsidRDefault="003A4ABB" w:rsidP="002417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lang w:val="kk-KZ"/>
        </w:rPr>
      </w:pPr>
      <w:r w:rsidRPr="002417EA">
        <w:rPr>
          <w:rFonts w:ascii="Times New Roman" w:hAnsi="Times New Roman" w:cs="Times New Roman"/>
          <w:color w:val="202124"/>
          <w:sz w:val="28"/>
          <w:szCs w:val="28"/>
          <w:lang w:val="kk-KZ"/>
        </w:rPr>
        <w:t>(а) жағдайы</w:t>
      </w:r>
      <w:r w:rsidR="00A07FF5" w:rsidRPr="002417EA">
        <w:rPr>
          <w:rFonts w:ascii="Times New Roman" w:hAnsi="Times New Roman" w:cs="Times New Roman"/>
          <w:position w:val="-16"/>
          <w:sz w:val="28"/>
          <w:szCs w:val="28"/>
        </w:rPr>
        <w:object w:dxaOrig="2200" w:dyaOrig="420" w14:anchorId="74281742">
          <v:shape id="_x0000_i1681" type="#_x0000_t75" style="width:110.75pt;height:20.55pt" o:ole="">
            <v:imagedata r:id="rId1326" o:title=""/>
          </v:shape>
          <o:OLEObject Type="Embed" ProgID="Equation.DSMT4" ShapeID="_x0000_i1681" DrawAspect="Content" ObjectID="_1840332135" r:id="rId1327"/>
        </w:object>
      </w:r>
      <w:r w:rsidRPr="002417EA">
        <w:rPr>
          <w:rFonts w:ascii="Times New Roman" w:hAnsi="Times New Roman" w:cs="Times New Roman"/>
          <w:color w:val="202124"/>
          <w:sz w:val="28"/>
          <w:szCs w:val="28"/>
          <w:lang w:val="kk-KZ"/>
        </w:rPr>
        <w:t xml:space="preserve"> теңдігін берсе, ал (b) жағдайы (1.2)-гі </w:t>
      </w:r>
      <w:r w:rsidR="00A07FF5" w:rsidRPr="002417EA">
        <w:rPr>
          <w:rFonts w:ascii="Times New Roman" w:hAnsi="Times New Roman" w:cs="Times New Roman"/>
          <w:position w:val="-12"/>
          <w:sz w:val="28"/>
          <w:szCs w:val="28"/>
        </w:rPr>
        <w:object w:dxaOrig="940" w:dyaOrig="380" w14:anchorId="41112242">
          <v:shape id="_x0000_i1682" type="#_x0000_t75" style="width:46.7pt;height:18.2pt" o:ole="">
            <v:imagedata r:id="rId1328" o:title=""/>
          </v:shape>
          <o:OLEObject Type="Embed" ProgID="Equation.DSMT4" ShapeID="_x0000_i1682" DrawAspect="Content" ObjectID="_1840332136" r:id="rId1329"/>
        </w:object>
      </w:r>
      <w:r w:rsidRPr="002417EA">
        <w:rPr>
          <w:rFonts w:ascii="Times New Roman" w:hAnsi="Times New Roman" w:cs="Times New Roman"/>
          <w:position w:val="-12"/>
          <w:sz w:val="28"/>
          <w:szCs w:val="28"/>
          <w:lang w:val="kk-KZ"/>
        </w:rPr>
        <w:t xml:space="preserve"> </w:t>
      </w:r>
      <w:r w:rsidRPr="002417EA">
        <w:rPr>
          <w:rFonts w:ascii="Times New Roman" w:hAnsi="Times New Roman" w:cs="Times New Roman"/>
          <w:color w:val="202124"/>
          <w:sz w:val="28"/>
          <w:szCs w:val="28"/>
          <w:lang w:val="kk-KZ"/>
        </w:rPr>
        <w:t>бір түбірге тең екенін білдіреді.</w:t>
      </w:r>
    </w:p>
    <w:p w14:paraId="4EE738BC" w14:textId="30577C65" w:rsidR="003A4ABB" w:rsidRPr="002417EA" w:rsidRDefault="003A4ABB" w:rsidP="004F56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color w:val="202124"/>
          <w:sz w:val="28"/>
          <w:szCs w:val="28"/>
          <w:lang w:val="kk-KZ"/>
        </w:rPr>
      </w:pPr>
      <w:r w:rsidRPr="002417EA">
        <w:rPr>
          <w:rFonts w:ascii="Times New Roman" w:hAnsi="Times New Roman" w:cs="Times New Roman"/>
          <w:b/>
          <w:color w:val="202124"/>
          <w:sz w:val="28"/>
          <w:szCs w:val="28"/>
          <w:lang w:val="kk-KZ"/>
        </w:rPr>
        <w:t>Теорема 1.2.</w:t>
      </w:r>
      <w:r w:rsidRPr="002417EA">
        <w:rPr>
          <w:rFonts w:ascii="Times New Roman" w:hAnsi="Times New Roman" w:cs="Times New Roman"/>
          <w:color w:val="202124"/>
          <w:sz w:val="28"/>
          <w:szCs w:val="28"/>
          <w:lang w:val="kk-KZ"/>
        </w:rPr>
        <w:t xml:space="preserve"> (1.51) әрбір жағдайында (1.1), (1.3) есептері фредгольмді шешілімді және оның индексі нөлге тең.</w:t>
      </w:r>
    </w:p>
    <w:p w14:paraId="177866D5" w14:textId="73D6B2B5" w:rsidR="003A4ABB" w:rsidRPr="002417EA" w:rsidRDefault="003A4ABB" w:rsidP="004F56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color w:val="202124"/>
          <w:sz w:val="28"/>
          <w:szCs w:val="28"/>
          <w:lang w:val="kk-KZ"/>
        </w:rPr>
      </w:pPr>
      <w:r w:rsidRPr="002417EA">
        <w:rPr>
          <w:rFonts w:ascii="Times New Roman" w:hAnsi="Times New Roman" w:cs="Times New Roman"/>
          <w:i/>
          <w:color w:val="202124"/>
          <w:sz w:val="28"/>
          <w:szCs w:val="28"/>
          <w:lang w:val="kk-KZ"/>
        </w:rPr>
        <w:t>Дәлелдеуі</w:t>
      </w:r>
      <w:r w:rsidRPr="004F565E">
        <w:rPr>
          <w:rFonts w:ascii="Times New Roman" w:hAnsi="Times New Roman" w:cs="Times New Roman"/>
          <w:i/>
          <w:color w:val="202124"/>
          <w:sz w:val="28"/>
          <w:szCs w:val="28"/>
          <w:lang w:val="kk-KZ"/>
        </w:rPr>
        <w:t>.</w:t>
      </w:r>
      <w:r w:rsidRPr="004F565E">
        <w:rPr>
          <w:rFonts w:ascii="Times New Roman" w:hAnsi="Times New Roman" w:cs="Times New Roman"/>
          <w:color w:val="202124"/>
          <w:sz w:val="28"/>
          <w:szCs w:val="28"/>
          <w:lang w:val="kk-KZ"/>
        </w:rPr>
        <w:t xml:space="preserve"> [17</w:t>
      </w:r>
      <w:r w:rsidR="002E3F14">
        <w:rPr>
          <w:rFonts w:ascii="Times New Roman" w:hAnsi="Times New Roman" w:cs="Times New Roman"/>
          <w:color w:val="202124"/>
          <w:sz w:val="28"/>
          <w:szCs w:val="28"/>
          <w:lang w:val="kk-KZ"/>
        </w:rPr>
        <w:t>,</w:t>
      </w:r>
      <w:r w:rsidR="002E3F14" w:rsidRPr="002E3F14">
        <w:rPr>
          <w:rFonts w:ascii="Times New Roman" w:hAnsi="Times New Roman" w:cs="Times New Roman"/>
          <w:sz w:val="28"/>
          <w:szCs w:val="28"/>
          <w:lang w:val="kk-KZ"/>
        </w:rPr>
        <w:t xml:space="preserve"> </w:t>
      </w:r>
      <w:r w:rsidR="002E3F14">
        <w:rPr>
          <w:rFonts w:ascii="Times New Roman" w:hAnsi="Times New Roman" w:cs="Times New Roman"/>
          <w:sz w:val="28"/>
          <w:szCs w:val="28"/>
          <w:lang w:val="kk-KZ"/>
        </w:rPr>
        <w:t>р.136-137</w:t>
      </w:r>
      <w:r w:rsidRPr="004F565E">
        <w:rPr>
          <w:rFonts w:ascii="Times New Roman" w:hAnsi="Times New Roman" w:cs="Times New Roman"/>
          <w:color w:val="202124"/>
          <w:sz w:val="28"/>
          <w:szCs w:val="28"/>
          <w:lang w:val="kk-KZ"/>
        </w:rPr>
        <w:t>]</w:t>
      </w:r>
      <w:r w:rsidRPr="002417EA">
        <w:rPr>
          <w:rFonts w:ascii="Times New Roman" w:hAnsi="Times New Roman" w:cs="Times New Roman"/>
          <w:color w:val="202124"/>
          <w:sz w:val="28"/>
          <w:szCs w:val="28"/>
          <w:lang w:val="kk-KZ"/>
        </w:rPr>
        <w:t xml:space="preserve"> лемманың d) пунктінен келесіні аламыз:</w:t>
      </w:r>
    </w:p>
    <w:p w14:paraId="010DA764" w14:textId="77777777" w:rsidR="003A4ABB" w:rsidRPr="002417EA" w:rsidRDefault="003A4ABB" w:rsidP="002417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lang w:val="kk-KZ"/>
        </w:rPr>
      </w:pPr>
    </w:p>
    <w:p w14:paraId="03DB48AD" w14:textId="77777777" w:rsidR="003A4ABB" w:rsidRPr="002417EA" w:rsidRDefault="00A07FF5" w:rsidP="002417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position w:val="-36"/>
          <w:sz w:val="28"/>
          <w:szCs w:val="28"/>
          <w:lang w:val="kk-KZ"/>
        </w:rPr>
      </w:pPr>
      <w:r w:rsidRPr="002417EA">
        <w:rPr>
          <w:rFonts w:ascii="Times New Roman" w:hAnsi="Times New Roman" w:cs="Times New Roman"/>
          <w:position w:val="-36"/>
          <w:sz w:val="28"/>
          <w:szCs w:val="28"/>
        </w:rPr>
        <w:object w:dxaOrig="5060" w:dyaOrig="820" w14:anchorId="495C0B61">
          <v:shape id="_x0000_i1683" type="#_x0000_t75" style="width:253.2pt;height:43.5pt" o:ole="">
            <v:imagedata r:id="rId1330" o:title=""/>
          </v:shape>
          <o:OLEObject Type="Embed" ProgID="Equation.DSMT4" ShapeID="_x0000_i1683" DrawAspect="Content" ObjectID="_1840332137" r:id="rId1331"/>
        </w:object>
      </w:r>
    </w:p>
    <w:p w14:paraId="0E7FC1CF" w14:textId="77777777" w:rsidR="00360C63" w:rsidRPr="002417EA" w:rsidRDefault="00360C63" w:rsidP="002417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position w:val="-36"/>
          <w:sz w:val="28"/>
          <w:szCs w:val="28"/>
          <w:lang w:val="kk-KZ"/>
        </w:rPr>
      </w:pPr>
    </w:p>
    <w:p w14:paraId="563AE092" w14:textId="77777777" w:rsidR="003A4ABB" w:rsidRPr="002417EA" w:rsidRDefault="003A4ABB" w:rsidP="002417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lang w:val="kk-KZ"/>
        </w:rPr>
      </w:pPr>
      <w:r w:rsidRPr="002417EA">
        <w:rPr>
          <w:rFonts w:ascii="Times New Roman" w:hAnsi="Times New Roman" w:cs="Times New Roman"/>
          <w:color w:val="202124"/>
          <w:sz w:val="28"/>
          <w:szCs w:val="28"/>
          <w:lang w:val="kk-KZ"/>
        </w:rPr>
        <w:t>а</w:t>
      </w:r>
      <w:r w:rsidRPr="002417EA">
        <w:rPr>
          <w:rFonts w:ascii="Times New Roman" w:hAnsi="Times New Roman" w:cs="Times New Roman"/>
          <w:color w:val="202124"/>
          <w:sz w:val="28"/>
          <w:szCs w:val="28"/>
        </w:rPr>
        <w:t>л</w:t>
      </w:r>
      <w:r w:rsidRPr="002417EA">
        <w:rPr>
          <w:rFonts w:ascii="Times New Roman" w:hAnsi="Times New Roman" w:cs="Times New Roman"/>
          <w:color w:val="202124"/>
          <w:sz w:val="28"/>
          <w:szCs w:val="28"/>
          <w:lang w:val="kk-KZ"/>
        </w:rPr>
        <w:t>, (а) жағдайында</w:t>
      </w:r>
    </w:p>
    <w:p w14:paraId="2BC62EB8" w14:textId="77777777" w:rsidR="00360C63" w:rsidRPr="002417EA" w:rsidRDefault="00360C63" w:rsidP="002417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lang w:val="kk-KZ"/>
        </w:rPr>
      </w:pPr>
    </w:p>
    <w:p w14:paraId="6CFB0130" w14:textId="77777777" w:rsidR="003A4ABB" w:rsidRPr="002417EA" w:rsidRDefault="00A07FF5" w:rsidP="002417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position w:val="-36"/>
          <w:sz w:val="28"/>
          <w:szCs w:val="28"/>
          <w:lang w:val="kk-KZ"/>
        </w:rPr>
      </w:pPr>
      <w:r w:rsidRPr="002417EA">
        <w:rPr>
          <w:rFonts w:ascii="Times New Roman" w:hAnsi="Times New Roman" w:cs="Times New Roman"/>
          <w:position w:val="-36"/>
          <w:sz w:val="28"/>
          <w:szCs w:val="28"/>
        </w:rPr>
        <w:object w:dxaOrig="3720" w:dyaOrig="820" w14:anchorId="6B2D5410">
          <v:shape id="_x0000_i1684" type="#_x0000_t75" style="width:186.75pt;height:43.5pt" o:ole="">
            <v:imagedata r:id="rId1332" o:title=""/>
          </v:shape>
          <o:OLEObject Type="Embed" ProgID="Equation.DSMT4" ShapeID="_x0000_i1684" DrawAspect="Content" ObjectID="_1840332138" r:id="rId1333"/>
        </w:object>
      </w:r>
    </w:p>
    <w:p w14:paraId="74697F0D" w14:textId="77777777" w:rsidR="003A4ABB" w:rsidRPr="002417EA" w:rsidRDefault="003A4ABB" w:rsidP="003A4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lang w:val="kk-KZ"/>
        </w:rPr>
      </w:pPr>
    </w:p>
    <w:p w14:paraId="0E3C163A" w14:textId="77777777" w:rsidR="003A4ABB" w:rsidRPr="002417EA" w:rsidRDefault="003A4ABB" w:rsidP="003A4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lang w:val="kk-KZ"/>
        </w:rPr>
      </w:pPr>
      <w:r w:rsidRPr="002417EA">
        <w:rPr>
          <w:rFonts w:ascii="Times New Roman" w:hAnsi="Times New Roman" w:cs="Times New Roman"/>
          <w:color w:val="202124"/>
          <w:sz w:val="28"/>
          <w:szCs w:val="28"/>
          <w:lang w:val="kk-KZ"/>
        </w:rPr>
        <w:t xml:space="preserve">(b) жағдайда </w:t>
      </w:r>
      <w:r w:rsidR="00A07FF5" w:rsidRPr="002417EA">
        <w:rPr>
          <w:rFonts w:ascii="Times New Roman" w:hAnsi="Times New Roman" w:cs="Times New Roman"/>
          <w:position w:val="-6"/>
          <w:sz w:val="28"/>
          <w:szCs w:val="28"/>
        </w:rPr>
        <w:object w:dxaOrig="620" w:dyaOrig="300" w14:anchorId="44FEE31F">
          <v:shape id="_x0000_i1685" type="#_x0000_t75" style="width:28.5pt;height:15.8pt" o:ole="">
            <v:imagedata r:id="rId1334" o:title=""/>
          </v:shape>
          <o:OLEObject Type="Embed" ProgID="Equation.DSMT4" ShapeID="_x0000_i1685" DrawAspect="Content" ObjectID="_1840332139" r:id="rId1335"/>
        </w:object>
      </w:r>
      <w:r w:rsidRPr="002417EA">
        <w:rPr>
          <w:rFonts w:ascii="Times New Roman" w:hAnsi="Times New Roman" w:cs="Times New Roman"/>
          <w:color w:val="202124"/>
          <w:sz w:val="28"/>
          <w:szCs w:val="28"/>
          <w:lang w:val="kk-KZ"/>
        </w:rPr>
        <w:t xml:space="preserve"> қандай да бір тұрақтысымен. (1.47) белгілеуіндегі </w:t>
      </w:r>
      <w:r w:rsidR="00A07FF5" w:rsidRPr="002417EA">
        <w:rPr>
          <w:rFonts w:ascii="Times New Roman" w:hAnsi="Times New Roman" w:cs="Times New Roman"/>
          <w:position w:val="-14"/>
          <w:sz w:val="28"/>
          <w:szCs w:val="28"/>
        </w:rPr>
        <w:object w:dxaOrig="1480" w:dyaOrig="420" w14:anchorId="015BF91A">
          <v:shape id="_x0000_i1686" type="#_x0000_t75" style="width:75.15pt;height:20.55pt" o:ole="">
            <v:imagedata r:id="rId1336" o:title=""/>
          </v:shape>
          <o:OLEObject Type="Embed" ProgID="Equation.DSMT4" ShapeID="_x0000_i1686" DrawAspect="Content" ObjectID="_1840332140" r:id="rId1337"/>
        </w:object>
      </w:r>
      <w:r w:rsidRPr="002417EA">
        <w:rPr>
          <w:rFonts w:ascii="Times New Roman" w:hAnsi="Times New Roman" w:cs="Times New Roman"/>
          <w:color w:val="202124"/>
          <w:sz w:val="28"/>
          <w:szCs w:val="28"/>
          <w:lang w:val="kk-KZ"/>
        </w:rPr>
        <w:t xml:space="preserve"> айырмасы үшін</w:t>
      </w:r>
    </w:p>
    <w:p w14:paraId="322D7654" w14:textId="77777777" w:rsidR="003A4ABB" w:rsidRPr="002417EA" w:rsidRDefault="003A4ABB" w:rsidP="003A4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lang w:val="kk-KZ"/>
        </w:rPr>
      </w:pPr>
    </w:p>
    <w:p w14:paraId="15214464" w14:textId="77777777" w:rsidR="003A4ABB" w:rsidRPr="002417EA" w:rsidRDefault="00A07FF5" w:rsidP="003A4ABB">
      <w:pPr>
        <w:tabs>
          <w:tab w:val="left" w:pos="3837"/>
        </w:tabs>
        <w:spacing w:after="0" w:line="240" w:lineRule="auto"/>
        <w:jc w:val="center"/>
        <w:rPr>
          <w:rFonts w:ascii="Times New Roman" w:hAnsi="Times New Roman" w:cs="Times New Roman"/>
          <w:position w:val="-42"/>
          <w:sz w:val="28"/>
          <w:szCs w:val="28"/>
          <w:lang w:val="kk-KZ"/>
        </w:rPr>
      </w:pPr>
      <w:r w:rsidRPr="002417EA">
        <w:rPr>
          <w:rFonts w:ascii="Times New Roman" w:hAnsi="Times New Roman" w:cs="Times New Roman"/>
          <w:position w:val="-42"/>
          <w:sz w:val="28"/>
          <w:szCs w:val="28"/>
        </w:rPr>
        <w:object w:dxaOrig="5660" w:dyaOrig="900" w14:anchorId="40700FF2">
          <v:shape id="_x0000_i1687" type="#_x0000_t75" style="width:281.65pt;height:45.9pt" o:ole="">
            <v:imagedata r:id="rId1338" o:title=""/>
          </v:shape>
          <o:OLEObject Type="Embed" ProgID="Equation.DSMT4" ShapeID="_x0000_i1687" DrawAspect="Content" ObjectID="_1840332141" r:id="rId1339"/>
        </w:object>
      </w:r>
    </w:p>
    <w:p w14:paraId="38497BEE" w14:textId="77777777" w:rsidR="003A4ABB" w:rsidRPr="002417EA" w:rsidRDefault="003A4ABB" w:rsidP="003A4ABB">
      <w:pPr>
        <w:tabs>
          <w:tab w:val="left" w:pos="3837"/>
        </w:tabs>
        <w:spacing w:after="0" w:line="240" w:lineRule="auto"/>
        <w:rPr>
          <w:rFonts w:ascii="Times New Roman" w:hAnsi="Times New Roman" w:cs="Times New Roman"/>
          <w:position w:val="-30"/>
          <w:sz w:val="28"/>
          <w:szCs w:val="28"/>
          <w:lang w:val="kk-KZ"/>
        </w:rPr>
      </w:pPr>
    </w:p>
    <w:p w14:paraId="76243DDD" w14:textId="77777777" w:rsidR="003A4ABB" w:rsidRPr="002417EA" w:rsidRDefault="003A4ABB" w:rsidP="003A4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rPr>
      </w:pPr>
      <w:r w:rsidRPr="002417EA">
        <w:rPr>
          <w:rFonts w:ascii="Times New Roman" w:hAnsi="Times New Roman" w:cs="Times New Roman"/>
          <w:color w:val="202124"/>
          <w:sz w:val="28"/>
          <w:szCs w:val="28"/>
          <w:lang w:val="kk-KZ"/>
        </w:rPr>
        <w:t>сондықтан (1.</w:t>
      </w:r>
      <w:r w:rsidRPr="002417EA">
        <w:rPr>
          <w:rFonts w:ascii="Times New Roman" w:hAnsi="Times New Roman" w:cs="Times New Roman"/>
          <w:color w:val="202124"/>
          <w:sz w:val="28"/>
          <w:szCs w:val="28"/>
        </w:rPr>
        <w:t>48</w:t>
      </w:r>
      <w:r w:rsidRPr="002417EA">
        <w:rPr>
          <w:rFonts w:ascii="Times New Roman" w:hAnsi="Times New Roman" w:cs="Times New Roman"/>
          <w:color w:val="202124"/>
          <w:sz w:val="28"/>
          <w:szCs w:val="28"/>
          <w:lang w:val="kk-KZ"/>
        </w:rPr>
        <w:t>) шарты екі жағдайда да орындалады. (</w:t>
      </w:r>
      <w:r w:rsidRPr="002417EA">
        <w:rPr>
          <w:rFonts w:ascii="Times New Roman" w:hAnsi="Times New Roman" w:cs="Times New Roman"/>
          <w:color w:val="202124"/>
          <w:sz w:val="28"/>
          <w:szCs w:val="28"/>
        </w:rPr>
        <w:t>1</w:t>
      </w:r>
      <w:r w:rsidRPr="002417EA">
        <w:rPr>
          <w:rFonts w:ascii="Times New Roman" w:hAnsi="Times New Roman" w:cs="Times New Roman"/>
          <w:color w:val="202124"/>
          <w:sz w:val="28"/>
          <w:szCs w:val="28"/>
          <w:lang w:val="kk-KZ"/>
        </w:rPr>
        <w:t>.</w:t>
      </w:r>
      <w:r w:rsidRPr="002417EA">
        <w:rPr>
          <w:rFonts w:ascii="Times New Roman" w:hAnsi="Times New Roman" w:cs="Times New Roman"/>
          <w:color w:val="202124"/>
          <w:sz w:val="28"/>
          <w:szCs w:val="28"/>
        </w:rPr>
        <w:t>49</w:t>
      </w:r>
      <w:r w:rsidRPr="002417EA">
        <w:rPr>
          <w:rFonts w:ascii="Times New Roman" w:hAnsi="Times New Roman" w:cs="Times New Roman"/>
          <w:color w:val="202124"/>
          <w:sz w:val="28"/>
          <w:szCs w:val="28"/>
          <w:lang w:val="kk-KZ"/>
        </w:rPr>
        <w:t>) және теңдігін ескере отырып</w:t>
      </w:r>
    </w:p>
    <w:p w14:paraId="67663068" w14:textId="77777777" w:rsidR="003A4ABB" w:rsidRPr="002417EA" w:rsidRDefault="003A4ABB" w:rsidP="003A4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rPr>
      </w:pPr>
    </w:p>
    <w:p w14:paraId="565BFFFD" w14:textId="77777777" w:rsidR="003A4ABB" w:rsidRPr="002417EA" w:rsidRDefault="00A07FF5" w:rsidP="003A4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position w:val="-30"/>
          <w:sz w:val="28"/>
          <w:szCs w:val="28"/>
        </w:rPr>
      </w:pPr>
      <w:r w:rsidRPr="002417EA">
        <w:rPr>
          <w:rFonts w:ascii="Times New Roman" w:hAnsi="Times New Roman" w:cs="Times New Roman"/>
          <w:position w:val="-30"/>
          <w:sz w:val="28"/>
          <w:szCs w:val="28"/>
        </w:rPr>
        <w:object w:dxaOrig="2380" w:dyaOrig="660" w14:anchorId="262084EB">
          <v:shape id="_x0000_i1688" type="#_x0000_t75" style="width:118.7pt;height:34pt" o:ole="">
            <v:imagedata r:id="rId1340" o:title=""/>
          </v:shape>
          <o:OLEObject Type="Embed" ProgID="Equation.DSMT4" ShapeID="_x0000_i1688" DrawAspect="Content" ObjectID="_1840332142" r:id="rId1341"/>
        </w:object>
      </w:r>
    </w:p>
    <w:p w14:paraId="22787091" w14:textId="77777777" w:rsidR="00360C63" w:rsidRPr="002417EA" w:rsidRDefault="00360C63" w:rsidP="00360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lang w:val="kk-KZ"/>
        </w:rPr>
      </w:pPr>
    </w:p>
    <w:p w14:paraId="0183347C" w14:textId="77777777" w:rsidR="003A4ABB" w:rsidRPr="002417EA" w:rsidRDefault="003A4ABB" w:rsidP="003A4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lang w:val="kk-KZ"/>
        </w:rPr>
      </w:pPr>
      <w:r w:rsidRPr="002417EA">
        <w:rPr>
          <w:rFonts w:ascii="Times New Roman" w:hAnsi="Times New Roman" w:cs="Times New Roman"/>
          <w:color w:val="202124"/>
          <w:sz w:val="28"/>
          <w:szCs w:val="28"/>
          <w:lang w:val="kk-KZ"/>
        </w:rPr>
        <w:t>Өрнегіне келеміз:</w:t>
      </w:r>
    </w:p>
    <w:p w14:paraId="2181294E" w14:textId="77777777" w:rsidR="003A4ABB" w:rsidRPr="002417EA" w:rsidRDefault="003A4ABB" w:rsidP="003A4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lang w:val="kk-KZ"/>
        </w:rPr>
      </w:pPr>
    </w:p>
    <w:p w14:paraId="731A47E9" w14:textId="77777777" w:rsidR="003A4ABB" w:rsidRPr="002417EA" w:rsidRDefault="00A07FF5" w:rsidP="003A4ABB">
      <w:pPr>
        <w:tabs>
          <w:tab w:val="left" w:pos="3837"/>
        </w:tabs>
        <w:spacing w:after="0" w:line="240" w:lineRule="auto"/>
        <w:jc w:val="center"/>
        <w:rPr>
          <w:rFonts w:ascii="Times New Roman" w:hAnsi="Times New Roman" w:cs="Times New Roman"/>
          <w:position w:val="-36"/>
          <w:sz w:val="28"/>
          <w:szCs w:val="28"/>
          <w:lang w:val="kk-KZ"/>
        </w:rPr>
      </w:pPr>
      <w:r w:rsidRPr="002417EA">
        <w:rPr>
          <w:rFonts w:ascii="Times New Roman" w:hAnsi="Times New Roman" w:cs="Times New Roman"/>
          <w:position w:val="-36"/>
          <w:sz w:val="28"/>
          <w:szCs w:val="28"/>
        </w:rPr>
        <w:object w:dxaOrig="7060" w:dyaOrig="820" w14:anchorId="4897EDAF">
          <v:shape id="_x0000_i1689" type="#_x0000_t75" style="width:355.25pt;height:43.5pt" o:ole="">
            <v:imagedata r:id="rId1342" o:title=""/>
          </v:shape>
          <o:OLEObject Type="Embed" ProgID="Equation.DSMT4" ShapeID="_x0000_i1689" DrawAspect="Content" ObjectID="_1840332143" r:id="rId1343"/>
        </w:object>
      </w:r>
    </w:p>
    <w:p w14:paraId="5245B249" w14:textId="77777777" w:rsidR="003A4ABB" w:rsidRPr="002417EA" w:rsidRDefault="003A4ABB" w:rsidP="00360C63">
      <w:pPr>
        <w:tabs>
          <w:tab w:val="left" w:pos="3837"/>
        </w:tabs>
        <w:spacing w:after="0" w:line="240" w:lineRule="auto"/>
        <w:rPr>
          <w:rFonts w:ascii="Times New Roman" w:hAnsi="Times New Roman" w:cs="Times New Roman"/>
          <w:position w:val="-30"/>
          <w:sz w:val="28"/>
          <w:szCs w:val="28"/>
          <w:lang w:val="kk-KZ"/>
        </w:rPr>
      </w:pPr>
    </w:p>
    <w:p w14:paraId="56D58DAF" w14:textId="77777777" w:rsidR="003A4ABB" w:rsidRPr="002417EA" w:rsidRDefault="003A4ABB" w:rsidP="003A4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lang w:val="kk-KZ"/>
        </w:rPr>
      </w:pPr>
      <w:r w:rsidRPr="002417EA">
        <w:rPr>
          <w:rFonts w:ascii="Times New Roman" w:hAnsi="Times New Roman" w:cs="Times New Roman"/>
          <w:color w:val="202124"/>
          <w:sz w:val="28"/>
          <w:szCs w:val="28"/>
          <w:lang w:val="kk-KZ"/>
        </w:rPr>
        <w:t xml:space="preserve">(a) жағдайда және (b) жағдайында </w:t>
      </w:r>
      <w:r w:rsidR="00A07FF5" w:rsidRPr="002417EA">
        <w:rPr>
          <w:rFonts w:ascii="Times New Roman" w:hAnsi="Times New Roman" w:cs="Times New Roman"/>
          <w:position w:val="-14"/>
          <w:sz w:val="28"/>
          <w:szCs w:val="28"/>
        </w:rPr>
        <w:object w:dxaOrig="1100" w:dyaOrig="420" w14:anchorId="078622E7">
          <v:shape id="_x0000_i1690" type="#_x0000_t75" style="width:56.2pt;height:20.55pt" o:ole="">
            <v:imagedata r:id="rId1344" o:title=""/>
          </v:shape>
          <o:OLEObject Type="Embed" ProgID="Equation.DSMT4" ShapeID="_x0000_i1690" DrawAspect="Content" ObjectID="_1840332144" r:id="rId1345"/>
        </w:object>
      </w:r>
      <w:r w:rsidRPr="002417EA">
        <w:rPr>
          <w:rFonts w:ascii="Times New Roman" w:hAnsi="Times New Roman" w:cs="Times New Roman"/>
          <w:color w:val="202124"/>
          <w:sz w:val="28"/>
          <w:szCs w:val="28"/>
          <w:lang w:val="kk-KZ"/>
        </w:rPr>
        <w:t xml:space="preserve"> </w:t>
      </w:r>
      <w:r w:rsidRPr="002417EA">
        <w:rPr>
          <w:rFonts w:ascii="Times New Roman" w:hAnsi="Times New Roman" w:cs="Times New Roman"/>
          <w:position w:val="-12"/>
          <w:sz w:val="28"/>
          <w:szCs w:val="28"/>
          <w:lang w:val="kk-KZ"/>
        </w:rPr>
        <w:t xml:space="preserve"> </w:t>
      </w:r>
      <w:r w:rsidRPr="002417EA">
        <w:rPr>
          <w:rFonts w:ascii="Times New Roman" w:hAnsi="Times New Roman" w:cs="Times New Roman"/>
          <w:color w:val="202124"/>
          <w:sz w:val="28"/>
          <w:szCs w:val="28"/>
          <w:lang w:val="kk-KZ"/>
        </w:rPr>
        <w:t xml:space="preserve">болғанда. </w:t>
      </w:r>
      <w:r w:rsidR="00A07FF5" w:rsidRPr="002417EA">
        <w:rPr>
          <w:rFonts w:ascii="Times New Roman" w:hAnsi="Times New Roman" w:cs="Times New Roman"/>
          <w:position w:val="-6"/>
          <w:sz w:val="28"/>
          <w:szCs w:val="28"/>
        </w:rPr>
        <w:object w:dxaOrig="639" w:dyaOrig="300" w14:anchorId="3FF5A09B">
          <v:shape id="_x0000_i1691" type="#_x0000_t75" style="width:29.25pt;height:15.8pt" o:ole="">
            <v:imagedata r:id="rId1346" o:title=""/>
          </v:shape>
          <o:OLEObject Type="Embed" ProgID="Equation.DSMT4" ShapeID="_x0000_i1691" DrawAspect="Content" ObjectID="_1840332145" r:id="rId1347"/>
        </w:object>
      </w:r>
      <w:r w:rsidRPr="002417EA">
        <w:rPr>
          <w:rFonts w:ascii="Times New Roman" w:hAnsi="Times New Roman" w:cs="Times New Roman"/>
          <w:color w:val="202124"/>
          <w:sz w:val="28"/>
          <w:szCs w:val="28"/>
          <w:lang w:val="kk-KZ"/>
        </w:rPr>
        <w:t xml:space="preserve"> үшін </w:t>
      </w:r>
      <w:r w:rsidR="00A07FF5" w:rsidRPr="002417EA">
        <w:rPr>
          <w:rFonts w:ascii="Times New Roman" w:hAnsi="Times New Roman" w:cs="Times New Roman"/>
          <w:position w:val="-12"/>
          <w:sz w:val="28"/>
          <w:szCs w:val="28"/>
        </w:rPr>
        <w:object w:dxaOrig="600" w:dyaOrig="380" w14:anchorId="4D1F25FC">
          <v:shape id="_x0000_i1692" type="#_x0000_t75" style="width:29.25pt;height:18.2pt" o:ole="">
            <v:imagedata r:id="rId1348" o:title=""/>
          </v:shape>
          <o:OLEObject Type="Embed" ProgID="Equation.DSMT4" ShapeID="_x0000_i1692" DrawAspect="Content" ObjectID="_1840332146" r:id="rId1349"/>
        </w:object>
      </w:r>
      <w:r w:rsidRPr="002417EA">
        <w:rPr>
          <w:rFonts w:ascii="Times New Roman" w:hAnsi="Times New Roman" w:cs="Times New Roman"/>
          <w:color w:val="202124"/>
          <w:sz w:val="28"/>
          <w:szCs w:val="28"/>
          <w:lang w:val="kk-KZ"/>
        </w:rPr>
        <w:t xml:space="preserve"> болғандықтан, алдыңғы теңдікті екі жағдай үшін де қолдануға болады, (1.50) -мен бірге </w:t>
      </w:r>
      <w:r w:rsidR="00A07FF5" w:rsidRPr="002417EA">
        <w:rPr>
          <w:rFonts w:ascii="Times New Roman" w:hAnsi="Times New Roman" w:cs="Times New Roman"/>
          <w:position w:val="-6"/>
          <w:sz w:val="28"/>
          <w:szCs w:val="28"/>
        </w:rPr>
        <w:object w:dxaOrig="680" w:dyaOrig="300" w14:anchorId="3F011FEB">
          <v:shape id="_x0000_i1693" type="#_x0000_t75" style="width:34pt;height:15.8pt" o:ole="">
            <v:imagedata r:id="rId1350" o:title=""/>
          </v:shape>
          <o:OLEObject Type="Embed" ProgID="Equation.DSMT4" ShapeID="_x0000_i1693" DrawAspect="Content" ObjectID="_1840332147" r:id="rId1351"/>
        </w:object>
      </w:r>
      <w:r w:rsidRPr="002417EA">
        <w:rPr>
          <w:rFonts w:ascii="Times New Roman" w:hAnsi="Times New Roman" w:cs="Times New Roman"/>
          <w:color w:val="202124"/>
          <w:sz w:val="28"/>
          <w:szCs w:val="28"/>
          <w:lang w:val="kk-KZ"/>
        </w:rPr>
        <w:t>-ге әкеледі. (1.1) теңдеуінің дербес жағдайын қарастырайық</w:t>
      </w:r>
    </w:p>
    <w:p w14:paraId="59A95361" w14:textId="77777777" w:rsidR="003A4ABB" w:rsidRPr="002417EA" w:rsidRDefault="003A4ABB" w:rsidP="003A4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lang w:val="kk-KZ"/>
        </w:rPr>
      </w:pPr>
    </w:p>
    <w:p w14:paraId="4FF0A427" w14:textId="77777777" w:rsidR="003A4ABB" w:rsidRPr="002417EA" w:rsidRDefault="00A07FF5" w:rsidP="00360C63">
      <w:pPr>
        <w:tabs>
          <w:tab w:val="left" w:pos="3837"/>
          <w:tab w:val="center" w:pos="4819"/>
          <w:tab w:val="left" w:pos="7343"/>
        </w:tabs>
        <w:spacing w:after="0" w:line="240" w:lineRule="auto"/>
        <w:jc w:val="right"/>
        <w:rPr>
          <w:rFonts w:ascii="Times New Roman" w:hAnsi="Times New Roman" w:cs="Times New Roman"/>
          <w:sz w:val="28"/>
          <w:szCs w:val="28"/>
          <w:lang w:val="kk-KZ"/>
        </w:rPr>
      </w:pPr>
      <w:r w:rsidRPr="002417EA">
        <w:rPr>
          <w:rFonts w:ascii="Times New Roman" w:hAnsi="Times New Roman" w:cs="Times New Roman"/>
          <w:position w:val="-14"/>
          <w:sz w:val="28"/>
          <w:szCs w:val="28"/>
        </w:rPr>
        <w:object w:dxaOrig="1260" w:dyaOrig="420" w14:anchorId="29325F60">
          <v:shape id="_x0000_i1694" type="#_x0000_t75" style="width:64.9pt;height:20.55pt" o:ole="">
            <v:imagedata r:id="rId1352" o:title=""/>
          </v:shape>
          <o:OLEObject Type="Embed" ProgID="Equation.DSMT4" ShapeID="_x0000_i1694" DrawAspect="Content" ObjectID="_1840332148" r:id="rId1353"/>
        </w:object>
      </w:r>
      <w:r w:rsidR="00360C63" w:rsidRPr="002417EA">
        <w:rPr>
          <w:rFonts w:ascii="Times New Roman" w:hAnsi="Times New Roman" w:cs="Times New Roman"/>
          <w:position w:val="-14"/>
          <w:sz w:val="28"/>
          <w:szCs w:val="28"/>
          <w:lang w:val="kk-KZ"/>
        </w:rPr>
        <w:t xml:space="preserve">      </w:t>
      </w:r>
      <w:r w:rsidR="003A4ABB" w:rsidRPr="002417EA">
        <w:rPr>
          <w:rFonts w:ascii="Times New Roman" w:hAnsi="Times New Roman" w:cs="Times New Roman"/>
          <w:position w:val="-14"/>
          <w:sz w:val="28"/>
          <w:szCs w:val="28"/>
          <w:lang w:val="kk-KZ"/>
        </w:rPr>
        <w:t xml:space="preserve">                                   </w:t>
      </w:r>
      <w:r w:rsidR="00360C63" w:rsidRPr="002417EA">
        <w:rPr>
          <w:rFonts w:ascii="Times New Roman" w:hAnsi="Times New Roman" w:cs="Times New Roman"/>
          <w:position w:val="-14"/>
          <w:sz w:val="28"/>
          <w:szCs w:val="28"/>
          <w:lang w:val="kk-KZ"/>
        </w:rPr>
        <w:t xml:space="preserve">        </w:t>
      </w:r>
      <w:r w:rsidR="003A4ABB" w:rsidRPr="002417EA">
        <w:rPr>
          <w:rFonts w:ascii="Times New Roman" w:hAnsi="Times New Roman" w:cs="Times New Roman"/>
          <w:position w:val="-14"/>
          <w:sz w:val="28"/>
          <w:szCs w:val="28"/>
          <w:lang w:val="kk-KZ"/>
        </w:rPr>
        <w:t xml:space="preserve"> </w:t>
      </w:r>
      <w:r w:rsidR="003A4ABB" w:rsidRPr="002417EA">
        <w:rPr>
          <w:rFonts w:ascii="Times New Roman" w:hAnsi="Times New Roman" w:cs="Times New Roman"/>
          <w:sz w:val="28"/>
          <w:szCs w:val="28"/>
          <w:lang w:val="kk-KZ"/>
        </w:rPr>
        <w:t>(1.52)</w:t>
      </w:r>
    </w:p>
    <w:p w14:paraId="5DD645EE" w14:textId="77777777" w:rsidR="003A4ABB" w:rsidRPr="002417EA" w:rsidRDefault="003A4ABB" w:rsidP="003A4ABB">
      <w:pPr>
        <w:tabs>
          <w:tab w:val="left" w:pos="3837"/>
        </w:tabs>
        <w:spacing w:after="0" w:line="240" w:lineRule="auto"/>
        <w:rPr>
          <w:rFonts w:ascii="Times New Roman" w:hAnsi="Times New Roman" w:cs="Times New Roman"/>
          <w:position w:val="-36"/>
          <w:sz w:val="28"/>
          <w:szCs w:val="28"/>
          <w:lang w:val="kk-KZ"/>
        </w:rPr>
      </w:pPr>
    </w:p>
    <w:p w14:paraId="0045AC88" w14:textId="22AE9B2E" w:rsidR="003A4ABB" w:rsidRPr="002417EA" w:rsidRDefault="003A4ABB" w:rsidP="003A4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lang w:val="kk-KZ"/>
        </w:rPr>
      </w:pPr>
      <w:r w:rsidRPr="002417EA">
        <w:rPr>
          <w:rFonts w:ascii="Times New Roman" w:hAnsi="Times New Roman" w:cs="Times New Roman"/>
          <w:color w:val="202124"/>
          <w:sz w:val="28"/>
          <w:szCs w:val="28"/>
          <w:lang w:val="kk-KZ"/>
        </w:rPr>
        <w:t>Ол үшін (1.3) есебі [19</w:t>
      </w:r>
      <w:r w:rsidR="002F0D2C">
        <w:rPr>
          <w:rFonts w:ascii="Times New Roman" w:hAnsi="Times New Roman" w:cs="Times New Roman"/>
          <w:color w:val="202124"/>
          <w:sz w:val="28"/>
          <w:szCs w:val="28"/>
          <w:lang w:val="kk-KZ"/>
        </w:rPr>
        <w:t>,</w:t>
      </w:r>
      <w:r w:rsidR="002F0D2C" w:rsidRPr="002E3F14">
        <w:rPr>
          <w:rFonts w:ascii="Times New Roman" w:hAnsi="Times New Roman" w:cs="Times New Roman"/>
          <w:sz w:val="28"/>
          <w:szCs w:val="28"/>
          <w:lang w:val="kk-KZ"/>
        </w:rPr>
        <w:t xml:space="preserve"> </w:t>
      </w:r>
      <w:r w:rsidR="002F0D2C">
        <w:rPr>
          <w:rFonts w:ascii="Times New Roman" w:hAnsi="Times New Roman" w:cs="Times New Roman"/>
          <w:sz w:val="28"/>
          <w:szCs w:val="28"/>
          <w:lang w:val="kk-KZ"/>
        </w:rPr>
        <w:t>р.1113-1115</w:t>
      </w:r>
      <w:r w:rsidRPr="002417EA">
        <w:rPr>
          <w:rFonts w:ascii="Times New Roman" w:hAnsi="Times New Roman" w:cs="Times New Roman"/>
          <w:color w:val="202124"/>
          <w:sz w:val="28"/>
          <w:szCs w:val="28"/>
          <w:lang w:val="kk-KZ"/>
        </w:rPr>
        <w:t>]-те қарастырылып, 1.2-ші теоремаға (1.1-теорема) ұқсас нәтиже алынды. Оны тұжырымдауда С</w:t>
      </w:r>
      <w:r w:rsidRPr="002417EA">
        <w:rPr>
          <w:rFonts w:ascii="Times New Roman" w:hAnsi="Times New Roman" w:cs="Times New Roman"/>
          <w:color w:val="202124"/>
          <w:sz w:val="28"/>
          <w:szCs w:val="28"/>
          <w:vertAlign w:val="subscript"/>
          <w:lang w:val="kk-KZ"/>
        </w:rPr>
        <w:t>0</w:t>
      </w:r>
      <w:r w:rsidRPr="002417EA">
        <w:rPr>
          <w:rFonts w:ascii="Times New Roman" w:hAnsi="Times New Roman" w:cs="Times New Roman"/>
          <w:color w:val="202124"/>
          <w:sz w:val="28"/>
          <w:szCs w:val="28"/>
          <w:lang w:val="kk-KZ"/>
        </w:rPr>
        <w:t xml:space="preserve">В орнына матрица алынды </w:t>
      </w:r>
    </w:p>
    <w:p w14:paraId="0BF8948F" w14:textId="77777777" w:rsidR="003A4ABB" w:rsidRPr="002417EA" w:rsidRDefault="003A4ABB" w:rsidP="003A4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lang w:val="kk-KZ"/>
        </w:rPr>
      </w:pPr>
    </w:p>
    <w:p w14:paraId="5A67D970" w14:textId="77777777" w:rsidR="003A4ABB" w:rsidRPr="002417EA" w:rsidRDefault="00A07FF5" w:rsidP="003A4ABB">
      <w:pPr>
        <w:tabs>
          <w:tab w:val="left" w:pos="3837"/>
        </w:tabs>
        <w:spacing w:after="0" w:line="240" w:lineRule="auto"/>
        <w:jc w:val="right"/>
        <w:rPr>
          <w:rFonts w:ascii="Times New Roman" w:hAnsi="Times New Roman" w:cs="Times New Roman"/>
          <w:sz w:val="28"/>
          <w:szCs w:val="28"/>
          <w:lang w:val="kk-KZ"/>
        </w:rPr>
      </w:pPr>
      <w:r w:rsidRPr="002417EA">
        <w:rPr>
          <w:rFonts w:ascii="Times New Roman" w:hAnsi="Times New Roman" w:cs="Times New Roman"/>
          <w:position w:val="-36"/>
          <w:sz w:val="28"/>
          <w:szCs w:val="28"/>
        </w:rPr>
        <w:object w:dxaOrig="6700" w:dyaOrig="980" w14:anchorId="0C81BA06">
          <v:shape id="_x0000_i1695" type="#_x0000_t75" style="width:333.9pt;height:46.7pt" o:ole="">
            <v:imagedata r:id="rId1354" o:title=""/>
          </v:shape>
          <o:OLEObject Type="Embed" ProgID="Equation.DSMT4" ShapeID="_x0000_i1695" DrawAspect="Content" ObjectID="_1840332149" r:id="rId1355"/>
        </w:object>
      </w:r>
      <w:r w:rsidR="003A4ABB" w:rsidRPr="002417EA">
        <w:rPr>
          <w:rFonts w:ascii="Times New Roman" w:hAnsi="Times New Roman" w:cs="Times New Roman"/>
          <w:position w:val="-36"/>
          <w:sz w:val="28"/>
          <w:szCs w:val="28"/>
          <w:lang w:val="kk-KZ"/>
        </w:rPr>
        <w:t xml:space="preserve">  </w:t>
      </w:r>
      <w:r w:rsidR="003A4ABB" w:rsidRPr="002417EA">
        <w:rPr>
          <w:rFonts w:ascii="Times New Roman" w:hAnsi="Times New Roman" w:cs="Times New Roman"/>
          <w:sz w:val="28"/>
          <w:szCs w:val="28"/>
          <w:lang w:val="kk-KZ"/>
        </w:rPr>
        <w:t xml:space="preserve"> (1.53)</w:t>
      </w:r>
    </w:p>
    <w:p w14:paraId="5D0D7B56" w14:textId="77777777" w:rsidR="003A4ABB" w:rsidRPr="002417EA" w:rsidRDefault="003A4ABB" w:rsidP="00360C63">
      <w:pPr>
        <w:tabs>
          <w:tab w:val="left" w:pos="3837"/>
        </w:tabs>
        <w:spacing w:after="0" w:line="240" w:lineRule="auto"/>
        <w:rPr>
          <w:rFonts w:ascii="Times New Roman" w:hAnsi="Times New Roman" w:cs="Times New Roman"/>
          <w:position w:val="-36"/>
          <w:sz w:val="28"/>
          <w:szCs w:val="28"/>
          <w:lang w:val="kk-KZ"/>
        </w:rPr>
      </w:pPr>
    </w:p>
    <w:p w14:paraId="6941851B" w14:textId="12C591EB" w:rsidR="003A4ABB" w:rsidRPr="002417EA" w:rsidRDefault="003A4ABB" w:rsidP="003A4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lang w:val="kk-KZ"/>
        </w:rPr>
      </w:pPr>
      <w:r w:rsidRPr="002417EA">
        <w:rPr>
          <w:rFonts w:ascii="Times New Roman" w:hAnsi="Times New Roman" w:cs="Times New Roman"/>
          <w:color w:val="202124"/>
          <w:sz w:val="28"/>
          <w:szCs w:val="28"/>
          <w:lang w:val="kk-KZ"/>
        </w:rPr>
        <w:t>[19</w:t>
      </w:r>
      <w:r w:rsidR="002F0D2C">
        <w:rPr>
          <w:rFonts w:ascii="Times New Roman" w:hAnsi="Times New Roman" w:cs="Times New Roman"/>
          <w:color w:val="202124"/>
          <w:sz w:val="28"/>
          <w:szCs w:val="28"/>
          <w:lang w:val="kk-KZ"/>
        </w:rPr>
        <w:t>,</w:t>
      </w:r>
      <w:r w:rsidR="002F0D2C" w:rsidRPr="002E3F14">
        <w:rPr>
          <w:rFonts w:ascii="Times New Roman" w:hAnsi="Times New Roman" w:cs="Times New Roman"/>
          <w:sz w:val="28"/>
          <w:szCs w:val="28"/>
          <w:lang w:val="kk-KZ"/>
        </w:rPr>
        <w:t xml:space="preserve"> </w:t>
      </w:r>
      <w:r w:rsidR="002F0D2C">
        <w:rPr>
          <w:rFonts w:ascii="Times New Roman" w:hAnsi="Times New Roman" w:cs="Times New Roman"/>
          <w:sz w:val="28"/>
          <w:szCs w:val="28"/>
          <w:lang w:val="kk-KZ"/>
        </w:rPr>
        <w:t>р.1115-1118</w:t>
      </w:r>
      <w:r w:rsidRPr="002417EA">
        <w:rPr>
          <w:rFonts w:ascii="Times New Roman" w:hAnsi="Times New Roman" w:cs="Times New Roman"/>
          <w:color w:val="202124"/>
          <w:sz w:val="28"/>
          <w:szCs w:val="28"/>
          <w:lang w:val="kk-KZ"/>
        </w:rPr>
        <w:t xml:space="preserve">]-тегі 1-теоремасына сәйкес </w:t>
      </w:r>
      <w:r w:rsidR="00A07FF5" w:rsidRPr="002417EA">
        <w:rPr>
          <w:rFonts w:ascii="Times New Roman" w:hAnsi="Times New Roman" w:cs="Times New Roman"/>
          <w:position w:val="-14"/>
          <w:sz w:val="28"/>
          <w:szCs w:val="28"/>
        </w:rPr>
        <w:object w:dxaOrig="2439" w:dyaOrig="420" w14:anchorId="67CA2AFB">
          <v:shape id="_x0000_i1696" type="#_x0000_t75" style="width:123.45pt;height:20.55pt" o:ole="">
            <v:imagedata r:id="rId1356" o:title=""/>
          </v:shape>
          <o:OLEObject Type="Embed" ProgID="Equation.DSMT4" ShapeID="_x0000_i1696" DrawAspect="Content" ObjectID="_1840332150" r:id="rId1357"/>
        </w:object>
      </w:r>
      <w:r w:rsidRPr="002417EA">
        <w:rPr>
          <w:rFonts w:ascii="Times New Roman" w:hAnsi="Times New Roman" w:cs="Times New Roman"/>
          <w:color w:val="202124"/>
          <w:sz w:val="28"/>
          <w:szCs w:val="28"/>
          <w:lang w:val="kk-KZ"/>
        </w:rPr>
        <w:t xml:space="preserve"> (1.52) есебі бойынша, (1.3) фредгольмді және оның индексі </w:t>
      </w:r>
      <w:r w:rsidR="00A07FF5" w:rsidRPr="002417EA">
        <w:rPr>
          <w:rFonts w:ascii="Times New Roman" w:hAnsi="Times New Roman" w:cs="Times New Roman"/>
          <w:position w:val="-6"/>
          <w:sz w:val="28"/>
          <w:szCs w:val="28"/>
        </w:rPr>
        <w:object w:dxaOrig="260" w:dyaOrig="380" w14:anchorId="51DFBEDE">
          <v:shape id="_x0000_i1697" type="#_x0000_t75" style="width:11.85pt;height:18.2pt" o:ole="">
            <v:imagedata r:id="rId1358" o:title=""/>
          </v:shape>
          <o:OLEObject Type="Embed" ProgID="Equation.DSMT4" ShapeID="_x0000_i1697" DrawAspect="Content" ObjectID="_1840332151" r:id="rId1359"/>
        </w:object>
      </w:r>
      <w:r w:rsidRPr="002417EA">
        <w:rPr>
          <w:rFonts w:ascii="Times New Roman" w:hAnsi="Times New Roman" w:cs="Times New Roman"/>
          <w:position w:val="-6"/>
          <w:sz w:val="28"/>
          <w:szCs w:val="28"/>
          <w:lang w:val="kk-KZ"/>
        </w:rPr>
        <w:t xml:space="preserve"> </w:t>
      </w:r>
      <w:r w:rsidRPr="002417EA">
        <w:rPr>
          <w:rFonts w:ascii="Times New Roman" w:hAnsi="Times New Roman" w:cs="Times New Roman"/>
          <w:color w:val="202124"/>
          <w:sz w:val="28"/>
          <w:szCs w:val="28"/>
          <w:lang w:val="kk-KZ"/>
        </w:rPr>
        <w:t>формуламен берілген</w:t>
      </w:r>
    </w:p>
    <w:p w14:paraId="119C481C" w14:textId="77777777" w:rsidR="003A4ABB" w:rsidRPr="002417EA" w:rsidRDefault="003A4ABB" w:rsidP="003A4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lang w:val="kk-KZ"/>
        </w:rPr>
      </w:pPr>
    </w:p>
    <w:p w14:paraId="338711D8" w14:textId="77777777" w:rsidR="003A4ABB" w:rsidRPr="002417EA" w:rsidRDefault="00A07FF5" w:rsidP="003A4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position w:val="-28"/>
          <w:sz w:val="28"/>
          <w:szCs w:val="28"/>
          <w:lang w:val="kk-KZ"/>
        </w:rPr>
      </w:pPr>
      <w:r w:rsidRPr="002417EA">
        <w:rPr>
          <w:rFonts w:ascii="Times New Roman" w:hAnsi="Times New Roman" w:cs="Times New Roman"/>
          <w:position w:val="-28"/>
          <w:sz w:val="28"/>
          <w:szCs w:val="28"/>
        </w:rPr>
        <w:object w:dxaOrig="3800" w:dyaOrig="720" w14:anchorId="0FAA22C4">
          <v:shape id="_x0000_i1698" type="#_x0000_t75" style="width:189.9pt;height:37.2pt" o:ole="">
            <v:imagedata r:id="rId1360" o:title=""/>
          </v:shape>
          <o:OLEObject Type="Embed" ProgID="Equation.DSMT4" ShapeID="_x0000_i1698" DrawAspect="Content" ObjectID="_1840332152" r:id="rId1361"/>
        </w:object>
      </w:r>
    </w:p>
    <w:p w14:paraId="5FC463BC" w14:textId="77777777" w:rsidR="003A4ABB" w:rsidRPr="002417EA" w:rsidRDefault="003A4ABB" w:rsidP="00360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position w:val="-30"/>
          <w:sz w:val="28"/>
          <w:szCs w:val="28"/>
          <w:lang w:val="kk-KZ"/>
        </w:rPr>
      </w:pPr>
    </w:p>
    <w:p w14:paraId="0C32FC17" w14:textId="48F262A4" w:rsidR="003A4ABB" w:rsidRPr="002417EA" w:rsidRDefault="003A4ABB" w:rsidP="003A4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202124"/>
          <w:sz w:val="28"/>
          <w:szCs w:val="28"/>
          <w:lang w:val="kk-KZ"/>
        </w:rPr>
      </w:pPr>
      <w:r w:rsidRPr="002417EA">
        <w:rPr>
          <w:rFonts w:ascii="Times New Roman" w:hAnsi="Times New Roman" w:cs="Times New Roman"/>
          <w:color w:val="202124"/>
          <w:sz w:val="28"/>
          <w:szCs w:val="28"/>
          <w:lang w:val="kk-KZ"/>
        </w:rPr>
        <w:t>Бұрынғы зерттеуде жіберілген кейбір дәлсіздік осы жұмыста нақты ескеріліп, тиісті түзетулер енгізілді. Ол (</w:t>
      </w:r>
      <w:r w:rsidR="00E15976" w:rsidRPr="002417EA">
        <w:rPr>
          <w:rFonts w:ascii="Times New Roman" w:hAnsi="Times New Roman" w:cs="Times New Roman"/>
          <w:color w:val="202124"/>
          <w:sz w:val="28"/>
          <w:szCs w:val="28"/>
          <w:lang w:val="kk-KZ"/>
        </w:rPr>
        <w:t>1.</w:t>
      </w:r>
      <w:r w:rsidRPr="002417EA">
        <w:rPr>
          <w:rFonts w:ascii="Times New Roman" w:hAnsi="Times New Roman" w:cs="Times New Roman"/>
          <w:color w:val="202124"/>
          <w:sz w:val="28"/>
          <w:szCs w:val="28"/>
          <w:lang w:val="kk-KZ"/>
        </w:rPr>
        <w:t>20) – (</w:t>
      </w:r>
      <w:r w:rsidR="00E15976" w:rsidRPr="002417EA">
        <w:rPr>
          <w:rFonts w:ascii="Times New Roman" w:hAnsi="Times New Roman" w:cs="Times New Roman"/>
          <w:color w:val="202124"/>
          <w:sz w:val="28"/>
          <w:szCs w:val="28"/>
          <w:lang w:val="kk-KZ"/>
        </w:rPr>
        <w:t>1.</w:t>
      </w:r>
      <w:r w:rsidRPr="002417EA">
        <w:rPr>
          <w:rFonts w:ascii="Times New Roman" w:hAnsi="Times New Roman" w:cs="Times New Roman"/>
          <w:color w:val="202124"/>
          <w:sz w:val="28"/>
          <w:szCs w:val="28"/>
          <w:lang w:val="kk-KZ"/>
        </w:rPr>
        <w:t xml:space="preserve">22) формулалардағы қосындыны </w:t>
      </w:r>
      <w:r w:rsidR="00A07FF5" w:rsidRPr="002417EA">
        <w:rPr>
          <w:rFonts w:ascii="Times New Roman" w:hAnsi="Times New Roman" w:cs="Times New Roman"/>
          <w:position w:val="-12"/>
          <w:sz w:val="28"/>
          <w:szCs w:val="28"/>
        </w:rPr>
        <w:object w:dxaOrig="1579" w:dyaOrig="380" w14:anchorId="0D04840F">
          <v:shape id="_x0000_i1699" type="#_x0000_t75" style="width:79.1pt;height:18.2pt" o:ole="">
            <v:imagedata r:id="rId1362" o:title=""/>
          </v:shape>
          <o:OLEObject Type="Embed" ProgID="Equation.DSMT4" ShapeID="_x0000_i1699" DrawAspect="Content" ObjectID="_1840332153" r:id="rId1363"/>
        </w:object>
      </w:r>
      <w:r w:rsidRPr="002417EA">
        <w:rPr>
          <w:rFonts w:ascii="Times New Roman" w:hAnsi="Times New Roman" w:cs="Times New Roman"/>
          <w:position w:val="-12"/>
          <w:sz w:val="28"/>
          <w:szCs w:val="28"/>
          <w:lang w:val="kk-KZ"/>
        </w:rPr>
        <w:t xml:space="preserve"> </w:t>
      </w:r>
      <w:r w:rsidRPr="002417EA">
        <w:rPr>
          <w:rFonts w:ascii="Times New Roman" w:hAnsi="Times New Roman" w:cs="Times New Roman"/>
          <w:color w:val="202124"/>
          <w:sz w:val="28"/>
          <w:szCs w:val="28"/>
          <w:lang w:val="kk-KZ"/>
        </w:rPr>
        <w:t xml:space="preserve">бойынша, және тиісінше (11)-дің оң жағындағы екінші мүшеcін </w:t>
      </w:r>
      <w:r w:rsidR="00A07FF5" w:rsidRPr="002417EA">
        <w:rPr>
          <w:rFonts w:ascii="Times New Roman" w:hAnsi="Times New Roman" w:cs="Times New Roman"/>
          <w:position w:val="-14"/>
          <w:sz w:val="28"/>
          <w:szCs w:val="28"/>
        </w:rPr>
        <w:object w:dxaOrig="1320" w:dyaOrig="420" w14:anchorId="014AF88A">
          <v:shape id="_x0000_i1700" type="#_x0000_t75" style="width:64.9pt;height:20.55pt" o:ole="">
            <v:imagedata r:id="rId1364" o:title=""/>
          </v:shape>
          <o:OLEObject Type="Embed" ProgID="Equation.DSMT4" ShapeID="_x0000_i1700" DrawAspect="Content" ObjectID="_1840332154" r:id="rId1365"/>
        </w:object>
      </w:r>
      <w:r w:rsidRPr="002417EA">
        <w:rPr>
          <w:rFonts w:ascii="Times New Roman" w:hAnsi="Times New Roman" w:cs="Times New Roman"/>
          <w:color w:val="202124"/>
          <w:sz w:val="28"/>
          <w:szCs w:val="28"/>
          <w:lang w:val="kk-KZ"/>
        </w:rPr>
        <w:t xml:space="preserve"> ге ауыстырамыз. </w:t>
      </w:r>
      <w:r w:rsidR="00A07FF5" w:rsidRPr="002417EA">
        <w:rPr>
          <w:rFonts w:ascii="Times New Roman" w:hAnsi="Times New Roman" w:cs="Times New Roman"/>
          <w:position w:val="-6"/>
          <w:sz w:val="28"/>
          <w:szCs w:val="28"/>
        </w:rPr>
        <w:object w:dxaOrig="740" w:dyaOrig="380" w14:anchorId="342D6561">
          <v:shape id="_x0000_i1701" type="#_x0000_t75" style="width:36.4pt;height:18.2pt" o:ole="">
            <v:imagedata r:id="rId1366" o:title=""/>
          </v:shape>
          <o:OLEObject Type="Embed" ProgID="Equation.DSMT4" ShapeID="_x0000_i1701" DrawAspect="Content" ObjectID="_1840332155" r:id="rId1367"/>
        </w:object>
      </w:r>
      <w:r w:rsidRPr="002417EA">
        <w:rPr>
          <w:rFonts w:ascii="Times New Roman" w:hAnsi="Times New Roman" w:cs="Times New Roman"/>
          <w:position w:val="-6"/>
          <w:sz w:val="28"/>
          <w:szCs w:val="28"/>
          <w:lang w:val="kk-KZ"/>
        </w:rPr>
        <w:t xml:space="preserve"> </w:t>
      </w:r>
      <w:r w:rsidRPr="002417EA">
        <w:rPr>
          <w:rFonts w:ascii="Times New Roman" w:hAnsi="Times New Roman" w:cs="Times New Roman"/>
          <w:color w:val="202124"/>
          <w:sz w:val="28"/>
          <w:szCs w:val="28"/>
          <w:lang w:val="kk-KZ"/>
        </w:rPr>
        <w:t xml:space="preserve">екеніне көз жеткізейік. (1.46) пен (1.53) салыстырудан </w:t>
      </w:r>
      <w:r w:rsidR="00A07FF5" w:rsidRPr="002417EA">
        <w:rPr>
          <w:rFonts w:ascii="Times New Roman" w:hAnsi="Times New Roman" w:cs="Times New Roman"/>
          <w:position w:val="-14"/>
          <w:sz w:val="28"/>
          <w:szCs w:val="28"/>
        </w:rPr>
        <w:object w:dxaOrig="3460" w:dyaOrig="480" w14:anchorId="4C970A43">
          <v:shape id="_x0000_i1702" type="#_x0000_t75" style="width:174.05pt;height:25.3pt" o:ole="">
            <v:imagedata r:id="rId1368" o:title=""/>
          </v:shape>
          <o:OLEObject Type="Embed" ProgID="Equation.DSMT4" ShapeID="_x0000_i1702" DrawAspect="Content" ObjectID="_1840332156" r:id="rId1369"/>
        </w:object>
      </w:r>
      <w:r w:rsidRPr="002417EA">
        <w:rPr>
          <w:rFonts w:ascii="Times New Roman" w:hAnsi="Times New Roman" w:cs="Times New Roman"/>
          <w:position w:val="-32"/>
          <w:sz w:val="28"/>
          <w:szCs w:val="28"/>
          <w:lang w:val="kk-KZ"/>
        </w:rPr>
        <w:t xml:space="preserve">  </w:t>
      </w:r>
      <w:r w:rsidRPr="002417EA">
        <w:rPr>
          <w:rFonts w:ascii="Times New Roman" w:hAnsi="Times New Roman" w:cs="Times New Roman"/>
          <w:color w:val="202124"/>
          <w:sz w:val="28"/>
          <w:szCs w:val="28"/>
          <w:lang w:val="kk-KZ"/>
        </w:rPr>
        <w:t xml:space="preserve">екені анық. Сондықтан 1.2–ші лемманың (а) пункті негізінде </w:t>
      </w:r>
    </w:p>
    <w:p w14:paraId="1AFDBB33" w14:textId="77777777" w:rsidR="003A4ABB" w:rsidRPr="002417EA" w:rsidRDefault="003A4ABB" w:rsidP="003A4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202124"/>
          <w:sz w:val="28"/>
          <w:szCs w:val="28"/>
          <w:lang w:val="kk-KZ"/>
        </w:rPr>
      </w:pPr>
    </w:p>
    <w:p w14:paraId="130359E3" w14:textId="77777777" w:rsidR="003A4ABB" w:rsidRPr="002417EA" w:rsidRDefault="00A07FF5" w:rsidP="003A4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position w:val="-36"/>
          <w:sz w:val="28"/>
          <w:szCs w:val="28"/>
          <w:lang w:val="kk-KZ"/>
        </w:rPr>
      </w:pPr>
      <w:r w:rsidRPr="002417EA">
        <w:rPr>
          <w:rFonts w:ascii="Times New Roman" w:hAnsi="Times New Roman" w:cs="Times New Roman"/>
          <w:position w:val="-36"/>
          <w:sz w:val="28"/>
          <w:szCs w:val="28"/>
        </w:rPr>
        <w:object w:dxaOrig="4080" w:dyaOrig="900" w14:anchorId="59719161">
          <v:shape id="_x0000_i1703" type="#_x0000_t75" style="width:204.15pt;height:45.9pt" o:ole="">
            <v:imagedata r:id="rId1370" o:title=""/>
          </v:shape>
          <o:OLEObject Type="Embed" ProgID="Equation.DSMT4" ShapeID="_x0000_i1703" DrawAspect="Content" ObjectID="_1840332157" r:id="rId1371"/>
        </w:object>
      </w:r>
    </w:p>
    <w:p w14:paraId="029C2273" w14:textId="77777777" w:rsidR="003A4ABB" w:rsidRPr="002417EA" w:rsidRDefault="003A4ABB" w:rsidP="00360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position w:val="-30"/>
          <w:sz w:val="28"/>
          <w:szCs w:val="28"/>
          <w:lang w:val="kk-KZ"/>
        </w:rPr>
      </w:pPr>
    </w:p>
    <w:p w14:paraId="3AE2461B" w14:textId="77777777" w:rsidR="003A4ABB" w:rsidRPr="002417EA" w:rsidRDefault="003A4ABB" w:rsidP="003A4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lang w:val="kk-KZ"/>
        </w:rPr>
      </w:pPr>
      <w:r w:rsidRPr="002417EA">
        <w:rPr>
          <w:rFonts w:ascii="Times New Roman" w:hAnsi="Times New Roman" w:cs="Times New Roman"/>
          <w:color w:val="202124"/>
          <w:sz w:val="28"/>
          <w:szCs w:val="28"/>
          <w:lang w:val="kk-KZ"/>
        </w:rPr>
        <w:t xml:space="preserve">Осылайша, (1.44) шарты </w:t>
      </w:r>
      <w:r w:rsidR="00A07FF5" w:rsidRPr="002417EA">
        <w:rPr>
          <w:rFonts w:ascii="Times New Roman" w:hAnsi="Times New Roman" w:cs="Times New Roman"/>
          <w:position w:val="-14"/>
          <w:sz w:val="28"/>
          <w:szCs w:val="28"/>
        </w:rPr>
        <w:object w:dxaOrig="2340" w:dyaOrig="420" w14:anchorId="74E32115">
          <v:shape id="_x0000_i1704" type="#_x0000_t75" style="width:117.1pt;height:20.55pt" o:ole="">
            <v:imagedata r:id="rId1372" o:title=""/>
          </v:shape>
          <o:OLEObject Type="Embed" ProgID="Equation.DSMT4" ShapeID="_x0000_i1704" DrawAspect="Content" ObjectID="_1840332158" r:id="rId1373"/>
        </w:object>
      </w:r>
      <w:r w:rsidRPr="002417EA">
        <w:rPr>
          <w:rFonts w:ascii="Times New Roman" w:hAnsi="Times New Roman" w:cs="Times New Roman"/>
          <w:position w:val="-14"/>
          <w:sz w:val="28"/>
          <w:szCs w:val="28"/>
          <w:lang w:val="kk-KZ"/>
        </w:rPr>
        <w:t xml:space="preserve"> </w:t>
      </w:r>
      <w:r w:rsidRPr="002417EA">
        <w:rPr>
          <w:rFonts w:ascii="Times New Roman" w:hAnsi="Times New Roman" w:cs="Times New Roman"/>
          <w:color w:val="202124"/>
          <w:sz w:val="28"/>
          <w:szCs w:val="28"/>
        </w:rPr>
        <w:t>пара-пар ж</w:t>
      </w:r>
      <w:r w:rsidRPr="002417EA">
        <w:rPr>
          <w:rFonts w:ascii="Times New Roman" w:hAnsi="Times New Roman" w:cs="Times New Roman"/>
          <w:color w:val="202124"/>
          <w:sz w:val="28"/>
          <w:szCs w:val="28"/>
          <w:lang w:val="kk-KZ"/>
        </w:rPr>
        <w:t>әне (1.53) ескеріп</w:t>
      </w:r>
    </w:p>
    <w:p w14:paraId="15A859B9" w14:textId="77777777" w:rsidR="003A4ABB" w:rsidRPr="002417EA" w:rsidRDefault="003A4ABB" w:rsidP="003A4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rPr>
      </w:pPr>
    </w:p>
    <w:p w14:paraId="7686C580" w14:textId="77777777" w:rsidR="003A4ABB" w:rsidRPr="002417EA" w:rsidRDefault="00A07FF5" w:rsidP="003A4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position w:val="-36"/>
          <w:sz w:val="28"/>
          <w:szCs w:val="28"/>
          <w:lang w:val="kk-KZ"/>
        </w:rPr>
      </w:pPr>
      <w:r w:rsidRPr="002417EA">
        <w:rPr>
          <w:rFonts w:ascii="Times New Roman" w:hAnsi="Times New Roman" w:cs="Times New Roman"/>
          <w:position w:val="-36"/>
          <w:sz w:val="28"/>
          <w:szCs w:val="28"/>
        </w:rPr>
        <w:object w:dxaOrig="6240" w:dyaOrig="820" w14:anchorId="48792395">
          <v:shape id="_x0000_i1705" type="#_x0000_t75" style="width:313.3pt;height:43.5pt" o:ole="">
            <v:imagedata r:id="rId1374" o:title=""/>
          </v:shape>
          <o:OLEObject Type="Embed" ProgID="Equation.DSMT4" ShapeID="_x0000_i1705" DrawAspect="Content" ObjectID="_1840332159" r:id="rId1375"/>
        </w:object>
      </w:r>
    </w:p>
    <w:p w14:paraId="2B53C1A7" w14:textId="77777777" w:rsidR="003A4ABB" w:rsidRPr="002417EA" w:rsidRDefault="003A4ABB" w:rsidP="003A4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position w:val="-24"/>
          <w:sz w:val="28"/>
          <w:szCs w:val="28"/>
          <w:lang w:val="kk-KZ"/>
        </w:rPr>
      </w:pPr>
    </w:p>
    <w:p w14:paraId="4738EAC6" w14:textId="77777777" w:rsidR="003A4ABB" w:rsidRPr="002417EA" w:rsidRDefault="003A4ABB" w:rsidP="003A4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position w:val="-24"/>
          <w:sz w:val="28"/>
          <w:szCs w:val="28"/>
          <w:lang w:val="kk-KZ"/>
        </w:rPr>
      </w:pPr>
      <w:r w:rsidRPr="002417EA">
        <w:rPr>
          <w:rFonts w:ascii="Times New Roman" w:hAnsi="Times New Roman" w:cs="Times New Roman"/>
          <w:position w:val="-24"/>
          <w:sz w:val="28"/>
          <w:szCs w:val="28"/>
        </w:rPr>
        <w:t>Cодан алатынымыз</w:t>
      </w:r>
      <w:r w:rsidRPr="002417EA">
        <w:rPr>
          <w:rFonts w:ascii="Times New Roman" w:hAnsi="Times New Roman" w:cs="Times New Roman"/>
          <w:position w:val="-24"/>
          <w:sz w:val="28"/>
          <w:szCs w:val="28"/>
          <w:lang w:val="kk-KZ"/>
        </w:rPr>
        <w:t>:</w:t>
      </w:r>
    </w:p>
    <w:p w14:paraId="6D93963A" w14:textId="77777777" w:rsidR="003A4ABB" w:rsidRPr="002417EA" w:rsidRDefault="003A4ABB" w:rsidP="003A4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position w:val="-24"/>
          <w:sz w:val="28"/>
          <w:szCs w:val="28"/>
          <w:lang w:val="kk-KZ"/>
        </w:rPr>
      </w:pPr>
    </w:p>
    <w:p w14:paraId="51F72947" w14:textId="77777777" w:rsidR="003A4ABB" w:rsidRPr="002417EA" w:rsidRDefault="00A07FF5" w:rsidP="003A4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position w:val="-36"/>
          <w:sz w:val="28"/>
          <w:szCs w:val="28"/>
          <w:lang w:val="kk-KZ"/>
        </w:rPr>
      </w:pPr>
      <w:r w:rsidRPr="002417EA">
        <w:rPr>
          <w:rFonts w:ascii="Times New Roman" w:hAnsi="Times New Roman" w:cs="Times New Roman"/>
          <w:position w:val="-36"/>
          <w:sz w:val="28"/>
          <w:szCs w:val="28"/>
        </w:rPr>
        <w:object w:dxaOrig="5380" w:dyaOrig="820" w14:anchorId="6A56D5D5">
          <v:shape id="_x0000_i1706" type="#_x0000_t75" style="width:269pt;height:43.5pt" o:ole="">
            <v:imagedata r:id="rId1376" o:title=""/>
          </v:shape>
          <o:OLEObject Type="Embed" ProgID="Equation.DSMT4" ShapeID="_x0000_i1706" DrawAspect="Content" ObjectID="_1840332160" r:id="rId1377"/>
        </w:object>
      </w:r>
    </w:p>
    <w:p w14:paraId="11F76C87" w14:textId="77777777" w:rsidR="003A4ABB" w:rsidRPr="002417EA" w:rsidRDefault="003A4ABB" w:rsidP="003A4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position w:val="-30"/>
          <w:sz w:val="28"/>
          <w:szCs w:val="28"/>
          <w:lang w:val="kk-KZ"/>
        </w:rPr>
      </w:pPr>
    </w:p>
    <w:p w14:paraId="5C0B2173" w14:textId="450613A3" w:rsidR="003A4ABB" w:rsidRPr="002417EA" w:rsidRDefault="003A4ABB" w:rsidP="003A4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lang w:val="kk-KZ"/>
        </w:rPr>
      </w:pPr>
      <w:r w:rsidRPr="002417EA">
        <w:rPr>
          <w:rFonts w:ascii="Times New Roman" w:hAnsi="Times New Roman" w:cs="Times New Roman"/>
          <w:color w:val="202124"/>
          <w:sz w:val="28"/>
          <w:szCs w:val="28"/>
          <w:lang w:val="kk-KZ"/>
        </w:rPr>
        <w:t>1.2-ші теорема (1.52), (1.3)  есебіне ұқсас нәтижені түзететінін ескереміз, ([19]-тен 2-теореманы қараңыз</w:t>
      </w:r>
      <w:r w:rsidR="002F0D2C" w:rsidRPr="002F0D2C">
        <w:rPr>
          <w:rFonts w:ascii="Times New Roman" w:hAnsi="Times New Roman" w:cs="Times New Roman"/>
          <w:color w:val="202124"/>
          <w:sz w:val="28"/>
          <w:szCs w:val="28"/>
          <w:lang w:val="kk-KZ"/>
        </w:rPr>
        <w:t xml:space="preserve">, </w:t>
      </w:r>
      <w:r w:rsidR="002F0D2C">
        <w:rPr>
          <w:rFonts w:ascii="Times New Roman" w:hAnsi="Times New Roman" w:cs="Times New Roman"/>
          <w:sz w:val="28"/>
          <w:szCs w:val="28"/>
          <w:lang w:val="kk-KZ"/>
        </w:rPr>
        <w:t>р.1115-1118</w:t>
      </w:r>
      <w:r w:rsidRPr="002417EA">
        <w:rPr>
          <w:rFonts w:ascii="Times New Roman" w:hAnsi="Times New Roman" w:cs="Times New Roman"/>
          <w:color w:val="202124"/>
          <w:sz w:val="28"/>
          <w:szCs w:val="28"/>
          <w:lang w:val="kk-KZ"/>
        </w:rPr>
        <w:t xml:space="preserve">), мұнда да есептеулерде қате болды. (4.5) </w:t>
      </w:r>
      <w:r w:rsidR="00A07FF5" w:rsidRPr="002417EA">
        <w:rPr>
          <w:rFonts w:ascii="Times New Roman" w:hAnsi="Times New Roman" w:cs="Times New Roman"/>
          <w:position w:val="-16"/>
          <w:sz w:val="28"/>
          <w:szCs w:val="28"/>
        </w:rPr>
        <w:object w:dxaOrig="380" w:dyaOrig="420" w14:anchorId="205629E4">
          <v:shape id="_x0000_i1707" type="#_x0000_t75" style="width:18.2pt;height:20.55pt" o:ole="">
            <v:imagedata r:id="rId1378" o:title=""/>
          </v:shape>
          <o:OLEObject Type="Embed" ProgID="Equation.DSMT4" ShapeID="_x0000_i1707" DrawAspect="Content" ObjectID="_1840332161" r:id="rId1379"/>
        </w:object>
      </w:r>
      <w:r w:rsidRPr="002417EA">
        <w:rPr>
          <w:rFonts w:ascii="Times New Roman" w:hAnsi="Times New Roman" w:cs="Times New Roman"/>
          <w:color w:val="202124"/>
          <w:sz w:val="28"/>
          <w:szCs w:val="28"/>
          <w:lang w:val="kk-KZ"/>
        </w:rPr>
        <w:t xml:space="preserve"> матрицасынан ұқсас </w:t>
      </w:r>
      <w:r w:rsidR="00A07FF5" w:rsidRPr="002417EA">
        <w:rPr>
          <w:rFonts w:ascii="Times New Roman" w:hAnsi="Times New Roman" w:cs="Times New Roman"/>
          <w:position w:val="-16"/>
          <w:sz w:val="28"/>
          <w:szCs w:val="28"/>
        </w:rPr>
        <w:object w:dxaOrig="360" w:dyaOrig="420" w14:anchorId="2491DDAE">
          <v:shape id="_x0000_i1708" type="#_x0000_t75" style="width:18.2pt;height:20.55pt" o:ole="">
            <v:imagedata r:id="rId1380" o:title=""/>
          </v:shape>
          <o:OLEObject Type="Embed" ProgID="Equation.DSMT4" ShapeID="_x0000_i1708" DrawAspect="Content" ObjectID="_1840332162" r:id="rId1381"/>
        </w:object>
      </w:r>
      <w:r w:rsidRPr="002417EA">
        <w:rPr>
          <w:rFonts w:ascii="Times New Roman" w:hAnsi="Times New Roman" w:cs="Times New Roman"/>
          <w:color w:val="202124"/>
          <w:sz w:val="28"/>
          <w:szCs w:val="28"/>
          <w:lang w:val="kk-KZ"/>
        </w:rPr>
        <w:t xml:space="preserve"> матрицасына өту ыңғайлы, мұндағы q векторы (1.47)-гі g векторымен </w:t>
      </w:r>
      <w:r w:rsidR="00A07FF5" w:rsidRPr="002417EA">
        <w:rPr>
          <w:rFonts w:ascii="Times New Roman" w:hAnsi="Times New Roman" w:cs="Times New Roman"/>
          <w:position w:val="-14"/>
          <w:sz w:val="28"/>
          <w:szCs w:val="28"/>
        </w:rPr>
        <w:object w:dxaOrig="2060" w:dyaOrig="440" w14:anchorId="0AF22B7D">
          <v:shape id="_x0000_i1709" type="#_x0000_t75" style="width:104.45pt;height:20.55pt" o:ole="">
            <v:imagedata r:id="rId1382" o:title=""/>
          </v:shape>
          <o:OLEObject Type="Embed" ProgID="Equation.DSMT4" ShapeID="_x0000_i1709" DrawAspect="Content" ObjectID="_1840332163" r:id="rId1383"/>
        </w:object>
      </w:r>
      <w:r w:rsidRPr="002417EA">
        <w:rPr>
          <w:rFonts w:ascii="Times New Roman" w:hAnsi="Times New Roman" w:cs="Times New Roman"/>
          <w:position w:val="-14"/>
          <w:sz w:val="28"/>
          <w:szCs w:val="28"/>
          <w:lang w:val="kk-KZ"/>
        </w:rPr>
        <w:t xml:space="preserve"> </w:t>
      </w:r>
      <w:r w:rsidRPr="002417EA">
        <w:rPr>
          <w:rFonts w:ascii="Times New Roman" w:hAnsi="Times New Roman" w:cs="Times New Roman"/>
          <w:color w:val="202124"/>
          <w:sz w:val="28"/>
          <w:szCs w:val="28"/>
          <w:lang w:val="kk-KZ"/>
        </w:rPr>
        <w:t>қатынасымен байланысқан. Айқын түрде</w:t>
      </w:r>
    </w:p>
    <w:p w14:paraId="320F31A3" w14:textId="77777777" w:rsidR="003A4ABB" w:rsidRPr="002417EA" w:rsidRDefault="003A4ABB" w:rsidP="003A4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lang w:val="kk-KZ"/>
        </w:rPr>
      </w:pPr>
    </w:p>
    <w:p w14:paraId="0BF01388" w14:textId="03C36BB1" w:rsidR="003A4ABB" w:rsidRPr="002417EA" w:rsidRDefault="00A07FF5" w:rsidP="003A4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color w:val="202124"/>
          <w:sz w:val="28"/>
          <w:szCs w:val="28"/>
          <w:lang w:val="kk-KZ"/>
        </w:rPr>
      </w:pPr>
      <w:r w:rsidRPr="002417EA">
        <w:rPr>
          <w:rFonts w:ascii="Times New Roman" w:hAnsi="Times New Roman" w:cs="Times New Roman"/>
          <w:position w:val="-16"/>
          <w:sz w:val="28"/>
          <w:szCs w:val="28"/>
        </w:rPr>
        <w:object w:dxaOrig="3840" w:dyaOrig="480" w14:anchorId="077B14A2">
          <v:shape id="_x0000_i1710" type="#_x0000_t75" style="width:190.7pt;height:25.3pt" o:ole="">
            <v:imagedata r:id="rId1384" o:title=""/>
          </v:shape>
          <o:OLEObject Type="Embed" ProgID="Equation.DSMT4" ShapeID="_x0000_i1710" DrawAspect="Content" ObjectID="_1840332164" r:id="rId1385"/>
        </w:object>
      </w:r>
      <w:r w:rsidR="004F565E">
        <w:rPr>
          <w:rFonts w:ascii="Times New Roman" w:hAnsi="Times New Roman" w:cs="Times New Roman"/>
          <w:position w:val="-16"/>
          <w:sz w:val="28"/>
          <w:szCs w:val="28"/>
          <w:lang w:val="kk-KZ"/>
        </w:rPr>
        <w:t xml:space="preserve">               </w:t>
      </w:r>
      <w:r w:rsidR="003A4ABB" w:rsidRPr="002417EA">
        <w:rPr>
          <w:rFonts w:ascii="Times New Roman" w:hAnsi="Times New Roman" w:cs="Times New Roman"/>
          <w:position w:val="-16"/>
          <w:sz w:val="28"/>
          <w:szCs w:val="28"/>
          <w:lang w:val="kk-KZ"/>
        </w:rPr>
        <w:t xml:space="preserve">                </w:t>
      </w:r>
      <w:r w:rsidR="003A4ABB" w:rsidRPr="002417EA">
        <w:rPr>
          <w:rFonts w:ascii="Times New Roman" w:hAnsi="Times New Roman" w:cs="Times New Roman"/>
          <w:color w:val="202124"/>
          <w:sz w:val="28"/>
          <w:szCs w:val="28"/>
          <w:lang w:val="kk-KZ"/>
        </w:rPr>
        <w:t>(1.54)</w:t>
      </w:r>
    </w:p>
    <w:p w14:paraId="142A0FAB" w14:textId="77777777" w:rsidR="003A4ABB" w:rsidRPr="002417EA" w:rsidRDefault="003A4ABB" w:rsidP="003A4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position w:val="-16"/>
          <w:sz w:val="28"/>
          <w:szCs w:val="28"/>
          <w:lang w:val="kk-KZ"/>
        </w:rPr>
      </w:pPr>
    </w:p>
    <w:p w14:paraId="2CA7BCA2" w14:textId="77777777" w:rsidR="003A4ABB" w:rsidRPr="002417EA" w:rsidRDefault="003A4ABB" w:rsidP="003A4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202124"/>
          <w:sz w:val="28"/>
          <w:szCs w:val="28"/>
          <w:lang w:val="kk-KZ"/>
        </w:rPr>
      </w:pPr>
      <w:r w:rsidRPr="002417EA">
        <w:rPr>
          <w:rFonts w:ascii="Times New Roman" w:hAnsi="Times New Roman" w:cs="Times New Roman"/>
          <w:color w:val="202124"/>
          <w:sz w:val="28"/>
          <w:szCs w:val="28"/>
          <w:lang w:val="kk-KZ"/>
        </w:rPr>
        <w:t>1.2 лемманың (а) пунктіне сәйкес бұл матрицалардың анықтауыштары төмендегі теңдікпен байланысты</w:t>
      </w:r>
    </w:p>
    <w:p w14:paraId="39FC5E74" w14:textId="77777777" w:rsidR="003A4ABB" w:rsidRPr="002417EA" w:rsidRDefault="003A4ABB" w:rsidP="003A4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202124"/>
          <w:sz w:val="28"/>
          <w:szCs w:val="28"/>
          <w:lang w:val="kk-KZ"/>
        </w:rPr>
      </w:pPr>
    </w:p>
    <w:p w14:paraId="21C06C8C" w14:textId="77777777" w:rsidR="003A4ABB" w:rsidRPr="002417EA" w:rsidRDefault="00A07FF5" w:rsidP="00360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color w:val="202124"/>
          <w:sz w:val="28"/>
          <w:szCs w:val="28"/>
          <w:lang w:val="kk-KZ"/>
        </w:rPr>
      </w:pPr>
      <w:r w:rsidRPr="002417EA">
        <w:rPr>
          <w:rFonts w:ascii="Times New Roman" w:hAnsi="Times New Roman" w:cs="Times New Roman"/>
          <w:position w:val="-36"/>
          <w:sz w:val="28"/>
          <w:szCs w:val="28"/>
        </w:rPr>
        <w:object w:dxaOrig="3100" w:dyaOrig="820" w14:anchorId="17D34380">
          <v:shape id="_x0000_i1711" type="#_x0000_t75" style="width:155.85pt;height:43.5pt" o:ole="">
            <v:imagedata r:id="rId1386" o:title=""/>
          </v:shape>
          <o:OLEObject Type="Embed" ProgID="Equation.DSMT4" ShapeID="_x0000_i1711" DrawAspect="Content" ObjectID="_1840332165" r:id="rId1387"/>
        </w:object>
      </w:r>
    </w:p>
    <w:p w14:paraId="6E10F99E" w14:textId="77777777" w:rsidR="00360C63" w:rsidRPr="002417EA" w:rsidRDefault="00360C63" w:rsidP="00360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lang w:val="kk-KZ"/>
        </w:rPr>
      </w:pPr>
    </w:p>
    <w:p w14:paraId="1C451C89" w14:textId="77777777" w:rsidR="003A4ABB" w:rsidRPr="002417EA" w:rsidRDefault="003A4ABB" w:rsidP="003A4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202124"/>
          <w:sz w:val="28"/>
          <w:szCs w:val="28"/>
          <w:lang w:val="kk-KZ"/>
        </w:rPr>
      </w:pPr>
      <w:r w:rsidRPr="002417EA">
        <w:rPr>
          <w:rFonts w:ascii="Times New Roman" w:hAnsi="Times New Roman" w:cs="Times New Roman"/>
          <w:color w:val="202124"/>
          <w:sz w:val="28"/>
          <w:szCs w:val="28"/>
          <w:lang w:val="kk-KZ"/>
        </w:rPr>
        <w:lastRenderedPageBreak/>
        <w:t xml:space="preserve">Cондықтан (1.48), (1.50) формулаларындағы </w:t>
      </w:r>
      <w:r w:rsidR="00A07FF5" w:rsidRPr="002417EA">
        <w:rPr>
          <w:rFonts w:ascii="Times New Roman" w:hAnsi="Times New Roman" w:cs="Times New Roman"/>
          <w:position w:val="-12"/>
          <w:sz w:val="28"/>
          <w:szCs w:val="28"/>
        </w:rPr>
        <w:object w:dxaOrig="240" w:dyaOrig="300" w14:anchorId="1ED14544">
          <v:shape id="_x0000_i1712" type="#_x0000_t75" style="width:11.85pt;height:15.8pt" o:ole="">
            <v:imagedata r:id="rId1388" o:title=""/>
          </v:shape>
          <o:OLEObject Type="Embed" ProgID="Equation.DSMT4" ShapeID="_x0000_i1712" DrawAspect="Content" ObjectID="_1840332166" r:id="rId1389"/>
        </w:object>
      </w:r>
      <w:r w:rsidRPr="002417EA">
        <w:rPr>
          <w:rFonts w:ascii="Times New Roman" w:hAnsi="Times New Roman" w:cs="Times New Roman"/>
          <w:color w:val="202124"/>
          <w:sz w:val="28"/>
          <w:szCs w:val="28"/>
          <w:lang w:val="kk-KZ"/>
        </w:rPr>
        <w:t xml:space="preserve">-ды </w:t>
      </w:r>
      <w:r w:rsidR="00A07FF5" w:rsidRPr="002417EA">
        <w:rPr>
          <w:rFonts w:ascii="Times New Roman" w:hAnsi="Times New Roman" w:cs="Times New Roman"/>
          <w:position w:val="-12"/>
          <w:sz w:val="28"/>
          <w:szCs w:val="28"/>
        </w:rPr>
        <w:object w:dxaOrig="220" w:dyaOrig="300" w14:anchorId="5D5B0B48">
          <v:shape id="_x0000_i1713" type="#_x0000_t75" style="width:11.85pt;height:15.8pt" o:ole="">
            <v:imagedata r:id="rId1390" o:title=""/>
          </v:shape>
          <o:OLEObject Type="Embed" ProgID="Equation.DSMT4" ShapeID="_x0000_i1713" DrawAspect="Content" ObjectID="_1840332167" r:id="rId1391"/>
        </w:object>
      </w:r>
      <w:r w:rsidRPr="002417EA">
        <w:rPr>
          <w:rFonts w:ascii="Times New Roman" w:hAnsi="Times New Roman" w:cs="Times New Roman"/>
          <w:color w:val="202124"/>
          <w:sz w:val="28"/>
          <w:szCs w:val="28"/>
          <w:lang w:val="kk-KZ"/>
        </w:rPr>
        <w:t>-ға ауыстыруға болады.</w:t>
      </w:r>
    </w:p>
    <w:p w14:paraId="22646A3F" w14:textId="77777777" w:rsidR="003A4ABB" w:rsidRPr="002417EA" w:rsidRDefault="00360C63" w:rsidP="003A4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202124"/>
          <w:sz w:val="28"/>
          <w:szCs w:val="28"/>
          <w:lang w:val="kk-KZ"/>
        </w:rPr>
      </w:pPr>
      <w:r w:rsidRPr="002417EA">
        <w:rPr>
          <w:rFonts w:ascii="Times New Roman" w:hAnsi="Times New Roman" w:cs="Times New Roman"/>
          <w:color w:val="202124"/>
          <w:sz w:val="28"/>
          <w:szCs w:val="28"/>
          <w:lang w:val="kk-KZ"/>
        </w:rPr>
        <w:tab/>
      </w:r>
      <w:r w:rsidR="003A4ABB" w:rsidRPr="002417EA">
        <w:rPr>
          <w:rFonts w:ascii="Times New Roman" w:hAnsi="Times New Roman" w:cs="Times New Roman"/>
          <w:color w:val="202124"/>
          <w:sz w:val="28"/>
          <w:szCs w:val="28"/>
          <w:lang w:val="kk-KZ"/>
        </w:rPr>
        <w:t xml:space="preserve">1.2-теореманы </w:t>
      </w:r>
      <w:r w:rsidR="00A07FF5" w:rsidRPr="002417EA">
        <w:rPr>
          <w:rFonts w:ascii="Times New Roman" w:hAnsi="Times New Roman" w:cs="Times New Roman"/>
          <w:position w:val="-12"/>
          <w:sz w:val="28"/>
          <w:szCs w:val="28"/>
        </w:rPr>
        <w:object w:dxaOrig="2560" w:dyaOrig="380" w14:anchorId="08CCB13C">
          <v:shape id="_x0000_i1714" type="#_x0000_t75" style="width:128.2pt;height:18.2pt" o:ole="">
            <v:imagedata r:id="rId1392" o:title=""/>
          </v:shape>
          <o:OLEObject Type="Embed" ProgID="Equation.DSMT4" ShapeID="_x0000_i1714" DrawAspect="Content" ObjectID="_1840332168" r:id="rId1393"/>
        </w:object>
      </w:r>
      <w:r w:rsidR="003A4ABB" w:rsidRPr="002417EA">
        <w:rPr>
          <w:rFonts w:ascii="Times New Roman" w:hAnsi="Times New Roman" w:cs="Times New Roman"/>
          <w:position w:val="-6"/>
          <w:sz w:val="28"/>
          <w:szCs w:val="28"/>
          <w:lang w:val="kk-KZ"/>
        </w:rPr>
        <w:t xml:space="preserve"> </w:t>
      </w:r>
      <w:r w:rsidR="003A4ABB" w:rsidRPr="002417EA">
        <w:rPr>
          <w:rFonts w:ascii="Times New Roman" w:hAnsi="Times New Roman" w:cs="Times New Roman"/>
          <w:color w:val="202124"/>
          <w:sz w:val="28"/>
          <w:szCs w:val="28"/>
          <w:lang w:val="kk-KZ"/>
        </w:rPr>
        <w:t xml:space="preserve">жағдайымен толықтырайық. Осы мақсатта біз </w:t>
      </w:r>
      <w:r w:rsidR="00A07FF5" w:rsidRPr="002417EA">
        <w:rPr>
          <w:rFonts w:ascii="Times New Roman" w:hAnsi="Times New Roman" w:cs="Times New Roman"/>
          <w:position w:val="-12"/>
          <w:sz w:val="28"/>
          <w:szCs w:val="28"/>
        </w:rPr>
        <w:object w:dxaOrig="340" w:dyaOrig="380" w14:anchorId="2FB809BD">
          <v:shape id="_x0000_i1715" type="#_x0000_t75" style="width:15.8pt;height:18.2pt" o:ole="">
            <v:imagedata r:id="rId1394" o:title=""/>
          </v:shape>
          <o:OLEObject Type="Embed" ProgID="Equation.DSMT4" ShapeID="_x0000_i1715" DrawAspect="Content" ObjectID="_1840332169" r:id="rId1395"/>
        </w:object>
      </w:r>
      <w:r w:rsidR="003A4ABB" w:rsidRPr="002417EA">
        <w:rPr>
          <w:rFonts w:ascii="Times New Roman" w:hAnsi="Times New Roman" w:cs="Times New Roman"/>
          <w:color w:val="202124"/>
          <w:sz w:val="28"/>
          <w:szCs w:val="28"/>
          <w:lang w:val="kk-KZ"/>
        </w:rPr>
        <w:t xml:space="preserve">бірлік шеңберінің </w:t>
      </w:r>
      <w:r w:rsidR="00A07FF5" w:rsidRPr="002417EA">
        <w:rPr>
          <w:rFonts w:ascii="Times New Roman" w:hAnsi="Times New Roman" w:cs="Times New Roman"/>
          <w:position w:val="-14"/>
          <w:sz w:val="28"/>
          <w:szCs w:val="28"/>
        </w:rPr>
        <w:object w:dxaOrig="1520" w:dyaOrig="420" w14:anchorId="425A6151">
          <v:shape id="_x0000_i1716" type="#_x0000_t75" style="width:79.1pt;height:20.55pt" o:ole="">
            <v:imagedata r:id="rId1396" o:title=""/>
          </v:shape>
          <o:OLEObject Type="Embed" ProgID="Equation.DSMT4" ShapeID="_x0000_i1716" DrawAspect="Content" ObjectID="_1840332170" r:id="rId1397"/>
        </w:object>
      </w:r>
      <w:r w:rsidR="003A4ABB" w:rsidRPr="002417EA">
        <w:rPr>
          <w:rFonts w:ascii="Times New Roman" w:hAnsi="Times New Roman" w:cs="Times New Roman"/>
          <w:position w:val="-14"/>
          <w:sz w:val="28"/>
          <w:szCs w:val="28"/>
          <w:lang w:val="kk-KZ"/>
        </w:rPr>
        <w:t xml:space="preserve"> </w:t>
      </w:r>
      <w:r w:rsidR="003A4ABB" w:rsidRPr="002417EA">
        <w:rPr>
          <w:rFonts w:ascii="Times New Roman" w:hAnsi="Times New Roman" w:cs="Times New Roman"/>
          <w:color w:val="202124"/>
          <w:sz w:val="28"/>
          <w:szCs w:val="28"/>
          <w:lang w:val="kk-KZ"/>
        </w:rPr>
        <w:t xml:space="preserve">бейнелеуін </w:t>
      </w:r>
      <w:r w:rsidR="00A07FF5" w:rsidRPr="002417EA">
        <w:rPr>
          <w:rFonts w:ascii="Times New Roman" w:hAnsi="Times New Roman" w:cs="Times New Roman"/>
          <w:position w:val="-14"/>
          <w:sz w:val="28"/>
          <w:szCs w:val="28"/>
        </w:rPr>
        <w:object w:dxaOrig="760" w:dyaOrig="420" w14:anchorId="2054291C">
          <v:shape id="_x0000_i1717" type="#_x0000_t75" style="width:38pt;height:20.55pt" o:ole="">
            <v:imagedata r:id="rId1398" o:title=""/>
          </v:shape>
          <o:OLEObject Type="Embed" ProgID="Equation.DSMT4" ShapeID="_x0000_i1717" DrawAspect="Content" ObjectID="_1840332171" r:id="rId1399"/>
        </w:object>
      </w:r>
      <w:r w:rsidR="003A4ABB" w:rsidRPr="002417EA">
        <w:rPr>
          <w:rFonts w:ascii="Times New Roman" w:hAnsi="Times New Roman" w:cs="Times New Roman"/>
          <w:position w:val="-6"/>
          <w:sz w:val="28"/>
          <w:szCs w:val="28"/>
          <w:lang w:val="kk-KZ"/>
        </w:rPr>
        <w:t>,</w:t>
      </w:r>
      <w:r w:rsidR="003A4ABB" w:rsidRPr="002417EA">
        <w:rPr>
          <w:rFonts w:ascii="Times New Roman" w:hAnsi="Times New Roman" w:cs="Times New Roman"/>
          <w:color w:val="202124"/>
          <w:sz w:val="28"/>
          <w:szCs w:val="28"/>
          <w:lang w:val="kk-KZ"/>
        </w:rPr>
        <w:t xml:space="preserve"> мұндағы </w:t>
      </w:r>
      <w:r w:rsidR="00A07FF5" w:rsidRPr="002417EA">
        <w:rPr>
          <w:rFonts w:ascii="Times New Roman" w:hAnsi="Times New Roman" w:cs="Times New Roman"/>
          <w:position w:val="-6"/>
          <w:sz w:val="28"/>
          <w:szCs w:val="28"/>
        </w:rPr>
        <w:object w:dxaOrig="1540" w:dyaOrig="300" w14:anchorId="57B9D1FD">
          <v:shape id="_x0000_i1718" type="#_x0000_t75" style="width:80.7pt;height:15.8pt" o:ole="">
            <v:imagedata r:id="rId1400" o:title=""/>
          </v:shape>
          <o:OLEObject Type="Embed" ProgID="Equation.DSMT4" ShapeID="_x0000_i1718" DrawAspect="Content" ObjectID="_1840332172" r:id="rId1401"/>
        </w:object>
      </w:r>
      <w:r w:rsidR="003A4ABB" w:rsidRPr="002417EA">
        <w:rPr>
          <w:rFonts w:ascii="Times New Roman" w:hAnsi="Times New Roman" w:cs="Times New Roman"/>
          <w:position w:val="-6"/>
          <w:sz w:val="28"/>
          <w:szCs w:val="28"/>
          <w:lang w:val="kk-KZ"/>
        </w:rPr>
        <w:t xml:space="preserve"> </w:t>
      </w:r>
      <w:r w:rsidR="003A4ABB" w:rsidRPr="002417EA">
        <w:rPr>
          <w:rFonts w:ascii="Times New Roman" w:hAnsi="Times New Roman" w:cs="Times New Roman"/>
          <w:color w:val="202124"/>
          <w:sz w:val="28"/>
          <w:szCs w:val="28"/>
          <w:lang w:val="kk-KZ"/>
        </w:rPr>
        <w:t xml:space="preserve">белгілейміз. Әлбетте, </w:t>
      </w:r>
      <w:r w:rsidR="00A07FF5" w:rsidRPr="002417EA">
        <w:rPr>
          <w:rFonts w:ascii="Times New Roman" w:hAnsi="Times New Roman" w:cs="Times New Roman"/>
          <w:position w:val="-6"/>
          <w:sz w:val="28"/>
          <w:szCs w:val="28"/>
        </w:rPr>
        <w:object w:dxaOrig="580" w:dyaOrig="279" w14:anchorId="0EB9C74E">
          <v:shape id="_x0000_i1719" type="#_x0000_t75" style="width:28.5pt;height:15.8pt" o:ole="">
            <v:imagedata r:id="rId1402" o:title=""/>
          </v:shape>
          <o:OLEObject Type="Embed" ProgID="Equation.DSMT4" ShapeID="_x0000_i1719" DrawAspect="Content" ObjectID="_1840332173" r:id="rId1403"/>
        </w:object>
      </w:r>
      <w:r w:rsidR="003A4ABB" w:rsidRPr="002417EA">
        <w:rPr>
          <w:rFonts w:ascii="Times New Roman" w:hAnsi="Times New Roman" w:cs="Times New Roman"/>
          <w:color w:val="202124"/>
          <w:sz w:val="28"/>
          <w:szCs w:val="28"/>
          <w:lang w:val="kk-KZ"/>
        </w:rPr>
        <w:t xml:space="preserve"> үшін бұл бейне бір </w:t>
      </w:r>
      <w:r w:rsidR="00A07FF5" w:rsidRPr="002417EA">
        <w:rPr>
          <w:rFonts w:ascii="Times New Roman" w:hAnsi="Times New Roman" w:cs="Times New Roman"/>
          <w:position w:val="-10"/>
          <w:sz w:val="28"/>
          <w:szCs w:val="28"/>
        </w:rPr>
        <w:object w:dxaOrig="620" w:dyaOrig="340" w14:anchorId="081FC080">
          <v:shape id="_x0000_i1720" type="#_x0000_t75" style="width:28.5pt;height:15.8pt" o:ole="">
            <v:imagedata r:id="rId1404" o:title=""/>
          </v:shape>
          <o:OLEObject Type="Embed" ProgID="Equation.DSMT4" ShapeID="_x0000_i1720" DrawAspect="Content" ObjectID="_1840332174" r:id="rId1405"/>
        </w:object>
      </w:r>
      <w:r w:rsidR="003A4ABB" w:rsidRPr="002417EA">
        <w:rPr>
          <w:rFonts w:ascii="Times New Roman" w:hAnsi="Times New Roman" w:cs="Times New Roman"/>
          <w:position w:val="-10"/>
          <w:sz w:val="28"/>
          <w:szCs w:val="28"/>
          <w:lang w:val="kk-KZ"/>
        </w:rPr>
        <w:t xml:space="preserve"> </w:t>
      </w:r>
      <w:r w:rsidR="003A4ABB" w:rsidRPr="002417EA">
        <w:rPr>
          <w:rFonts w:ascii="Times New Roman" w:hAnsi="Times New Roman" w:cs="Times New Roman"/>
          <w:color w:val="202124"/>
          <w:sz w:val="28"/>
          <w:szCs w:val="28"/>
          <w:lang w:val="kk-KZ"/>
        </w:rPr>
        <w:t xml:space="preserve">нүктесінен тұрады, сондықтан </w:t>
      </w:r>
      <w:r w:rsidR="00A07FF5" w:rsidRPr="002417EA">
        <w:rPr>
          <w:rFonts w:ascii="Times New Roman" w:hAnsi="Times New Roman" w:cs="Times New Roman"/>
          <w:position w:val="-6"/>
          <w:sz w:val="28"/>
          <w:szCs w:val="28"/>
        </w:rPr>
        <w:object w:dxaOrig="580" w:dyaOrig="279" w14:anchorId="452894B7">
          <v:shape id="_x0000_i1721" type="#_x0000_t75" style="width:28.5pt;height:15.8pt" o:ole="">
            <v:imagedata r:id="rId1406" o:title=""/>
          </v:shape>
          <o:OLEObject Type="Embed" ProgID="Equation.DSMT4" ShapeID="_x0000_i1721" DrawAspect="Content" ObjectID="_1840332175" r:id="rId1407"/>
        </w:object>
      </w:r>
      <w:r w:rsidR="003A4ABB" w:rsidRPr="002417EA">
        <w:rPr>
          <w:rFonts w:ascii="Times New Roman" w:hAnsi="Times New Roman" w:cs="Times New Roman"/>
          <w:position w:val="-6"/>
          <w:sz w:val="28"/>
          <w:szCs w:val="28"/>
          <w:lang w:val="kk-KZ"/>
        </w:rPr>
        <w:t xml:space="preserve"> </w:t>
      </w:r>
      <w:r w:rsidR="003A4ABB" w:rsidRPr="002417EA">
        <w:rPr>
          <w:rFonts w:ascii="Times New Roman" w:hAnsi="Times New Roman" w:cs="Times New Roman"/>
          <w:color w:val="202124"/>
          <w:sz w:val="28"/>
          <w:szCs w:val="28"/>
          <w:lang w:val="kk-KZ"/>
        </w:rPr>
        <w:t xml:space="preserve">деп санауға болады. Айталық, </w:t>
      </w:r>
      <w:r w:rsidR="00A07FF5" w:rsidRPr="002417EA">
        <w:rPr>
          <w:rFonts w:ascii="Times New Roman" w:hAnsi="Times New Roman" w:cs="Times New Roman"/>
          <w:position w:val="-12"/>
          <w:sz w:val="28"/>
          <w:szCs w:val="28"/>
        </w:rPr>
        <w:object w:dxaOrig="1040" w:dyaOrig="380" w14:anchorId="40DDFC62">
          <v:shape id="_x0000_i1722" type="#_x0000_t75" style="width:53.8pt;height:18.2pt" o:ole="">
            <v:imagedata r:id="rId1408" o:title=""/>
          </v:shape>
          <o:OLEObject Type="Embed" ProgID="Equation.DSMT4" ShapeID="_x0000_i1722" DrawAspect="Content" ObjectID="_1840332176" r:id="rId1409"/>
        </w:object>
      </w:r>
      <w:r w:rsidR="003A4ABB" w:rsidRPr="002417EA">
        <w:rPr>
          <w:rFonts w:ascii="Times New Roman" w:hAnsi="Times New Roman" w:cs="Times New Roman"/>
          <w:color w:val="202124"/>
          <w:sz w:val="28"/>
          <w:szCs w:val="28"/>
          <w:lang w:val="kk-KZ"/>
        </w:rPr>
        <w:t xml:space="preserve"> және бөлшек- сызықты функцияға өту</w:t>
      </w:r>
    </w:p>
    <w:p w14:paraId="014CA864" w14:textId="77777777" w:rsidR="003A4ABB" w:rsidRPr="002417EA" w:rsidRDefault="003A4ABB" w:rsidP="003A4ABB">
      <w:pPr>
        <w:tabs>
          <w:tab w:val="left" w:pos="3837"/>
        </w:tabs>
        <w:spacing w:after="0" w:line="240" w:lineRule="auto"/>
        <w:rPr>
          <w:rFonts w:ascii="Times New Roman" w:hAnsi="Times New Roman" w:cs="Times New Roman"/>
          <w:position w:val="-28"/>
          <w:sz w:val="28"/>
          <w:szCs w:val="28"/>
          <w:lang w:val="kk-KZ"/>
        </w:rPr>
      </w:pPr>
    </w:p>
    <w:p w14:paraId="74E4ABF6" w14:textId="53513894" w:rsidR="003A4ABB" w:rsidRPr="002417EA" w:rsidRDefault="00A07FF5" w:rsidP="003A4ABB">
      <w:pPr>
        <w:tabs>
          <w:tab w:val="left" w:pos="3837"/>
        </w:tabs>
        <w:spacing w:after="0" w:line="240" w:lineRule="auto"/>
        <w:jc w:val="right"/>
        <w:rPr>
          <w:rFonts w:ascii="Times New Roman" w:hAnsi="Times New Roman" w:cs="Times New Roman"/>
          <w:sz w:val="28"/>
          <w:szCs w:val="28"/>
          <w:lang w:val="kk-KZ"/>
        </w:rPr>
      </w:pPr>
      <w:r w:rsidRPr="002417EA">
        <w:rPr>
          <w:rFonts w:ascii="Times New Roman" w:hAnsi="Times New Roman" w:cs="Times New Roman"/>
          <w:position w:val="-28"/>
          <w:sz w:val="28"/>
          <w:szCs w:val="28"/>
        </w:rPr>
        <w:object w:dxaOrig="1340" w:dyaOrig="720" w14:anchorId="1F281585">
          <v:shape id="_x0000_i1723" type="#_x0000_t75" style="width:67.25pt;height:37.2pt" o:ole="">
            <v:imagedata r:id="rId1410" o:title=""/>
          </v:shape>
          <o:OLEObject Type="Embed" ProgID="Equation.DSMT4" ShapeID="_x0000_i1723" DrawAspect="Content" ObjectID="_1840332177" r:id="rId1411"/>
        </w:object>
      </w:r>
      <w:r w:rsidR="004F565E">
        <w:rPr>
          <w:rFonts w:ascii="Times New Roman" w:hAnsi="Times New Roman" w:cs="Times New Roman"/>
          <w:position w:val="-28"/>
          <w:sz w:val="28"/>
          <w:szCs w:val="28"/>
          <w:lang w:val="kk-KZ"/>
        </w:rPr>
        <w:t xml:space="preserve">                    </w:t>
      </w:r>
      <w:r w:rsidR="003A4ABB" w:rsidRPr="002417EA">
        <w:rPr>
          <w:rFonts w:ascii="Times New Roman" w:hAnsi="Times New Roman" w:cs="Times New Roman"/>
          <w:position w:val="-28"/>
          <w:sz w:val="28"/>
          <w:szCs w:val="28"/>
          <w:lang w:val="kk-KZ"/>
        </w:rPr>
        <w:t xml:space="preserve">          </w:t>
      </w:r>
      <w:r w:rsidR="009850F2" w:rsidRPr="002417EA">
        <w:rPr>
          <w:rFonts w:ascii="Times New Roman" w:hAnsi="Times New Roman" w:cs="Times New Roman"/>
          <w:position w:val="-28"/>
          <w:sz w:val="28"/>
          <w:szCs w:val="28"/>
          <w:lang w:val="kk-KZ"/>
        </w:rPr>
        <w:t xml:space="preserve">               </w:t>
      </w:r>
      <w:r w:rsidR="003A4ABB" w:rsidRPr="002417EA">
        <w:rPr>
          <w:rFonts w:ascii="Times New Roman" w:hAnsi="Times New Roman" w:cs="Times New Roman"/>
          <w:position w:val="-28"/>
          <w:sz w:val="28"/>
          <w:szCs w:val="28"/>
          <w:lang w:val="kk-KZ"/>
        </w:rPr>
        <w:t xml:space="preserve">  </w:t>
      </w:r>
      <w:r w:rsidR="003A4ABB" w:rsidRPr="002417EA">
        <w:rPr>
          <w:rFonts w:ascii="Times New Roman" w:hAnsi="Times New Roman" w:cs="Times New Roman"/>
          <w:sz w:val="28"/>
          <w:szCs w:val="28"/>
          <w:lang w:val="kk-KZ"/>
        </w:rPr>
        <w:t xml:space="preserve"> (1.55)</w:t>
      </w:r>
    </w:p>
    <w:p w14:paraId="03A5FFF2" w14:textId="77777777" w:rsidR="003A4ABB" w:rsidRPr="002417EA" w:rsidRDefault="003A4ABB" w:rsidP="003A4ABB">
      <w:pPr>
        <w:tabs>
          <w:tab w:val="left" w:pos="3837"/>
        </w:tabs>
        <w:spacing w:after="0" w:line="240" w:lineRule="auto"/>
        <w:rPr>
          <w:rFonts w:ascii="Times New Roman" w:hAnsi="Times New Roman" w:cs="Times New Roman"/>
          <w:sz w:val="28"/>
          <w:szCs w:val="28"/>
          <w:lang w:val="kk-KZ"/>
        </w:rPr>
      </w:pPr>
    </w:p>
    <w:p w14:paraId="1258A46F" w14:textId="77777777" w:rsidR="003A4ABB" w:rsidRPr="002417EA" w:rsidRDefault="00A07FF5" w:rsidP="003A4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lang w:val="kk-KZ"/>
        </w:rPr>
      </w:pPr>
      <w:r w:rsidRPr="002417EA">
        <w:rPr>
          <w:rFonts w:ascii="Times New Roman" w:hAnsi="Times New Roman" w:cs="Times New Roman"/>
          <w:position w:val="-14"/>
          <w:sz w:val="28"/>
          <w:szCs w:val="28"/>
        </w:rPr>
        <w:object w:dxaOrig="760" w:dyaOrig="420" w14:anchorId="5FCE4197">
          <v:shape id="_x0000_i1724" type="#_x0000_t75" style="width:38pt;height:20.55pt" o:ole="">
            <v:imagedata r:id="rId1412" o:title=""/>
          </v:shape>
          <o:OLEObject Type="Embed" ProgID="Equation.DSMT4" ShapeID="_x0000_i1724" DrawAspect="Content" ObjectID="_1840332178" r:id="rId1413"/>
        </w:object>
      </w:r>
      <w:r w:rsidR="003A4ABB" w:rsidRPr="002417EA">
        <w:rPr>
          <w:rFonts w:ascii="Times New Roman" w:hAnsi="Times New Roman" w:cs="Times New Roman"/>
          <w:position w:val="-14"/>
          <w:sz w:val="28"/>
          <w:szCs w:val="28"/>
          <w:lang w:val="kk-KZ"/>
        </w:rPr>
        <w:t xml:space="preserve"> </w:t>
      </w:r>
      <w:r w:rsidR="003A4ABB" w:rsidRPr="002417EA">
        <w:rPr>
          <w:rFonts w:ascii="Times New Roman" w:hAnsi="Times New Roman" w:cs="Times New Roman"/>
          <w:color w:val="202124"/>
          <w:sz w:val="28"/>
          <w:szCs w:val="28"/>
          <w:lang w:val="kk-KZ"/>
        </w:rPr>
        <w:t xml:space="preserve">жоғарғы </w:t>
      </w:r>
      <w:r w:rsidR="00360C63" w:rsidRPr="002417EA">
        <w:rPr>
          <w:rFonts w:ascii="Times New Roman" w:hAnsi="Times New Roman" w:cs="Times New Roman"/>
          <w:color w:val="202124"/>
          <w:sz w:val="28"/>
          <w:szCs w:val="28"/>
          <w:lang w:val="kk-KZ"/>
        </w:rPr>
        <w:t xml:space="preserve"> </w:t>
      </w:r>
      <w:r w:rsidR="003A4ABB" w:rsidRPr="002417EA">
        <w:rPr>
          <w:rFonts w:ascii="Times New Roman" w:hAnsi="Times New Roman" w:cs="Times New Roman"/>
          <w:color w:val="202124"/>
          <w:sz w:val="28"/>
          <w:szCs w:val="28"/>
          <w:lang w:val="kk-KZ"/>
        </w:rPr>
        <w:t xml:space="preserve">жарты жазықтықта жатқан шеңбер екеніне көзіміз жеткіземіз. Бұл шеңбер </w:t>
      </w:r>
      <w:r w:rsidRPr="002417EA">
        <w:rPr>
          <w:rFonts w:ascii="Times New Roman" w:hAnsi="Times New Roman" w:cs="Times New Roman"/>
          <w:position w:val="-12"/>
          <w:sz w:val="28"/>
          <w:szCs w:val="28"/>
        </w:rPr>
        <w:object w:dxaOrig="1160" w:dyaOrig="380" w14:anchorId="06B7397E">
          <v:shape id="_x0000_i1725" type="#_x0000_t75" style="width:56.2pt;height:18.2pt" o:ole="">
            <v:imagedata r:id="rId1414" o:title=""/>
          </v:shape>
          <o:OLEObject Type="Embed" ProgID="Equation.DSMT4" ShapeID="_x0000_i1725" DrawAspect="Content" ObjectID="_1840332179" r:id="rId1415"/>
        </w:object>
      </w:r>
      <w:r w:rsidR="003A4ABB" w:rsidRPr="002417EA">
        <w:rPr>
          <w:rFonts w:ascii="Times New Roman" w:hAnsi="Times New Roman" w:cs="Times New Roman"/>
          <w:position w:val="-12"/>
          <w:sz w:val="28"/>
          <w:szCs w:val="28"/>
          <w:lang w:val="kk-KZ"/>
        </w:rPr>
        <w:t xml:space="preserve"> </w:t>
      </w:r>
      <w:r w:rsidR="003A4ABB" w:rsidRPr="002417EA">
        <w:rPr>
          <w:rFonts w:ascii="Times New Roman" w:hAnsi="Times New Roman" w:cs="Times New Roman"/>
          <w:color w:val="202124"/>
          <w:sz w:val="28"/>
          <w:szCs w:val="28"/>
          <w:lang w:val="kk-KZ"/>
        </w:rPr>
        <w:t>нүктелері арқылы өтеді және келесі нүкте оның центрі болады</w:t>
      </w:r>
    </w:p>
    <w:p w14:paraId="6DA8EEAB" w14:textId="77777777" w:rsidR="003A4ABB" w:rsidRPr="002417EA" w:rsidRDefault="003A4ABB" w:rsidP="003A4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lang w:val="kk-KZ"/>
        </w:rPr>
      </w:pPr>
    </w:p>
    <w:p w14:paraId="04D906BE" w14:textId="77294C20" w:rsidR="003A4ABB" w:rsidRPr="002417EA" w:rsidRDefault="00A07FF5" w:rsidP="003A4ABB">
      <w:pPr>
        <w:tabs>
          <w:tab w:val="left" w:pos="3837"/>
        </w:tabs>
        <w:spacing w:after="0" w:line="240" w:lineRule="auto"/>
        <w:jc w:val="right"/>
        <w:rPr>
          <w:rFonts w:ascii="Times New Roman" w:hAnsi="Times New Roman" w:cs="Times New Roman"/>
          <w:sz w:val="28"/>
          <w:szCs w:val="28"/>
          <w:lang w:val="kk-KZ"/>
        </w:rPr>
      </w:pPr>
      <w:r w:rsidRPr="002417EA">
        <w:rPr>
          <w:rFonts w:ascii="Times New Roman" w:hAnsi="Times New Roman" w:cs="Times New Roman"/>
          <w:position w:val="-28"/>
          <w:sz w:val="28"/>
          <w:szCs w:val="28"/>
        </w:rPr>
        <w:object w:dxaOrig="1640" w:dyaOrig="820" w14:anchorId="3E253F03">
          <v:shape id="_x0000_i1726" type="#_x0000_t75" style="width:80.7pt;height:43.5pt" o:ole="">
            <v:imagedata r:id="rId1416" o:title=""/>
          </v:shape>
          <o:OLEObject Type="Embed" ProgID="Equation.DSMT4" ShapeID="_x0000_i1726" DrawAspect="Content" ObjectID="_1840332180" r:id="rId1417"/>
        </w:object>
      </w:r>
      <w:r w:rsidR="004F565E">
        <w:rPr>
          <w:rFonts w:ascii="Times New Roman" w:hAnsi="Times New Roman" w:cs="Times New Roman"/>
          <w:position w:val="-28"/>
          <w:sz w:val="28"/>
          <w:szCs w:val="28"/>
          <w:lang w:val="kk-KZ"/>
        </w:rPr>
        <w:t xml:space="preserve">                 </w:t>
      </w:r>
      <w:r w:rsidR="003A4ABB" w:rsidRPr="002417EA">
        <w:rPr>
          <w:rFonts w:ascii="Times New Roman" w:hAnsi="Times New Roman" w:cs="Times New Roman"/>
          <w:position w:val="-28"/>
          <w:sz w:val="28"/>
          <w:szCs w:val="28"/>
          <w:lang w:val="kk-KZ"/>
        </w:rPr>
        <w:t xml:space="preserve">         </w:t>
      </w:r>
      <w:r w:rsidR="009850F2" w:rsidRPr="002417EA">
        <w:rPr>
          <w:rFonts w:ascii="Times New Roman" w:hAnsi="Times New Roman" w:cs="Times New Roman"/>
          <w:position w:val="-28"/>
          <w:sz w:val="28"/>
          <w:szCs w:val="28"/>
          <w:lang w:val="kk-KZ"/>
        </w:rPr>
        <w:t xml:space="preserve">              </w:t>
      </w:r>
      <w:r w:rsidR="003A4ABB" w:rsidRPr="002417EA">
        <w:rPr>
          <w:rFonts w:ascii="Times New Roman" w:hAnsi="Times New Roman" w:cs="Times New Roman"/>
          <w:position w:val="-28"/>
          <w:sz w:val="28"/>
          <w:szCs w:val="28"/>
          <w:lang w:val="kk-KZ"/>
        </w:rPr>
        <w:t xml:space="preserve">       </w:t>
      </w:r>
      <w:r w:rsidR="003A4ABB" w:rsidRPr="002417EA">
        <w:rPr>
          <w:rFonts w:ascii="Times New Roman" w:hAnsi="Times New Roman" w:cs="Times New Roman"/>
          <w:sz w:val="28"/>
          <w:szCs w:val="28"/>
          <w:lang w:val="kk-KZ"/>
        </w:rPr>
        <w:t xml:space="preserve"> (1.56)</w:t>
      </w:r>
    </w:p>
    <w:p w14:paraId="14E45ACD" w14:textId="77777777" w:rsidR="003A4ABB" w:rsidRPr="002417EA" w:rsidRDefault="003A4ABB" w:rsidP="00360C63">
      <w:pPr>
        <w:tabs>
          <w:tab w:val="left" w:pos="3837"/>
        </w:tabs>
        <w:spacing w:after="0" w:line="240" w:lineRule="auto"/>
        <w:rPr>
          <w:rFonts w:ascii="Times New Roman" w:hAnsi="Times New Roman" w:cs="Times New Roman"/>
          <w:sz w:val="28"/>
          <w:szCs w:val="28"/>
          <w:lang w:val="kk-KZ"/>
        </w:rPr>
      </w:pPr>
    </w:p>
    <w:p w14:paraId="177C31A8" w14:textId="77777777" w:rsidR="003A4ABB" w:rsidRPr="002417EA" w:rsidRDefault="003A4ABB" w:rsidP="003A4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lang w:val="kk-KZ"/>
        </w:rPr>
      </w:pPr>
      <w:r w:rsidRPr="002417EA">
        <w:rPr>
          <w:rFonts w:ascii="Times New Roman" w:hAnsi="Times New Roman" w:cs="Times New Roman"/>
          <w:color w:val="202124"/>
          <w:sz w:val="28"/>
          <w:szCs w:val="28"/>
          <w:lang w:val="kk-KZ"/>
        </w:rPr>
        <w:t>Бұл шеңбер әрқашан ζ = i нүктесін қамтитынын ескеру маңызды. Шынында да,</w:t>
      </w:r>
      <w:r w:rsidRPr="002417EA">
        <w:rPr>
          <w:rFonts w:ascii="Times New Roman" w:hAnsi="Times New Roman" w:cs="Times New Roman"/>
          <w:color w:val="202124"/>
          <w:sz w:val="28"/>
          <w:szCs w:val="28"/>
        </w:rPr>
        <w:t xml:space="preserve"> </w:t>
      </w:r>
      <w:r w:rsidRPr="002417EA">
        <w:rPr>
          <w:rFonts w:ascii="Times New Roman" w:hAnsi="Times New Roman" w:cs="Times New Roman"/>
          <w:color w:val="202124"/>
          <w:sz w:val="28"/>
          <w:szCs w:val="28"/>
          <w:lang w:val="kk-KZ"/>
        </w:rPr>
        <w:t xml:space="preserve">тексеру көрсеткендей, </w:t>
      </w:r>
      <w:r w:rsidR="00A07FF5" w:rsidRPr="002417EA">
        <w:rPr>
          <w:rFonts w:ascii="Times New Roman" w:hAnsi="Times New Roman" w:cs="Times New Roman"/>
          <w:position w:val="-10"/>
          <w:sz w:val="28"/>
          <w:szCs w:val="28"/>
        </w:rPr>
        <w:object w:dxaOrig="2480" w:dyaOrig="340" w14:anchorId="35EF1E52">
          <v:shape id="_x0000_i1727" type="#_x0000_t75" style="width:123.45pt;height:15.8pt" o:ole="">
            <v:imagedata r:id="rId1418" o:title=""/>
          </v:shape>
          <o:OLEObject Type="Embed" ProgID="Equation.DSMT4" ShapeID="_x0000_i1727" DrawAspect="Content" ObjectID="_1840332181" r:id="rId1419"/>
        </w:object>
      </w:r>
      <w:r w:rsidRPr="002417EA">
        <w:rPr>
          <w:rFonts w:ascii="Times New Roman" w:hAnsi="Times New Roman" w:cs="Times New Roman"/>
          <w:color w:val="202124"/>
          <w:sz w:val="28"/>
          <w:szCs w:val="28"/>
          <w:lang w:val="kk-KZ"/>
        </w:rPr>
        <w:t xml:space="preserve"> үшін айырмасы</w:t>
      </w:r>
    </w:p>
    <w:p w14:paraId="1289C2F1" w14:textId="77777777" w:rsidR="003A4ABB" w:rsidRPr="002417EA" w:rsidRDefault="003A4ABB" w:rsidP="003A4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position w:val="-6"/>
          <w:sz w:val="28"/>
          <w:szCs w:val="28"/>
        </w:rPr>
      </w:pPr>
    </w:p>
    <w:p w14:paraId="4A0840E9" w14:textId="77777777" w:rsidR="003A4ABB" w:rsidRPr="002417EA" w:rsidRDefault="00A07FF5" w:rsidP="003A4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position w:val="-22"/>
          <w:sz w:val="28"/>
          <w:szCs w:val="28"/>
          <w:lang w:val="kk-KZ"/>
        </w:rPr>
      </w:pPr>
      <w:r w:rsidRPr="002417EA">
        <w:rPr>
          <w:rFonts w:ascii="Times New Roman" w:hAnsi="Times New Roman" w:cs="Times New Roman"/>
          <w:position w:val="-22"/>
          <w:sz w:val="28"/>
          <w:szCs w:val="28"/>
        </w:rPr>
        <w:object w:dxaOrig="7540" w:dyaOrig="639" w14:anchorId="316B0D87">
          <v:shape id="_x0000_i1728" type="#_x0000_t75" style="width:379pt;height:29.25pt" o:ole="">
            <v:imagedata r:id="rId1420" o:title=""/>
          </v:shape>
          <o:OLEObject Type="Embed" ProgID="Equation.DSMT4" ShapeID="_x0000_i1728" DrawAspect="Content" ObjectID="_1840332182" r:id="rId1421"/>
        </w:object>
      </w:r>
    </w:p>
    <w:p w14:paraId="39AF0EAD" w14:textId="77777777" w:rsidR="003A4ABB" w:rsidRPr="002417EA" w:rsidRDefault="003A4ABB" w:rsidP="003A4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position w:val="-6"/>
          <w:sz w:val="28"/>
          <w:szCs w:val="28"/>
        </w:rPr>
      </w:pPr>
    </w:p>
    <w:p w14:paraId="0BD2C922" w14:textId="77777777" w:rsidR="003A4ABB" w:rsidRPr="002417EA" w:rsidRDefault="003A4ABB" w:rsidP="003A4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position w:val="-6"/>
          <w:sz w:val="28"/>
          <w:szCs w:val="28"/>
          <w:lang w:val="kk-KZ"/>
        </w:rPr>
      </w:pPr>
      <w:r w:rsidRPr="002417EA">
        <w:rPr>
          <w:rFonts w:ascii="Times New Roman" w:hAnsi="Times New Roman" w:cs="Times New Roman"/>
          <w:color w:val="202124"/>
          <w:sz w:val="28"/>
          <w:szCs w:val="28"/>
          <w:lang w:val="kk-KZ"/>
        </w:rPr>
        <w:t xml:space="preserve">оң мәнге сәйкес келеді </w:t>
      </w:r>
      <w:r w:rsidR="00A07FF5" w:rsidRPr="002417EA">
        <w:rPr>
          <w:rFonts w:ascii="Times New Roman" w:hAnsi="Times New Roman" w:cs="Times New Roman"/>
          <w:position w:val="-22"/>
          <w:sz w:val="28"/>
          <w:szCs w:val="28"/>
        </w:rPr>
        <w:object w:dxaOrig="2160" w:dyaOrig="580" w14:anchorId="72F2B06F">
          <v:shape id="_x0000_i1729" type="#_x0000_t75" style="width:110pt;height:28.5pt" o:ole="">
            <v:imagedata r:id="rId1422" o:title=""/>
          </v:shape>
          <o:OLEObject Type="Embed" ProgID="Equation.DSMT4" ShapeID="_x0000_i1729" DrawAspect="Content" ObjectID="_1840332183" r:id="rId1423"/>
        </w:object>
      </w:r>
      <w:r w:rsidRPr="002417EA">
        <w:rPr>
          <w:rFonts w:ascii="Times New Roman" w:hAnsi="Times New Roman" w:cs="Times New Roman"/>
          <w:position w:val="-6"/>
          <w:sz w:val="28"/>
          <w:szCs w:val="28"/>
          <w:lang w:val="kk-KZ"/>
        </w:rPr>
        <w:t>.</w:t>
      </w:r>
    </w:p>
    <w:p w14:paraId="307ADF5D" w14:textId="77777777" w:rsidR="003A4ABB" w:rsidRPr="002417EA" w:rsidRDefault="003A4ABB" w:rsidP="003A4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lang w:val="kk-KZ"/>
        </w:rPr>
      </w:pPr>
      <w:r w:rsidRPr="002417EA">
        <w:rPr>
          <w:rFonts w:ascii="Times New Roman" w:hAnsi="Times New Roman" w:cs="Times New Roman"/>
          <w:b/>
          <w:color w:val="202124"/>
          <w:sz w:val="28"/>
          <w:szCs w:val="28"/>
          <w:lang w:val="kk-KZ"/>
        </w:rPr>
        <w:tab/>
        <w:t xml:space="preserve">Теорема 1.3. </w:t>
      </w:r>
      <w:r w:rsidR="00A07FF5" w:rsidRPr="002417EA">
        <w:rPr>
          <w:rFonts w:ascii="Times New Roman" w:hAnsi="Times New Roman" w:cs="Times New Roman"/>
          <w:position w:val="-12"/>
          <w:sz w:val="28"/>
          <w:szCs w:val="28"/>
        </w:rPr>
        <w:object w:dxaOrig="2940" w:dyaOrig="380" w14:anchorId="63677B99">
          <v:shape id="_x0000_i1730" type="#_x0000_t75" style="width:147.15pt;height:18.2pt" o:ole="">
            <v:imagedata r:id="rId1424" o:title=""/>
          </v:shape>
          <o:OLEObject Type="Embed" ProgID="Equation.DSMT4" ShapeID="_x0000_i1730" DrawAspect="Content" ObjectID="_1840332184" r:id="rId1425"/>
        </w:object>
      </w:r>
      <w:r w:rsidRPr="002417EA">
        <w:rPr>
          <w:rFonts w:ascii="Times New Roman" w:hAnsi="Times New Roman" w:cs="Times New Roman"/>
          <w:color w:val="202124"/>
          <w:sz w:val="28"/>
          <w:szCs w:val="28"/>
          <w:lang w:val="kk-KZ"/>
        </w:rPr>
        <w:t xml:space="preserve">  және натурал </w:t>
      </w:r>
      <w:r w:rsidR="00A07FF5" w:rsidRPr="002417EA">
        <w:rPr>
          <w:rFonts w:ascii="Times New Roman" w:hAnsi="Times New Roman" w:cs="Times New Roman"/>
          <w:position w:val="-4"/>
          <w:sz w:val="28"/>
          <w:szCs w:val="28"/>
        </w:rPr>
        <w:object w:dxaOrig="200" w:dyaOrig="220" w14:anchorId="13FD7E5E">
          <v:shape id="_x0000_i1731" type="#_x0000_t75" style="width:9.5pt;height:11.85pt" o:ole="">
            <v:imagedata r:id="rId1426" o:title=""/>
          </v:shape>
          <o:OLEObject Type="Embed" ProgID="Equation.DSMT4" ShapeID="_x0000_i1731" DrawAspect="Content" ObjectID="_1840332185" r:id="rId1427"/>
        </w:object>
      </w:r>
      <w:r w:rsidRPr="002417EA">
        <w:rPr>
          <w:rFonts w:ascii="Times New Roman" w:hAnsi="Times New Roman" w:cs="Times New Roman"/>
          <w:position w:val="-4"/>
          <w:sz w:val="28"/>
          <w:szCs w:val="28"/>
          <w:lang w:val="kk-KZ"/>
        </w:rPr>
        <w:t xml:space="preserve"> </w:t>
      </w:r>
      <w:r w:rsidRPr="002417EA">
        <w:rPr>
          <w:rFonts w:ascii="Times New Roman" w:hAnsi="Times New Roman" w:cs="Times New Roman"/>
          <w:color w:val="202124"/>
          <w:sz w:val="28"/>
          <w:szCs w:val="28"/>
          <w:lang w:val="kk-KZ"/>
        </w:rPr>
        <w:t>сондай  үлкен етіп таңдалсын</w:t>
      </w:r>
    </w:p>
    <w:p w14:paraId="74D7CD98" w14:textId="77777777" w:rsidR="003A4ABB" w:rsidRPr="002417EA" w:rsidRDefault="003A4ABB" w:rsidP="003A4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lang w:val="kk-KZ"/>
        </w:rPr>
      </w:pPr>
    </w:p>
    <w:p w14:paraId="15F7461E" w14:textId="77777777" w:rsidR="003A4ABB" w:rsidRPr="002417EA" w:rsidRDefault="00A07FF5" w:rsidP="003A4ABB">
      <w:pPr>
        <w:tabs>
          <w:tab w:val="left" w:pos="3837"/>
        </w:tabs>
        <w:spacing w:after="0" w:line="240" w:lineRule="auto"/>
        <w:jc w:val="right"/>
        <w:rPr>
          <w:rFonts w:ascii="Times New Roman" w:hAnsi="Times New Roman" w:cs="Times New Roman"/>
          <w:sz w:val="28"/>
          <w:szCs w:val="28"/>
          <w:lang w:val="kk-KZ"/>
        </w:rPr>
      </w:pPr>
      <w:r w:rsidRPr="002417EA">
        <w:rPr>
          <w:rFonts w:ascii="Times New Roman" w:hAnsi="Times New Roman" w:cs="Times New Roman"/>
          <w:position w:val="-16"/>
          <w:sz w:val="28"/>
          <w:szCs w:val="28"/>
        </w:rPr>
        <w:object w:dxaOrig="5300" w:dyaOrig="499" w14:anchorId="7EE59132">
          <v:shape id="_x0000_i1732" type="#_x0000_t75" style="width:262.7pt;height:25.3pt" o:ole="">
            <v:imagedata r:id="rId1428" o:title=""/>
          </v:shape>
          <o:OLEObject Type="Embed" ProgID="Equation.DSMT4" ShapeID="_x0000_i1732" DrawAspect="Content" ObjectID="_1840332186" r:id="rId1429"/>
        </w:object>
      </w:r>
      <w:r w:rsidR="003A4ABB" w:rsidRPr="002417EA">
        <w:rPr>
          <w:rFonts w:ascii="Times New Roman" w:hAnsi="Times New Roman" w:cs="Times New Roman"/>
          <w:position w:val="-28"/>
          <w:sz w:val="28"/>
          <w:szCs w:val="28"/>
          <w:lang w:val="kk-KZ"/>
        </w:rPr>
        <w:t xml:space="preserve">   </w:t>
      </w:r>
      <w:r w:rsidR="003A4ABB" w:rsidRPr="002417EA">
        <w:rPr>
          <w:rFonts w:ascii="Times New Roman" w:hAnsi="Times New Roman" w:cs="Times New Roman"/>
          <w:position w:val="-28"/>
          <w:sz w:val="28"/>
          <w:szCs w:val="28"/>
        </w:rPr>
        <w:t xml:space="preserve">                  </w:t>
      </w:r>
      <w:r w:rsidR="003A4ABB" w:rsidRPr="002417EA">
        <w:rPr>
          <w:rFonts w:ascii="Times New Roman" w:hAnsi="Times New Roman" w:cs="Times New Roman"/>
          <w:position w:val="-28"/>
          <w:sz w:val="28"/>
          <w:szCs w:val="28"/>
          <w:lang w:val="kk-KZ"/>
        </w:rPr>
        <w:t xml:space="preserve">          </w:t>
      </w:r>
      <w:r w:rsidR="003A4ABB" w:rsidRPr="002417EA">
        <w:rPr>
          <w:rFonts w:ascii="Times New Roman" w:hAnsi="Times New Roman" w:cs="Times New Roman"/>
          <w:sz w:val="28"/>
          <w:szCs w:val="28"/>
        </w:rPr>
        <w:t xml:space="preserve"> </w:t>
      </w:r>
      <w:r w:rsidR="003A4ABB" w:rsidRPr="002417EA">
        <w:rPr>
          <w:rFonts w:ascii="Times New Roman" w:hAnsi="Times New Roman" w:cs="Times New Roman"/>
          <w:sz w:val="28"/>
          <w:szCs w:val="28"/>
          <w:lang w:val="kk-KZ"/>
        </w:rPr>
        <w:t>(</w:t>
      </w:r>
      <w:r w:rsidR="003A4ABB" w:rsidRPr="002417EA">
        <w:rPr>
          <w:rFonts w:ascii="Times New Roman" w:hAnsi="Times New Roman" w:cs="Times New Roman"/>
          <w:sz w:val="28"/>
          <w:szCs w:val="28"/>
        </w:rPr>
        <w:t>1</w:t>
      </w:r>
      <w:r w:rsidR="003A4ABB" w:rsidRPr="002417EA">
        <w:rPr>
          <w:rFonts w:ascii="Times New Roman" w:hAnsi="Times New Roman" w:cs="Times New Roman"/>
          <w:sz w:val="28"/>
          <w:szCs w:val="28"/>
          <w:lang w:val="kk-KZ"/>
        </w:rPr>
        <w:t>.</w:t>
      </w:r>
      <w:r w:rsidR="003A4ABB" w:rsidRPr="002417EA">
        <w:rPr>
          <w:rFonts w:ascii="Times New Roman" w:hAnsi="Times New Roman" w:cs="Times New Roman"/>
          <w:sz w:val="28"/>
          <w:szCs w:val="28"/>
        </w:rPr>
        <w:t>57</w:t>
      </w:r>
      <w:r w:rsidR="003A4ABB" w:rsidRPr="002417EA">
        <w:rPr>
          <w:rFonts w:ascii="Times New Roman" w:hAnsi="Times New Roman" w:cs="Times New Roman"/>
          <w:sz w:val="28"/>
          <w:szCs w:val="28"/>
          <w:lang w:val="kk-KZ"/>
        </w:rPr>
        <w:t>)</w:t>
      </w:r>
    </w:p>
    <w:p w14:paraId="4A49B727" w14:textId="77777777" w:rsidR="003A4ABB" w:rsidRPr="002417EA" w:rsidRDefault="003A4ABB" w:rsidP="003A4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lang w:val="kk-KZ"/>
        </w:rPr>
      </w:pPr>
    </w:p>
    <w:p w14:paraId="09042D3C" w14:textId="77777777" w:rsidR="003A4ABB" w:rsidRPr="002417EA" w:rsidRDefault="003A4ABB" w:rsidP="003A4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lang w:val="kk-KZ"/>
        </w:rPr>
      </w:pPr>
      <w:r w:rsidRPr="002417EA">
        <w:rPr>
          <w:rFonts w:ascii="Times New Roman" w:hAnsi="Times New Roman" w:cs="Times New Roman"/>
          <w:color w:val="202124"/>
          <w:sz w:val="28"/>
          <w:szCs w:val="28"/>
          <w:lang w:val="kk-KZ"/>
        </w:rPr>
        <w:t>көпмүше болып табылады. Онда (1.48) шарты келесі шартпен пара-пар</w:t>
      </w:r>
    </w:p>
    <w:p w14:paraId="00481704" w14:textId="77777777" w:rsidR="003A4ABB" w:rsidRPr="002417EA" w:rsidRDefault="003A4ABB" w:rsidP="003A4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lang w:val="kk-KZ"/>
        </w:rPr>
      </w:pPr>
    </w:p>
    <w:p w14:paraId="68A79B1D" w14:textId="77777777" w:rsidR="003A4ABB" w:rsidRPr="002417EA" w:rsidRDefault="00A07FF5" w:rsidP="003A4ABB">
      <w:pPr>
        <w:tabs>
          <w:tab w:val="left" w:pos="3837"/>
        </w:tabs>
        <w:spacing w:after="0" w:line="240" w:lineRule="auto"/>
        <w:jc w:val="right"/>
        <w:rPr>
          <w:rFonts w:ascii="Times New Roman" w:hAnsi="Times New Roman" w:cs="Times New Roman"/>
          <w:sz w:val="28"/>
          <w:szCs w:val="28"/>
          <w:lang w:val="kk-KZ"/>
        </w:rPr>
      </w:pPr>
      <w:r w:rsidRPr="002417EA">
        <w:rPr>
          <w:rFonts w:ascii="Times New Roman" w:hAnsi="Times New Roman" w:cs="Times New Roman"/>
          <w:position w:val="-14"/>
          <w:sz w:val="28"/>
          <w:szCs w:val="28"/>
        </w:rPr>
        <w:object w:dxaOrig="2480" w:dyaOrig="420" w14:anchorId="48001C15">
          <v:shape id="_x0000_i1733" type="#_x0000_t75" style="width:123.45pt;height:20.55pt" o:ole="">
            <v:imagedata r:id="rId1430" o:title=""/>
          </v:shape>
          <o:OLEObject Type="Embed" ProgID="Equation.DSMT4" ShapeID="_x0000_i1733" DrawAspect="Content" ObjectID="_1840332187" r:id="rId1431"/>
        </w:object>
      </w:r>
      <w:r w:rsidR="003A4ABB" w:rsidRPr="002417EA">
        <w:rPr>
          <w:rFonts w:ascii="Times New Roman" w:hAnsi="Times New Roman" w:cs="Times New Roman"/>
          <w:position w:val="-28"/>
          <w:sz w:val="28"/>
          <w:szCs w:val="28"/>
          <w:lang w:val="kk-KZ"/>
        </w:rPr>
        <w:t xml:space="preserve">                                                        </w:t>
      </w:r>
      <w:r w:rsidR="003A4ABB" w:rsidRPr="002417EA">
        <w:rPr>
          <w:rFonts w:ascii="Times New Roman" w:hAnsi="Times New Roman" w:cs="Times New Roman"/>
          <w:sz w:val="28"/>
          <w:szCs w:val="28"/>
          <w:lang w:val="kk-KZ"/>
        </w:rPr>
        <w:t xml:space="preserve"> (1.58)</w:t>
      </w:r>
    </w:p>
    <w:p w14:paraId="00F69D41" w14:textId="77777777" w:rsidR="003A4ABB" w:rsidRPr="002417EA" w:rsidRDefault="003A4ABB" w:rsidP="003A4ABB">
      <w:pPr>
        <w:tabs>
          <w:tab w:val="left" w:pos="3837"/>
        </w:tabs>
        <w:spacing w:after="0" w:line="240" w:lineRule="auto"/>
        <w:rPr>
          <w:rFonts w:ascii="Times New Roman" w:hAnsi="Times New Roman" w:cs="Times New Roman"/>
          <w:sz w:val="28"/>
          <w:szCs w:val="28"/>
          <w:lang w:val="kk-KZ"/>
        </w:rPr>
      </w:pPr>
    </w:p>
    <w:p w14:paraId="0FFB6FD4" w14:textId="77777777" w:rsidR="003A4ABB" w:rsidRPr="002417EA" w:rsidRDefault="003A4ABB" w:rsidP="003A4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lang w:val="kk-KZ"/>
        </w:rPr>
      </w:pPr>
      <w:r w:rsidRPr="002417EA">
        <w:rPr>
          <w:rFonts w:ascii="Times New Roman" w:hAnsi="Times New Roman" w:cs="Times New Roman"/>
          <w:color w:val="202124"/>
          <w:sz w:val="28"/>
          <w:szCs w:val="28"/>
          <w:lang w:val="kk-KZ"/>
        </w:rPr>
        <w:t xml:space="preserve">Бұл шарт орындалғанда есептегі </w:t>
      </w:r>
      <w:r w:rsidR="00A07FF5" w:rsidRPr="002417EA">
        <w:rPr>
          <w:rFonts w:ascii="Times New Roman" w:hAnsi="Times New Roman" w:cs="Times New Roman"/>
          <w:position w:val="-6"/>
          <w:sz w:val="28"/>
          <w:szCs w:val="28"/>
        </w:rPr>
        <w:object w:dxaOrig="260" w:dyaOrig="240" w14:anchorId="47422147">
          <v:shape id="_x0000_i1734" type="#_x0000_t75" style="width:11.85pt;height:11.85pt" o:ole="">
            <v:imagedata r:id="rId1432" o:title=""/>
          </v:shape>
          <o:OLEObject Type="Embed" ProgID="Equation.DSMT4" ShapeID="_x0000_i1734" DrawAspect="Content" ObjectID="_1840332188" r:id="rId1433"/>
        </w:object>
      </w:r>
      <w:r w:rsidRPr="002417EA">
        <w:rPr>
          <w:rFonts w:ascii="Times New Roman" w:hAnsi="Times New Roman" w:cs="Times New Roman"/>
          <w:color w:val="202124"/>
          <w:sz w:val="28"/>
          <w:szCs w:val="28"/>
          <w:lang w:val="kk-KZ"/>
        </w:rPr>
        <w:t xml:space="preserve"> индексі мына формуламен беріледі</w:t>
      </w:r>
    </w:p>
    <w:p w14:paraId="3BFDC7BF" w14:textId="77777777" w:rsidR="003A4ABB" w:rsidRPr="002417EA" w:rsidRDefault="003A4ABB" w:rsidP="003A4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position w:val="-16"/>
          <w:sz w:val="28"/>
          <w:szCs w:val="28"/>
          <w:lang w:val="kk-KZ"/>
        </w:rPr>
      </w:pPr>
    </w:p>
    <w:p w14:paraId="11E4C46B" w14:textId="77777777" w:rsidR="003A4ABB" w:rsidRPr="002417EA" w:rsidRDefault="00A07FF5" w:rsidP="003A4ABB">
      <w:pPr>
        <w:tabs>
          <w:tab w:val="left" w:pos="3837"/>
        </w:tabs>
        <w:spacing w:after="0" w:line="240" w:lineRule="auto"/>
        <w:jc w:val="right"/>
        <w:rPr>
          <w:rFonts w:ascii="Times New Roman" w:hAnsi="Times New Roman" w:cs="Times New Roman"/>
          <w:sz w:val="28"/>
          <w:szCs w:val="28"/>
          <w:lang w:val="kk-KZ"/>
        </w:rPr>
      </w:pPr>
      <w:r w:rsidRPr="002417EA">
        <w:rPr>
          <w:rFonts w:ascii="Times New Roman" w:hAnsi="Times New Roman" w:cs="Times New Roman"/>
          <w:position w:val="-16"/>
          <w:sz w:val="28"/>
          <w:szCs w:val="28"/>
        </w:rPr>
        <w:object w:dxaOrig="2299" w:dyaOrig="460" w14:anchorId="4F037DDA">
          <v:shape id="_x0000_i1735" type="#_x0000_t75" style="width:114.75pt;height:25.3pt" o:ole="">
            <v:imagedata r:id="rId1434" o:title=""/>
          </v:shape>
          <o:OLEObject Type="Embed" ProgID="Equation.DSMT4" ShapeID="_x0000_i1735" DrawAspect="Content" ObjectID="_1840332189" r:id="rId1435"/>
        </w:object>
      </w:r>
      <w:r w:rsidR="003A4ABB" w:rsidRPr="002417EA">
        <w:rPr>
          <w:rFonts w:ascii="Times New Roman" w:hAnsi="Times New Roman" w:cs="Times New Roman"/>
          <w:position w:val="-28"/>
          <w:sz w:val="28"/>
          <w:szCs w:val="28"/>
          <w:lang w:val="kk-KZ"/>
        </w:rPr>
        <w:t xml:space="preserve">                                                        </w:t>
      </w:r>
      <w:r w:rsidR="003A4ABB" w:rsidRPr="002417EA">
        <w:rPr>
          <w:rFonts w:ascii="Times New Roman" w:hAnsi="Times New Roman" w:cs="Times New Roman"/>
          <w:sz w:val="28"/>
          <w:szCs w:val="28"/>
          <w:lang w:val="kk-KZ"/>
        </w:rPr>
        <w:t xml:space="preserve"> (1.59)</w:t>
      </w:r>
    </w:p>
    <w:p w14:paraId="104FE662" w14:textId="77777777" w:rsidR="003A4ABB" w:rsidRPr="002417EA" w:rsidRDefault="003A4ABB" w:rsidP="003A4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position w:val="-20"/>
          <w:sz w:val="28"/>
          <w:szCs w:val="28"/>
          <w:lang w:val="kk-KZ"/>
        </w:rPr>
      </w:pPr>
    </w:p>
    <w:p w14:paraId="64460934" w14:textId="77777777" w:rsidR="003A4ABB" w:rsidRPr="002417EA" w:rsidRDefault="003A4ABB" w:rsidP="003A4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202124"/>
          <w:sz w:val="28"/>
          <w:szCs w:val="28"/>
          <w:lang w:val="kk-KZ"/>
        </w:rPr>
      </w:pPr>
      <w:r w:rsidRPr="002417EA">
        <w:rPr>
          <w:rFonts w:ascii="Times New Roman" w:hAnsi="Times New Roman" w:cs="Times New Roman"/>
          <w:color w:val="202124"/>
          <w:sz w:val="28"/>
          <w:szCs w:val="28"/>
          <w:lang w:val="kk-KZ"/>
        </w:rPr>
        <w:t xml:space="preserve">мұндағы </w:t>
      </w:r>
      <w:r w:rsidR="00A07FF5" w:rsidRPr="002417EA">
        <w:rPr>
          <w:rFonts w:ascii="Times New Roman" w:hAnsi="Times New Roman" w:cs="Times New Roman"/>
          <w:position w:val="-14"/>
          <w:sz w:val="28"/>
          <w:szCs w:val="28"/>
        </w:rPr>
        <w:object w:dxaOrig="700" w:dyaOrig="420" w14:anchorId="540004F6">
          <v:shape id="_x0000_i1736" type="#_x0000_t75" style="width:37.2pt;height:20.55pt" o:ole="">
            <v:imagedata r:id="rId1436" o:title=""/>
          </v:shape>
          <o:OLEObject Type="Embed" ProgID="Equation.DSMT4" ShapeID="_x0000_i1736" DrawAspect="Content" ObjectID="_1840332190" r:id="rId1437"/>
        </w:object>
      </w:r>
      <w:r w:rsidRPr="002417EA">
        <w:rPr>
          <w:rFonts w:ascii="Times New Roman" w:hAnsi="Times New Roman" w:cs="Times New Roman"/>
          <w:color w:val="202124"/>
          <w:sz w:val="28"/>
          <w:szCs w:val="28"/>
          <w:lang w:val="kk-KZ"/>
        </w:rPr>
        <w:t xml:space="preserve"> келесі көпмүшесінің</w:t>
      </w:r>
      <w:r w:rsidR="00A07FF5" w:rsidRPr="002417EA">
        <w:rPr>
          <w:rFonts w:ascii="Times New Roman" w:hAnsi="Times New Roman" w:cs="Times New Roman"/>
          <w:position w:val="-12"/>
          <w:sz w:val="28"/>
          <w:szCs w:val="28"/>
        </w:rPr>
        <w:object w:dxaOrig="279" w:dyaOrig="380" w14:anchorId="1FCB395F">
          <v:shape id="_x0000_i1737" type="#_x0000_t75" style="width:15.8pt;height:18.2pt" o:ole="">
            <v:imagedata r:id="rId1438" o:title=""/>
          </v:shape>
          <o:OLEObject Type="Embed" ProgID="Equation.DSMT4" ShapeID="_x0000_i1737" DrawAspect="Content" ObjectID="_1840332191" r:id="rId1439"/>
        </w:object>
      </w:r>
      <w:r w:rsidRPr="002417EA">
        <w:rPr>
          <w:rFonts w:ascii="Times New Roman" w:hAnsi="Times New Roman" w:cs="Times New Roman"/>
          <w:color w:val="202124"/>
          <w:sz w:val="28"/>
          <w:szCs w:val="28"/>
          <w:lang w:val="kk-KZ"/>
        </w:rPr>
        <w:t xml:space="preserve"> (олардың еселігін ескере отырып) </w:t>
      </w:r>
      <w:r w:rsidR="00A07FF5" w:rsidRPr="002417EA">
        <w:rPr>
          <w:rFonts w:ascii="Times New Roman" w:hAnsi="Times New Roman" w:cs="Times New Roman"/>
          <w:position w:val="-14"/>
          <w:sz w:val="28"/>
          <w:szCs w:val="28"/>
        </w:rPr>
        <w:object w:dxaOrig="760" w:dyaOrig="420" w14:anchorId="5264A97B">
          <v:shape id="_x0000_i1738" type="#_x0000_t75" style="width:38pt;height:20.55pt" o:ole="">
            <v:imagedata r:id="rId1440" o:title=""/>
          </v:shape>
          <o:OLEObject Type="Embed" ProgID="Equation.DSMT4" ShapeID="_x0000_i1738" DrawAspect="Content" ObjectID="_1840332192" r:id="rId1441"/>
        </w:object>
      </w:r>
      <w:r w:rsidRPr="002417EA">
        <w:rPr>
          <w:rFonts w:ascii="Times New Roman" w:hAnsi="Times New Roman" w:cs="Times New Roman"/>
          <w:position w:val="-14"/>
          <w:sz w:val="28"/>
          <w:szCs w:val="28"/>
          <w:lang w:val="kk-KZ"/>
        </w:rPr>
        <w:t xml:space="preserve">  </w:t>
      </w:r>
      <w:r w:rsidRPr="002417EA">
        <w:rPr>
          <w:rFonts w:ascii="Times New Roman" w:hAnsi="Times New Roman" w:cs="Times New Roman"/>
          <w:color w:val="202124"/>
          <w:sz w:val="28"/>
          <w:szCs w:val="28"/>
          <w:lang w:val="kk-KZ"/>
        </w:rPr>
        <w:t>шеңбердің ішінде жатқан түбірлерінің саны.</w:t>
      </w:r>
    </w:p>
    <w:p w14:paraId="6DDBF44B" w14:textId="77777777" w:rsidR="003A4ABB" w:rsidRPr="002417EA" w:rsidRDefault="003A4ABB" w:rsidP="003A4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lang w:val="kk-KZ"/>
        </w:rPr>
      </w:pPr>
      <w:r w:rsidRPr="002417EA">
        <w:rPr>
          <w:rFonts w:ascii="Times New Roman" w:hAnsi="Times New Roman" w:cs="Times New Roman"/>
          <w:color w:val="202124"/>
          <w:sz w:val="28"/>
          <w:szCs w:val="28"/>
          <w:lang w:val="kk-KZ"/>
        </w:rPr>
        <w:lastRenderedPageBreak/>
        <w:tab/>
      </w:r>
      <w:r w:rsidRPr="002417EA">
        <w:rPr>
          <w:rFonts w:ascii="Times New Roman" w:hAnsi="Times New Roman" w:cs="Times New Roman"/>
          <w:i/>
          <w:color w:val="202124"/>
          <w:sz w:val="28"/>
          <w:szCs w:val="28"/>
          <w:lang w:val="kk-KZ"/>
        </w:rPr>
        <w:t>Дәлелдеу.</w:t>
      </w:r>
      <w:r w:rsidRPr="002417EA">
        <w:rPr>
          <w:rFonts w:ascii="Times New Roman" w:hAnsi="Times New Roman" w:cs="Times New Roman"/>
          <w:color w:val="202124"/>
          <w:sz w:val="28"/>
          <w:szCs w:val="28"/>
          <w:lang w:val="kk-KZ"/>
        </w:rPr>
        <w:t xml:space="preserve"> ω түрлендіруі мен </w:t>
      </w:r>
      <w:r w:rsidR="00A07FF5" w:rsidRPr="002417EA">
        <w:rPr>
          <w:rFonts w:ascii="Times New Roman" w:hAnsi="Times New Roman" w:cs="Times New Roman"/>
          <w:position w:val="-10"/>
          <w:sz w:val="28"/>
          <w:szCs w:val="28"/>
        </w:rPr>
        <w:object w:dxaOrig="1420" w:dyaOrig="340" w14:anchorId="7AC6C7D2">
          <v:shape id="_x0000_i1739" type="#_x0000_t75" style="width:1in;height:15.8pt" o:ole="">
            <v:imagedata r:id="rId1442" o:title=""/>
          </v:shape>
          <o:OLEObject Type="Embed" ProgID="Equation.DSMT4" ShapeID="_x0000_i1739" DrawAspect="Content" ObjectID="_1840332193" r:id="rId1443"/>
        </w:object>
      </w:r>
      <w:r w:rsidRPr="002417EA">
        <w:rPr>
          <w:rFonts w:ascii="Times New Roman" w:hAnsi="Times New Roman" w:cs="Times New Roman"/>
          <w:position w:val="-14"/>
          <w:sz w:val="28"/>
          <w:szCs w:val="28"/>
          <w:lang w:val="kk-KZ"/>
        </w:rPr>
        <w:t xml:space="preserve"> </w:t>
      </w:r>
      <w:r w:rsidR="00A07FF5" w:rsidRPr="002417EA">
        <w:rPr>
          <w:rFonts w:ascii="Times New Roman" w:hAnsi="Times New Roman" w:cs="Times New Roman"/>
          <w:position w:val="-14"/>
          <w:sz w:val="28"/>
          <w:szCs w:val="28"/>
        </w:rPr>
        <w:object w:dxaOrig="2920" w:dyaOrig="420" w14:anchorId="36ECB1F6">
          <v:shape id="_x0000_i1740" type="#_x0000_t75" style="width:146.35pt;height:20.55pt" o:ole="">
            <v:imagedata r:id="rId1444" o:title=""/>
          </v:shape>
          <o:OLEObject Type="Embed" ProgID="Equation.DSMT4" ShapeID="_x0000_i1740" DrawAspect="Content" ObjectID="_1840332194" r:id="rId1445"/>
        </w:object>
      </w:r>
      <w:r w:rsidRPr="002417EA">
        <w:rPr>
          <w:rFonts w:ascii="Times New Roman" w:hAnsi="Times New Roman" w:cs="Times New Roman"/>
          <w:color w:val="202124"/>
          <w:sz w:val="28"/>
          <w:szCs w:val="28"/>
          <w:lang w:val="kk-KZ"/>
        </w:rPr>
        <w:t>коммутативтілігін қолданайық. Сондықтан</w:t>
      </w:r>
    </w:p>
    <w:p w14:paraId="2A37CA5F" w14:textId="77777777" w:rsidR="003A4ABB" w:rsidRPr="002417EA" w:rsidRDefault="003A4ABB" w:rsidP="003A4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lang w:val="kk-KZ"/>
        </w:rPr>
      </w:pPr>
    </w:p>
    <w:p w14:paraId="395B725B" w14:textId="77777777" w:rsidR="003A4ABB" w:rsidRPr="002417EA" w:rsidRDefault="00A07FF5" w:rsidP="003A4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position w:val="-16"/>
          <w:sz w:val="28"/>
          <w:szCs w:val="28"/>
          <w:lang w:val="kk-KZ"/>
        </w:rPr>
      </w:pPr>
      <w:r w:rsidRPr="002417EA">
        <w:rPr>
          <w:rFonts w:ascii="Times New Roman" w:hAnsi="Times New Roman" w:cs="Times New Roman"/>
          <w:position w:val="-16"/>
          <w:sz w:val="28"/>
          <w:szCs w:val="28"/>
        </w:rPr>
        <w:object w:dxaOrig="6580" w:dyaOrig="460" w14:anchorId="3173E8C9">
          <v:shape id="_x0000_i1741" type="#_x0000_t75" style="width:329.95pt;height:25.3pt" o:ole="">
            <v:imagedata r:id="rId1446" o:title=""/>
          </v:shape>
          <o:OLEObject Type="Embed" ProgID="Equation.DSMT4" ShapeID="_x0000_i1741" DrawAspect="Content" ObjectID="_1840332195" r:id="rId1447"/>
        </w:object>
      </w:r>
    </w:p>
    <w:p w14:paraId="043EF0B8" w14:textId="77777777" w:rsidR="003A4ABB" w:rsidRPr="002417EA" w:rsidRDefault="003A4ABB" w:rsidP="003A4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position w:val="-14"/>
          <w:sz w:val="28"/>
          <w:szCs w:val="28"/>
          <w:lang w:val="kk-KZ"/>
        </w:rPr>
      </w:pPr>
    </w:p>
    <w:p w14:paraId="7DA56648" w14:textId="77777777" w:rsidR="003A4ABB" w:rsidRPr="002417EA" w:rsidRDefault="003A4ABB" w:rsidP="003A4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lang w:val="kk-KZ"/>
        </w:rPr>
      </w:pPr>
      <w:r w:rsidRPr="002417EA">
        <w:rPr>
          <w:rFonts w:ascii="Times New Roman" w:hAnsi="Times New Roman" w:cs="Times New Roman"/>
          <w:color w:val="202124"/>
          <w:sz w:val="28"/>
          <w:szCs w:val="28"/>
          <w:lang w:val="kk-KZ"/>
        </w:rPr>
        <w:t xml:space="preserve">(1.57) сәйкес (1.48) шартқа </w:t>
      </w:r>
      <w:r w:rsidR="00A07FF5" w:rsidRPr="002417EA">
        <w:rPr>
          <w:rFonts w:ascii="Times New Roman" w:hAnsi="Times New Roman" w:cs="Times New Roman"/>
          <w:position w:val="-16"/>
          <w:sz w:val="28"/>
          <w:szCs w:val="28"/>
        </w:rPr>
        <w:object w:dxaOrig="2580" w:dyaOrig="460" w14:anchorId="46B62642">
          <v:shape id="_x0000_i1742" type="#_x0000_t75" style="width:128.2pt;height:25.3pt" o:ole="">
            <v:imagedata r:id="rId1448" o:title=""/>
          </v:shape>
          <o:OLEObject Type="Embed" ProgID="Equation.DSMT4" ShapeID="_x0000_i1742" DrawAspect="Content" ObjectID="_1840332196" r:id="rId1449"/>
        </w:object>
      </w:r>
      <w:r w:rsidRPr="002417EA">
        <w:rPr>
          <w:rFonts w:ascii="Times New Roman" w:hAnsi="Times New Roman" w:cs="Times New Roman"/>
          <w:color w:val="202124"/>
          <w:sz w:val="28"/>
          <w:szCs w:val="28"/>
          <w:lang w:val="kk-KZ"/>
        </w:rPr>
        <w:t xml:space="preserve">эквивалентті болып шығады, яғни </w:t>
      </w:r>
      <w:r w:rsidR="00A07FF5" w:rsidRPr="002417EA">
        <w:rPr>
          <w:rFonts w:ascii="Times New Roman" w:hAnsi="Times New Roman" w:cs="Times New Roman"/>
          <w:position w:val="-14"/>
          <w:sz w:val="28"/>
          <w:szCs w:val="28"/>
        </w:rPr>
        <w:object w:dxaOrig="840" w:dyaOrig="420" w14:anchorId="54E69781">
          <v:shape id="_x0000_i1743" type="#_x0000_t75" style="width:43.5pt;height:20.55pt" o:ole="">
            <v:imagedata r:id="rId1450" o:title=""/>
          </v:shape>
          <o:OLEObject Type="Embed" ProgID="Equation.DSMT4" ShapeID="_x0000_i1743" DrawAspect="Content" ObjectID="_1840332197" r:id="rId1451"/>
        </w:object>
      </w:r>
      <w:r w:rsidRPr="002417EA">
        <w:rPr>
          <w:rFonts w:ascii="Times New Roman" w:hAnsi="Times New Roman" w:cs="Times New Roman"/>
          <w:color w:val="202124"/>
          <w:sz w:val="28"/>
          <w:szCs w:val="28"/>
          <w:lang w:val="kk-KZ"/>
        </w:rPr>
        <w:t xml:space="preserve">шеңберінде </w:t>
      </w:r>
      <w:r w:rsidR="00A07FF5" w:rsidRPr="002417EA">
        <w:rPr>
          <w:rFonts w:ascii="Times New Roman" w:hAnsi="Times New Roman" w:cs="Times New Roman"/>
          <w:position w:val="-12"/>
          <w:sz w:val="28"/>
          <w:szCs w:val="28"/>
        </w:rPr>
        <w:object w:dxaOrig="340" w:dyaOrig="380" w14:anchorId="2D4F0E6D">
          <v:shape id="_x0000_i1744" type="#_x0000_t75" style="width:15.8pt;height:18.2pt" o:ole="">
            <v:imagedata r:id="rId1452" o:title=""/>
          </v:shape>
          <o:OLEObject Type="Embed" ProgID="Equation.DSMT4" ShapeID="_x0000_i1744" DrawAspect="Content" ObjectID="_1840332198" r:id="rId1453"/>
        </w:object>
      </w:r>
      <w:r w:rsidRPr="002417EA">
        <w:rPr>
          <w:rFonts w:ascii="Times New Roman" w:hAnsi="Times New Roman" w:cs="Times New Roman"/>
          <w:color w:val="202124"/>
          <w:sz w:val="28"/>
          <w:szCs w:val="28"/>
          <w:lang w:val="kk-KZ"/>
        </w:rPr>
        <w:t xml:space="preserve"> көпмүшесінің </w:t>
      </w:r>
      <w:r w:rsidR="00A07FF5" w:rsidRPr="002417EA">
        <w:rPr>
          <w:rFonts w:ascii="Times New Roman" w:hAnsi="Times New Roman" w:cs="Times New Roman"/>
          <w:position w:val="-16"/>
          <w:sz w:val="28"/>
          <w:szCs w:val="28"/>
        </w:rPr>
        <w:object w:dxaOrig="320" w:dyaOrig="420" w14:anchorId="4CE927EA">
          <v:shape id="_x0000_i1745" type="#_x0000_t75" style="width:15.8pt;height:20.55pt" o:ole="">
            <v:imagedata r:id="rId1454" o:title=""/>
          </v:shape>
          <o:OLEObject Type="Embed" ProgID="Equation.DSMT4" ShapeID="_x0000_i1745" DrawAspect="Content" ObjectID="_1840332199" r:id="rId1455"/>
        </w:object>
      </w:r>
      <w:r w:rsidRPr="002417EA">
        <w:rPr>
          <w:rFonts w:ascii="Times New Roman" w:hAnsi="Times New Roman" w:cs="Times New Roman"/>
          <w:color w:val="202124"/>
          <w:sz w:val="28"/>
          <w:szCs w:val="28"/>
          <w:lang w:val="kk-KZ"/>
        </w:rPr>
        <w:t>түбірінің болмауы. Бұл шарт орындалса:</w:t>
      </w:r>
    </w:p>
    <w:p w14:paraId="4D51D523" w14:textId="77777777" w:rsidR="003A4ABB" w:rsidRPr="002417EA" w:rsidRDefault="003A4ABB" w:rsidP="003A4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lang w:val="kk-KZ"/>
        </w:rPr>
      </w:pPr>
    </w:p>
    <w:p w14:paraId="576A78A7" w14:textId="77777777" w:rsidR="003A4ABB" w:rsidRPr="002417EA" w:rsidRDefault="00A07FF5" w:rsidP="003A4ABB">
      <w:pPr>
        <w:tabs>
          <w:tab w:val="left" w:pos="3837"/>
        </w:tabs>
        <w:spacing w:after="0" w:line="240" w:lineRule="auto"/>
        <w:jc w:val="right"/>
        <w:rPr>
          <w:rFonts w:ascii="Times New Roman" w:hAnsi="Times New Roman" w:cs="Times New Roman"/>
          <w:sz w:val="28"/>
          <w:szCs w:val="28"/>
          <w:lang w:val="kk-KZ"/>
        </w:rPr>
      </w:pPr>
      <w:r w:rsidRPr="002417EA">
        <w:rPr>
          <w:rFonts w:ascii="Times New Roman" w:hAnsi="Times New Roman" w:cs="Times New Roman"/>
          <w:position w:val="-28"/>
          <w:sz w:val="28"/>
          <w:szCs w:val="28"/>
        </w:rPr>
        <w:object w:dxaOrig="6080" w:dyaOrig="720" w14:anchorId="27AD1E51">
          <v:shape id="_x0000_i1746" type="#_x0000_t75" style="width:303.8pt;height:37.2pt" o:ole="">
            <v:imagedata r:id="rId1456" o:title=""/>
          </v:shape>
          <o:OLEObject Type="Embed" ProgID="Equation.DSMT4" ShapeID="_x0000_i1746" DrawAspect="Content" ObjectID="_1840332200" r:id="rId1457"/>
        </w:object>
      </w:r>
      <w:r w:rsidR="003A4ABB" w:rsidRPr="002417EA">
        <w:rPr>
          <w:rFonts w:ascii="Times New Roman" w:hAnsi="Times New Roman" w:cs="Times New Roman"/>
          <w:position w:val="-28"/>
          <w:sz w:val="28"/>
          <w:szCs w:val="28"/>
          <w:lang w:val="kk-KZ"/>
        </w:rPr>
        <w:t xml:space="preserve">                    </w:t>
      </w:r>
      <w:r w:rsidR="003A4ABB" w:rsidRPr="002417EA">
        <w:rPr>
          <w:rFonts w:ascii="Times New Roman" w:hAnsi="Times New Roman" w:cs="Times New Roman"/>
          <w:sz w:val="28"/>
          <w:szCs w:val="28"/>
          <w:lang w:val="kk-KZ"/>
        </w:rPr>
        <w:t xml:space="preserve"> (1.60)</w:t>
      </w:r>
    </w:p>
    <w:p w14:paraId="2AA38FD0" w14:textId="77777777" w:rsidR="003A4ABB" w:rsidRPr="002417EA" w:rsidRDefault="003A4ABB" w:rsidP="003A4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position w:val="-14"/>
          <w:sz w:val="28"/>
          <w:szCs w:val="28"/>
          <w:lang w:val="kk-KZ"/>
        </w:rPr>
      </w:pPr>
    </w:p>
    <w:p w14:paraId="5FD0DCAD" w14:textId="77777777" w:rsidR="003A4ABB" w:rsidRPr="002417EA" w:rsidRDefault="003A4ABB" w:rsidP="003A4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lang w:val="kk-KZ"/>
        </w:rPr>
      </w:pPr>
      <w:r w:rsidRPr="002417EA">
        <w:rPr>
          <w:rFonts w:ascii="Times New Roman" w:hAnsi="Times New Roman" w:cs="Times New Roman"/>
          <w:color w:val="202124"/>
          <w:sz w:val="28"/>
          <w:szCs w:val="28"/>
          <w:lang w:val="kk-KZ"/>
        </w:rPr>
        <w:t xml:space="preserve">Әрі қарай </w:t>
      </w:r>
      <w:r w:rsidR="00A07FF5" w:rsidRPr="002417EA">
        <w:rPr>
          <w:rFonts w:ascii="Times New Roman" w:hAnsi="Times New Roman" w:cs="Times New Roman"/>
          <w:position w:val="-14"/>
          <w:sz w:val="28"/>
          <w:szCs w:val="28"/>
        </w:rPr>
        <w:object w:dxaOrig="800" w:dyaOrig="420" w14:anchorId="3770C8E4">
          <v:shape id="_x0000_i1747" type="#_x0000_t75" style="width:43.5pt;height:20.55pt" o:ole="">
            <v:imagedata r:id="rId1458" o:title=""/>
          </v:shape>
          <o:OLEObject Type="Embed" ProgID="Equation.DSMT4" ShapeID="_x0000_i1747" DrawAspect="Content" ObjectID="_1840332201" r:id="rId1459"/>
        </w:object>
      </w:r>
      <w:r w:rsidRPr="002417EA">
        <w:rPr>
          <w:rFonts w:ascii="Times New Roman" w:hAnsi="Times New Roman" w:cs="Times New Roman"/>
          <w:position w:val="-14"/>
          <w:sz w:val="28"/>
          <w:szCs w:val="28"/>
          <w:lang w:val="kk-KZ"/>
        </w:rPr>
        <w:t xml:space="preserve"> </w:t>
      </w:r>
      <w:r w:rsidRPr="002417EA">
        <w:rPr>
          <w:rFonts w:ascii="Times New Roman" w:hAnsi="Times New Roman" w:cs="Times New Roman"/>
          <w:color w:val="202124"/>
          <w:sz w:val="28"/>
          <w:szCs w:val="28"/>
          <w:lang w:val="kk-KZ"/>
        </w:rPr>
        <w:t xml:space="preserve">мәнін </w:t>
      </w:r>
      <w:r w:rsidR="00A07FF5" w:rsidRPr="002417EA">
        <w:rPr>
          <w:rFonts w:ascii="Times New Roman" w:hAnsi="Times New Roman" w:cs="Times New Roman"/>
          <w:position w:val="-16"/>
          <w:sz w:val="28"/>
          <w:szCs w:val="28"/>
        </w:rPr>
        <w:object w:dxaOrig="760" w:dyaOrig="420" w14:anchorId="7CD7A6E5">
          <v:shape id="_x0000_i1748" type="#_x0000_t75" style="width:38pt;height:20.55pt" o:ole="">
            <v:imagedata r:id="rId1460" o:title=""/>
          </v:shape>
          <o:OLEObject Type="Embed" ProgID="Equation.DSMT4" ShapeID="_x0000_i1748" DrawAspect="Content" ObjectID="_1840332202" r:id="rId1461"/>
        </w:object>
      </w:r>
      <w:r w:rsidRPr="002417EA">
        <w:rPr>
          <w:rFonts w:ascii="Times New Roman" w:hAnsi="Times New Roman" w:cs="Times New Roman"/>
          <w:position w:val="-16"/>
          <w:sz w:val="28"/>
          <w:szCs w:val="28"/>
          <w:lang w:val="kk-KZ"/>
        </w:rPr>
        <w:t xml:space="preserve"> </w:t>
      </w:r>
      <w:r w:rsidRPr="002417EA">
        <w:rPr>
          <w:rFonts w:ascii="Times New Roman" w:hAnsi="Times New Roman" w:cs="Times New Roman"/>
          <w:color w:val="202124"/>
          <w:sz w:val="28"/>
          <w:szCs w:val="28"/>
          <w:lang w:val="kk-KZ"/>
        </w:rPr>
        <w:t>сызықтық көбейтінділеріне жазамыз және байқағанымыздай:</w:t>
      </w:r>
    </w:p>
    <w:p w14:paraId="6AAEC8F0" w14:textId="77777777" w:rsidR="003A4ABB" w:rsidRPr="002417EA" w:rsidRDefault="003A4ABB" w:rsidP="003A4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lang w:val="kk-KZ"/>
        </w:rPr>
      </w:pPr>
    </w:p>
    <w:p w14:paraId="4E5F9533" w14:textId="77777777" w:rsidR="003A4ABB" w:rsidRPr="002417EA" w:rsidRDefault="00A07FF5" w:rsidP="003A4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position w:val="-38"/>
          <w:sz w:val="28"/>
          <w:szCs w:val="28"/>
          <w:lang w:val="kk-KZ"/>
        </w:rPr>
      </w:pPr>
      <w:r w:rsidRPr="002417EA">
        <w:rPr>
          <w:rFonts w:ascii="Times New Roman" w:hAnsi="Times New Roman" w:cs="Times New Roman"/>
          <w:position w:val="-42"/>
          <w:sz w:val="28"/>
          <w:szCs w:val="28"/>
        </w:rPr>
        <w:object w:dxaOrig="5220" w:dyaOrig="980" w14:anchorId="782A97BF">
          <v:shape id="_x0000_i1749" type="#_x0000_t75" style="width:261.9pt;height:46.7pt" o:ole="">
            <v:imagedata r:id="rId1462" o:title=""/>
          </v:shape>
          <o:OLEObject Type="Embed" ProgID="Equation.DSMT4" ShapeID="_x0000_i1749" DrawAspect="Content" ObjectID="_1840332203" r:id="rId1463"/>
        </w:object>
      </w:r>
    </w:p>
    <w:p w14:paraId="43EBA297" w14:textId="77777777" w:rsidR="003A4ABB" w:rsidRPr="002417EA" w:rsidRDefault="003A4ABB" w:rsidP="003A4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position w:val="-14"/>
          <w:sz w:val="28"/>
          <w:szCs w:val="28"/>
        </w:rPr>
      </w:pPr>
    </w:p>
    <w:p w14:paraId="41C94542" w14:textId="77777777" w:rsidR="003A4ABB" w:rsidRPr="002417EA" w:rsidRDefault="003A4ABB" w:rsidP="003A4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202124"/>
          <w:sz w:val="28"/>
          <w:szCs w:val="28"/>
          <w:lang w:val="kk-KZ"/>
        </w:rPr>
      </w:pPr>
      <w:r w:rsidRPr="002417EA">
        <w:rPr>
          <w:rFonts w:ascii="Times New Roman" w:hAnsi="Times New Roman" w:cs="Times New Roman"/>
          <w:color w:val="202124"/>
          <w:sz w:val="28"/>
          <w:szCs w:val="28"/>
          <w:lang w:val="kk-KZ"/>
        </w:rPr>
        <w:t xml:space="preserve">мұндағы </w:t>
      </w:r>
      <w:r w:rsidR="00A07FF5" w:rsidRPr="002417EA">
        <w:rPr>
          <w:rFonts w:ascii="Times New Roman" w:hAnsi="Times New Roman" w:cs="Times New Roman"/>
          <w:position w:val="-14"/>
          <w:sz w:val="28"/>
          <w:szCs w:val="28"/>
        </w:rPr>
        <w:object w:dxaOrig="780" w:dyaOrig="420" w14:anchorId="150C84A2">
          <v:shape id="_x0000_i1750" type="#_x0000_t75" style="width:38pt;height:20.55pt" o:ole="">
            <v:imagedata r:id="rId1464" o:title=""/>
          </v:shape>
          <o:OLEObject Type="Embed" ProgID="Equation.DSMT4" ShapeID="_x0000_i1750" DrawAspect="Content" ObjectID="_1840332204" r:id="rId1465"/>
        </w:object>
      </w:r>
      <w:r w:rsidRPr="002417EA">
        <w:rPr>
          <w:rFonts w:ascii="Times New Roman" w:hAnsi="Times New Roman" w:cs="Times New Roman"/>
          <w:color w:val="202124"/>
          <w:sz w:val="28"/>
          <w:szCs w:val="28"/>
          <w:lang w:val="kk-KZ"/>
        </w:rPr>
        <w:t>шекара</w:t>
      </w:r>
      <w:r w:rsidRPr="002417EA">
        <w:rPr>
          <w:rFonts w:ascii="Times New Roman" w:hAnsi="Times New Roman" w:cs="Times New Roman"/>
          <w:color w:val="202124"/>
          <w:sz w:val="28"/>
          <w:szCs w:val="28"/>
        </w:rPr>
        <w:t>сы</w:t>
      </w:r>
      <w:r w:rsidRPr="002417EA">
        <w:rPr>
          <w:rFonts w:ascii="Times New Roman" w:hAnsi="Times New Roman" w:cs="Times New Roman"/>
          <w:color w:val="202124"/>
          <w:sz w:val="28"/>
          <w:szCs w:val="28"/>
          <w:lang w:val="kk-KZ"/>
        </w:rPr>
        <w:t xml:space="preserve"> </w:t>
      </w:r>
      <w:r w:rsidR="00A07FF5" w:rsidRPr="002417EA">
        <w:rPr>
          <w:rFonts w:ascii="Times New Roman" w:hAnsi="Times New Roman" w:cs="Times New Roman"/>
          <w:position w:val="-14"/>
          <w:sz w:val="28"/>
          <w:szCs w:val="28"/>
        </w:rPr>
        <w:object w:dxaOrig="760" w:dyaOrig="420" w14:anchorId="1C48F346">
          <v:shape id="_x0000_i1751" type="#_x0000_t75" style="width:38pt;height:20.55pt" o:ole="">
            <v:imagedata r:id="rId1466" o:title=""/>
          </v:shape>
          <o:OLEObject Type="Embed" ProgID="Equation.DSMT4" ShapeID="_x0000_i1751" DrawAspect="Content" ObjectID="_1840332205" r:id="rId1467"/>
        </w:object>
      </w:r>
      <w:r w:rsidRPr="002417EA">
        <w:rPr>
          <w:rFonts w:ascii="Times New Roman" w:hAnsi="Times New Roman" w:cs="Times New Roman"/>
          <w:color w:val="202124"/>
          <w:sz w:val="28"/>
          <w:szCs w:val="28"/>
          <w:lang w:val="kk-KZ"/>
        </w:rPr>
        <w:t xml:space="preserve">болатын ашық шеңберді білдіреді. </w:t>
      </w:r>
    </w:p>
    <w:p w14:paraId="6894694E" w14:textId="7290D863" w:rsidR="003A4ABB" w:rsidRPr="002417EA" w:rsidRDefault="009F1246" w:rsidP="003A4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202124"/>
          <w:sz w:val="28"/>
          <w:szCs w:val="28"/>
          <w:lang w:val="kk-KZ"/>
        </w:rPr>
      </w:pPr>
      <w:r w:rsidRPr="009F1246">
        <w:rPr>
          <w:rFonts w:ascii="Times New Roman" w:hAnsi="Times New Roman" w:cs="Times New Roman"/>
          <w:color w:val="202124"/>
          <w:sz w:val="28"/>
          <w:szCs w:val="28"/>
          <w:lang w:val="kk-KZ"/>
        </w:rPr>
        <w:t xml:space="preserve">      </w:t>
      </w:r>
      <w:r w:rsidR="003A4ABB" w:rsidRPr="002417EA">
        <w:rPr>
          <w:rFonts w:ascii="Times New Roman" w:hAnsi="Times New Roman" w:cs="Times New Roman"/>
          <w:color w:val="202124"/>
          <w:sz w:val="28"/>
          <w:szCs w:val="28"/>
          <w:lang w:val="kk-KZ"/>
        </w:rPr>
        <w:t xml:space="preserve">Шынында да, </w:t>
      </w:r>
      <w:r w:rsidR="00A07FF5" w:rsidRPr="002417EA">
        <w:rPr>
          <w:rFonts w:ascii="Times New Roman" w:hAnsi="Times New Roman" w:cs="Times New Roman"/>
          <w:position w:val="-6"/>
          <w:sz w:val="28"/>
          <w:szCs w:val="28"/>
        </w:rPr>
        <w:object w:dxaOrig="620" w:dyaOrig="300" w14:anchorId="35A995A7">
          <v:shape id="_x0000_i1752" type="#_x0000_t75" style="width:28.5pt;height:15.8pt" o:ole="">
            <v:imagedata r:id="rId1468" o:title=""/>
          </v:shape>
          <o:OLEObject Type="Embed" ProgID="Equation.DSMT4" ShapeID="_x0000_i1752" DrawAspect="Content" ObjectID="_1840332206" r:id="rId1469"/>
        </w:object>
      </w:r>
      <w:r w:rsidR="003A4ABB" w:rsidRPr="002417EA">
        <w:rPr>
          <w:rFonts w:ascii="Times New Roman" w:hAnsi="Times New Roman" w:cs="Times New Roman"/>
          <w:color w:val="202124"/>
          <w:sz w:val="28"/>
          <w:szCs w:val="28"/>
          <w:lang w:val="kk-KZ"/>
        </w:rPr>
        <w:t xml:space="preserve"> өскен сайын (1.55) ζ нүктесі сағат тілімен </w:t>
      </w:r>
      <w:r w:rsidR="00A07FF5" w:rsidRPr="002417EA">
        <w:rPr>
          <w:rFonts w:ascii="Times New Roman" w:hAnsi="Times New Roman" w:cs="Times New Roman"/>
          <w:position w:val="-14"/>
          <w:sz w:val="28"/>
          <w:szCs w:val="28"/>
        </w:rPr>
        <w:object w:dxaOrig="760" w:dyaOrig="420" w14:anchorId="45DEFD9C">
          <v:shape id="_x0000_i1753" type="#_x0000_t75" style="width:38pt;height:20.55pt" o:ole="">
            <v:imagedata r:id="rId1470" o:title=""/>
          </v:shape>
          <o:OLEObject Type="Embed" ProgID="Equation.DSMT4" ShapeID="_x0000_i1753" DrawAspect="Content" ObjectID="_1840332207" r:id="rId1471"/>
        </w:object>
      </w:r>
      <w:r w:rsidR="003A4ABB" w:rsidRPr="002417EA">
        <w:rPr>
          <w:rFonts w:ascii="Times New Roman" w:hAnsi="Times New Roman" w:cs="Times New Roman"/>
          <w:color w:val="202124"/>
          <w:sz w:val="28"/>
          <w:szCs w:val="28"/>
          <w:lang w:val="kk-KZ"/>
        </w:rPr>
        <w:t xml:space="preserve">шеңбер бойымен қозғалады. </w:t>
      </w:r>
      <w:r w:rsidR="00A07FF5" w:rsidRPr="002417EA">
        <w:rPr>
          <w:rFonts w:ascii="Times New Roman" w:hAnsi="Times New Roman" w:cs="Times New Roman"/>
          <w:position w:val="-12"/>
          <w:sz w:val="28"/>
          <w:szCs w:val="28"/>
        </w:rPr>
        <w:object w:dxaOrig="1040" w:dyaOrig="380" w14:anchorId="16B430A0">
          <v:shape id="_x0000_i1754" type="#_x0000_t75" style="width:53.8pt;height:18.2pt" o:ole="">
            <v:imagedata r:id="rId1472" o:title=""/>
          </v:shape>
          <o:OLEObject Type="Embed" ProgID="Equation.DSMT4" ShapeID="_x0000_i1754" DrawAspect="Content" ObjectID="_1840332208" r:id="rId1473"/>
        </w:object>
      </w:r>
      <w:r w:rsidR="003A4ABB" w:rsidRPr="002417EA">
        <w:rPr>
          <w:rFonts w:ascii="Times New Roman" w:hAnsi="Times New Roman" w:cs="Times New Roman"/>
          <w:color w:val="202124"/>
          <w:sz w:val="28"/>
          <w:szCs w:val="28"/>
          <w:lang w:val="kk-KZ"/>
        </w:rPr>
        <w:t xml:space="preserve"> болғандықтан, e-ні </w:t>
      </w:r>
      <w:r w:rsidR="00A07FF5" w:rsidRPr="002417EA">
        <w:rPr>
          <w:rFonts w:ascii="Times New Roman" w:hAnsi="Times New Roman" w:cs="Times New Roman"/>
          <w:position w:val="-6"/>
          <w:sz w:val="28"/>
          <w:szCs w:val="28"/>
        </w:rPr>
        <w:object w:dxaOrig="560" w:dyaOrig="240" w14:anchorId="19BA33A2">
          <v:shape id="_x0000_i1755" type="#_x0000_t75" style="width:26.9pt;height:11.85pt" o:ole="">
            <v:imagedata r:id="rId1474" o:title=""/>
          </v:shape>
          <o:OLEObject Type="Embed" ProgID="Equation.DSMT4" ShapeID="_x0000_i1755" DrawAspect="Content" ObjectID="_1840332209" r:id="rId1475"/>
        </w:object>
      </w:r>
      <w:r w:rsidR="003A4ABB" w:rsidRPr="002417EA">
        <w:rPr>
          <w:rFonts w:ascii="Times New Roman" w:hAnsi="Times New Roman" w:cs="Times New Roman"/>
          <w:color w:val="202124"/>
          <w:sz w:val="28"/>
          <w:szCs w:val="28"/>
          <w:lang w:val="kk-KZ"/>
        </w:rPr>
        <w:t xml:space="preserve">ге ауыстырудан ештеңе өзгермейді, осыдан </w:t>
      </w:r>
      <w:r w:rsidR="00A07FF5" w:rsidRPr="002417EA">
        <w:rPr>
          <w:rFonts w:ascii="Times New Roman" w:hAnsi="Times New Roman" w:cs="Times New Roman"/>
          <w:position w:val="-14"/>
          <w:sz w:val="28"/>
          <w:szCs w:val="28"/>
        </w:rPr>
        <w:object w:dxaOrig="1140" w:dyaOrig="420" w14:anchorId="175B8899">
          <v:shape id="_x0000_i1756" type="#_x0000_t75" style="width:56.2pt;height:20.55pt" o:ole="">
            <v:imagedata r:id="rId1476" o:title=""/>
          </v:shape>
          <o:OLEObject Type="Embed" ProgID="Equation.DSMT4" ShapeID="_x0000_i1756" DrawAspect="Content" ObjectID="_1840332210" r:id="rId1477"/>
        </w:object>
      </w:r>
      <w:r w:rsidR="003A4ABB" w:rsidRPr="002417EA">
        <w:rPr>
          <w:rFonts w:ascii="Times New Roman" w:hAnsi="Times New Roman" w:cs="Times New Roman"/>
          <w:position w:val="-14"/>
          <w:sz w:val="28"/>
          <w:szCs w:val="28"/>
          <w:lang w:val="kk-KZ"/>
        </w:rPr>
        <w:t xml:space="preserve"> </w:t>
      </w:r>
      <w:r w:rsidR="003A4ABB" w:rsidRPr="002417EA">
        <w:rPr>
          <w:rFonts w:ascii="Times New Roman" w:hAnsi="Times New Roman" w:cs="Times New Roman"/>
          <w:color w:val="202124"/>
          <w:sz w:val="28"/>
          <w:szCs w:val="28"/>
          <w:lang w:val="kk-KZ"/>
        </w:rPr>
        <w:t xml:space="preserve">сағат тіліне қарсы </w:t>
      </w:r>
      <w:r w:rsidR="00A07FF5" w:rsidRPr="002417EA">
        <w:rPr>
          <w:rFonts w:ascii="Times New Roman" w:hAnsi="Times New Roman" w:cs="Times New Roman"/>
          <w:position w:val="-14"/>
          <w:sz w:val="28"/>
          <w:szCs w:val="28"/>
        </w:rPr>
        <w:object w:dxaOrig="1460" w:dyaOrig="420" w14:anchorId="2D9418A5">
          <v:shape id="_x0000_i1757" type="#_x0000_t75" style="width:1in;height:20.55pt" o:ole="">
            <v:imagedata r:id="rId1478" o:title=""/>
          </v:shape>
          <o:OLEObject Type="Embed" ProgID="Equation.DSMT4" ShapeID="_x0000_i1757" DrawAspect="Content" ObjectID="_1840332211" r:id="rId1479"/>
        </w:object>
      </w:r>
      <w:r w:rsidR="003A4ABB" w:rsidRPr="002417EA">
        <w:rPr>
          <w:rFonts w:ascii="Times New Roman" w:hAnsi="Times New Roman" w:cs="Times New Roman"/>
          <w:color w:val="202124"/>
          <w:sz w:val="28"/>
          <w:szCs w:val="28"/>
          <w:lang w:val="kk-KZ"/>
        </w:rPr>
        <w:t xml:space="preserve"> нүктесі </w:t>
      </w:r>
      <w:r w:rsidR="00A07FF5" w:rsidRPr="002417EA">
        <w:rPr>
          <w:rFonts w:ascii="Times New Roman" w:hAnsi="Times New Roman" w:cs="Times New Roman"/>
          <w:position w:val="-14"/>
          <w:sz w:val="28"/>
          <w:szCs w:val="28"/>
        </w:rPr>
        <w:object w:dxaOrig="760" w:dyaOrig="420" w14:anchorId="25823B39">
          <v:shape id="_x0000_i1758" type="#_x0000_t75" style="width:38pt;height:20.55pt" o:ole="">
            <v:imagedata r:id="rId1480" o:title=""/>
          </v:shape>
          <o:OLEObject Type="Embed" ProgID="Equation.DSMT4" ShapeID="_x0000_i1758" DrawAspect="Content" ObjectID="_1840332212" r:id="rId1481"/>
        </w:object>
      </w:r>
      <w:r w:rsidR="003A4ABB" w:rsidRPr="002417EA">
        <w:rPr>
          <w:rFonts w:ascii="Times New Roman" w:hAnsi="Times New Roman" w:cs="Times New Roman"/>
          <w:color w:val="202124"/>
          <w:sz w:val="28"/>
          <w:szCs w:val="28"/>
          <w:lang w:val="kk-KZ"/>
        </w:rPr>
        <w:t>шеңберін сағат тілімен екі рет айналып өтеді деген қорытындыға келеміз.</w:t>
      </w:r>
      <w:r w:rsidRPr="009F1246">
        <w:rPr>
          <w:rFonts w:ascii="Times New Roman" w:hAnsi="Times New Roman" w:cs="Times New Roman"/>
          <w:color w:val="202124"/>
          <w:sz w:val="28"/>
          <w:szCs w:val="28"/>
          <w:lang w:val="kk-KZ"/>
        </w:rPr>
        <w:t xml:space="preserve"> </w:t>
      </w:r>
      <w:r w:rsidR="003A4ABB" w:rsidRPr="002417EA">
        <w:rPr>
          <w:rFonts w:ascii="Times New Roman" w:hAnsi="Times New Roman" w:cs="Times New Roman"/>
          <w:color w:val="202124"/>
          <w:sz w:val="28"/>
          <w:szCs w:val="28"/>
          <w:lang w:val="kk-KZ"/>
        </w:rPr>
        <w:t>Барлық j бойынша (1.60) теңдіктерін қоссақ, (1.60) сол бөлігі −2</w:t>
      </w:r>
      <w:r w:rsidR="00A07FF5" w:rsidRPr="002417EA">
        <w:rPr>
          <w:rFonts w:ascii="Times New Roman" w:hAnsi="Times New Roman" w:cs="Times New Roman"/>
          <w:position w:val="-14"/>
          <w:sz w:val="28"/>
          <w:szCs w:val="28"/>
        </w:rPr>
        <w:object w:dxaOrig="700" w:dyaOrig="420" w14:anchorId="1026C5EA">
          <v:shape id="_x0000_i1759" type="#_x0000_t75" style="width:37.2pt;height:20.55pt" o:ole="">
            <v:imagedata r:id="rId1482" o:title=""/>
          </v:shape>
          <o:OLEObject Type="Embed" ProgID="Equation.DSMT4" ShapeID="_x0000_i1759" DrawAspect="Content" ObjectID="_1840332213" r:id="rId1483"/>
        </w:object>
      </w:r>
      <w:r w:rsidR="003A4ABB" w:rsidRPr="002417EA">
        <w:rPr>
          <w:rFonts w:ascii="Times New Roman" w:hAnsi="Times New Roman" w:cs="Times New Roman"/>
          <w:color w:val="202124"/>
          <w:sz w:val="28"/>
          <w:szCs w:val="28"/>
          <w:lang w:val="kk-KZ"/>
        </w:rPr>
        <w:t xml:space="preserve"> сәйкес келеді деген қорытындыға келеміз. Демек, </w:t>
      </w:r>
      <w:r w:rsidR="00A07FF5" w:rsidRPr="002417EA">
        <w:rPr>
          <w:rFonts w:ascii="Times New Roman" w:hAnsi="Times New Roman" w:cs="Times New Roman"/>
          <w:position w:val="-12"/>
          <w:sz w:val="28"/>
          <w:szCs w:val="28"/>
        </w:rPr>
        <w:object w:dxaOrig="1020" w:dyaOrig="380" w14:anchorId="3A834B12">
          <v:shape id="_x0000_i1760" type="#_x0000_t75" style="width:51.45pt;height:18.2pt" o:ole="">
            <v:imagedata r:id="rId1484" o:title=""/>
          </v:shape>
          <o:OLEObject Type="Embed" ProgID="Equation.DSMT4" ShapeID="_x0000_i1760" DrawAspect="Content" ObjectID="_1840332214" r:id="rId1485"/>
        </w:object>
      </w:r>
      <w:r w:rsidR="003A4ABB" w:rsidRPr="002417EA">
        <w:rPr>
          <w:rFonts w:ascii="Times New Roman" w:hAnsi="Times New Roman" w:cs="Times New Roman"/>
          <w:color w:val="202124"/>
          <w:sz w:val="28"/>
          <w:szCs w:val="28"/>
          <w:lang w:val="kk-KZ"/>
        </w:rPr>
        <w:t xml:space="preserve"> үшін (1.50) формуласына (1.59) түрленуі тео</w:t>
      </w:r>
      <w:r>
        <w:rPr>
          <w:rFonts w:ascii="Times New Roman" w:hAnsi="Times New Roman" w:cs="Times New Roman"/>
          <w:color w:val="202124"/>
          <w:sz w:val="28"/>
          <w:szCs w:val="28"/>
          <w:lang w:val="kk-KZ"/>
        </w:rPr>
        <w:t xml:space="preserve">реманының дәлелдеуін аяқтайды. </w:t>
      </w:r>
      <w:r w:rsidRPr="009F1246">
        <w:rPr>
          <w:rFonts w:ascii="Times New Roman" w:hAnsi="Times New Roman" w:cs="Times New Roman"/>
          <w:color w:val="202124"/>
          <w:sz w:val="28"/>
          <w:szCs w:val="28"/>
          <w:lang w:val="kk-KZ"/>
        </w:rPr>
        <w:t xml:space="preserve"> </w:t>
      </w:r>
      <w:r w:rsidR="00A07FF5" w:rsidRPr="002417EA">
        <w:rPr>
          <w:rFonts w:ascii="Times New Roman" w:hAnsi="Times New Roman" w:cs="Times New Roman"/>
          <w:position w:val="-12"/>
          <w:sz w:val="28"/>
          <w:szCs w:val="28"/>
        </w:rPr>
        <w:object w:dxaOrig="1780" w:dyaOrig="380" w14:anchorId="59E3B9B2">
          <v:shape id="_x0000_i1761" type="#_x0000_t75" style="width:87.8pt;height:18.2pt" o:ole="">
            <v:imagedata r:id="rId1486" o:title=""/>
          </v:shape>
          <o:OLEObject Type="Embed" ProgID="Equation.DSMT4" ShapeID="_x0000_i1761" DrawAspect="Content" ObjectID="_1840332215" r:id="rId1487"/>
        </w:object>
      </w:r>
      <w:r w:rsidR="003A4ABB" w:rsidRPr="002417EA">
        <w:rPr>
          <w:rFonts w:ascii="Times New Roman" w:hAnsi="Times New Roman" w:cs="Times New Roman"/>
          <w:color w:val="202124"/>
          <w:sz w:val="28"/>
          <w:szCs w:val="28"/>
          <w:lang w:val="kk-KZ"/>
        </w:rPr>
        <w:t xml:space="preserve"> белгіленген мәндері үшін ғана </w:t>
      </w:r>
      <w:r w:rsidR="00A07FF5" w:rsidRPr="002417EA">
        <w:rPr>
          <w:rFonts w:ascii="Times New Roman" w:hAnsi="Times New Roman" w:cs="Times New Roman"/>
          <w:position w:val="-14"/>
          <w:sz w:val="28"/>
          <w:szCs w:val="28"/>
        </w:rPr>
        <w:object w:dxaOrig="1340" w:dyaOrig="420" w14:anchorId="1057B86F">
          <v:shape id="_x0000_i1762" type="#_x0000_t75" style="width:67.25pt;height:20.55pt" o:ole="">
            <v:imagedata r:id="rId1488" o:title=""/>
          </v:shape>
          <o:OLEObject Type="Embed" ProgID="Equation.DSMT4" ShapeID="_x0000_i1762" DrawAspect="Content" ObjectID="_1840332216" r:id="rId1489"/>
        </w:object>
      </w:r>
      <w:r w:rsidR="003A4ABB" w:rsidRPr="002417EA">
        <w:rPr>
          <w:rFonts w:ascii="Times New Roman" w:hAnsi="Times New Roman" w:cs="Times New Roman"/>
          <w:color w:val="202124"/>
          <w:sz w:val="28"/>
          <w:szCs w:val="28"/>
          <w:lang w:val="kk-KZ"/>
        </w:rPr>
        <w:t xml:space="preserve"> функциясы сызықтық-бөлшектің жоғарғы жарты жазықтыққа өзіне-өзін түрлендіруін береді. </w:t>
      </w:r>
      <w:r w:rsidR="00A07FF5" w:rsidRPr="002417EA">
        <w:rPr>
          <w:rFonts w:ascii="Times New Roman" w:hAnsi="Times New Roman" w:cs="Times New Roman"/>
          <w:position w:val="-20"/>
          <w:sz w:val="28"/>
          <w:szCs w:val="28"/>
        </w:rPr>
        <w:object w:dxaOrig="1380" w:dyaOrig="540" w14:anchorId="104B3AD7">
          <v:shape id="_x0000_i1763" type="#_x0000_t75" style="width:68.85pt;height:27.7pt" o:ole="">
            <v:imagedata r:id="rId1490" o:title=""/>
          </v:shape>
          <o:OLEObject Type="Embed" ProgID="Equation.DSMT4" ShapeID="_x0000_i1763" DrawAspect="Content" ObjectID="_1840332217" r:id="rId1491"/>
        </w:object>
      </w:r>
      <w:r w:rsidR="003A4ABB" w:rsidRPr="002417EA">
        <w:rPr>
          <w:rFonts w:ascii="Times New Roman" w:hAnsi="Times New Roman" w:cs="Times New Roman"/>
          <w:color w:val="202124"/>
          <w:sz w:val="28"/>
          <w:szCs w:val="28"/>
          <w:lang w:val="kk-KZ"/>
        </w:rPr>
        <w:t xml:space="preserve"> түрленуі болып табылады, сондықтан </w:t>
      </w:r>
      <w:r w:rsidR="00A07FF5" w:rsidRPr="002417EA">
        <w:rPr>
          <w:rFonts w:ascii="Times New Roman" w:hAnsi="Times New Roman" w:cs="Times New Roman"/>
          <w:position w:val="-12"/>
          <w:sz w:val="28"/>
          <w:szCs w:val="28"/>
        </w:rPr>
        <w:object w:dxaOrig="279" w:dyaOrig="380" w14:anchorId="311D0CA5">
          <v:shape id="_x0000_i1764" type="#_x0000_t75" style="width:15.8pt;height:18.2pt" o:ole="">
            <v:imagedata r:id="rId1492" o:title=""/>
          </v:shape>
          <o:OLEObject Type="Embed" ProgID="Equation.DSMT4" ShapeID="_x0000_i1764" DrawAspect="Content" ObjectID="_1840332218" r:id="rId1493"/>
        </w:object>
      </w:r>
      <w:r w:rsidR="003A4ABB" w:rsidRPr="002417EA">
        <w:rPr>
          <w:rFonts w:ascii="Times New Roman" w:hAnsi="Times New Roman" w:cs="Times New Roman"/>
          <w:color w:val="202124"/>
          <w:sz w:val="28"/>
          <w:szCs w:val="28"/>
          <w:lang w:val="kk-KZ"/>
        </w:rPr>
        <w:t xml:space="preserve"> көпмүшесінің </w:t>
      </w:r>
      <w:r w:rsidR="00A07FF5" w:rsidRPr="002417EA">
        <w:rPr>
          <w:rFonts w:ascii="Times New Roman" w:hAnsi="Times New Roman" w:cs="Times New Roman"/>
          <w:position w:val="-16"/>
          <w:sz w:val="28"/>
          <w:szCs w:val="28"/>
        </w:rPr>
        <w:object w:dxaOrig="320" w:dyaOrig="420" w14:anchorId="427AD4CE">
          <v:shape id="_x0000_i1765" type="#_x0000_t75" style="width:15.8pt;height:20.55pt" o:ole="">
            <v:imagedata r:id="rId1494" o:title=""/>
          </v:shape>
          <o:OLEObject Type="Embed" ProgID="Equation.DSMT4" ShapeID="_x0000_i1765" DrawAspect="Content" ObjectID="_1840332219" r:id="rId1495"/>
        </w:object>
      </w:r>
      <w:r w:rsidR="003A4ABB" w:rsidRPr="002417EA">
        <w:rPr>
          <w:rFonts w:ascii="Times New Roman" w:hAnsi="Times New Roman" w:cs="Times New Roman"/>
          <w:color w:val="202124"/>
          <w:sz w:val="28"/>
          <w:szCs w:val="28"/>
          <w:lang w:val="kk-KZ"/>
        </w:rPr>
        <w:t xml:space="preserve"> түбірлерінің бірі </w:t>
      </w:r>
      <w:r w:rsidR="00A07FF5" w:rsidRPr="002417EA">
        <w:rPr>
          <w:rFonts w:ascii="Times New Roman" w:hAnsi="Times New Roman" w:cs="Times New Roman"/>
          <w:position w:val="-14"/>
          <w:sz w:val="28"/>
          <w:szCs w:val="28"/>
        </w:rPr>
        <w:object w:dxaOrig="760" w:dyaOrig="420" w14:anchorId="7D42CBE2">
          <v:shape id="_x0000_i1766" type="#_x0000_t75" style="width:38pt;height:20.55pt" o:ole="">
            <v:imagedata r:id="rId1496" o:title=""/>
          </v:shape>
          <o:OLEObject Type="Embed" ProgID="Equation.DSMT4" ShapeID="_x0000_i1766" DrawAspect="Content" ObjectID="_1840332220" r:id="rId1497"/>
        </w:object>
      </w:r>
      <w:r w:rsidR="003A4ABB" w:rsidRPr="002417EA">
        <w:rPr>
          <w:rFonts w:ascii="Times New Roman" w:hAnsi="Times New Roman" w:cs="Times New Roman"/>
          <w:color w:val="202124"/>
          <w:sz w:val="28"/>
          <w:szCs w:val="28"/>
          <w:lang w:val="kk-KZ"/>
        </w:rPr>
        <w:t xml:space="preserve">-де жатады, сонда тек сонда ғана, егер </w:t>
      </w:r>
      <w:r w:rsidR="00A07FF5" w:rsidRPr="002417EA">
        <w:rPr>
          <w:rFonts w:ascii="Times New Roman" w:hAnsi="Times New Roman" w:cs="Times New Roman"/>
          <w:position w:val="-20"/>
          <w:sz w:val="28"/>
          <w:szCs w:val="28"/>
        </w:rPr>
        <w:object w:dxaOrig="1440" w:dyaOrig="540" w14:anchorId="06949045">
          <v:shape id="_x0000_i1767" type="#_x0000_t75" style="width:1in;height:27.7pt" o:ole="">
            <v:imagedata r:id="rId1498" o:title=""/>
          </v:shape>
          <o:OLEObject Type="Embed" ProgID="Equation.DSMT4" ShapeID="_x0000_i1767" DrawAspect="Content" ObjectID="_1840332221" r:id="rId1499"/>
        </w:object>
      </w:r>
      <w:r w:rsidR="003A4ABB" w:rsidRPr="002417EA">
        <w:rPr>
          <w:rFonts w:ascii="Times New Roman" w:hAnsi="Times New Roman" w:cs="Times New Roman"/>
          <w:color w:val="202124"/>
          <w:sz w:val="28"/>
          <w:szCs w:val="28"/>
          <w:lang w:val="kk-KZ"/>
        </w:rPr>
        <w:t xml:space="preserve"> болса, яғни, </w:t>
      </w:r>
      <w:r w:rsidR="00A07FF5" w:rsidRPr="002417EA">
        <w:rPr>
          <w:rFonts w:ascii="Times New Roman" w:hAnsi="Times New Roman" w:cs="Times New Roman"/>
          <w:position w:val="-6"/>
          <w:sz w:val="28"/>
          <w:szCs w:val="28"/>
        </w:rPr>
        <w:object w:dxaOrig="220" w:dyaOrig="240" w14:anchorId="0C6F6197">
          <v:shape id="_x0000_i1768" type="#_x0000_t75" style="width:11.85pt;height:11.85pt" o:ole="">
            <v:imagedata r:id="rId1500" o:title=""/>
          </v:shape>
          <o:OLEObject Type="Embed" ProgID="Equation.DSMT4" ShapeID="_x0000_i1768" DrawAspect="Content" ObjectID="_1840332222" r:id="rId1501"/>
        </w:object>
      </w:r>
      <w:r w:rsidR="003A4ABB" w:rsidRPr="002417EA">
        <w:rPr>
          <w:rFonts w:ascii="Times New Roman" w:hAnsi="Times New Roman" w:cs="Times New Roman"/>
          <w:color w:val="202124"/>
          <w:sz w:val="28"/>
          <w:szCs w:val="28"/>
          <w:lang w:val="kk-KZ"/>
        </w:rPr>
        <w:t xml:space="preserve"> жатса </w:t>
      </w:r>
      <w:r w:rsidR="00A07FF5" w:rsidRPr="002417EA">
        <w:rPr>
          <w:rFonts w:ascii="Times New Roman" w:hAnsi="Times New Roman" w:cs="Times New Roman"/>
          <w:position w:val="-18"/>
          <w:sz w:val="28"/>
          <w:szCs w:val="28"/>
        </w:rPr>
        <w:object w:dxaOrig="880" w:dyaOrig="499" w14:anchorId="27FF8C03">
          <v:shape id="_x0000_i1769" type="#_x0000_t75" style="width:44.3pt;height:25.3pt" o:ole="">
            <v:imagedata r:id="rId1502" o:title=""/>
          </v:shape>
          <o:OLEObject Type="Embed" ProgID="Equation.DSMT4" ShapeID="_x0000_i1769" DrawAspect="Content" ObjectID="_1840332223" r:id="rId1503"/>
        </w:object>
      </w:r>
      <w:r w:rsidR="003A4ABB" w:rsidRPr="002417EA">
        <w:rPr>
          <w:rFonts w:ascii="Times New Roman" w:hAnsi="Times New Roman" w:cs="Times New Roman"/>
          <w:color w:val="202124"/>
          <w:sz w:val="28"/>
          <w:szCs w:val="28"/>
          <w:lang w:val="kk-KZ"/>
        </w:rPr>
        <w:t>. Сондықтан (1.58) шартын мына түрде де жазуға болады</w:t>
      </w:r>
    </w:p>
    <w:p w14:paraId="2098C402" w14:textId="77777777" w:rsidR="003A4ABB" w:rsidRPr="002417EA" w:rsidRDefault="003A4ABB" w:rsidP="003A4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lang w:val="kk-KZ"/>
        </w:rPr>
      </w:pPr>
    </w:p>
    <w:p w14:paraId="1FA43F12" w14:textId="77777777" w:rsidR="003A4ABB" w:rsidRPr="002417EA" w:rsidRDefault="00A07FF5" w:rsidP="003A4ABB">
      <w:pPr>
        <w:tabs>
          <w:tab w:val="left" w:pos="3837"/>
        </w:tabs>
        <w:spacing w:after="0" w:line="240" w:lineRule="auto"/>
        <w:jc w:val="right"/>
        <w:rPr>
          <w:rFonts w:ascii="Times New Roman" w:hAnsi="Times New Roman" w:cs="Times New Roman"/>
          <w:sz w:val="28"/>
          <w:szCs w:val="28"/>
          <w:lang w:val="kk-KZ"/>
        </w:rPr>
      </w:pPr>
      <w:r w:rsidRPr="002417EA">
        <w:rPr>
          <w:rFonts w:ascii="Times New Roman" w:hAnsi="Times New Roman" w:cs="Times New Roman"/>
          <w:position w:val="-18"/>
          <w:sz w:val="28"/>
          <w:szCs w:val="28"/>
        </w:rPr>
        <w:object w:dxaOrig="1700" w:dyaOrig="499" w14:anchorId="11AB24BC">
          <v:shape id="_x0000_i1770" type="#_x0000_t75" style="width:83.85pt;height:25.3pt" o:ole="">
            <v:imagedata r:id="rId1504" o:title=""/>
          </v:shape>
          <o:OLEObject Type="Embed" ProgID="Equation.DSMT4" ShapeID="_x0000_i1770" DrawAspect="Content" ObjectID="_1840332224" r:id="rId1505"/>
        </w:object>
      </w:r>
      <w:r w:rsidR="003A4ABB" w:rsidRPr="002417EA">
        <w:rPr>
          <w:rFonts w:ascii="Times New Roman" w:hAnsi="Times New Roman" w:cs="Times New Roman"/>
          <w:position w:val="-20"/>
          <w:sz w:val="28"/>
          <w:szCs w:val="28"/>
          <w:lang w:val="kk-KZ"/>
        </w:rPr>
        <w:t xml:space="preserve">                                         </w:t>
      </w:r>
      <w:r w:rsidR="003A4ABB" w:rsidRPr="002417EA">
        <w:rPr>
          <w:rFonts w:ascii="Times New Roman" w:hAnsi="Times New Roman" w:cs="Times New Roman"/>
          <w:position w:val="-28"/>
          <w:sz w:val="28"/>
          <w:szCs w:val="28"/>
          <w:lang w:val="kk-KZ"/>
        </w:rPr>
        <w:t xml:space="preserve">             </w:t>
      </w:r>
      <w:r w:rsidR="003A4ABB" w:rsidRPr="002417EA">
        <w:rPr>
          <w:rFonts w:ascii="Times New Roman" w:hAnsi="Times New Roman" w:cs="Times New Roman"/>
          <w:sz w:val="28"/>
          <w:szCs w:val="28"/>
          <w:lang w:val="kk-KZ"/>
        </w:rPr>
        <w:t xml:space="preserve"> (1.61)</w:t>
      </w:r>
    </w:p>
    <w:p w14:paraId="7B144DCF" w14:textId="77777777" w:rsidR="003A4ABB" w:rsidRPr="002417EA" w:rsidRDefault="003A4ABB" w:rsidP="003A4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position w:val="-14"/>
          <w:sz w:val="28"/>
          <w:szCs w:val="28"/>
          <w:lang w:val="kk-KZ"/>
        </w:rPr>
      </w:pPr>
    </w:p>
    <w:p w14:paraId="54F9E7D9" w14:textId="77777777" w:rsidR="003A4ABB" w:rsidRPr="002417EA" w:rsidRDefault="003A4ABB" w:rsidP="003A4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202124"/>
          <w:sz w:val="28"/>
          <w:szCs w:val="28"/>
          <w:lang w:val="kk-KZ"/>
        </w:rPr>
      </w:pPr>
      <w:r w:rsidRPr="002417EA">
        <w:rPr>
          <w:rFonts w:ascii="Times New Roman" w:hAnsi="Times New Roman" w:cs="Times New Roman"/>
          <w:color w:val="202124"/>
          <w:sz w:val="28"/>
          <w:szCs w:val="28"/>
          <w:lang w:val="kk-KZ"/>
        </w:rPr>
        <w:t xml:space="preserve">мұндағы бірігу жоғарғы жарты жазықтықтығындағы </w:t>
      </w:r>
      <w:r w:rsidR="00A07FF5" w:rsidRPr="002417EA">
        <w:rPr>
          <w:rFonts w:ascii="Times New Roman" w:hAnsi="Times New Roman" w:cs="Times New Roman"/>
          <w:position w:val="-12"/>
          <w:sz w:val="28"/>
          <w:szCs w:val="28"/>
        </w:rPr>
        <w:object w:dxaOrig="279" w:dyaOrig="380" w14:anchorId="6DAD0B5F">
          <v:shape id="_x0000_i1771" type="#_x0000_t75" style="width:15.8pt;height:18.2pt" o:ole="">
            <v:imagedata r:id="rId1506" o:title=""/>
          </v:shape>
          <o:OLEObject Type="Embed" ProgID="Equation.DSMT4" ShapeID="_x0000_i1771" DrawAspect="Content" ObjectID="_1840332225" r:id="rId1507"/>
        </w:object>
      </w:r>
      <w:r w:rsidRPr="002417EA">
        <w:rPr>
          <w:rFonts w:ascii="Times New Roman" w:hAnsi="Times New Roman" w:cs="Times New Roman"/>
          <w:color w:val="202124"/>
          <w:sz w:val="28"/>
          <w:szCs w:val="28"/>
          <w:lang w:val="kk-KZ"/>
        </w:rPr>
        <w:t xml:space="preserve"> көпмүшесінің </w:t>
      </w:r>
      <w:r w:rsidR="00A07FF5" w:rsidRPr="002417EA">
        <w:rPr>
          <w:rFonts w:ascii="Times New Roman" w:hAnsi="Times New Roman" w:cs="Times New Roman"/>
          <w:position w:val="-16"/>
          <w:sz w:val="28"/>
          <w:szCs w:val="28"/>
        </w:rPr>
        <w:object w:dxaOrig="320" w:dyaOrig="420" w14:anchorId="229A3BDE">
          <v:shape id="_x0000_i1772" type="#_x0000_t75" style="width:15.8pt;height:20.55pt" o:ole="">
            <v:imagedata r:id="rId1508" o:title=""/>
          </v:shape>
          <o:OLEObject Type="Embed" ProgID="Equation.DSMT4" ShapeID="_x0000_i1772" DrawAspect="Content" ObjectID="_1840332226" r:id="rId1509"/>
        </w:object>
      </w:r>
      <w:r w:rsidRPr="002417EA">
        <w:rPr>
          <w:rFonts w:ascii="Times New Roman" w:hAnsi="Times New Roman" w:cs="Times New Roman"/>
          <w:color w:val="202124"/>
          <w:sz w:val="28"/>
          <w:szCs w:val="28"/>
          <w:vertAlign w:val="subscript"/>
          <w:lang w:val="kk-KZ"/>
        </w:rPr>
        <w:t xml:space="preserve"> </w:t>
      </w:r>
      <w:r w:rsidRPr="002417EA">
        <w:rPr>
          <w:rFonts w:ascii="Times New Roman" w:hAnsi="Times New Roman" w:cs="Times New Roman"/>
          <w:color w:val="202124"/>
          <w:sz w:val="28"/>
          <w:szCs w:val="28"/>
          <w:lang w:val="kk-KZ"/>
        </w:rPr>
        <w:t xml:space="preserve">әр түрлі түбірлерінен алынады. </w:t>
      </w:r>
      <w:r w:rsidR="00A07FF5" w:rsidRPr="002417EA">
        <w:rPr>
          <w:rFonts w:ascii="Times New Roman" w:hAnsi="Times New Roman" w:cs="Times New Roman"/>
          <w:position w:val="-12"/>
          <w:sz w:val="28"/>
          <w:szCs w:val="28"/>
        </w:rPr>
        <w:object w:dxaOrig="279" w:dyaOrig="380" w14:anchorId="11F76CF9">
          <v:shape id="_x0000_i1773" type="#_x0000_t75" style="width:15.8pt;height:18.2pt" o:ole="">
            <v:imagedata r:id="rId1510" o:title=""/>
          </v:shape>
          <o:OLEObject Type="Embed" ProgID="Equation.DSMT4" ShapeID="_x0000_i1773" DrawAspect="Content" ObjectID="_1840332227" r:id="rId1511"/>
        </w:object>
      </w:r>
      <w:r w:rsidRPr="002417EA">
        <w:rPr>
          <w:rFonts w:ascii="Times New Roman" w:hAnsi="Times New Roman" w:cs="Times New Roman"/>
          <w:position w:val="-14"/>
          <w:sz w:val="28"/>
          <w:szCs w:val="28"/>
          <w:lang w:val="kk-KZ"/>
        </w:rPr>
        <w:t xml:space="preserve"> </w:t>
      </w:r>
      <w:r w:rsidRPr="002417EA">
        <w:rPr>
          <w:rFonts w:ascii="Times New Roman" w:hAnsi="Times New Roman" w:cs="Times New Roman"/>
          <w:color w:val="202124"/>
          <w:sz w:val="28"/>
          <w:szCs w:val="28"/>
          <w:lang w:val="kk-KZ"/>
        </w:rPr>
        <w:t xml:space="preserve">көпмүшесі толығымен (1.3) шеттік шартымен </w:t>
      </w:r>
      <w:r w:rsidRPr="002417EA">
        <w:rPr>
          <w:rFonts w:ascii="Times New Roman" w:hAnsi="Times New Roman" w:cs="Times New Roman"/>
          <w:color w:val="202124"/>
          <w:sz w:val="28"/>
          <w:szCs w:val="28"/>
          <w:lang w:val="kk-KZ"/>
        </w:rPr>
        <w:lastRenderedPageBreak/>
        <w:t xml:space="preserve">анықталады, сондықтан да, (1.61) шарты (1.3)-гі </w:t>
      </w:r>
      <w:r w:rsidR="00A07FF5" w:rsidRPr="002417EA">
        <w:rPr>
          <w:rFonts w:ascii="Times New Roman" w:hAnsi="Times New Roman" w:cs="Times New Roman"/>
          <w:position w:val="-6"/>
          <w:sz w:val="28"/>
          <w:szCs w:val="28"/>
        </w:rPr>
        <w:object w:dxaOrig="700" w:dyaOrig="300" w14:anchorId="5C1C3E35">
          <v:shape id="_x0000_i1774" type="#_x0000_t75" style="width:37.2pt;height:15.8pt" o:ole="">
            <v:imagedata r:id="rId1512" o:title=""/>
          </v:shape>
          <o:OLEObject Type="Embed" ProgID="Equation.DSMT4" ShapeID="_x0000_i1774" DrawAspect="Content" ObjectID="_1840332228" r:id="rId1513"/>
        </w:object>
      </w:r>
      <w:r w:rsidRPr="002417EA">
        <w:rPr>
          <w:rFonts w:ascii="Times New Roman" w:hAnsi="Times New Roman" w:cs="Times New Roman"/>
          <w:color w:val="202124"/>
          <w:sz w:val="28"/>
          <w:szCs w:val="28"/>
          <w:lang w:val="kk-KZ"/>
        </w:rPr>
        <w:t xml:space="preserve"> болғандағы (1.1) теңдеулер класынан есеп фредгольмдық болатын теңдеулер класын сипаттайды</w:t>
      </w:r>
    </w:p>
    <w:p w14:paraId="12404E2B" w14:textId="77777777" w:rsidR="003A4ABB" w:rsidRPr="002417EA" w:rsidRDefault="003A4ABB" w:rsidP="003A4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202124"/>
          <w:sz w:val="28"/>
          <w:szCs w:val="28"/>
          <w:lang w:val="kk-KZ"/>
        </w:rPr>
      </w:pPr>
      <w:r w:rsidRPr="002417EA">
        <w:rPr>
          <w:rFonts w:ascii="Times New Roman" w:hAnsi="Times New Roman" w:cs="Times New Roman"/>
          <w:sz w:val="28"/>
          <w:szCs w:val="28"/>
          <w:lang w:val="kk-KZ"/>
        </w:rPr>
        <w:tab/>
      </w:r>
      <w:r w:rsidR="00A07FF5" w:rsidRPr="002417EA">
        <w:rPr>
          <w:rFonts w:ascii="Times New Roman" w:hAnsi="Times New Roman" w:cs="Times New Roman"/>
          <w:position w:val="-12"/>
          <w:sz w:val="28"/>
          <w:szCs w:val="28"/>
        </w:rPr>
        <w:object w:dxaOrig="279" w:dyaOrig="380" w14:anchorId="428B6879">
          <v:shape id="_x0000_i1775" type="#_x0000_t75" style="width:15.8pt;height:18.2pt" o:ole="">
            <v:imagedata r:id="rId1514" o:title=""/>
          </v:shape>
          <o:OLEObject Type="Embed" ProgID="Equation.DSMT4" ShapeID="_x0000_i1775" DrawAspect="Content" ObjectID="_1840332229" r:id="rId1515"/>
        </w:object>
      </w:r>
      <w:r w:rsidRPr="002417EA">
        <w:rPr>
          <w:rFonts w:ascii="Times New Roman" w:hAnsi="Times New Roman" w:cs="Times New Roman"/>
          <w:position w:val="-10"/>
          <w:sz w:val="28"/>
          <w:szCs w:val="28"/>
          <w:lang w:val="kk-KZ"/>
        </w:rPr>
        <w:t xml:space="preserve"> </w:t>
      </w:r>
      <w:r w:rsidRPr="002417EA">
        <w:rPr>
          <w:rFonts w:ascii="Times New Roman" w:hAnsi="Times New Roman" w:cs="Times New Roman"/>
          <w:color w:val="202124"/>
          <w:sz w:val="28"/>
          <w:szCs w:val="28"/>
          <w:lang w:val="kk-KZ"/>
        </w:rPr>
        <w:t xml:space="preserve">көпмүшесінің жоғарғы жарты жазықтықтағы еселік түбірлерін қоса алғандағы түбірлерінінің санын </w:t>
      </w:r>
      <w:r w:rsidR="00A07FF5" w:rsidRPr="002417EA">
        <w:rPr>
          <w:rFonts w:ascii="Times New Roman" w:hAnsi="Times New Roman" w:cs="Times New Roman"/>
          <w:position w:val="-12"/>
          <w:sz w:val="28"/>
          <w:szCs w:val="28"/>
        </w:rPr>
        <w:object w:dxaOrig="279" w:dyaOrig="380" w14:anchorId="7933AF0A">
          <v:shape id="_x0000_i1776" type="#_x0000_t75" style="width:15.8pt;height:18.2pt" o:ole="">
            <v:imagedata r:id="rId1516" o:title=""/>
          </v:shape>
          <o:OLEObject Type="Embed" ProgID="Equation.DSMT4" ShapeID="_x0000_i1776" DrawAspect="Content" ObjectID="_1840332230" r:id="rId1517"/>
        </w:object>
      </w:r>
      <w:r w:rsidRPr="002417EA">
        <w:rPr>
          <w:rFonts w:ascii="Times New Roman" w:hAnsi="Times New Roman" w:cs="Times New Roman"/>
          <w:position w:val="-10"/>
          <w:sz w:val="28"/>
          <w:szCs w:val="28"/>
          <w:lang w:val="kk-KZ"/>
        </w:rPr>
        <w:t xml:space="preserve"> </w:t>
      </w:r>
      <w:r w:rsidRPr="002417EA">
        <w:rPr>
          <w:rFonts w:ascii="Times New Roman" w:hAnsi="Times New Roman" w:cs="Times New Roman"/>
          <w:color w:val="202124"/>
          <w:sz w:val="28"/>
          <w:szCs w:val="28"/>
          <w:lang w:val="kk-KZ"/>
        </w:rPr>
        <w:t xml:space="preserve">деп белгілейік. Егер бұл санға </w:t>
      </w:r>
      <w:r w:rsidR="00A07FF5" w:rsidRPr="002417EA">
        <w:rPr>
          <w:rFonts w:ascii="Times New Roman" w:hAnsi="Times New Roman" w:cs="Times New Roman"/>
          <w:position w:val="-10"/>
          <w:sz w:val="28"/>
          <w:szCs w:val="28"/>
        </w:rPr>
        <w:object w:dxaOrig="620" w:dyaOrig="340" w14:anchorId="4ECEFE9B">
          <v:shape id="_x0000_i1777" type="#_x0000_t75" style="width:28.5pt;height:15.8pt" o:ole="">
            <v:imagedata r:id="rId1518" o:title=""/>
          </v:shape>
          <o:OLEObject Type="Embed" ProgID="Equation.DSMT4" ShapeID="_x0000_i1777" DrawAspect="Content" ObjectID="_1840332231" r:id="rId1519"/>
        </w:object>
      </w:r>
      <w:r w:rsidRPr="002417EA">
        <w:rPr>
          <w:rFonts w:ascii="Times New Roman" w:hAnsi="Times New Roman" w:cs="Times New Roman"/>
          <w:position w:val="-10"/>
          <w:sz w:val="28"/>
          <w:szCs w:val="28"/>
          <w:lang w:val="kk-KZ"/>
        </w:rPr>
        <w:t xml:space="preserve"> </w:t>
      </w:r>
      <w:r w:rsidRPr="002417EA">
        <w:rPr>
          <w:rFonts w:ascii="Times New Roman" w:hAnsi="Times New Roman" w:cs="Times New Roman"/>
          <w:color w:val="202124"/>
          <w:sz w:val="28"/>
          <w:szCs w:val="28"/>
          <w:lang w:val="kk-KZ"/>
        </w:rPr>
        <w:t>түбірі де</w:t>
      </w:r>
      <w:r w:rsidRPr="007C53FF">
        <w:rPr>
          <w:rFonts w:ascii="Times New Roman" w:hAnsi="Times New Roman" w:cs="Times New Roman"/>
          <w:color w:val="202124"/>
          <w:sz w:val="28"/>
          <w:szCs w:val="28"/>
          <w:lang w:val="kk-KZ"/>
        </w:rPr>
        <w:t xml:space="preserve"> </w:t>
      </w:r>
      <w:r w:rsidRPr="002417EA">
        <w:rPr>
          <w:rFonts w:ascii="Times New Roman" w:hAnsi="Times New Roman" w:cs="Times New Roman"/>
          <w:color w:val="202124"/>
          <w:sz w:val="28"/>
          <w:szCs w:val="28"/>
          <w:lang w:val="kk-KZ"/>
        </w:rPr>
        <w:t xml:space="preserve">кірсе, онда </w:t>
      </w:r>
      <w:r w:rsidR="00A07FF5" w:rsidRPr="002417EA">
        <w:rPr>
          <w:rFonts w:ascii="Times New Roman" w:hAnsi="Times New Roman" w:cs="Times New Roman"/>
          <w:position w:val="-12"/>
          <w:sz w:val="28"/>
          <w:szCs w:val="28"/>
        </w:rPr>
        <w:object w:dxaOrig="300" w:dyaOrig="420" w14:anchorId="760A5067">
          <v:shape id="_x0000_i1778" type="#_x0000_t75" style="width:15.8pt;height:20.55pt" o:ole="">
            <v:imagedata r:id="rId1520" o:title=""/>
          </v:shape>
          <o:OLEObject Type="Embed" ProgID="Equation.DSMT4" ShapeID="_x0000_i1778" DrawAspect="Content" ObjectID="_1840332232" r:id="rId1521"/>
        </w:object>
      </w:r>
      <w:r w:rsidRPr="002417EA">
        <w:rPr>
          <w:rFonts w:ascii="Times New Roman" w:hAnsi="Times New Roman" w:cs="Times New Roman"/>
          <w:color w:val="202124"/>
          <w:sz w:val="28"/>
          <w:szCs w:val="28"/>
          <w:lang w:val="kk-KZ"/>
        </w:rPr>
        <w:t xml:space="preserve"> оның еселігі болсын. 1.3-теоремаға сәйкес</w:t>
      </w:r>
      <w:r w:rsidRPr="002417EA">
        <w:rPr>
          <w:rFonts w:ascii="Times New Roman" w:hAnsi="Times New Roman" w:cs="Times New Roman"/>
          <w:position w:val="-10"/>
          <w:sz w:val="28"/>
          <w:szCs w:val="28"/>
          <w:lang w:val="kk-KZ"/>
        </w:rPr>
        <w:t xml:space="preserve"> </w:t>
      </w:r>
      <w:r w:rsidR="00A07FF5" w:rsidRPr="002417EA">
        <w:rPr>
          <w:rFonts w:ascii="Times New Roman" w:hAnsi="Times New Roman" w:cs="Times New Roman"/>
          <w:position w:val="-12"/>
          <w:sz w:val="28"/>
          <w:szCs w:val="28"/>
        </w:rPr>
        <w:object w:dxaOrig="660" w:dyaOrig="380" w14:anchorId="04BB864B">
          <v:shape id="_x0000_i1779" type="#_x0000_t75" style="width:34pt;height:18.2pt" o:ole="">
            <v:imagedata r:id="rId1522" o:title=""/>
          </v:shape>
          <o:OLEObject Type="Embed" ProgID="Equation.DSMT4" ShapeID="_x0000_i1779" DrawAspect="Content" ObjectID="_1840332233" r:id="rId1523"/>
        </w:object>
      </w:r>
      <w:r w:rsidRPr="002417EA">
        <w:rPr>
          <w:rFonts w:ascii="Times New Roman" w:hAnsi="Times New Roman" w:cs="Times New Roman"/>
          <w:color w:val="202124"/>
          <w:sz w:val="28"/>
          <w:szCs w:val="28"/>
          <w:lang w:val="kk-KZ"/>
        </w:rPr>
        <w:t xml:space="preserve"> саны </w:t>
      </w:r>
      <w:r w:rsidR="00A07FF5" w:rsidRPr="002417EA">
        <w:rPr>
          <w:rFonts w:ascii="Times New Roman" w:hAnsi="Times New Roman" w:cs="Times New Roman"/>
          <w:position w:val="-12"/>
          <w:sz w:val="28"/>
          <w:szCs w:val="28"/>
        </w:rPr>
        <w:object w:dxaOrig="1660" w:dyaOrig="420" w14:anchorId="291B9CED">
          <v:shape id="_x0000_i1780" type="#_x0000_t75" style="width:83.85pt;height:20.55pt" o:ole="">
            <v:imagedata r:id="rId1524" o:title=""/>
          </v:shape>
          <o:OLEObject Type="Embed" ProgID="Equation.DSMT4" ShapeID="_x0000_i1780" DrawAspect="Content" ObjectID="_1840332234" r:id="rId1525"/>
        </w:object>
      </w:r>
      <w:r w:rsidRPr="002417EA">
        <w:rPr>
          <w:rFonts w:ascii="Times New Roman" w:hAnsi="Times New Roman" w:cs="Times New Roman"/>
          <w:color w:val="202124"/>
          <w:sz w:val="28"/>
          <w:szCs w:val="28"/>
          <w:lang w:val="kk-KZ"/>
        </w:rPr>
        <w:t xml:space="preserve"> мәндерінің бірін қабылдай алады. </w:t>
      </w:r>
      <w:r w:rsidR="00A07FF5" w:rsidRPr="002417EA">
        <w:rPr>
          <w:rFonts w:ascii="Times New Roman" w:hAnsi="Times New Roman" w:cs="Times New Roman"/>
          <w:position w:val="-12"/>
          <w:sz w:val="28"/>
          <w:szCs w:val="28"/>
        </w:rPr>
        <w:object w:dxaOrig="279" w:dyaOrig="380" w14:anchorId="235FF3FC">
          <v:shape id="_x0000_i1781" type="#_x0000_t75" style="width:15.8pt;height:18.2pt" o:ole="">
            <v:imagedata r:id="rId1526" o:title=""/>
          </v:shape>
          <o:OLEObject Type="Embed" ProgID="Equation.DSMT4" ShapeID="_x0000_i1781" DrawAspect="Content" ObjectID="_1840332235" r:id="rId1527"/>
        </w:object>
      </w:r>
      <w:r w:rsidRPr="002417EA">
        <w:rPr>
          <w:rFonts w:ascii="Times New Roman" w:hAnsi="Times New Roman" w:cs="Times New Roman"/>
          <w:position w:val="-12"/>
          <w:sz w:val="28"/>
          <w:szCs w:val="28"/>
          <w:lang w:val="kk-KZ"/>
        </w:rPr>
        <w:t xml:space="preserve"> </w:t>
      </w:r>
      <w:r w:rsidRPr="002417EA">
        <w:rPr>
          <w:rFonts w:ascii="Times New Roman" w:hAnsi="Times New Roman" w:cs="Times New Roman"/>
          <w:color w:val="202124"/>
          <w:sz w:val="28"/>
          <w:szCs w:val="28"/>
          <w:lang w:val="kk-KZ"/>
        </w:rPr>
        <w:t xml:space="preserve">көпмүшесінің жоғарғы жарты жазықтықта </w:t>
      </w:r>
      <w:r w:rsidRPr="002417EA">
        <w:rPr>
          <w:rStyle w:val="a7"/>
          <w:rFonts w:ascii="Times New Roman" w:hAnsi="Times New Roman" w:cs="Times New Roman"/>
          <w:b w:val="0"/>
          <w:color w:val="0F1115"/>
          <w:sz w:val="28"/>
          <w:szCs w:val="28"/>
          <w:shd w:val="clear" w:color="auto" w:fill="FFFFFF"/>
          <w:lang w:val="kk-KZ"/>
        </w:rPr>
        <w:t>еселі түбірі болса</w:t>
      </w:r>
      <w:r w:rsidRPr="002417EA">
        <w:rPr>
          <w:rFonts w:ascii="Times New Roman" w:hAnsi="Times New Roman" w:cs="Times New Roman"/>
          <w:b/>
          <w:color w:val="202124"/>
          <w:sz w:val="28"/>
          <w:szCs w:val="28"/>
          <w:lang w:val="kk-KZ"/>
        </w:rPr>
        <w:t>,</w:t>
      </w:r>
      <w:r w:rsidRPr="002417EA">
        <w:rPr>
          <w:rFonts w:ascii="Times New Roman" w:hAnsi="Times New Roman" w:cs="Times New Roman"/>
          <w:color w:val="202124"/>
          <w:sz w:val="28"/>
          <w:szCs w:val="28"/>
          <w:lang w:val="kk-KZ"/>
        </w:rPr>
        <w:t xml:space="preserve"> осы еселенген түбір мәндерін </w:t>
      </w:r>
      <w:r w:rsidRPr="002417EA">
        <w:rPr>
          <w:rFonts w:ascii="Times New Roman" w:hAnsi="Times New Roman" w:cs="Times New Roman"/>
          <w:sz w:val="28"/>
          <w:szCs w:val="28"/>
          <w:lang w:val="kk-KZ"/>
        </w:rPr>
        <w:t xml:space="preserve">немесе жорамал </w:t>
      </w:r>
      <w:r w:rsidRPr="002417EA">
        <w:rPr>
          <w:rFonts w:ascii="Times New Roman" w:hAnsi="Times New Roman" w:cs="Times New Roman"/>
          <w:color w:val="202124"/>
          <w:sz w:val="28"/>
          <w:szCs w:val="28"/>
          <w:lang w:val="kk-KZ"/>
        </w:rPr>
        <w:t xml:space="preserve">осіне симметриялы түбірлер жұбы болса, бұл түбірлердің кейбір мәндерін тастап кетуге болады. </w:t>
      </w:r>
      <w:r w:rsidR="00A07FF5" w:rsidRPr="002417EA">
        <w:rPr>
          <w:rFonts w:ascii="Times New Roman" w:hAnsi="Times New Roman" w:cs="Times New Roman"/>
          <w:position w:val="-14"/>
          <w:sz w:val="28"/>
          <w:szCs w:val="28"/>
        </w:rPr>
        <w:object w:dxaOrig="639" w:dyaOrig="420" w14:anchorId="331FD3C1">
          <v:shape id="_x0000_i1782" type="#_x0000_t75" style="width:29.25pt;height:20.55pt" o:ole="">
            <v:imagedata r:id="rId1528" o:title=""/>
          </v:shape>
          <o:OLEObject Type="Embed" ProgID="Equation.DSMT4" ShapeID="_x0000_i1782" DrawAspect="Content" ObjectID="_1840332236" r:id="rId1529"/>
        </w:object>
      </w:r>
      <w:r w:rsidRPr="002417EA">
        <w:rPr>
          <w:rFonts w:ascii="Times New Roman" w:hAnsi="Times New Roman" w:cs="Times New Roman"/>
          <w:color w:val="202124"/>
          <w:sz w:val="28"/>
          <w:szCs w:val="28"/>
          <w:lang w:val="kk-KZ"/>
        </w:rPr>
        <w:t xml:space="preserve">шеңбері осы оське қатысты симметриялы және </w:t>
      </w:r>
      <w:r w:rsidR="00A07FF5" w:rsidRPr="002417EA">
        <w:rPr>
          <w:rFonts w:ascii="Times New Roman" w:hAnsi="Times New Roman" w:cs="Times New Roman"/>
          <w:position w:val="-6"/>
          <w:sz w:val="28"/>
          <w:szCs w:val="28"/>
        </w:rPr>
        <w:object w:dxaOrig="220" w:dyaOrig="240" w14:anchorId="670B5858">
          <v:shape id="_x0000_i1783" type="#_x0000_t75" style="width:11.85pt;height:11.85pt" o:ole="">
            <v:imagedata r:id="rId1530" o:title=""/>
          </v:shape>
          <o:OLEObject Type="Embed" ProgID="Equation.DSMT4" ShapeID="_x0000_i1783" DrawAspect="Content" ObjectID="_1840332237" r:id="rId1531"/>
        </w:object>
      </w:r>
      <w:r w:rsidRPr="002417EA">
        <w:rPr>
          <w:rFonts w:ascii="Times New Roman" w:hAnsi="Times New Roman" w:cs="Times New Roman"/>
          <w:color w:val="202124"/>
          <w:sz w:val="28"/>
          <w:szCs w:val="28"/>
          <w:lang w:val="kk-KZ"/>
        </w:rPr>
        <w:t xml:space="preserve">-ге үзіліссіз тәуелді болғандықтан, соңғы аталған жағдайда көрсетілген түбірдің жұптары </w:t>
      </w:r>
      <w:r w:rsidR="00A07FF5" w:rsidRPr="002417EA">
        <w:rPr>
          <w:rFonts w:ascii="Times New Roman" w:hAnsi="Times New Roman" w:cs="Times New Roman"/>
          <w:position w:val="-14"/>
          <w:sz w:val="28"/>
          <w:szCs w:val="28"/>
        </w:rPr>
        <w:object w:dxaOrig="639" w:dyaOrig="420" w14:anchorId="394921E1">
          <v:shape id="_x0000_i1784" type="#_x0000_t75" style="width:29.25pt;height:20.55pt" o:ole="">
            <v:imagedata r:id="rId1532" o:title=""/>
          </v:shape>
          <o:OLEObject Type="Embed" ProgID="Equation.DSMT4" ShapeID="_x0000_i1784" DrawAspect="Content" ObjectID="_1840332238" r:id="rId1533"/>
        </w:object>
      </w:r>
      <w:r w:rsidRPr="002417EA">
        <w:rPr>
          <w:rFonts w:ascii="Times New Roman" w:hAnsi="Times New Roman" w:cs="Times New Roman"/>
          <w:color w:val="202124"/>
          <w:sz w:val="28"/>
          <w:szCs w:val="28"/>
          <w:lang w:val="kk-KZ"/>
        </w:rPr>
        <w:t xml:space="preserve"> шеңберіне бір уақытта тиісті немесе тиісті емес болады Сонымен қатар, егер </w:t>
      </w:r>
      <w:r w:rsidR="00A07FF5" w:rsidRPr="002417EA">
        <w:rPr>
          <w:rFonts w:ascii="Times New Roman" w:hAnsi="Times New Roman" w:cs="Times New Roman"/>
          <w:position w:val="-14"/>
          <w:sz w:val="28"/>
          <w:szCs w:val="28"/>
        </w:rPr>
        <w:object w:dxaOrig="1060" w:dyaOrig="420" w14:anchorId="45A57C85">
          <v:shape id="_x0000_i1785" type="#_x0000_t75" style="width:53.8pt;height:20.55pt" o:ole="">
            <v:imagedata r:id="rId1534" o:title=""/>
          </v:shape>
          <o:OLEObject Type="Embed" ProgID="Equation.DSMT4" ShapeID="_x0000_i1785" DrawAspect="Content" ObjectID="_1840332239" r:id="rId1535"/>
        </w:object>
      </w:r>
      <w:r w:rsidRPr="002417EA">
        <w:rPr>
          <w:rFonts w:ascii="Times New Roman" w:hAnsi="Times New Roman" w:cs="Times New Roman"/>
          <w:color w:val="202124"/>
          <w:sz w:val="28"/>
          <w:szCs w:val="28"/>
          <w:lang w:val="kk-KZ"/>
        </w:rPr>
        <w:t xml:space="preserve"> болса, онда </w:t>
      </w:r>
      <w:r w:rsidR="00A07FF5" w:rsidRPr="002417EA">
        <w:rPr>
          <w:rFonts w:ascii="Times New Roman" w:hAnsi="Times New Roman" w:cs="Times New Roman"/>
          <w:position w:val="-6"/>
          <w:sz w:val="28"/>
          <w:szCs w:val="28"/>
        </w:rPr>
        <w:object w:dxaOrig="160" w:dyaOrig="279" w14:anchorId="78A6D49A">
          <v:shape id="_x0000_i1786" type="#_x0000_t75" style="width:9.5pt;height:15.8pt" o:ole="">
            <v:imagedata r:id="rId1536" o:title=""/>
          </v:shape>
          <o:OLEObject Type="Embed" ProgID="Equation.DSMT4" ShapeID="_x0000_i1786" DrawAspect="Content" ObjectID="_1840332240" r:id="rId1537"/>
        </w:object>
      </w:r>
      <w:r w:rsidRPr="002417EA">
        <w:rPr>
          <w:rFonts w:ascii="Times New Roman" w:hAnsi="Times New Roman" w:cs="Times New Roman"/>
          <w:color w:val="202124"/>
          <w:sz w:val="28"/>
          <w:szCs w:val="28"/>
          <w:lang w:val="kk-KZ"/>
        </w:rPr>
        <w:t xml:space="preserve"> түбірі әрқашан </w:t>
      </w:r>
      <w:r w:rsidR="00A07FF5" w:rsidRPr="002417EA">
        <w:rPr>
          <w:rFonts w:ascii="Times New Roman" w:hAnsi="Times New Roman" w:cs="Times New Roman"/>
          <w:position w:val="-14"/>
          <w:sz w:val="28"/>
          <w:szCs w:val="28"/>
        </w:rPr>
        <w:object w:dxaOrig="639" w:dyaOrig="420" w14:anchorId="3337136E">
          <v:shape id="_x0000_i1787" type="#_x0000_t75" style="width:29.25pt;height:20.55pt" o:ole="">
            <v:imagedata r:id="rId1538" o:title=""/>
          </v:shape>
          <o:OLEObject Type="Embed" ProgID="Equation.DSMT4" ShapeID="_x0000_i1787" DrawAspect="Content" ObjectID="_1840332241" r:id="rId1539"/>
        </w:object>
      </w:r>
      <w:r w:rsidRPr="002417EA">
        <w:rPr>
          <w:rFonts w:ascii="Times New Roman" w:hAnsi="Times New Roman" w:cs="Times New Roman"/>
          <w:color w:val="202124"/>
          <w:sz w:val="28"/>
          <w:szCs w:val="28"/>
          <w:lang w:val="kk-KZ"/>
        </w:rPr>
        <w:t xml:space="preserve"> ішінде жатады, сондықтан </w:t>
      </w:r>
      <w:r w:rsidR="00A07FF5" w:rsidRPr="002417EA">
        <w:rPr>
          <w:rFonts w:ascii="Times New Roman" w:hAnsi="Times New Roman" w:cs="Times New Roman"/>
          <w:position w:val="-14"/>
          <w:sz w:val="28"/>
          <w:szCs w:val="28"/>
        </w:rPr>
        <w:object w:dxaOrig="1300" w:dyaOrig="440" w14:anchorId="62F1239F">
          <v:shape id="_x0000_i1788" type="#_x0000_t75" style="width:64.9pt;height:20.55pt" o:ole="">
            <v:imagedata r:id="rId1540" o:title=""/>
          </v:shape>
          <o:OLEObject Type="Embed" ProgID="Equation.DSMT4" ShapeID="_x0000_i1788" DrawAspect="Content" ObjectID="_1840332242" r:id="rId1541"/>
        </w:object>
      </w:r>
      <w:r w:rsidRPr="002417EA">
        <w:rPr>
          <w:rFonts w:ascii="Times New Roman" w:hAnsi="Times New Roman" w:cs="Times New Roman"/>
          <w:color w:val="202124"/>
          <w:sz w:val="28"/>
          <w:szCs w:val="28"/>
          <w:lang w:val="kk-KZ"/>
        </w:rPr>
        <w:t xml:space="preserve"> Атап айтқанда, </w:t>
      </w:r>
      <w:r w:rsidR="00A07FF5" w:rsidRPr="002417EA">
        <w:rPr>
          <w:rFonts w:ascii="Times New Roman" w:hAnsi="Times New Roman" w:cs="Times New Roman"/>
          <w:position w:val="-12"/>
          <w:sz w:val="28"/>
          <w:szCs w:val="28"/>
        </w:rPr>
        <w:object w:dxaOrig="279" w:dyaOrig="380" w14:anchorId="57F08199">
          <v:shape id="_x0000_i1789" type="#_x0000_t75" style="width:15.8pt;height:18.2pt" o:ole="">
            <v:imagedata r:id="rId1542" o:title=""/>
          </v:shape>
          <o:OLEObject Type="Embed" ProgID="Equation.DSMT4" ShapeID="_x0000_i1789" DrawAspect="Content" ObjectID="_1840332243" r:id="rId1543"/>
        </w:object>
      </w:r>
      <w:r w:rsidRPr="002417EA">
        <w:rPr>
          <w:rFonts w:ascii="Times New Roman" w:hAnsi="Times New Roman" w:cs="Times New Roman"/>
          <w:color w:val="202124"/>
          <w:sz w:val="28"/>
          <w:szCs w:val="28"/>
          <w:lang w:val="kk-KZ"/>
        </w:rPr>
        <w:t xml:space="preserve"> көпмүшесі жұп болса, онда оның түбірлері </w:t>
      </w:r>
      <w:r w:rsidRPr="002417EA">
        <w:rPr>
          <w:rFonts w:ascii="Times New Roman" w:hAnsi="Times New Roman" w:cs="Times New Roman"/>
          <w:sz w:val="28"/>
          <w:szCs w:val="28"/>
          <w:lang w:val="kk-KZ"/>
        </w:rPr>
        <w:t>жорамал</w:t>
      </w:r>
      <w:r w:rsidRPr="002417EA">
        <w:rPr>
          <w:rFonts w:ascii="Times New Roman" w:hAnsi="Times New Roman" w:cs="Times New Roman"/>
          <w:color w:val="202124"/>
          <w:sz w:val="28"/>
          <w:szCs w:val="28"/>
          <w:lang w:val="kk-KZ"/>
        </w:rPr>
        <w:t xml:space="preserve"> осіне қатысты симметриялы орналасады, демек, </w:t>
      </w:r>
      <w:r w:rsidR="00A07FF5" w:rsidRPr="002417EA">
        <w:rPr>
          <w:rFonts w:ascii="Times New Roman" w:hAnsi="Times New Roman" w:cs="Times New Roman"/>
          <w:position w:val="-14"/>
          <w:sz w:val="28"/>
          <w:szCs w:val="28"/>
        </w:rPr>
        <w:object w:dxaOrig="700" w:dyaOrig="420" w14:anchorId="40A8A791">
          <v:shape id="_x0000_i1790" type="#_x0000_t75" style="width:37.2pt;height:20.55pt" o:ole="">
            <v:imagedata r:id="rId1544" o:title=""/>
          </v:shape>
          <o:OLEObject Type="Embed" ProgID="Equation.DSMT4" ShapeID="_x0000_i1790" DrawAspect="Content" ObjectID="_1840332244" r:id="rId1545"/>
        </w:object>
      </w:r>
      <w:r w:rsidRPr="002417EA">
        <w:rPr>
          <w:rFonts w:ascii="Times New Roman" w:hAnsi="Times New Roman" w:cs="Times New Roman"/>
          <w:position w:val="-14"/>
          <w:sz w:val="28"/>
          <w:szCs w:val="28"/>
          <w:lang w:val="kk-KZ"/>
        </w:rPr>
        <w:t xml:space="preserve"> </w:t>
      </w:r>
      <w:r w:rsidRPr="002417EA">
        <w:rPr>
          <w:rFonts w:ascii="Times New Roman" w:hAnsi="Times New Roman" w:cs="Times New Roman"/>
          <w:color w:val="202124"/>
          <w:sz w:val="28"/>
          <w:szCs w:val="28"/>
          <w:lang w:val="kk-KZ"/>
        </w:rPr>
        <w:t>саны келесі мүмкін мәндердің бірін қабылдайды</w:t>
      </w:r>
    </w:p>
    <w:p w14:paraId="48039566" w14:textId="77777777" w:rsidR="003A4ABB" w:rsidRPr="002417EA" w:rsidRDefault="003A4ABB" w:rsidP="003A4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lang w:val="kk-KZ"/>
        </w:rPr>
      </w:pPr>
    </w:p>
    <w:p w14:paraId="4C87325C" w14:textId="77777777" w:rsidR="003A4ABB" w:rsidRPr="002417EA" w:rsidRDefault="00A07FF5" w:rsidP="003A4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color w:val="202124"/>
          <w:sz w:val="28"/>
          <w:szCs w:val="28"/>
          <w:lang w:val="kk-KZ"/>
        </w:rPr>
      </w:pPr>
      <w:r w:rsidRPr="002417EA">
        <w:rPr>
          <w:rFonts w:ascii="Times New Roman" w:hAnsi="Times New Roman" w:cs="Times New Roman"/>
          <w:position w:val="-36"/>
          <w:sz w:val="28"/>
          <w:szCs w:val="28"/>
        </w:rPr>
        <w:object w:dxaOrig="5500" w:dyaOrig="859" w14:anchorId="21314F7A">
          <v:shape id="_x0000_i1791" type="#_x0000_t75" style="width:276.15pt;height:44.3pt" o:ole="">
            <v:imagedata r:id="rId1546" o:title=""/>
          </v:shape>
          <o:OLEObject Type="Embed" ProgID="Equation.DSMT4" ShapeID="_x0000_i1791" DrawAspect="Content" ObjectID="_1840332245" r:id="rId1547"/>
        </w:object>
      </w:r>
    </w:p>
    <w:p w14:paraId="79A3D81F" w14:textId="77777777" w:rsidR="003A4ABB" w:rsidRPr="002417EA" w:rsidRDefault="003A4ABB" w:rsidP="003A4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position w:val="-14"/>
          <w:sz w:val="28"/>
          <w:szCs w:val="28"/>
          <w:lang w:val="kk-KZ"/>
        </w:rPr>
      </w:pPr>
    </w:p>
    <w:p w14:paraId="1DA72243" w14:textId="77777777" w:rsidR="003A4ABB" w:rsidRPr="002417EA" w:rsidRDefault="003A4ABB" w:rsidP="003A4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lang w:val="kk-KZ"/>
        </w:rPr>
      </w:pPr>
      <w:r w:rsidRPr="002417EA">
        <w:rPr>
          <w:rFonts w:ascii="Times New Roman" w:hAnsi="Times New Roman" w:cs="Times New Roman"/>
          <w:color w:val="202124"/>
          <w:sz w:val="28"/>
          <w:szCs w:val="28"/>
          <w:lang w:val="kk-KZ"/>
        </w:rPr>
        <w:t xml:space="preserve">Егер қосымша </w:t>
      </w:r>
      <w:r w:rsidR="00A07FF5" w:rsidRPr="002417EA">
        <w:rPr>
          <w:rFonts w:ascii="Times New Roman" w:hAnsi="Times New Roman" w:cs="Times New Roman"/>
          <w:position w:val="-12"/>
          <w:sz w:val="28"/>
          <w:szCs w:val="28"/>
        </w:rPr>
        <w:object w:dxaOrig="279" w:dyaOrig="380" w14:anchorId="7BC2C113">
          <v:shape id="_x0000_i1792" type="#_x0000_t75" style="width:15.8pt;height:18.2pt" o:ole="">
            <v:imagedata r:id="rId1548" o:title=""/>
          </v:shape>
          <o:OLEObject Type="Embed" ProgID="Equation.DSMT4" ShapeID="_x0000_i1792" DrawAspect="Content" ObjectID="_1840332246" r:id="rId1549"/>
        </w:object>
      </w:r>
      <w:r w:rsidRPr="002417EA">
        <w:rPr>
          <w:rFonts w:ascii="Times New Roman" w:hAnsi="Times New Roman" w:cs="Times New Roman"/>
          <w:color w:val="202124"/>
          <w:sz w:val="28"/>
          <w:szCs w:val="28"/>
          <w:lang w:val="kk-KZ"/>
        </w:rPr>
        <w:t xml:space="preserve"> көпмүшесінің жоғарғы жарты жазықтықта еселенген түбірлері болмаса, онда </w:t>
      </w:r>
      <w:r w:rsidR="00A07FF5" w:rsidRPr="002417EA">
        <w:rPr>
          <w:rFonts w:ascii="Times New Roman" w:hAnsi="Times New Roman" w:cs="Times New Roman"/>
          <w:position w:val="-6"/>
          <w:sz w:val="28"/>
          <w:szCs w:val="28"/>
        </w:rPr>
        <w:object w:dxaOrig="220" w:dyaOrig="240" w14:anchorId="7975FA39">
          <v:shape id="_x0000_i1793" type="#_x0000_t75" style="width:11.85pt;height:11.85pt" o:ole="">
            <v:imagedata r:id="rId1550" o:title=""/>
          </v:shape>
          <o:OLEObject Type="Embed" ProgID="Equation.DSMT4" ShapeID="_x0000_i1793" DrawAspect="Content" ObjectID="_1840332247" r:id="rId1551"/>
        </w:object>
      </w:r>
      <w:r w:rsidRPr="002417EA">
        <w:rPr>
          <w:rFonts w:ascii="Times New Roman" w:hAnsi="Times New Roman" w:cs="Times New Roman"/>
          <w:color w:val="202124"/>
          <w:sz w:val="28"/>
          <w:szCs w:val="28"/>
          <w:lang w:val="kk-KZ"/>
        </w:rPr>
        <w:t>-ге қатысты барлық көрсетілген түбір мәндері қабылданады.</w:t>
      </w:r>
    </w:p>
    <w:p w14:paraId="2FDA27B4" w14:textId="77777777" w:rsidR="003A4ABB" w:rsidRPr="002417EA" w:rsidRDefault="003A4ABB" w:rsidP="003A4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lang w:val="kk-KZ"/>
        </w:rPr>
      </w:pPr>
    </w:p>
    <w:p w14:paraId="5F31E32E" w14:textId="77777777" w:rsidR="003A4ABB" w:rsidRPr="002417EA" w:rsidRDefault="003A4ABB" w:rsidP="000A3333">
      <w:pPr>
        <w:spacing w:after="0" w:line="240" w:lineRule="auto"/>
        <w:ind w:firstLine="567"/>
        <w:jc w:val="both"/>
        <w:rPr>
          <w:rFonts w:ascii="Times New Roman" w:hAnsi="Times New Roman" w:cs="Times New Roman"/>
          <w:b/>
          <w:sz w:val="28"/>
          <w:szCs w:val="28"/>
          <w:lang w:val="kk-KZ"/>
        </w:rPr>
      </w:pPr>
      <w:r w:rsidRPr="002417EA">
        <w:rPr>
          <w:rFonts w:ascii="Times New Roman" w:hAnsi="Times New Roman" w:cs="Times New Roman"/>
          <w:b/>
          <w:sz w:val="28"/>
          <w:szCs w:val="28"/>
          <w:lang w:val="kk-KZ"/>
        </w:rPr>
        <w:t xml:space="preserve">1.4 </w:t>
      </w:r>
      <w:r w:rsidRPr="002417EA">
        <w:rPr>
          <w:rFonts w:ascii="Times New Roman" w:hAnsi="Times New Roman" w:cs="Times New Roman"/>
          <w:b/>
          <w:bCs/>
          <w:sz w:val="28"/>
          <w:szCs w:val="28"/>
          <w:lang w:val="kk-KZ"/>
        </w:rPr>
        <w:t>Шекарада нормаль туындылары бар төртінші және алтыншы ретті эллипстік теңдеулер үшін шеттік есептердің фредгольмді шешімділігі</w:t>
      </w:r>
    </w:p>
    <w:p w14:paraId="17E53DCB" w14:textId="77777777" w:rsidR="003A4ABB" w:rsidRPr="002417EA" w:rsidRDefault="003A4ABB" w:rsidP="003A4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202124"/>
          <w:sz w:val="28"/>
          <w:szCs w:val="28"/>
          <w:lang w:val="kk-KZ"/>
        </w:rPr>
      </w:pPr>
      <w:r w:rsidRPr="002417EA">
        <w:rPr>
          <w:rFonts w:ascii="Times New Roman" w:hAnsi="Times New Roman" w:cs="Times New Roman"/>
          <w:b/>
          <w:color w:val="202124"/>
          <w:sz w:val="28"/>
          <w:szCs w:val="28"/>
          <w:lang w:val="kk-KZ"/>
        </w:rPr>
        <w:t xml:space="preserve">          </w:t>
      </w:r>
      <w:r w:rsidRPr="002417EA">
        <w:rPr>
          <w:rFonts w:ascii="Times New Roman" w:hAnsi="Times New Roman" w:cs="Times New Roman"/>
          <w:color w:val="202124"/>
          <w:sz w:val="28"/>
          <w:szCs w:val="28"/>
          <w:lang w:val="kk-KZ"/>
        </w:rPr>
        <w:t xml:space="preserve">(1.1) теңдеуінің </w:t>
      </w:r>
      <w:r w:rsidRPr="002417EA">
        <w:rPr>
          <w:rFonts w:ascii="Times New Roman" w:hAnsi="Times New Roman" w:cs="Times New Roman"/>
          <w:bCs/>
          <w:sz w:val="28"/>
          <w:szCs w:val="28"/>
          <w:lang w:val="kk-KZ"/>
        </w:rPr>
        <w:t>төртінші және алтыншы реті</w:t>
      </w:r>
      <w:r w:rsidRPr="002417EA">
        <w:rPr>
          <w:rFonts w:ascii="Times New Roman" w:hAnsi="Times New Roman" w:cs="Times New Roman"/>
          <w:color w:val="202124"/>
          <w:sz w:val="28"/>
          <w:szCs w:val="28"/>
          <w:lang w:val="kk-KZ"/>
        </w:rPr>
        <w:t xml:space="preserve"> үшін (1.3) есебінің фредгольмдық шартын және индекс формуласын айқын түрде сипаттауға болады. 1.2-теоремаға сәйкес, </w:t>
      </w:r>
      <w:r w:rsidR="00A07FF5" w:rsidRPr="002417EA">
        <w:rPr>
          <w:rFonts w:ascii="Times New Roman" w:hAnsi="Times New Roman" w:cs="Times New Roman"/>
          <w:position w:val="-6"/>
          <w:sz w:val="28"/>
          <w:szCs w:val="28"/>
        </w:rPr>
        <w:object w:dxaOrig="700" w:dyaOrig="300" w14:anchorId="3E0D5485">
          <v:shape id="_x0000_i1794" type="#_x0000_t75" style="width:37.2pt;height:15.8pt" o:ole="">
            <v:imagedata r:id="rId1552" o:title=""/>
          </v:shape>
          <o:OLEObject Type="Embed" ProgID="Equation.DSMT4" ShapeID="_x0000_i1794" DrawAspect="Content" ObjectID="_1840332248" r:id="rId1553"/>
        </w:object>
      </w:r>
      <w:r w:rsidRPr="002417EA">
        <w:rPr>
          <w:rFonts w:ascii="Times New Roman" w:hAnsi="Times New Roman" w:cs="Times New Roman"/>
          <w:position w:val="-12"/>
          <w:sz w:val="28"/>
          <w:szCs w:val="28"/>
          <w:lang w:val="kk-KZ"/>
        </w:rPr>
        <w:t xml:space="preserve"> </w:t>
      </w:r>
      <w:r w:rsidRPr="002417EA">
        <w:rPr>
          <w:rFonts w:ascii="Times New Roman" w:hAnsi="Times New Roman" w:cs="Times New Roman"/>
          <w:color w:val="202124"/>
          <w:sz w:val="28"/>
          <w:szCs w:val="28"/>
          <w:lang w:val="kk-KZ"/>
        </w:rPr>
        <w:t xml:space="preserve">жағдайымен шектелу жеткілікті, егер </w:t>
      </w:r>
      <w:r w:rsidR="00A07FF5" w:rsidRPr="002417EA">
        <w:rPr>
          <w:rFonts w:ascii="Times New Roman" w:hAnsi="Times New Roman" w:cs="Times New Roman"/>
          <w:position w:val="-12"/>
          <w:sz w:val="28"/>
          <w:szCs w:val="28"/>
        </w:rPr>
        <w:object w:dxaOrig="1260" w:dyaOrig="380" w14:anchorId="207036E1">
          <v:shape id="_x0000_i1795" type="#_x0000_t75" style="width:64.9pt;height:18.2pt" o:ole="">
            <v:imagedata r:id="rId1554" o:title=""/>
          </v:shape>
          <o:OLEObject Type="Embed" ProgID="Equation.DSMT4" ShapeID="_x0000_i1795" DrawAspect="Content" ObjectID="_1840332249" r:id="rId1555"/>
        </w:object>
      </w:r>
      <w:r w:rsidRPr="002417EA">
        <w:rPr>
          <w:rFonts w:ascii="Times New Roman" w:hAnsi="Times New Roman" w:cs="Times New Roman"/>
          <w:color w:val="202124"/>
          <w:sz w:val="28"/>
          <w:szCs w:val="28"/>
          <w:lang w:val="kk-KZ"/>
        </w:rPr>
        <w:t xml:space="preserve"> болса, онда 1.3-теореманы пайдалана аламыз.</w:t>
      </w:r>
    </w:p>
    <w:p w14:paraId="508065AB" w14:textId="77777777" w:rsidR="003A4ABB" w:rsidRPr="002417EA" w:rsidRDefault="003A4ABB" w:rsidP="003A4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lang w:val="kk-KZ"/>
        </w:rPr>
      </w:pPr>
      <w:r w:rsidRPr="002417EA">
        <w:rPr>
          <w:rFonts w:ascii="Times New Roman" w:hAnsi="Times New Roman" w:cs="Times New Roman"/>
          <w:position w:val="-12"/>
          <w:sz w:val="28"/>
          <w:szCs w:val="28"/>
          <w:lang w:val="kk-KZ"/>
        </w:rPr>
        <w:t xml:space="preserve">           </w:t>
      </w:r>
      <w:r w:rsidR="00A07FF5" w:rsidRPr="002417EA">
        <w:rPr>
          <w:rFonts w:ascii="Times New Roman" w:hAnsi="Times New Roman" w:cs="Times New Roman"/>
          <w:position w:val="-6"/>
          <w:sz w:val="28"/>
          <w:szCs w:val="28"/>
        </w:rPr>
        <w:object w:dxaOrig="580" w:dyaOrig="300" w14:anchorId="0BF610EF">
          <v:shape id="_x0000_i1796" type="#_x0000_t75" style="width:28.5pt;height:15.8pt" o:ole="">
            <v:imagedata r:id="rId1556" o:title=""/>
          </v:shape>
          <o:OLEObject Type="Embed" ProgID="Equation.DSMT4" ShapeID="_x0000_i1796" DrawAspect="Content" ObjectID="_1840332250" r:id="rId1557"/>
        </w:object>
      </w:r>
      <w:r w:rsidRPr="002417EA">
        <w:rPr>
          <w:rFonts w:ascii="Times New Roman" w:hAnsi="Times New Roman" w:cs="Times New Roman"/>
          <w:position w:val="-12"/>
          <w:sz w:val="28"/>
          <w:szCs w:val="28"/>
          <w:lang w:val="kk-KZ"/>
        </w:rPr>
        <w:t xml:space="preserve"> </w:t>
      </w:r>
      <w:r w:rsidRPr="002417EA">
        <w:rPr>
          <w:rFonts w:ascii="Times New Roman" w:hAnsi="Times New Roman" w:cs="Times New Roman"/>
          <w:color w:val="202124"/>
          <w:sz w:val="28"/>
          <w:szCs w:val="28"/>
          <w:lang w:val="kk-KZ"/>
        </w:rPr>
        <w:t xml:space="preserve">үшін </w:t>
      </w:r>
      <w:r w:rsidR="00A07FF5" w:rsidRPr="002417EA">
        <w:rPr>
          <w:rFonts w:ascii="Times New Roman" w:hAnsi="Times New Roman" w:cs="Times New Roman"/>
          <w:position w:val="-12"/>
          <w:sz w:val="28"/>
          <w:szCs w:val="28"/>
        </w:rPr>
        <w:object w:dxaOrig="1180" w:dyaOrig="380" w14:anchorId="79F46754">
          <v:shape id="_x0000_i1797" type="#_x0000_t75" style="width:60.15pt;height:18.2pt" o:ole="">
            <v:imagedata r:id="rId1558" o:title=""/>
          </v:shape>
          <o:OLEObject Type="Embed" ProgID="Equation.DSMT4" ShapeID="_x0000_i1797" DrawAspect="Content" ObjectID="_1840332251" r:id="rId1559"/>
        </w:object>
      </w:r>
      <w:r w:rsidRPr="002417EA">
        <w:rPr>
          <w:rFonts w:ascii="Times New Roman" w:hAnsi="Times New Roman" w:cs="Times New Roman"/>
          <w:position w:val="-12"/>
          <w:sz w:val="28"/>
          <w:szCs w:val="28"/>
          <w:lang w:val="kk-KZ"/>
        </w:rPr>
        <w:t xml:space="preserve"> </w:t>
      </w:r>
      <w:r w:rsidRPr="002417EA">
        <w:rPr>
          <w:rFonts w:ascii="Times New Roman" w:hAnsi="Times New Roman" w:cs="Times New Roman"/>
          <w:color w:val="202124"/>
          <w:sz w:val="28"/>
          <w:szCs w:val="28"/>
          <w:lang w:val="kk-KZ"/>
        </w:rPr>
        <w:t xml:space="preserve">саны 1, 2, 3 мәндерін қабылдай алады, ал (1.57)-гі </w:t>
      </w:r>
      <w:r w:rsidR="00A07FF5" w:rsidRPr="002417EA">
        <w:rPr>
          <w:rFonts w:ascii="Times New Roman" w:hAnsi="Times New Roman" w:cs="Times New Roman"/>
          <w:position w:val="-12"/>
          <w:sz w:val="28"/>
          <w:szCs w:val="28"/>
        </w:rPr>
        <w:object w:dxaOrig="279" w:dyaOrig="380" w14:anchorId="302CFECC">
          <v:shape id="_x0000_i1798" type="#_x0000_t75" style="width:15.8pt;height:18.2pt" o:ole="">
            <v:imagedata r:id="rId1560" o:title=""/>
          </v:shape>
          <o:OLEObject Type="Embed" ProgID="Equation.DSMT4" ShapeID="_x0000_i1798" DrawAspect="Content" ObjectID="_1840332252" r:id="rId1561"/>
        </w:object>
      </w:r>
      <w:r w:rsidRPr="002417EA">
        <w:rPr>
          <w:rFonts w:ascii="Times New Roman" w:hAnsi="Times New Roman" w:cs="Times New Roman"/>
          <w:color w:val="202124"/>
          <w:sz w:val="28"/>
          <w:szCs w:val="28"/>
          <w:lang w:val="kk-KZ"/>
        </w:rPr>
        <w:t xml:space="preserve"> көпмүшесі үшін келесі өрнегіміз бар</w:t>
      </w:r>
    </w:p>
    <w:p w14:paraId="68C9318D" w14:textId="77777777" w:rsidR="003A4ABB" w:rsidRPr="002417EA" w:rsidRDefault="003A4ABB" w:rsidP="003A4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position w:val="-14"/>
          <w:sz w:val="28"/>
          <w:szCs w:val="28"/>
          <w:lang w:val="kk-KZ"/>
        </w:rPr>
      </w:pPr>
    </w:p>
    <w:p w14:paraId="097EE5A9" w14:textId="77777777" w:rsidR="003A4ABB" w:rsidRPr="002417EA" w:rsidRDefault="00A07FF5" w:rsidP="003A4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position w:val="-34"/>
          <w:sz w:val="28"/>
          <w:szCs w:val="28"/>
          <w:lang w:val="kk-KZ"/>
        </w:rPr>
      </w:pPr>
      <w:r w:rsidRPr="002417EA">
        <w:rPr>
          <w:rFonts w:ascii="Times New Roman" w:hAnsi="Times New Roman" w:cs="Times New Roman"/>
          <w:position w:val="-40"/>
          <w:sz w:val="28"/>
          <w:szCs w:val="28"/>
        </w:rPr>
        <w:object w:dxaOrig="4540" w:dyaOrig="940" w14:anchorId="4937A68F">
          <v:shape id="_x0000_i1799" type="#_x0000_t75" style="width:227.85pt;height:46.7pt" o:ole="">
            <v:imagedata r:id="rId1562" o:title=""/>
          </v:shape>
          <o:OLEObject Type="Embed" ProgID="Equation.DSMT4" ShapeID="_x0000_i1799" DrawAspect="Content" ObjectID="_1840332253" r:id="rId1563"/>
        </w:object>
      </w:r>
    </w:p>
    <w:p w14:paraId="643D4C66" w14:textId="77777777" w:rsidR="003A4ABB" w:rsidRPr="002417EA" w:rsidRDefault="003A4ABB" w:rsidP="003A4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position w:val="-14"/>
          <w:sz w:val="28"/>
          <w:szCs w:val="28"/>
          <w:lang w:val="kk-KZ"/>
        </w:rPr>
      </w:pPr>
    </w:p>
    <w:p w14:paraId="1EA8D440" w14:textId="77777777" w:rsidR="003A4ABB" w:rsidRPr="002417EA" w:rsidRDefault="003A4ABB" w:rsidP="003A4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202124"/>
          <w:sz w:val="28"/>
          <w:szCs w:val="28"/>
          <w:lang w:val="kk-KZ"/>
        </w:rPr>
      </w:pPr>
      <w:r w:rsidRPr="002417EA">
        <w:rPr>
          <w:rFonts w:ascii="Times New Roman" w:hAnsi="Times New Roman" w:cs="Times New Roman"/>
          <w:color w:val="202124"/>
          <w:sz w:val="28"/>
          <w:szCs w:val="28"/>
          <w:lang w:val="kk-KZ"/>
        </w:rPr>
        <w:tab/>
        <w:t xml:space="preserve">Есептің фредгольмдық болу шарты бұл көпмүшенің түбірлері </w:t>
      </w:r>
      <w:r w:rsidR="00A07FF5" w:rsidRPr="002417EA">
        <w:rPr>
          <w:rFonts w:ascii="Times New Roman" w:hAnsi="Times New Roman" w:cs="Times New Roman"/>
          <w:position w:val="-14"/>
          <w:sz w:val="28"/>
          <w:szCs w:val="28"/>
        </w:rPr>
        <w:object w:dxaOrig="760" w:dyaOrig="420" w14:anchorId="76FD9C9B">
          <v:shape id="_x0000_i1800" type="#_x0000_t75" style="width:38pt;height:20.55pt" o:ole="">
            <v:imagedata r:id="rId1564" o:title=""/>
          </v:shape>
          <o:OLEObject Type="Embed" ProgID="Equation.DSMT4" ShapeID="_x0000_i1800" DrawAspect="Content" ObjectID="_1840332254" r:id="rId1565"/>
        </w:object>
      </w:r>
      <w:r w:rsidRPr="002417EA">
        <w:rPr>
          <w:rFonts w:ascii="Times New Roman" w:hAnsi="Times New Roman" w:cs="Times New Roman"/>
          <w:position w:val="-14"/>
          <w:sz w:val="28"/>
          <w:szCs w:val="28"/>
          <w:lang w:val="kk-KZ"/>
        </w:rPr>
        <w:t xml:space="preserve"> </w:t>
      </w:r>
      <w:r w:rsidRPr="002417EA">
        <w:rPr>
          <w:rFonts w:ascii="Times New Roman" w:hAnsi="Times New Roman" w:cs="Times New Roman"/>
          <w:color w:val="202124"/>
          <w:sz w:val="28"/>
          <w:szCs w:val="28"/>
          <w:lang w:val="kk-KZ"/>
        </w:rPr>
        <w:t xml:space="preserve">шеңберінде жатпауы қажет. Бұл түбірлерінің барлығы жай түбір болғандықтан, олардың жоғарғы жарты жазықтықтағы </w:t>
      </w:r>
      <w:r w:rsidR="00A07FF5" w:rsidRPr="002417EA">
        <w:rPr>
          <w:rFonts w:ascii="Times New Roman" w:hAnsi="Times New Roman" w:cs="Times New Roman"/>
          <w:position w:val="-12"/>
          <w:sz w:val="28"/>
          <w:szCs w:val="28"/>
        </w:rPr>
        <w:object w:dxaOrig="279" w:dyaOrig="380" w14:anchorId="7A6DCC48">
          <v:shape id="_x0000_i1801" type="#_x0000_t75" style="width:15.8pt;height:18.2pt" o:ole="">
            <v:imagedata r:id="rId1566" o:title=""/>
          </v:shape>
          <o:OLEObject Type="Embed" ProgID="Equation.DSMT4" ShapeID="_x0000_i1801" DrawAspect="Content" ObjectID="_1840332255" r:id="rId1567"/>
        </w:object>
      </w:r>
      <w:r w:rsidRPr="002417EA">
        <w:rPr>
          <w:rFonts w:ascii="Times New Roman" w:hAnsi="Times New Roman" w:cs="Times New Roman"/>
          <w:color w:val="202124"/>
          <w:sz w:val="28"/>
          <w:szCs w:val="28"/>
          <w:lang w:val="kk-KZ"/>
        </w:rPr>
        <w:t xml:space="preserve"> саны: </w:t>
      </w:r>
      <w:r w:rsidR="00A07FF5" w:rsidRPr="002417EA">
        <w:rPr>
          <w:rFonts w:ascii="Times New Roman" w:hAnsi="Times New Roman" w:cs="Times New Roman"/>
          <w:position w:val="-10"/>
          <w:sz w:val="28"/>
          <w:szCs w:val="28"/>
        </w:rPr>
        <w:object w:dxaOrig="980" w:dyaOrig="340" w14:anchorId="6142EE99">
          <v:shape id="_x0000_i1802" type="#_x0000_t75" style="width:46.7pt;height:15.8pt" o:ole="">
            <v:imagedata r:id="rId1568" o:title=""/>
          </v:shape>
          <o:OLEObject Type="Embed" ProgID="Equation.DSMT4" ShapeID="_x0000_i1802" DrawAspect="Content" ObjectID="_1840332256" r:id="rId1569"/>
        </w:object>
      </w:r>
      <w:r w:rsidRPr="002417EA">
        <w:rPr>
          <w:rFonts w:ascii="Times New Roman" w:hAnsi="Times New Roman" w:cs="Times New Roman"/>
          <w:position w:val="-10"/>
          <w:sz w:val="28"/>
          <w:szCs w:val="28"/>
          <w:lang w:val="kk-KZ"/>
        </w:rPr>
        <w:t xml:space="preserve"> </w:t>
      </w:r>
      <w:r w:rsidRPr="002417EA">
        <w:rPr>
          <w:rFonts w:ascii="Times New Roman" w:hAnsi="Times New Roman" w:cs="Times New Roman"/>
          <w:color w:val="202124"/>
          <w:sz w:val="28"/>
          <w:szCs w:val="28"/>
          <w:lang w:val="kk-KZ"/>
        </w:rPr>
        <w:t xml:space="preserve">болғанда </w:t>
      </w:r>
      <w:r w:rsidR="00A07FF5" w:rsidRPr="002417EA">
        <w:rPr>
          <w:rFonts w:ascii="Times New Roman" w:hAnsi="Times New Roman" w:cs="Times New Roman"/>
          <w:position w:val="-6"/>
          <w:sz w:val="28"/>
          <w:szCs w:val="28"/>
        </w:rPr>
        <w:object w:dxaOrig="200" w:dyaOrig="240" w14:anchorId="5FC85AF1">
          <v:shape id="_x0000_i1803" type="#_x0000_t75" style="width:9.5pt;height:11.85pt" o:ole="">
            <v:imagedata r:id="rId1570" o:title=""/>
          </v:shape>
          <o:OLEObject Type="Embed" ProgID="Equation.DSMT4" ShapeID="_x0000_i1803" DrawAspect="Content" ObjectID="_1840332257" r:id="rId1571"/>
        </w:object>
      </w:r>
      <w:r w:rsidRPr="002417EA">
        <w:rPr>
          <w:rFonts w:ascii="Times New Roman" w:hAnsi="Times New Roman" w:cs="Times New Roman"/>
          <w:color w:val="202124"/>
          <w:sz w:val="28"/>
          <w:szCs w:val="28"/>
          <w:lang w:val="kk-KZ"/>
        </w:rPr>
        <w:t xml:space="preserve">-ке тең және </w:t>
      </w:r>
      <w:r w:rsidR="00A07FF5" w:rsidRPr="002417EA">
        <w:rPr>
          <w:rFonts w:ascii="Times New Roman" w:hAnsi="Times New Roman" w:cs="Times New Roman"/>
          <w:position w:val="-6"/>
          <w:sz w:val="28"/>
          <w:szCs w:val="28"/>
        </w:rPr>
        <w:object w:dxaOrig="620" w:dyaOrig="300" w14:anchorId="2455B6F4">
          <v:shape id="_x0000_i1804" type="#_x0000_t75" style="width:28.5pt;height:15.8pt" o:ole="">
            <v:imagedata r:id="rId1572" o:title=""/>
          </v:shape>
          <o:OLEObject Type="Embed" ProgID="Equation.DSMT4" ShapeID="_x0000_i1804" DrawAspect="Content" ObjectID="_1840332258" r:id="rId1573"/>
        </w:object>
      </w:r>
      <w:r w:rsidRPr="002417EA">
        <w:rPr>
          <w:rFonts w:ascii="Times New Roman" w:hAnsi="Times New Roman" w:cs="Times New Roman"/>
          <w:position w:val="-12"/>
          <w:sz w:val="28"/>
          <w:szCs w:val="28"/>
          <w:lang w:val="kk-KZ"/>
        </w:rPr>
        <w:t xml:space="preserve"> </w:t>
      </w:r>
      <w:r w:rsidRPr="002417EA">
        <w:rPr>
          <w:rFonts w:ascii="Times New Roman" w:hAnsi="Times New Roman" w:cs="Times New Roman"/>
          <w:color w:val="202124"/>
          <w:sz w:val="28"/>
          <w:szCs w:val="28"/>
          <w:lang w:val="kk-KZ"/>
        </w:rPr>
        <w:t xml:space="preserve">үшін </w:t>
      </w:r>
      <w:r w:rsidR="00A07FF5" w:rsidRPr="002417EA">
        <w:rPr>
          <w:rFonts w:ascii="Times New Roman" w:hAnsi="Times New Roman" w:cs="Times New Roman"/>
          <w:position w:val="-12"/>
          <w:sz w:val="28"/>
          <w:szCs w:val="28"/>
        </w:rPr>
        <w:object w:dxaOrig="780" w:dyaOrig="380" w14:anchorId="07587B99">
          <v:shape id="_x0000_i1805" type="#_x0000_t75" style="width:38pt;height:18.2pt" o:ole="">
            <v:imagedata r:id="rId1574" o:title=""/>
          </v:shape>
          <o:OLEObject Type="Embed" ProgID="Equation.DSMT4" ShapeID="_x0000_i1805" DrawAspect="Content" ObjectID="_1840332259" r:id="rId1575"/>
        </w:object>
      </w:r>
      <w:r w:rsidRPr="002417EA">
        <w:rPr>
          <w:rFonts w:ascii="Times New Roman" w:hAnsi="Times New Roman" w:cs="Times New Roman"/>
          <w:color w:val="202124"/>
          <w:sz w:val="28"/>
          <w:szCs w:val="28"/>
          <w:lang w:val="kk-KZ"/>
        </w:rPr>
        <w:t xml:space="preserve"> -ге тең. Сонымен қатар, </w:t>
      </w:r>
      <w:r w:rsidR="00A07FF5" w:rsidRPr="002417EA">
        <w:rPr>
          <w:rFonts w:ascii="Times New Roman" w:hAnsi="Times New Roman" w:cs="Times New Roman"/>
          <w:position w:val="-12"/>
          <w:sz w:val="28"/>
          <w:szCs w:val="28"/>
        </w:rPr>
        <w:object w:dxaOrig="279" w:dyaOrig="380" w14:anchorId="688A3E99">
          <v:shape id="_x0000_i1806" type="#_x0000_t75" style="width:15.8pt;height:18.2pt" o:ole="">
            <v:imagedata r:id="rId1576" o:title=""/>
          </v:shape>
          <o:OLEObject Type="Embed" ProgID="Equation.DSMT4" ShapeID="_x0000_i1806" DrawAspect="Content" ObjectID="_1840332260" r:id="rId1577"/>
        </w:object>
      </w:r>
      <w:r w:rsidRPr="002417EA">
        <w:rPr>
          <w:rFonts w:ascii="Times New Roman" w:hAnsi="Times New Roman" w:cs="Times New Roman"/>
          <w:position w:val="-12"/>
          <w:sz w:val="28"/>
          <w:szCs w:val="28"/>
          <w:lang w:val="kk-KZ"/>
        </w:rPr>
        <w:t xml:space="preserve"> </w:t>
      </w:r>
      <w:r w:rsidRPr="002417EA">
        <w:rPr>
          <w:rFonts w:ascii="Times New Roman" w:hAnsi="Times New Roman" w:cs="Times New Roman"/>
          <w:color w:val="202124"/>
          <w:sz w:val="28"/>
          <w:szCs w:val="28"/>
          <w:lang w:val="kk-KZ"/>
        </w:rPr>
        <w:t xml:space="preserve">көпмүшесі жұп және оның </w:t>
      </w:r>
      <w:r w:rsidRPr="002417EA">
        <w:rPr>
          <w:rFonts w:ascii="Times New Roman" w:hAnsi="Times New Roman" w:cs="Times New Roman"/>
          <w:color w:val="202124"/>
          <w:sz w:val="28"/>
          <w:szCs w:val="28"/>
          <w:lang w:val="kk-KZ"/>
        </w:rPr>
        <w:lastRenderedPageBreak/>
        <w:t xml:space="preserve">түбірі </w:t>
      </w:r>
      <w:r w:rsidR="00A07FF5" w:rsidRPr="002417EA">
        <w:rPr>
          <w:rFonts w:ascii="Times New Roman" w:hAnsi="Times New Roman" w:cs="Times New Roman"/>
          <w:position w:val="-10"/>
          <w:sz w:val="28"/>
          <w:szCs w:val="28"/>
        </w:rPr>
        <w:object w:dxaOrig="620" w:dyaOrig="340" w14:anchorId="1A905F42">
          <v:shape id="_x0000_i1807" type="#_x0000_t75" style="width:28.5pt;height:15.8pt" o:ole="">
            <v:imagedata r:id="rId1578" o:title=""/>
          </v:shape>
          <o:OLEObject Type="Embed" ProgID="Equation.DSMT4" ShapeID="_x0000_i1807" DrawAspect="Content" ObjectID="_1840332261" r:id="rId1579"/>
        </w:object>
      </w:r>
      <w:r w:rsidRPr="002417EA">
        <w:rPr>
          <w:rFonts w:ascii="Times New Roman" w:hAnsi="Times New Roman" w:cs="Times New Roman"/>
          <w:position w:val="-10"/>
          <w:sz w:val="28"/>
          <w:szCs w:val="28"/>
          <w:lang w:val="kk-KZ"/>
        </w:rPr>
        <w:t xml:space="preserve"> </w:t>
      </w:r>
      <w:r w:rsidRPr="002417EA">
        <w:rPr>
          <w:rFonts w:ascii="Times New Roman" w:hAnsi="Times New Roman" w:cs="Times New Roman"/>
          <w:color w:val="202124"/>
          <w:sz w:val="28"/>
          <w:szCs w:val="28"/>
          <w:lang w:val="kk-KZ"/>
        </w:rPr>
        <w:t xml:space="preserve">тең. Сондықтан, (1.62)-ге сәйкес </w:t>
      </w:r>
      <w:r w:rsidR="00A07FF5" w:rsidRPr="002417EA">
        <w:rPr>
          <w:rFonts w:ascii="Times New Roman" w:hAnsi="Times New Roman" w:cs="Times New Roman"/>
          <w:position w:val="-10"/>
          <w:sz w:val="28"/>
          <w:szCs w:val="28"/>
        </w:rPr>
        <w:object w:dxaOrig="880" w:dyaOrig="340" w14:anchorId="2FA31B21">
          <v:shape id="_x0000_i1808" type="#_x0000_t75" style="width:44.3pt;height:15.8pt" o:ole="">
            <v:imagedata r:id="rId1580" o:title=""/>
          </v:shape>
          <o:OLEObject Type="Embed" ProgID="Equation.DSMT4" ShapeID="_x0000_i1808" DrawAspect="Content" ObjectID="_1840332262" r:id="rId1581"/>
        </w:object>
      </w:r>
      <w:r w:rsidRPr="002417EA">
        <w:rPr>
          <w:rFonts w:ascii="Times New Roman" w:hAnsi="Times New Roman" w:cs="Times New Roman"/>
          <w:position w:val="-12"/>
          <w:sz w:val="28"/>
          <w:szCs w:val="28"/>
          <w:lang w:val="kk-KZ"/>
        </w:rPr>
        <w:t xml:space="preserve"> </w:t>
      </w:r>
      <w:r w:rsidRPr="002417EA">
        <w:rPr>
          <w:rFonts w:ascii="Times New Roman" w:hAnsi="Times New Roman" w:cs="Times New Roman"/>
          <w:color w:val="202124"/>
          <w:sz w:val="28"/>
          <w:szCs w:val="28"/>
          <w:lang w:val="kk-KZ"/>
        </w:rPr>
        <w:t xml:space="preserve">үшін </w:t>
      </w:r>
      <w:r w:rsidR="00A07FF5" w:rsidRPr="002417EA">
        <w:rPr>
          <w:rFonts w:ascii="Times New Roman" w:hAnsi="Times New Roman" w:cs="Times New Roman"/>
          <w:position w:val="-12"/>
          <w:sz w:val="28"/>
          <w:szCs w:val="28"/>
        </w:rPr>
        <w:object w:dxaOrig="740" w:dyaOrig="380" w14:anchorId="1F5484A7">
          <v:shape id="_x0000_i1809" type="#_x0000_t75" style="width:36.4pt;height:18.2pt" o:ole="">
            <v:imagedata r:id="rId1582" o:title=""/>
          </v:shape>
          <o:OLEObject Type="Embed" ProgID="Equation.DSMT4" ShapeID="_x0000_i1809" DrawAspect="Content" ObjectID="_1840332263" r:id="rId1583"/>
        </w:object>
      </w:r>
      <w:r w:rsidRPr="002417EA">
        <w:rPr>
          <w:rFonts w:ascii="Times New Roman" w:hAnsi="Times New Roman" w:cs="Times New Roman"/>
          <w:color w:val="202124"/>
          <w:sz w:val="28"/>
          <w:szCs w:val="28"/>
          <w:lang w:val="kk-KZ"/>
        </w:rPr>
        <w:t xml:space="preserve"> және </w:t>
      </w:r>
      <w:r w:rsidR="00A07FF5" w:rsidRPr="002417EA">
        <w:rPr>
          <w:rFonts w:ascii="Times New Roman" w:hAnsi="Times New Roman" w:cs="Times New Roman"/>
          <w:position w:val="-6"/>
          <w:sz w:val="28"/>
          <w:szCs w:val="28"/>
        </w:rPr>
        <w:object w:dxaOrig="620" w:dyaOrig="300" w14:anchorId="0871AEF9">
          <v:shape id="_x0000_i1810" type="#_x0000_t75" style="width:28.5pt;height:15.8pt" o:ole="">
            <v:imagedata r:id="rId1584" o:title=""/>
          </v:shape>
          <o:OLEObject Type="Embed" ProgID="Equation.DSMT4" ShapeID="_x0000_i1810" DrawAspect="Content" ObjectID="_1840332264" r:id="rId1585"/>
        </w:object>
      </w:r>
      <w:r w:rsidRPr="002417EA">
        <w:rPr>
          <w:rFonts w:ascii="Times New Roman" w:hAnsi="Times New Roman" w:cs="Times New Roman"/>
          <w:position w:val="-6"/>
          <w:sz w:val="28"/>
          <w:szCs w:val="28"/>
          <w:lang w:val="kk-KZ"/>
        </w:rPr>
        <w:t xml:space="preserve"> </w:t>
      </w:r>
      <w:r w:rsidRPr="002417EA">
        <w:rPr>
          <w:rFonts w:ascii="Times New Roman" w:hAnsi="Times New Roman" w:cs="Times New Roman"/>
          <w:color w:val="202124"/>
          <w:sz w:val="28"/>
          <w:szCs w:val="28"/>
          <w:lang w:val="kk-KZ"/>
        </w:rPr>
        <w:t xml:space="preserve">болса, </w:t>
      </w:r>
      <w:r w:rsidR="00A07FF5" w:rsidRPr="002417EA">
        <w:rPr>
          <w:rFonts w:ascii="Times New Roman" w:hAnsi="Times New Roman" w:cs="Times New Roman"/>
          <w:position w:val="-12"/>
          <w:sz w:val="28"/>
          <w:szCs w:val="28"/>
        </w:rPr>
        <w:object w:dxaOrig="340" w:dyaOrig="380" w14:anchorId="0C5231B2">
          <v:shape id="_x0000_i1811" type="#_x0000_t75" style="width:15.8pt;height:18.2pt" o:ole="">
            <v:imagedata r:id="rId1586" o:title=""/>
          </v:shape>
          <o:OLEObject Type="Embed" ProgID="Equation.DSMT4" ShapeID="_x0000_i1811" DrawAspect="Content" ObjectID="_1840332265" r:id="rId1587"/>
        </w:object>
      </w:r>
      <w:r w:rsidRPr="002417EA">
        <w:rPr>
          <w:rFonts w:ascii="Times New Roman" w:hAnsi="Times New Roman" w:cs="Times New Roman"/>
          <w:position w:val="-12"/>
          <w:sz w:val="28"/>
          <w:szCs w:val="28"/>
          <w:lang w:val="kk-KZ"/>
        </w:rPr>
        <w:t xml:space="preserve"> </w:t>
      </w:r>
      <w:r w:rsidRPr="002417EA">
        <w:rPr>
          <w:rFonts w:ascii="Times New Roman" w:hAnsi="Times New Roman" w:cs="Times New Roman"/>
          <w:color w:val="202124"/>
          <w:sz w:val="28"/>
          <w:szCs w:val="28"/>
          <w:lang w:val="kk-KZ"/>
        </w:rPr>
        <w:t xml:space="preserve">ретінде 1, 3 мәндерінің бірін қабылдай алады. Соңғы жағдайда бірінші ширекте </w:t>
      </w:r>
      <w:r w:rsidR="00A07FF5" w:rsidRPr="002417EA">
        <w:rPr>
          <w:rFonts w:ascii="Times New Roman" w:hAnsi="Times New Roman" w:cs="Times New Roman"/>
          <w:position w:val="-12"/>
          <w:sz w:val="28"/>
          <w:szCs w:val="28"/>
        </w:rPr>
        <w:object w:dxaOrig="320" w:dyaOrig="380" w14:anchorId="484925B9">
          <v:shape id="_x0000_i1812" type="#_x0000_t75" style="width:15.8pt;height:18.2pt" o:ole="">
            <v:imagedata r:id="rId1588" o:title=""/>
          </v:shape>
          <o:OLEObject Type="Embed" ProgID="Equation.DSMT4" ShapeID="_x0000_i1812" DrawAspect="Content" ObjectID="_1840332266" r:id="rId1589"/>
        </w:object>
      </w:r>
      <w:r w:rsidRPr="002417EA">
        <w:rPr>
          <w:rFonts w:ascii="Times New Roman" w:hAnsi="Times New Roman" w:cs="Times New Roman"/>
          <w:color w:val="202124"/>
          <w:sz w:val="28"/>
          <w:szCs w:val="28"/>
          <w:lang w:val="kk-KZ"/>
        </w:rPr>
        <w:t xml:space="preserve"> полиномы үшін </w:t>
      </w:r>
      <w:r w:rsidR="00A07FF5" w:rsidRPr="002417EA">
        <w:rPr>
          <w:rFonts w:ascii="Times New Roman" w:hAnsi="Times New Roman" w:cs="Times New Roman"/>
          <w:position w:val="-12"/>
          <w:sz w:val="28"/>
          <w:szCs w:val="28"/>
        </w:rPr>
        <w:object w:dxaOrig="1140" w:dyaOrig="420" w14:anchorId="3938FC8E">
          <v:shape id="_x0000_i1813" type="#_x0000_t75" style="width:56.2pt;height:20.55pt" o:ole="">
            <v:imagedata r:id="rId1590" o:title=""/>
          </v:shape>
          <o:OLEObject Type="Embed" ProgID="Equation.DSMT4" ShapeID="_x0000_i1813" DrawAspect="Content" ObjectID="_1840332267" r:id="rId1591"/>
        </w:object>
      </w:r>
      <w:r w:rsidRPr="002417EA">
        <w:rPr>
          <w:rFonts w:ascii="Times New Roman" w:hAnsi="Times New Roman" w:cs="Times New Roman"/>
          <w:color w:val="202124"/>
          <w:sz w:val="28"/>
          <w:szCs w:val="28"/>
          <w:lang w:val="kk-KZ"/>
        </w:rPr>
        <w:t xml:space="preserve">түбірі бар және (1.61)-гі фредгольмдық шарты </w:t>
      </w:r>
      <w:r w:rsidR="00A07FF5" w:rsidRPr="002417EA">
        <w:rPr>
          <w:rFonts w:ascii="Times New Roman" w:hAnsi="Times New Roman" w:cs="Times New Roman"/>
          <w:position w:val="-14"/>
          <w:sz w:val="28"/>
          <w:szCs w:val="28"/>
        </w:rPr>
        <w:object w:dxaOrig="1180" w:dyaOrig="420" w14:anchorId="5A3D9EF6">
          <v:shape id="_x0000_i1814" type="#_x0000_t75" style="width:60.15pt;height:20.55pt" o:ole="">
            <v:imagedata r:id="rId1592" o:title=""/>
          </v:shape>
          <o:OLEObject Type="Embed" ProgID="Equation.DSMT4" ShapeID="_x0000_i1814" DrawAspect="Content" ObjectID="_1840332268" r:id="rId1593"/>
        </w:object>
      </w:r>
      <w:r w:rsidRPr="002417EA">
        <w:rPr>
          <w:rFonts w:ascii="Times New Roman" w:hAnsi="Times New Roman" w:cs="Times New Roman"/>
          <w:color w:val="202124"/>
          <w:sz w:val="28"/>
          <w:szCs w:val="28"/>
          <w:lang w:val="kk-KZ"/>
        </w:rPr>
        <w:t xml:space="preserve">-ға келтіріледі. </w:t>
      </w:r>
    </w:p>
    <w:p w14:paraId="4DE36401" w14:textId="77777777" w:rsidR="003A4ABB" w:rsidRPr="002417EA" w:rsidRDefault="003A4ABB" w:rsidP="003A4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position w:val="-12"/>
          <w:sz w:val="28"/>
          <w:szCs w:val="28"/>
          <w:lang w:val="kk-KZ"/>
        </w:rPr>
      </w:pPr>
      <w:r w:rsidRPr="002417EA">
        <w:rPr>
          <w:rFonts w:ascii="Times New Roman" w:hAnsi="Times New Roman" w:cs="Times New Roman"/>
          <w:color w:val="202124"/>
          <w:sz w:val="28"/>
          <w:szCs w:val="28"/>
          <w:lang w:val="kk-KZ"/>
        </w:rPr>
        <w:tab/>
        <w:t xml:space="preserve">Қарастырылып отырған жағдайда </w:t>
      </w:r>
      <w:r w:rsidR="00A07FF5" w:rsidRPr="002417EA">
        <w:rPr>
          <w:rFonts w:ascii="Times New Roman" w:hAnsi="Times New Roman" w:cs="Times New Roman"/>
          <w:position w:val="-12"/>
          <w:sz w:val="28"/>
          <w:szCs w:val="28"/>
        </w:rPr>
        <w:object w:dxaOrig="1060" w:dyaOrig="380" w14:anchorId="0908393C">
          <v:shape id="_x0000_i1815" type="#_x0000_t75" style="width:53.8pt;height:18.2pt" o:ole="">
            <v:imagedata r:id="rId1594" o:title=""/>
          </v:shape>
          <o:OLEObject Type="Embed" ProgID="Equation.DSMT4" ShapeID="_x0000_i1815" DrawAspect="Content" ObjectID="_1840332269" r:id="rId1595"/>
        </w:object>
      </w:r>
      <w:r w:rsidRPr="002417EA">
        <w:rPr>
          <w:rFonts w:ascii="Times New Roman" w:hAnsi="Times New Roman" w:cs="Times New Roman"/>
          <w:color w:val="202124"/>
          <w:sz w:val="28"/>
          <w:szCs w:val="28"/>
          <w:lang w:val="kk-KZ"/>
        </w:rPr>
        <w:t xml:space="preserve">болғандықтан, (1.59)-ның негізінде </w:t>
      </w:r>
      <w:r w:rsidR="00A07FF5" w:rsidRPr="002417EA">
        <w:rPr>
          <w:rFonts w:ascii="Times New Roman" w:hAnsi="Times New Roman" w:cs="Times New Roman"/>
          <w:position w:val="-10"/>
          <w:sz w:val="28"/>
          <w:szCs w:val="28"/>
        </w:rPr>
        <w:object w:dxaOrig="880" w:dyaOrig="340" w14:anchorId="1B885B8F">
          <v:shape id="_x0000_i1816" type="#_x0000_t75" style="width:44.3pt;height:15.8pt" o:ole="">
            <v:imagedata r:id="rId1596" o:title=""/>
          </v:shape>
          <o:OLEObject Type="Embed" ProgID="Equation.DSMT4" ShapeID="_x0000_i1816" DrawAspect="Content" ObjectID="_1840332270" r:id="rId1597"/>
        </w:object>
      </w:r>
      <w:r w:rsidRPr="002417EA">
        <w:rPr>
          <w:rFonts w:ascii="Times New Roman" w:hAnsi="Times New Roman" w:cs="Times New Roman"/>
          <w:color w:val="202124"/>
          <w:sz w:val="28"/>
          <w:szCs w:val="28"/>
          <w:lang w:val="kk-KZ"/>
        </w:rPr>
        <w:t xml:space="preserve">үшін есептің </w:t>
      </w:r>
      <w:r w:rsidR="00A07FF5" w:rsidRPr="002417EA">
        <w:rPr>
          <w:rFonts w:ascii="Times New Roman" w:hAnsi="Times New Roman" w:cs="Times New Roman"/>
          <w:position w:val="-6"/>
          <w:sz w:val="28"/>
          <w:szCs w:val="28"/>
        </w:rPr>
        <w:object w:dxaOrig="260" w:dyaOrig="240" w14:anchorId="592D4F98">
          <v:shape id="_x0000_i1817" type="#_x0000_t75" style="width:11.85pt;height:11.85pt" o:ole="">
            <v:imagedata r:id="rId1598" o:title=""/>
          </v:shape>
          <o:OLEObject Type="Embed" ProgID="Equation.DSMT4" ShapeID="_x0000_i1817" DrawAspect="Content" ObjectID="_1840332271" r:id="rId1599"/>
        </w:object>
      </w:r>
      <w:r w:rsidRPr="002417EA">
        <w:rPr>
          <w:rFonts w:ascii="Times New Roman" w:hAnsi="Times New Roman" w:cs="Times New Roman"/>
          <w:color w:val="202124"/>
          <w:sz w:val="28"/>
          <w:szCs w:val="28"/>
          <w:lang w:val="kk-KZ"/>
        </w:rPr>
        <w:t xml:space="preserve"> индексі нөлге тең және.s = 3 үшін 0, 4 мәндерінің бірін қабылдайды деген қорытындыға келеміз. Атап айтқанда, бұл нәтиже </w:t>
      </w:r>
      <w:r w:rsidR="00A07FF5" w:rsidRPr="002417EA">
        <w:rPr>
          <w:rFonts w:ascii="Times New Roman" w:hAnsi="Times New Roman" w:cs="Times New Roman"/>
          <w:position w:val="-6"/>
          <w:sz w:val="28"/>
          <w:szCs w:val="28"/>
        </w:rPr>
        <w:object w:dxaOrig="560" w:dyaOrig="300" w14:anchorId="3A536178">
          <v:shape id="_x0000_i1818" type="#_x0000_t75" style="width:26.9pt;height:15.8pt" o:ole="">
            <v:imagedata r:id="rId1600" o:title=""/>
          </v:shape>
          <o:OLEObject Type="Embed" ProgID="Equation.DSMT4" ShapeID="_x0000_i1818" DrawAspect="Content" ObjectID="_1840332272" r:id="rId1601"/>
        </w:object>
      </w:r>
      <w:r w:rsidRPr="002417EA">
        <w:rPr>
          <w:rFonts w:ascii="Times New Roman" w:hAnsi="Times New Roman" w:cs="Times New Roman"/>
          <w:position w:val="-12"/>
          <w:sz w:val="28"/>
          <w:szCs w:val="28"/>
          <w:lang w:val="kk-KZ"/>
        </w:rPr>
        <w:t xml:space="preserve"> </w:t>
      </w:r>
      <w:r w:rsidRPr="002417EA">
        <w:rPr>
          <w:rFonts w:ascii="Times New Roman" w:hAnsi="Times New Roman" w:cs="Times New Roman"/>
          <w:color w:val="202124"/>
          <w:sz w:val="28"/>
          <w:szCs w:val="28"/>
          <w:lang w:val="kk-KZ"/>
        </w:rPr>
        <w:t>болғандағы 1.2-теоремамен сәйкес келеді.</w:t>
      </w:r>
    </w:p>
    <w:p w14:paraId="27806284" w14:textId="77777777" w:rsidR="003A4ABB" w:rsidRPr="002417EA" w:rsidRDefault="003A4ABB" w:rsidP="003A4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202124"/>
          <w:sz w:val="28"/>
          <w:szCs w:val="28"/>
          <w:lang w:val="kk-KZ"/>
        </w:rPr>
      </w:pPr>
      <w:r w:rsidRPr="002417EA">
        <w:rPr>
          <w:rFonts w:ascii="Times New Roman" w:hAnsi="Times New Roman" w:cs="Times New Roman"/>
          <w:color w:val="202124"/>
          <w:sz w:val="28"/>
          <w:szCs w:val="28"/>
          <w:lang w:val="kk-KZ"/>
        </w:rPr>
        <w:tab/>
        <w:t xml:space="preserve">Әрі қарай </w:t>
      </w:r>
      <w:r w:rsidR="00A07FF5" w:rsidRPr="002417EA">
        <w:rPr>
          <w:rFonts w:ascii="Times New Roman" w:hAnsi="Times New Roman" w:cs="Times New Roman"/>
          <w:position w:val="-6"/>
          <w:sz w:val="28"/>
          <w:szCs w:val="28"/>
        </w:rPr>
        <w:object w:dxaOrig="560" w:dyaOrig="300" w14:anchorId="2BCF1DF9">
          <v:shape id="_x0000_i1819" type="#_x0000_t75" style="width:26.9pt;height:15.8pt" o:ole="">
            <v:imagedata r:id="rId1602" o:title=""/>
          </v:shape>
          <o:OLEObject Type="Embed" ProgID="Equation.DSMT4" ShapeID="_x0000_i1819" DrawAspect="Content" ObjectID="_1840332273" r:id="rId1603"/>
        </w:object>
      </w:r>
      <w:r w:rsidRPr="002417EA">
        <w:rPr>
          <w:rFonts w:ascii="Times New Roman" w:hAnsi="Times New Roman" w:cs="Times New Roman"/>
          <w:color w:val="202124"/>
          <w:sz w:val="28"/>
          <w:szCs w:val="28"/>
          <w:lang w:val="kk-KZ"/>
        </w:rPr>
        <w:t xml:space="preserve">болсын және анықтық үшін </w:t>
      </w:r>
      <w:r w:rsidR="00A07FF5" w:rsidRPr="002417EA">
        <w:rPr>
          <w:rFonts w:ascii="Times New Roman" w:hAnsi="Times New Roman" w:cs="Times New Roman"/>
          <w:position w:val="-12"/>
          <w:sz w:val="28"/>
          <w:szCs w:val="28"/>
        </w:rPr>
        <w:object w:dxaOrig="1380" w:dyaOrig="380" w14:anchorId="43BDAA14">
          <v:shape id="_x0000_i1820" type="#_x0000_t75" style="width:68.85pt;height:18.2pt" o:ole="">
            <v:imagedata r:id="rId1604" o:title=""/>
          </v:shape>
          <o:OLEObject Type="Embed" ProgID="Equation.DSMT4" ShapeID="_x0000_i1820" DrawAspect="Content" ObjectID="_1840332274" r:id="rId1605"/>
        </w:object>
      </w:r>
      <w:r w:rsidRPr="002417EA">
        <w:rPr>
          <w:rFonts w:ascii="Times New Roman" w:hAnsi="Times New Roman" w:cs="Times New Roman"/>
          <w:color w:val="202124"/>
          <w:sz w:val="28"/>
          <w:szCs w:val="28"/>
          <w:lang w:val="kk-KZ"/>
        </w:rPr>
        <w:t>болсын. Жоғарыдағыдай,</w:t>
      </w:r>
      <w:r w:rsidRPr="002417EA">
        <w:rPr>
          <w:rFonts w:ascii="Times New Roman" w:hAnsi="Times New Roman" w:cs="Times New Roman"/>
          <w:position w:val="-6"/>
          <w:sz w:val="28"/>
          <w:szCs w:val="28"/>
          <w:lang w:val="kk-KZ"/>
        </w:rPr>
        <w:t xml:space="preserve"> </w:t>
      </w:r>
      <w:r w:rsidR="00A07FF5" w:rsidRPr="002417EA">
        <w:rPr>
          <w:rFonts w:ascii="Times New Roman" w:hAnsi="Times New Roman" w:cs="Times New Roman"/>
          <w:position w:val="-12"/>
          <w:sz w:val="28"/>
          <w:szCs w:val="28"/>
        </w:rPr>
        <w:object w:dxaOrig="1260" w:dyaOrig="380" w14:anchorId="5E32AC30">
          <v:shape id="_x0000_i1821" type="#_x0000_t75" style="width:64.9pt;height:18.2pt" o:ole="">
            <v:imagedata r:id="rId1606" o:title=""/>
          </v:shape>
          <o:OLEObject Type="Embed" ProgID="Equation.DSMT4" ShapeID="_x0000_i1821" DrawAspect="Content" ObjectID="_1840332275" r:id="rId1607"/>
        </w:object>
      </w:r>
      <w:r w:rsidRPr="002417EA">
        <w:rPr>
          <w:rFonts w:ascii="Times New Roman" w:hAnsi="Times New Roman" w:cs="Times New Roman"/>
          <w:color w:val="202124"/>
          <w:sz w:val="28"/>
          <w:szCs w:val="28"/>
          <w:lang w:val="kk-KZ"/>
        </w:rPr>
        <w:t xml:space="preserve"> деп есептейміз. Бұл жағдайда </w:t>
      </w:r>
      <w:r w:rsidR="00A07FF5" w:rsidRPr="002417EA">
        <w:rPr>
          <w:rFonts w:ascii="Times New Roman" w:hAnsi="Times New Roman" w:cs="Times New Roman"/>
          <w:position w:val="-12"/>
          <w:sz w:val="28"/>
          <w:szCs w:val="28"/>
        </w:rPr>
        <w:object w:dxaOrig="1640" w:dyaOrig="380" w14:anchorId="59048EFE">
          <v:shape id="_x0000_i1822" type="#_x0000_t75" style="width:80.7pt;height:18.2pt" o:ole="">
            <v:imagedata r:id="rId1608" o:title=""/>
          </v:shape>
          <o:OLEObject Type="Embed" ProgID="Equation.DSMT4" ShapeID="_x0000_i1822" DrawAspect="Content" ObjectID="_1840332276" r:id="rId1609"/>
        </w:object>
      </w:r>
      <w:r w:rsidRPr="002417EA">
        <w:rPr>
          <w:rFonts w:ascii="Times New Roman" w:hAnsi="Times New Roman" w:cs="Times New Roman"/>
          <w:color w:val="202124"/>
          <w:sz w:val="28"/>
          <w:szCs w:val="28"/>
          <w:lang w:val="kk-KZ"/>
        </w:rPr>
        <w:t xml:space="preserve"> және барлық мүмкін болатын </w:t>
      </w:r>
      <w:r w:rsidR="00A07FF5" w:rsidRPr="002417EA">
        <w:rPr>
          <w:rFonts w:ascii="Times New Roman" w:hAnsi="Times New Roman" w:cs="Times New Roman"/>
          <w:position w:val="-6"/>
          <w:sz w:val="28"/>
          <w:szCs w:val="28"/>
        </w:rPr>
        <w:object w:dxaOrig="200" w:dyaOrig="240" w14:anchorId="1EEE9326">
          <v:shape id="_x0000_i1823" type="#_x0000_t75" style="width:9.5pt;height:11.85pt" o:ole="">
            <v:imagedata r:id="rId1610" o:title=""/>
          </v:shape>
          <o:OLEObject Type="Embed" ProgID="Equation.DSMT4" ShapeID="_x0000_i1823" DrawAspect="Content" ObjectID="_1840332277" r:id="rId1611"/>
        </w:object>
      </w:r>
      <w:r w:rsidRPr="002417EA">
        <w:rPr>
          <w:rFonts w:ascii="Times New Roman" w:hAnsi="Times New Roman" w:cs="Times New Roman"/>
          <w:color w:val="202124"/>
          <w:sz w:val="28"/>
          <w:szCs w:val="28"/>
          <w:lang w:val="kk-KZ"/>
        </w:rPr>
        <w:t xml:space="preserve"> сандарының жұбы 10-ға тең. </w:t>
      </w:r>
      <w:r w:rsidR="00A07FF5" w:rsidRPr="002417EA">
        <w:rPr>
          <w:rFonts w:ascii="Times New Roman" w:hAnsi="Times New Roman" w:cs="Times New Roman"/>
          <w:position w:val="-18"/>
          <w:sz w:val="28"/>
          <w:szCs w:val="28"/>
        </w:rPr>
        <w:object w:dxaOrig="1820" w:dyaOrig="499" w14:anchorId="418FC95C">
          <v:shape id="_x0000_i1824" type="#_x0000_t75" style="width:90.2pt;height:25.3pt" o:ole="">
            <v:imagedata r:id="rId1612" o:title=""/>
          </v:shape>
          <o:OLEObject Type="Embed" ProgID="Equation.DSMT4" ShapeID="_x0000_i1824" DrawAspect="Content" ObjectID="_1840332278" r:id="rId1613"/>
        </w:object>
      </w:r>
      <w:r w:rsidRPr="002417EA">
        <w:rPr>
          <w:rFonts w:ascii="Times New Roman" w:hAnsi="Times New Roman" w:cs="Times New Roman"/>
          <w:position w:val="-18"/>
          <w:sz w:val="28"/>
          <w:szCs w:val="28"/>
          <w:lang w:val="kk-KZ"/>
        </w:rPr>
        <w:t xml:space="preserve">  </w:t>
      </w:r>
      <w:r w:rsidRPr="002417EA">
        <w:rPr>
          <w:rFonts w:ascii="Times New Roman" w:hAnsi="Times New Roman" w:cs="Times New Roman"/>
          <w:color w:val="202124"/>
          <w:sz w:val="28"/>
          <w:szCs w:val="28"/>
          <w:lang w:val="kk-KZ"/>
        </w:rPr>
        <w:t xml:space="preserve">векторы бар үшінші ретті </w:t>
      </w:r>
      <w:r w:rsidR="00A07FF5" w:rsidRPr="002417EA">
        <w:rPr>
          <w:rFonts w:ascii="Times New Roman" w:hAnsi="Times New Roman" w:cs="Times New Roman"/>
          <w:position w:val="-16"/>
          <w:sz w:val="28"/>
          <w:szCs w:val="28"/>
        </w:rPr>
        <w:object w:dxaOrig="360" w:dyaOrig="420" w14:anchorId="442C9CDF">
          <v:shape id="_x0000_i1825" type="#_x0000_t75" style="width:18.2pt;height:20.55pt" o:ole="">
            <v:imagedata r:id="rId1614" o:title=""/>
          </v:shape>
          <o:OLEObject Type="Embed" ProgID="Equation.DSMT4" ShapeID="_x0000_i1825" DrawAspect="Content" ObjectID="_1840332279" r:id="rId1615"/>
        </w:object>
      </w:r>
      <w:r w:rsidRPr="002417EA">
        <w:rPr>
          <w:rFonts w:ascii="Times New Roman" w:hAnsi="Times New Roman" w:cs="Times New Roman"/>
          <w:position w:val="-16"/>
          <w:sz w:val="28"/>
          <w:szCs w:val="28"/>
          <w:lang w:val="kk-KZ"/>
        </w:rPr>
        <w:t xml:space="preserve"> </w:t>
      </w:r>
      <w:r w:rsidRPr="002417EA">
        <w:rPr>
          <w:rFonts w:ascii="Times New Roman" w:hAnsi="Times New Roman" w:cs="Times New Roman"/>
          <w:color w:val="202124"/>
          <w:sz w:val="28"/>
          <w:szCs w:val="28"/>
          <w:lang w:val="kk-KZ"/>
        </w:rPr>
        <w:t>матрицасы үшін анықтамасын (1.57) қоюға болады</w:t>
      </w:r>
    </w:p>
    <w:p w14:paraId="035027DE" w14:textId="77777777" w:rsidR="003A4ABB" w:rsidRPr="002417EA" w:rsidRDefault="003A4ABB" w:rsidP="003A4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position w:val="-14"/>
          <w:sz w:val="28"/>
          <w:szCs w:val="28"/>
          <w:lang w:val="kk-KZ"/>
        </w:rPr>
      </w:pPr>
    </w:p>
    <w:p w14:paraId="35160ED2" w14:textId="77777777" w:rsidR="003A4ABB" w:rsidRPr="002417EA" w:rsidRDefault="00A07FF5" w:rsidP="003A4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position w:val="-72"/>
          <w:sz w:val="28"/>
          <w:szCs w:val="28"/>
          <w:lang w:val="kk-KZ"/>
        </w:rPr>
      </w:pPr>
      <w:r w:rsidRPr="002417EA">
        <w:rPr>
          <w:rFonts w:ascii="Times New Roman" w:hAnsi="Times New Roman" w:cs="Times New Roman"/>
          <w:position w:val="-72"/>
          <w:sz w:val="28"/>
          <w:szCs w:val="28"/>
        </w:rPr>
        <w:object w:dxaOrig="7280" w:dyaOrig="1579" w14:anchorId="7E8AF7AA">
          <v:shape id="_x0000_i1826" type="#_x0000_t75" style="width:364.75pt;height:79.1pt" o:ole="">
            <v:imagedata r:id="rId1616" o:title=""/>
          </v:shape>
          <o:OLEObject Type="Embed" ProgID="Equation.DSMT4" ShapeID="_x0000_i1826" DrawAspect="Content" ObjectID="_1840332280" r:id="rId1617"/>
        </w:object>
      </w:r>
    </w:p>
    <w:p w14:paraId="2A435759" w14:textId="77777777" w:rsidR="003A4ABB" w:rsidRPr="002417EA" w:rsidRDefault="003A4ABB" w:rsidP="003A4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position w:val="-14"/>
          <w:sz w:val="28"/>
          <w:szCs w:val="28"/>
          <w:lang w:val="kk-KZ"/>
        </w:rPr>
      </w:pPr>
    </w:p>
    <w:p w14:paraId="747ABFA1" w14:textId="77777777" w:rsidR="003A4ABB" w:rsidRPr="002417EA" w:rsidRDefault="003A4ABB" w:rsidP="003A4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lang w:val="kk-KZ"/>
        </w:rPr>
      </w:pPr>
      <w:r w:rsidRPr="002417EA">
        <w:rPr>
          <w:rFonts w:ascii="Times New Roman" w:hAnsi="Times New Roman" w:cs="Times New Roman"/>
          <w:color w:val="202124"/>
          <w:sz w:val="28"/>
          <w:szCs w:val="28"/>
          <w:lang w:val="kk-KZ"/>
        </w:rPr>
        <w:t>немесе, айқын түрде</w:t>
      </w:r>
    </w:p>
    <w:p w14:paraId="24167C93" w14:textId="77777777" w:rsidR="003A4ABB" w:rsidRPr="002417EA" w:rsidRDefault="003A4ABB" w:rsidP="003A4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02124"/>
          <w:sz w:val="28"/>
          <w:szCs w:val="28"/>
          <w:lang w:val="kk-KZ"/>
        </w:rPr>
      </w:pPr>
    </w:p>
    <w:p w14:paraId="0DB5DB43" w14:textId="77777777" w:rsidR="003A4ABB" w:rsidRPr="002417EA" w:rsidRDefault="00A07FF5" w:rsidP="003A4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color w:val="202124"/>
          <w:sz w:val="28"/>
          <w:szCs w:val="28"/>
          <w:lang w:val="kk-KZ"/>
        </w:rPr>
      </w:pPr>
      <w:r w:rsidRPr="002417EA">
        <w:rPr>
          <w:rFonts w:ascii="Times New Roman" w:hAnsi="Times New Roman" w:cs="Times New Roman"/>
          <w:position w:val="-18"/>
          <w:sz w:val="28"/>
          <w:szCs w:val="28"/>
        </w:rPr>
        <w:object w:dxaOrig="5679" w:dyaOrig="560" w14:anchorId="344C4119">
          <v:shape id="_x0000_i1827" type="#_x0000_t75" style="width:280.9pt;height:26.9pt" o:ole="">
            <v:imagedata r:id="rId1618" o:title=""/>
          </v:shape>
          <o:OLEObject Type="Embed" ProgID="Equation.DSMT4" ShapeID="_x0000_i1827" DrawAspect="Content" ObjectID="_1840332281" r:id="rId1619"/>
        </w:object>
      </w:r>
      <w:r w:rsidR="003A4ABB" w:rsidRPr="002417EA">
        <w:rPr>
          <w:rFonts w:ascii="Times New Roman" w:hAnsi="Times New Roman" w:cs="Times New Roman"/>
          <w:position w:val="-18"/>
          <w:sz w:val="28"/>
          <w:szCs w:val="28"/>
          <w:lang w:val="kk-KZ"/>
        </w:rPr>
        <w:t xml:space="preserve">                          </w:t>
      </w:r>
      <w:r w:rsidR="003A4ABB" w:rsidRPr="002417EA">
        <w:rPr>
          <w:rFonts w:ascii="Times New Roman" w:hAnsi="Times New Roman" w:cs="Times New Roman"/>
          <w:color w:val="202124"/>
          <w:sz w:val="28"/>
          <w:szCs w:val="28"/>
          <w:lang w:val="kk-KZ"/>
        </w:rPr>
        <w:t>(1.62)</w:t>
      </w:r>
    </w:p>
    <w:p w14:paraId="14A9543D" w14:textId="77777777" w:rsidR="003A4ABB" w:rsidRPr="002417EA" w:rsidRDefault="003A4ABB" w:rsidP="003A4ABB">
      <w:pPr>
        <w:spacing w:after="0" w:line="240" w:lineRule="auto"/>
        <w:rPr>
          <w:rFonts w:ascii="Times New Roman" w:hAnsi="Times New Roman" w:cs="Times New Roman"/>
          <w:position w:val="-18"/>
          <w:sz w:val="28"/>
          <w:szCs w:val="28"/>
          <w:lang w:val="kk-KZ"/>
        </w:rPr>
      </w:pPr>
    </w:p>
    <w:p w14:paraId="3F1152CB" w14:textId="77777777" w:rsidR="003A4ABB" w:rsidRPr="002417EA" w:rsidRDefault="00A07FF5" w:rsidP="003A4ABB">
      <w:pPr>
        <w:spacing w:after="0" w:line="240" w:lineRule="auto"/>
        <w:rPr>
          <w:rFonts w:ascii="Times New Roman" w:hAnsi="Times New Roman" w:cs="Times New Roman"/>
          <w:sz w:val="28"/>
          <w:szCs w:val="28"/>
          <w:lang w:val="kk-KZ"/>
        </w:rPr>
      </w:pPr>
      <w:r w:rsidRPr="002417EA">
        <w:rPr>
          <w:rFonts w:ascii="Times New Roman" w:hAnsi="Times New Roman" w:cs="Times New Roman"/>
          <w:position w:val="-18"/>
          <w:sz w:val="28"/>
          <w:szCs w:val="28"/>
        </w:rPr>
        <w:object w:dxaOrig="3480" w:dyaOrig="499" w14:anchorId="6C6A3E29">
          <v:shape id="_x0000_i1828" type="#_x0000_t75" style="width:174.85pt;height:25.3pt" o:ole="">
            <v:imagedata r:id="rId1620" o:title=""/>
          </v:shape>
          <o:OLEObject Type="Embed" ProgID="Equation.DSMT4" ShapeID="_x0000_i1828" DrawAspect="Content" ObjectID="_1840332282" r:id="rId1621"/>
        </w:object>
      </w:r>
      <w:r w:rsidR="003A4ABB" w:rsidRPr="002417EA">
        <w:rPr>
          <w:rFonts w:ascii="Times New Roman" w:hAnsi="Times New Roman" w:cs="Times New Roman"/>
          <w:sz w:val="28"/>
          <w:szCs w:val="28"/>
          <w:lang w:val="kk-KZ"/>
        </w:rPr>
        <w:t xml:space="preserve"> көпмүшесімен. Осыдан </w:t>
      </w:r>
    </w:p>
    <w:p w14:paraId="16A21D26" w14:textId="77777777" w:rsidR="003A4ABB" w:rsidRPr="002417EA" w:rsidRDefault="003A4ABB" w:rsidP="003A4ABB">
      <w:pPr>
        <w:spacing w:after="0" w:line="240" w:lineRule="auto"/>
        <w:rPr>
          <w:rFonts w:ascii="Times New Roman" w:hAnsi="Times New Roman" w:cs="Times New Roman"/>
          <w:sz w:val="28"/>
          <w:szCs w:val="28"/>
          <w:lang w:val="kk-KZ"/>
        </w:rPr>
      </w:pPr>
    </w:p>
    <w:p w14:paraId="644507C1" w14:textId="77777777" w:rsidR="003A4ABB" w:rsidRPr="002417EA" w:rsidRDefault="00A07FF5" w:rsidP="003A4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position w:val="-20"/>
          <w:sz w:val="28"/>
          <w:szCs w:val="28"/>
          <w:lang w:val="kk-KZ"/>
        </w:rPr>
      </w:pPr>
      <w:r w:rsidRPr="002417EA">
        <w:rPr>
          <w:rFonts w:ascii="Times New Roman" w:hAnsi="Times New Roman" w:cs="Times New Roman"/>
          <w:position w:val="-20"/>
          <w:sz w:val="28"/>
          <w:szCs w:val="28"/>
        </w:rPr>
        <w:object w:dxaOrig="5780" w:dyaOrig="540" w14:anchorId="42DFA22E">
          <v:shape id="_x0000_i1829" type="#_x0000_t75" style="width:4in;height:27.7pt" o:ole="">
            <v:imagedata r:id="rId1622" o:title=""/>
          </v:shape>
          <o:OLEObject Type="Embed" ProgID="Equation.DSMT4" ShapeID="_x0000_i1829" DrawAspect="Content" ObjectID="_1840332283" r:id="rId1623"/>
        </w:object>
      </w:r>
    </w:p>
    <w:p w14:paraId="474765DB" w14:textId="77777777" w:rsidR="003A4ABB" w:rsidRPr="002417EA" w:rsidRDefault="003A4ABB" w:rsidP="003A4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position w:val="-18"/>
          <w:sz w:val="28"/>
          <w:szCs w:val="28"/>
          <w:lang w:val="kk-KZ"/>
        </w:rPr>
      </w:pPr>
    </w:p>
    <w:p w14:paraId="191B6E3C" w14:textId="77777777" w:rsidR="003A4ABB" w:rsidRPr="002417EA" w:rsidRDefault="003A4ABB" w:rsidP="003A4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position w:val="-18"/>
          <w:sz w:val="28"/>
          <w:szCs w:val="28"/>
          <w:lang w:val="kk-KZ"/>
        </w:rPr>
      </w:pPr>
      <w:r w:rsidRPr="002417EA">
        <w:rPr>
          <w:rFonts w:ascii="Times New Roman" w:hAnsi="Times New Roman" w:cs="Times New Roman"/>
          <w:position w:val="-18"/>
          <w:sz w:val="28"/>
          <w:szCs w:val="28"/>
          <w:lang w:val="kk-KZ"/>
        </w:rPr>
        <w:t>Сондықтан</w:t>
      </w:r>
    </w:p>
    <w:p w14:paraId="4C60A7F2" w14:textId="77777777" w:rsidR="003A4ABB" w:rsidRPr="002417EA" w:rsidRDefault="003A4ABB" w:rsidP="003A4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position w:val="-18"/>
          <w:sz w:val="28"/>
          <w:szCs w:val="28"/>
          <w:lang w:val="kk-KZ"/>
        </w:rPr>
      </w:pPr>
    </w:p>
    <w:p w14:paraId="3317D8F0" w14:textId="77777777" w:rsidR="003A4ABB" w:rsidRPr="002417EA" w:rsidRDefault="00A07FF5" w:rsidP="003A4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b/>
          <w:position w:val="-18"/>
          <w:sz w:val="28"/>
          <w:szCs w:val="28"/>
          <w:lang w:val="kk-KZ"/>
        </w:rPr>
      </w:pPr>
      <w:r w:rsidRPr="002417EA">
        <w:rPr>
          <w:rFonts w:ascii="Times New Roman" w:hAnsi="Times New Roman" w:cs="Times New Roman"/>
          <w:position w:val="-18"/>
          <w:sz w:val="28"/>
          <w:szCs w:val="28"/>
        </w:rPr>
        <w:object w:dxaOrig="6120" w:dyaOrig="520" w14:anchorId="185D9F25">
          <v:shape id="_x0000_i1830" type="#_x0000_t75" style="width:306.2pt;height:27.7pt" o:ole="">
            <v:imagedata r:id="rId1624" o:title=""/>
          </v:shape>
          <o:OLEObject Type="Embed" ProgID="Equation.DSMT4" ShapeID="_x0000_i1830" DrawAspect="Content" ObjectID="_1840332284" r:id="rId1625"/>
        </w:object>
      </w:r>
      <w:r w:rsidR="003A4ABB" w:rsidRPr="002417EA">
        <w:rPr>
          <w:rFonts w:ascii="Times New Roman" w:hAnsi="Times New Roman" w:cs="Times New Roman"/>
          <w:position w:val="-18"/>
          <w:sz w:val="28"/>
          <w:szCs w:val="28"/>
          <w:lang w:val="kk-KZ"/>
        </w:rPr>
        <w:t xml:space="preserve">                  </w:t>
      </w:r>
      <w:r w:rsidR="003A4ABB" w:rsidRPr="002417EA">
        <w:rPr>
          <w:rFonts w:ascii="Times New Roman" w:hAnsi="Times New Roman" w:cs="Times New Roman"/>
          <w:color w:val="202124"/>
          <w:sz w:val="28"/>
          <w:szCs w:val="28"/>
          <w:lang w:val="kk-KZ"/>
        </w:rPr>
        <w:t>(1.63)</w:t>
      </w:r>
    </w:p>
    <w:p w14:paraId="34EA49DA" w14:textId="77777777" w:rsidR="003A4ABB" w:rsidRPr="002417EA" w:rsidRDefault="003A4ABB" w:rsidP="003A4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position w:val="-16"/>
          <w:sz w:val="28"/>
          <w:szCs w:val="28"/>
          <w:lang w:val="kk-KZ"/>
        </w:rPr>
      </w:pPr>
      <w:r w:rsidRPr="002417EA">
        <w:rPr>
          <w:rFonts w:ascii="Times New Roman" w:hAnsi="Times New Roman" w:cs="Times New Roman"/>
          <w:position w:val="-16"/>
          <w:sz w:val="28"/>
          <w:szCs w:val="28"/>
          <w:lang w:val="kk-KZ"/>
        </w:rPr>
        <w:t>Мұндағы</w:t>
      </w:r>
    </w:p>
    <w:p w14:paraId="1B2001CB" w14:textId="77777777" w:rsidR="003A4ABB" w:rsidRPr="002417EA" w:rsidRDefault="003A4ABB" w:rsidP="003A4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position w:val="-16"/>
          <w:sz w:val="28"/>
          <w:szCs w:val="28"/>
          <w:lang w:val="kk-KZ"/>
        </w:rPr>
      </w:pPr>
    </w:p>
    <w:p w14:paraId="35F19B2B" w14:textId="77777777" w:rsidR="003A4ABB" w:rsidRPr="002417EA" w:rsidRDefault="00A07FF5" w:rsidP="003A4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position w:val="-26"/>
          <w:sz w:val="28"/>
          <w:szCs w:val="28"/>
          <w:lang w:val="kk-KZ"/>
        </w:rPr>
      </w:pPr>
      <w:r w:rsidRPr="002417EA">
        <w:rPr>
          <w:rFonts w:ascii="Times New Roman" w:hAnsi="Times New Roman" w:cs="Times New Roman"/>
          <w:position w:val="-26"/>
          <w:sz w:val="28"/>
          <w:szCs w:val="28"/>
        </w:rPr>
        <w:object w:dxaOrig="6259" w:dyaOrig="820" w14:anchorId="5AAF1F83">
          <v:shape id="_x0000_i1831" type="#_x0000_t75" style="width:314.9pt;height:43.5pt" o:ole="">
            <v:imagedata r:id="rId1626" o:title=""/>
          </v:shape>
          <o:OLEObject Type="Embed" ProgID="Equation.DSMT4" ShapeID="_x0000_i1831" DrawAspect="Content" ObjectID="_1840332285" r:id="rId1627"/>
        </w:object>
      </w:r>
    </w:p>
    <w:p w14:paraId="10DA92F8" w14:textId="77777777" w:rsidR="003A4ABB" w:rsidRPr="002417EA" w:rsidRDefault="003A4ABB" w:rsidP="003A4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position w:val="-26"/>
          <w:sz w:val="28"/>
          <w:szCs w:val="28"/>
          <w:lang w:val="kk-KZ"/>
        </w:rPr>
      </w:pPr>
    </w:p>
    <w:p w14:paraId="2C44FF79" w14:textId="77777777" w:rsidR="003A4ABB" w:rsidRPr="002417EA" w:rsidRDefault="003A4ABB" w:rsidP="003A4ABB">
      <w:pPr>
        <w:rPr>
          <w:rFonts w:ascii="Times New Roman" w:hAnsi="Times New Roman" w:cs="Times New Roman"/>
          <w:sz w:val="28"/>
          <w:szCs w:val="28"/>
          <w:lang w:val="kk-KZ"/>
        </w:rPr>
      </w:pPr>
      <w:r w:rsidRPr="002417EA">
        <w:rPr>
          <w:rFonts w:ascii="Times New Roman" w:hAnsi="Times New Roman" w:cs="Times New Roman"/>
          <w:sz w:val="28"/>
          <w:szCs w:val="28"/>
          <w:lang w:val="kk-KZ"/>
        </w:rPr>
        <w:t xml:space="preserve">Айқын түрде, </w:t>
      </w:r>
      <w:r w:rsidR="00A07FF5" w:rsidRPr="002417EA">
        <w:rPr>
          <w:rFonts w:ascii="Times New Roman" w:hAnsi="Times New Roman" w:cs="Times New Roman"/>
          <w:position w:val="-14"/>
          <w:sz w:val="28"/>
          <w:szCs w:val="28"/>
        </w:rPr>
        <w:object w:dxaOrig="5539" w:dyaOrig="440" w14:anchorId="0B58D2F6">
          <v:shape id="_x0000_i1832" type="#_x0000_t75" style="width:276.15pt;height:20.55pt" o:ole="">
            <v:imagedata r:id="rId1628" o:title=""/>
          </v:shape>
          <o:OLEObject Type="Embed" ProgID="Equation.DSMT4" ShapeID="_x0000_i1832" DrawAspect="Content" ObjectID="_1840332286" r:id="rId1629"/>
        </w:object>
      </w:r>
      <w:r w:rsidRPr="002417EA">
        <w:rPr>
          <w:rFonts w:ascii="Times New Roman" w:hAnsi="Times New Roman" w:cs="Times New Roman"/>
          <w:sz w:val="28"/>
          <w:szCs w:val="28"/>
          <w:lang w:val="kk-KZ"/>
        </w:rPr>
        <w:t xml:space="preserve"> сондықтан </w:t>
      </w:r>
      <w:r w:rsidR="00A07FF5" w:rsidRPr="002417EA">
        <w:rPr>
          <w:rFonts w:ascii="Times New Roman" w:hAnsi="Times New Roman" w:cs="Times New Roman"/>
          <w:position w:val="-12"/>
          <w:sz w:val="28"/>
          <w:szCs w:val="28"/>
        </w:rPr>
        <w:object w:dxaOrig="340" w:dyaOrig="380" w14:anchorId="69A1F032">
          <v:shape id="_x0000_i1833" type="#_x0000_t75" style="width:15.8pt;height:18.2pt" o:ole="">
            <v:imagedata r:id="rId1630" o:title=""/>
          </v:shape>
          <o:OLEObject Type="Embed" ProgID="Equation.DSMT4" ShapeID="_x0000_i1833" DrawAspect="Content" ObjectID="_1840332287" r:id="rId1631"/>
        </w:object>
      </w:r>
      <w:r w:rsidRPr="002417EA">
        <w:rPr>
          <w:rFonts w:ascii="Times New Roman" w:hAnsi="Times New Roman" w:cs="Times New Roman"/>
          <w:sz w:val="28"/>
          <w:szCs w:val="28"/>
          <w:lang w:val="kk-KZ"/>
        </w:rPr>
        <w:t>көпмүшелігі үшін мынадай өрнек аламыз</w:t>
      </w:r>
    </w:p>
    <w:p w14:paraId="6E099474" w14:textId="77777777" w:rsidR="003A4ABB" w:rsidRPr="002417EA" w:rsidRDefault="003A4ABB" w:rsidP="003A4ABB">
      <w:pPr>
        <w:spacing w:after="0" w:line="240" w:lineRule="auto"/>
        <w:rPr>
          <w:rFonts w:ascii="Times New Roman" w:hAnsi="Times New Roman" w:cs="Times New Roman"/>
          <w:position w:val="-18"/>
          <w:sz w:val="28"/>
          <w:szCs w:val="28"/>
          <w:lang w:val="kk-KZ"/>
        </w:rPr>
      </w:pPr>
    </w:p>
    <w:p w14:paraId="00911BA2" w14:textId="77777777" w:rsidR="003A4ABB" w:rsidRPr="002417EA" w:rsidRDefault="00A07FF5" w:rsidP="003A4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b/>
          <w:position w:val="-18"/>
          <w:sz w:val="28"/>
          <w:szCs w:val="28"/>
          <w:lang w:val="kk-KZ"/>
        </w:rPr>
      </w:pPr>
      <w:r w:rsidRPr="002417EA">
        <w:rPr>
          <w:rFonts w:ascii="Times New Roman" w:hAnsi="Times New Roman" w:cs="Times New Roman"/>
          <w:position w:val="-82"/>
          <w:sz w:val="28"/>
          <w:szCs w:val="28"/>
        </w:rPr>
        <w:object w:dxaOrig="7140" w:dyaOrig="1780" w14:anchorId="04889D49">
          <v:shape id="_x0000_i1834" type="#_x0000_t75" style="width:357.65pt;height:87.8pt" o:ole="">
            <v:imagedata r:id="rId1632" o:title=""/>
          </v:shape>
          <o:OLEObject Type="Embed" ProgID="Equation.DSMT4" ShapeID="_x0000_i1834" DrawAspect="Content" ObjectID="_1840332288" r:id="rId1633"/>
        </w:object>
      </w:r>
      <w:r w:rsidR="003A4ABB" w:rsidRPr="002417EA">
        <w:rPr>
          <w:rFonts w:ascii="Times New Roman" w:hAnsi="Times New Roman" w:cs="Times New Roman"/>
          <w:position w:val="-18"/>
          <w:sz w:val="28"/>
          <w:szCs w:val="28"/>
          <w:lang w:val="kk-KZ"/>
        </w:rPr>
        <w:t xml:space="preserve">                  </w:t>
      </w:r>
      <w:r w:rsidR="003A4ABB" w:rsidRPr="002417EA">
        <w:rPr>
          <w:rFonts w:ascii="Times New Roman" w:hAnsi="Times New Roman" w:cs="Times New Roman"/>
          <w:color w:val="202124"/>
          <w:sz w:val="28"/>
          <w:szCs w:val="28"/>
          <w:lang w:val="kk-KZ"/>
        </w:rPr>
        <w:t>(1.64)</w:t>
      </w:r>
    </w:p>
    <w:p w14:paraId="59DDC222" w14:textId="77777777" w:rsidR="003A4ABB" w:rsidRPr="002417EA" w:rsidRDefault="003A4ABB" w:rsidP="003A4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position w:val="-18"/>
          <w:sz w:val="28"/>
          <w:szCs w:val="28"/>
          <w:lang w:val="kk-KZ"/>
        </w:rPr>
      </w:pPr>
    </w:p>
    <w:p w14:paraId="2B6D799B" w14:textId="77777777" w:rsidR="003A4ABB" w:rsidRPr="002417EA" w:rsidRDefault="003A4ABB" w:rsidP="003A4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202124"/>
          <w:sz w:val="28"/>
          <w:szCs w:val="28"/>
          <w:lang w:val="kk-KZ"/>
        </w:rPr>
      </w:pPr>
      <w:r w:rsidRPr="002417EA">
        <w:rPr>
          <w:rFonts w:ascii="Times New Roman" w:hAnsi="Times New Roman" w:cs="Times New Roman"/>
          <w:color w:val="202124"/>
          <w:sz w:val="28"/>
          <w:szCs w:val="28"/>
          <w:lang w:val="kk-KZ"/>
        </w:rPr>
        <w:tab/>
        <w:t xml:space="preserve">Егер </w:t>
      </w:r>
      <w:r w:rsidR="00A07FF5" w:rsidRPr="002417EA">
        <w:rPr>
          <w:rFonts w:ascii="Times New Roman" w:hAnsi="Times New Roman" w:cs="Times New Roman"/>
          <w:position w:val="-12"/>
          <w:sz w:val="28"/>
          <w:szCs w:val="28"/>
        </w:rPr>
        <w:object w:dxaOrig="340" w:dyaOrig="380" w14:anchorId="0806BB4F">
          <v:shape id="_x0000_i1835" type="#_x0000_t75" style="width:15.8pt;height:18.2pt" o:ole="">
            <v:imagedata r:id="rId1634" o:title=""/>
          </v:shape>
          <o:OLEObject Type="Embed" ProgID="Equation.DSMT4" ShapeID="_x0000_i1835" DrawAspect="Content" ObjectID="_1840332289" r:id="rId1635"/>
        </w:object>
      </w:r>
      <w:r w:rsidRPr="002417EA">
        <w:rPr>
          <w:rFonts w:ascii="Times New Roman" w:hAnsi="Times New Roman" w:cs="Times New Roman"/>
          <w:position w:val="-12"/>
          <w:sz w:val="28"/>
          <w:szCs w:val="28"/>
          <w:lang w:val="kk-KZ"/>
        </w:rPr>
        <w:t xml:space="preserve"> </w:t>
      </w:r>
      <w:r w:rsidRPr="002417EA">
        <w:rPr>
          <w:rFonts w:ascii="Times New Roman" w:hAnsi="Times New Roman" w:cs="Times New Roman"/>
          <w:color w:val="202124"/>
          <w:sz w:val="28"/>
          <w:szCs w:val="28"/>
          <w:lang w:val="kk-KZ"/>
        </w:rPr>
        <w:t xml:space="preserve">көпмүшесінің нақты түбірі </w:t>
      </w:r>
      <w:r w:rsidR="00A07FF5" w:rsidRPr="002417EA">
        <w:rPr>
          <w:rFonts w:ascii="Times New Roman" w:hAnsi="Times New Roman" w:cs="Times New Roman"/>
          <w:position w:val="-6"/>
          <w:sz w:val="28"/>
          <w:szCs w:val="28"/>
        </w:rPr>
        <w:object w:dxaOrig="160" w:dyaOrig="260" w14:anchorId="054C8B9C">
          <v:shape id="_x0000_i1836" type="#_x0000_t75" style="width:9.5pt;height:11.85pt" o:ole="">
            <v:imagedata r:id="rId1636" o:title=""/>
          </v:shape>
          <o:OLEObject Type="Embed" ProgID="Equation.DSMT4" ShapeID="_x0000_i1836" DrawAspect="Content" ObjectID="_1840332290" r:id="rId1637"/>
        </w:object>
      </w:r>
      <w:r w:rsidRPr="002417EA">
        <w:rPr>
          <w:rFonts w:ascii="Times New Roman" w:hAnsi="Times New Roman" w:cs="Times New Roman"/>
          <w:color w:val="202124"/>
          <w:sz w:val="28"/>
          <w:szCs w:val="28"/>
          <w:lang w:val="kk-KZ"/>
        </w:rPr>
        <w:t xml:space="preserve"> болса, оған </w:t>
      </w:r>
      <w:r w:rsidR="00A07FF5" w:rsidRPr="002417EA">
        <w:rPr>
          <w:rFonts w:ascii="Times New Roman" w:hAnsi="Times New Roman" w:cs="Times New Roman"/>
          <w:position w:val="-6"/>
          <w:sz w:val="28"/>
          <w:szCs w:val="28"/>
        </w:rPr>
        <w:object w:dxaOrig="580" w:dyaOrig="300" w14:anchorId="6494A534">
          <v:shape id="_x0000_i1837" type="#_x0000_t75" style="width:28.5pt;height:15.8pt" o:ole="">
            <v:imagedata r:id="rId1638" o:title=""/>
          </v:shape>
          <o:OLEObject Type="Embed" ProgID="Equation.DSMT4" ShapeID="_x0000_i1837" DrawAspect="Content" ObjectID="_1840332291" r:id="rId1639"/>
        </w:object>
      </w:r>
      <w:r w:rsidRPr="002417EA">
        <w:rPr>
          <w:rFonts w:ascii="Times New Roman" w:hAnsi="Times New Roman" w:cs="Times New Roman"/>
          <w:color w:val="202124"/>
          <w:sz w:val="28"/>
          <w:szCs w:val="28"/>
          <w:lang w:val="kk-KZ"/>
        </w:rPr>
        <w:t xml:space="preserve"> үшін екі нақты түбірі және </w:t>
      </w:r>
      <w:r w:rsidR="00A07FF5" w:rsidRPr="002417EA">
        <w:rPr>
          <w:rFonts w:ascii="Times New Roman" w:hAnsi="Times New Roman" w:cs="Times New Roman"/>
          <w:position w:val="-6"/>
          <w:sz w:val="28"/>
          <w:szCs w:val="28"/>
        </w:rPr>
        <w:object w:dxaOrig="580" w:dyaOrig="300" w14:anchorId="3592AB4F">
          <v:shape id="_x0000_i1838" type="#_x0000_t75" style="width:28.5pt;height:15.8pt" o:ole="">
            <v:imagedata r:id="rId1640" o:title=""/>
          </v:shape>
          <o:OLEObject Type="Embed" ProgID="Equation.DSMT4" ShapeID="_x0000_i1838" DrawAspect="Content" ObjectID="_1840332292" r:id="rId1641"/>
        </w:object>
      </w:r>
      <w:r w:rsidRPr="002417EA">
        <w:rPr>
          <w:rFonts w:ascii="Times New Roman" w:hAnsi="Times New Roman" w:cs="Times New Roman"/>
          <w:position w:val="-6"/>
          <w:sz w:val="28"/>
          <w:szCs w:val="28"/>
          <w:lang w:val="kk-KZ"/>
        </w:rPr>
        <w:t xml:space="preserve"> </w:t>
      </w:r>
      <w:r w:rsidRPr="002417EA">
        <w:rPr>
          <w:rFonts w:ascii="Times New Roman" w:hAnsi="Times New Roman" w:cs="Times New Roman"/>
          <w:color w:val="202124"/>
          <w:sz w:val="28"/>
          <w:szCs w:val="28"/>
          <w:lang w:val="kk-KZ"/>
        </w:rPr>
        <w:t xml:space="preserve">үшін екі жорамал түбірі </w:t>
      </w:r>
      <w:r w:rsidR="00A07FF5" w:rsidRPr="002417EA">
        <w:rPr>
          <w:rFonts w:ascii="Times New Roman" w:hAnsi="Times New Roman" w:cs="Times New Roman"/>
          <w:position w:val="-12"/>
          <w:sz w:val="28"/>
          <w:szCs w:val="28"/>
        </w:rPr>
        <w:object w:dxaOrig="279" w:dyaOrig="380" w14:anchorId="56C2D35C">
          <v:shape id="_x0000_i1839" type="#_x0000_t75" style="width:15.8pt;height:18.2pt" o:ole="">
            <v:imagedata r:id="rId1642" o:title=""/>
          </v:shape>
          <o:OLEObject Type="Embed" ProgID="Equation.DSMT4" ShapeID="_x0000_i1839" DrawAspect="Content" ObjectID="_1840332293" r:id="rId1643"/>
        </w:object>
      </w:r>
      <w:r w:rsidRPr="002417EA">
        <w:rPr>
          <w:rFonts w:ascii="Times New Roman" w:hAnsi="Times New Roman" w:cs="Times New Roman"/>
          <w:color w:val="202124"/>
          <w:sz w:val="28"/>
          <w:szCs w:val="28"/>
          <w:lang w:val="kk-KZ"/>
        </w:rPr>
        <w:t xml:space="preserve">-да сәйкес болады. Егер 2 немесе 3 дәрежелі </w:t>
      </w:r>
      <w:r w:rsidR="00A07FF5" w:rsidRPr="002417EA">
        <w:rPr>
          <w:rFonts w:ascii="Times New Roman" w:hAnsi="Times New Roman" w:cs="Times New Roman"/>
          <w:position w:val="-12"/>
          <w:sz w:val="28"/>
          <w:szCs w:val="28"/>
        </w:rPr>
        <w:object w:dxaOrig="340" w:dyaOrig="380" w14:anchorId="0B334C36">
          <v:shape id="_x0000_i1840" type="#_x0000_t75" style="width:15.8pt;height:18.2pt" o:ole="">
            <v:imagedata r:id="rId1644" o:title=""/>
          </v:shape>
          <o:OLEObject Type="Embed" ProgID="Equation.DSMT4" ShapeID="_x0000_i1840" DrawAspect="Content" ObjectID="_1840332294" r:id="rId1645"/>
        </w:object>
      </w:r>
      <w:r w:rsidRPr="002417EA">
        <w:rPr>
          <w:rFonts w:ascii="Times New Roman" w:hAnsi="Times New Roman" w:cs="Times New Roman"/>
          <w:color w:val="202124"/>
          <w:sz w:val="28"/>
          <w:szCs w:val="28"/>
          <w:lang w:val="kk-KZ"/>
        </w:rPr>
        <w:t xml:space="preserve"> көпмүшелігі екі түйіндес комплекс түбірге ие болса, ондa</w:t>
      </w:r>
      <w:r w:rsidR="00A07FF5" w:rsidRPr="002417EA">
        <w:rPr>
          <w:rFonts w:ascii="Times New Roman" w:hAnsi="Times New Roman" w:cs="Times New Roman"/>
          <w:position w:val="-12"/>
          <w:sz w:val="28"/>
          <w:szCs w:val="28"/>
        </w:rPr>
        <w:object w:dxaOrig="279" w:dyaOrig="380" w14:anchorId="49FF7AA6">
          <v:shape id="_x0000_i1841" type="#_x0000_t75" style="width:15.8pt;height:18.2pt" o:ole="">
            <v:imagedata r:id="rId1646" o:title=""/>
          </v:shape>
          <o:OLEObject Type="Embed" ProgID="Equation.DSMT4" ShapeID="_x0000_i1841" DrawAspect="Content" ObjectID="_1840332295" r:id="rId1647"/>
        </w:object>
      </w:r>
      <w:r w:rsidRPr="002417EA">
        <w:rPr>
          <w:rFonts w:ascii="Times New Roman" w:hAnsi="Times New Roman" w:cs="Times New Roman"/>
          <w:color w:val="202124"/>
          <w:sz w:val="28"/>
          <w:szCs w:val="28"/>
          <w:lang w:val="kk-KZ"/>
        </w:rPr>
        <w:t xml:space="preserve">координата осьтеріне қатысты симметриялы төрт түбір қабылдайды. Бірінші квадрантта жатқанын </w:t>
      </w:r>
      <w:r w:rsidR="00A07FF5" w:rsidRPr="002417EA">
        <w:rPr>
          <w:rFonts w:ascii="Times New Roman" w:hAnsi="Times New Roman" w:cs="Times New Roman"/>
          <w:position w:val="-12"/>
          <w:sz w:val="28"/>
          <w:szCs w:val="28"/>
        </w:rPr>
        <w:object w:dxaOrig="300" w:dyaOrig="380" w14:anchorId="691113A2">
          <v:shape id="_x0000_i1842" type="#_x0000_t75" style="width:15.8pt;height:18.2pt" o:ole="">
            <v:imagedata r:id="rId1648" o:title=""/>
          </v:shape>
          <o:OLEObject Type="Embed" ProgID="Equation.DSMT4" ShapeID="_x0000_i1842" DrawAspect="Content" ObjectID="_1840332296" r:id="rId1649"/>
        </w:object>
      </w:r>
      <w:r w:rsidRPr="002417EA">
        <w:rPr>
          <w:rFonts w:ascii="Times New Roman" w:hAnsi="Times New Roman" w:cs="Times New Roman"/>
          <w:position w:val="-12"/>
          <w:sz w:val="28"/>
          <w:szCs w:val="28"/>
          <w:lang w:val="kk-KZ"/>
        </w:rPr>
        <w:t xml:space="preserve"> </w:t>
      </w:r>
      <w:r w:rsidRPr="002417EA">
        <w:rPr>
          <w:rFonts w:ascii="Times New Roman" w:hAnsi="Times New Roman" w:cs="Times New Roman"/>
          <w:color w:val="202124"/>
          <w:sz w:val="28"/>
          <w:szCs w:val="28"/>
          <w:lang w:val="kk-KZ"/>
        </w:rPr>
        <w:t>арқылы белгіленеді.</w:t>
      </w:r>
    </w:p>
    <w:p w14:paraId="21DEF9CA" w14:textId="77777777" w:rsidR="003A4ABB" w:rsidRPr="002417EA" w:rsidRDefault="003A4ABB" w:rsidP="003A4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202124"/>
          <w:sz w:val="28"/>
          <w:szCs w:val="28"/>
          <w:lang w:val="kk-KZ"/>
        </w:rPr>
      </w:pPr>
      <w:r w:rsidRPr="002417EA">
        <w:rPr>
          <w:rFonts w:ascii="Times New Roman" w:hAnsi="Times New Roman" w:cs="Times New Roman"/>
          <w:color w:val="202124"/>
          <w:sz w:val="28"/>
          <w:szCs w:val="28"/>
          <w:lang w:val="kk-KZ"/>
        </w:rPr>
        <w:tab/>
        <w:t xml:space="preserve">(1.64)-ке сәйкес жоғарғы жарты жазықтықтағы </w:t>
      </w:r>
      <w:r w:rsidR="00A07FF5" w:rsidRPr="002417EA">
        <w:rPr>
          <w:rFonts w:ascii="Times New Roman" w:hAnsi="Times New Roman" w:cs="Times New Roman"/>
          <w:position w:val="-12"/>
          <w:sz w:val="28"/>
          <w:szCs w:val="28"/>
        </w:rPr>
        <w:object w:dxaOrig="279" w:dyaOrig="380" w14:anchorId="4F2B2C2E">
          <v:shape id="_x0000_i1843" type="#_x0000_t75" style="width:15.8pt;height:18.2pt" o:ole="">
            <v:imagedata r:id="rId1650" o:title=""/>
          </v:shape>
          <o:OLEObject Type="Embed" ProgID="Equation.DSMT4" ShapeID="_x0000_i1843" DrawAspect="Content" ObjectID="_1840332297" r:id="rId1651"/>
        </w:object>
      </w:r>
      <w:r w:rsidRPr="002417EA">
        <w:rPr>
          <w:rFonts w:ascii="Times New Roman" w:hAnsi="Times New Roman" w:cs="Times New Roman"/>
          <w:color w:val="202124"/>
          <w:sz w:val="28"/>
          <w:szCs w:val="28"/>
          <w:lang w:val="kk-KZ"/>
        </w:rPr>
        <w:t xml:space="preserve"> көпмүшелігінің түбірлері туралы мынадай қорытындыға келеміз. </w:t>
      </w:r>
      <w:r w:rsidR="00A07FF5" w:rsidRPr="002417EA">
        <w:rPr>
          <w:rFonts w:ascii="Times New Roman" w:hAnsi="Times New Roman" w:cs="Times New Roman"/>
          <w:position w:val="-14"/>
          <w:sz w:val="28"/>
          <w:szCs w:val="28"/>
        </w:rPr>
        <w:object w:dxaOrig="2900" w:dyaOrig="420" w14:anchorId="464AC3FE">
          <v:shape id="_x0000_i1844" type="#_x0000_t75" style="width:2in;height:20.55pt" o:ole="">
            <v:imagedata r:id="rId1652" o:title=""/>
          </v:shape>
          <o:OLEObject Type="Embed" ProgID="Equation.DSMT4" ShapeID="_x0000_i1844" DrawAspect="Content" ObjectID="_1840332298" r:id="rId1653"/>
        </w:object>
      </w:r>
      <w:r w:rsidRPr="002417EA">
        <w:rPr>
          <w:rFonts w:ascii="Times New Roman" w:hAnsi="Times New Roman" w:cs="Times New Roman"/>
          <w:color w:val="202124"/>
          <w:sz w:val="28"/>
          <w:szCs w:val="28"/>
          <w:lang w:val="kk-KZ"/>
        </w:rPr>
        <w:t xml:space="preserve"> үшін бұл көпмүшенің </w:t>
      </w:r>
      <w:r w:rsidR="00A07FF5" w:rsidRPr="002417EA">
        <w:rPr>
          <w:rFonts w:ascii="Times New Roman" w:hAnsi="Times New Roman" w:cs="Times New Roman"/>
          <w:position w:val="-10"/>
          <w:sz w:val="28"/>
          <w:szCs w:val="28"/>
        </w:rPr>
        <w:object w:dxaOrig="620" w:dyaOrig="340" w14:anchorId="3D4DB49A">
          <v:shape id="_x0000_i1845" type="#_x0000_t75" style="width:28.5pt;height:15.8pt" o:ole="">
            <v:imagedata r:id="rId1654" o:title=""/>
          </v:shape>
          <o:OLEObject Type="Embed" ProgID="Equation.DSMT4" ShapeID="_x0000_i1845" DrawAspect="Content" ObjectID="_1840332299" r:id="rId1655"/>
        </w:object>
      </w:r>
      <w:r w:rsidRPr="002417EA">
        <w:rPr>
          <w:rFonts w:ascii="Times New Roman" w:hAnsi="Times New Roman" w:cs="Times New Roman"/>
          <w:color w:val="202124"/>
          <w:sz w:val="28"/>
          <w:szCs w:val="28"/>
          <w:lang w:val="kk-KZ"/>
        </w:rPr>
        <w:t xml:space="preserve"> жалғыз түбірі бар және ол түбір екі рет қайталанады, ал </w:t>
      </w:r>
      <w:r w:rsidR="00A07FF5" w:rsidRPr="002417EA">
        <w:rPr>
          <w:rFonts w:ascii="Times New Roman" w:hAnsi="Times New Roman" w:cs="Times New Roman"/>
          <w:position w:val="-14"/>
          <w:sz w:val="28"/>
          <w:szCs w:val="28"/>
        </w:rPr>
        <w:object w:dxaOrig="1140" w:dyaOrig="420" w14:anchorId="69163CCD">
          <v:shape id="_x0000_i1846" type="#_x0000_t75" style="width:56.2pt;height:20.55pt" o:ole="">
            <v:imagedata r:id="rId1656" o:title=""/>
          </v:shape>
          <o:OLEObject Type="Embed" ProgID="Equation.DSMT4" ShapeID="_x0000_i1846" DrawAspect="Content" ObjectID="_1840332300" r:id="rId1657"/>
        </w:object>
      </w:r>
      <w:r w:rsidRPr="002417EA">
        <w:rPr>
          <w:rFonts w:ascii="Times New Roman" w:hAnsi="Times New Roman" w:cs="Times New Roman"/>
          <w:color w:val="202124"/>
          <w:sz w:val="28"/>
          <w:szCs w:val="28"/>
          <w:lang w:val="kk-KZ"/>
        </w:rPr>
        <w:t xml:space="preserve"> үшін бұл түбірдің еселігі 3 рет. Осылайша, бұл жағдайларда есеп әрқашан фредгольмды және (1.59) ескере отырып, оның индексін</w:t>
      </w:r>
    </w:p>
    <w:p w14:paraId="022182FE" w14:textId="77777777" w:rsidR="003A4ABB" w:rsidRPr="002417EA" w:rsidRDefault="003A4ABB" w:rsidP="003A4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position w:val="-12"/>
          <w:sz w:val="28"/>
          <w:szCs w:val="28"/>
          <w:lang w:val="kk-KZ"/>
        </w:rPr>
      </w:pPr>
    </w:p>
    <w:p w14:paraId="5AAAFE1F" w14:textId="77777777" w:rsidR="003A4ABB" w:rsidRPr="002417EA" w:rsidRDefault="00A07FF5" w:rsidP="003A4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position w:val="-34"/>
          <w:sz w:val="28"/>
          <w:szCs w:val="28"/>
          <w:lang w:val="kk-KZ"/>
        </w:rPr>
      </w:pPr>
      <w:r w:rsidRPr="002417EA">
        <w:rPr>
          <w:rFonts w:ascii="Times New Roman" w:hAnsi="Times New Roman" w:cs="Times New Roman"/>
          <w:position w:val="-38"/>
          <w:sz w:val="28"/>
          <w:szCs w:val="28"/>
        </w:rPr>
        <w:object w:dxaOrig="3640" w:dyaOrig="900" w14:anchorId="152781E8">
          <v:shape id="_x0000_i1847" type="#_x0000_t75" style="width:182.75pt;height:45.9pt" o:ole="">
            <v:imagedata r:id="rId1658" o:title=""/>
          </v:shape>
          <o:OLEObject Type="Embed" ProgID="Equation.DSMT4" ShapeID="_x0000_i1847" DrawAspect="Content" ObjectID="_1840332301" r:id="rId1659"/>
        </w:object>
      </w:r>
    </w:p>
    <w:p w14:paraId="6CE3DFC6" w14:textId="77777777" w:rsidR="003A4ABB" w:rsidRPr="002417EA" w:rsidRDefault="003A4ABB" w:rsidP="003A4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color w:val="202124"/>
          <w:position w:val="-34"/>
          <w:sz w:val="28"/>
          <w:szCs w:val="28"/>
          <w:lang w:val="kk-KZ"/>
        </w:rPr>
      </w:pPr>
    </w:p>
    <w:p w14:paraId="6AF239BC" w14:textId="7AB461B3" w:rsidR="003A4ABB" w:rsidRPr="004F565E" w:rsidRDefault="003A4ABB" w:rsidP="004F565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202124"/>
          <w:sz w:val="28"/>
          <w:szCs w:val="28"/>
          <w:lang w:val="kk-KZ"/>
        </w:rPr>
      </w:pPr>
      <w:r w:rsidRPr="002417EA">
        <w:rPr>
          <w:rFonts w:ascii="Times New Roman" w:hAnsi="Times New Roman" w:cs="Times New Roman"/>
          <w:color w:val="202124"/>
          <w:sz w:val="28"/>
          <w:szCs w:val="28"/>
          <w:lang w:val="kk-KZ"/>
        </w:rPr>
        <w:t xml:space="preserve">Атап айтқанда, </w:t>
      </w:r>
      <w:r w:rsidR="00A07FF5" w:rsidRPr="002417EA">
        <w:rPr>
          <w:rFonts w:ascii="Times New Roman" w:hAnsi="Times New Roman" w:cs="Times New Roman"/>
          <w:position w:val="-12"/>
          <w:sz w:val="28"/>
          <w:szCs w:val="28"/>
        </w:rPr>
        <w:object w:dxaOrig="1080" w:dyaOrig="360" w14:anchorId="27AF574E">
          <v:shape id="_x0000_i1848" type="#_x0000_t75" style="width:53.8pt;height:18.2pt" o:ole="">
            <v:imagedata r:id="rId1660" o:title=""/>
          </v:shape>
          <o:OLEObject Type="Embed" ProgID="Equation.DSMT4" ShapeID="_x0000_i1848" DrawAspect="Content" ObjectID="_1840332302" r:id="rId1661"/>
        </w:object>
      </w:r>
      <w:r w:rsidRPr="002417EA">
        <w:rPr>
          <w:rFonts w:ascii="Times New Roman" w:hAnsi="Times New Roman" w:cs="Times New Roman"/>
          <w:color w:val="202124"/>
          <w:sz w:val="28"/>
          <w:szCs w:val="28"/>
          <w:lang w:val="kk-KZ"/>
        </w:rPr>
        <w:t xml:space="preserve"> үшін бұл факт 2-теоремамен сәйкес келеді.</w:t>
      </w:r>
      <w:r w:rsidR="004F565E">
        <w:rPr>
          <w:rFonts w:ascii="Times New Roman" w:hAnsi="Times New Roman" w:cs="Times New Roman"/>
          <w:color w:val="202124"/>
          <w:sz w:val="28"/>
          <w:szCs w:val="28"/>
          <w:lang w:val="kk-KZ"/>
        </w:rPr>
        <w:t xml:space="preserve"> </w:t>
      </w:r>
      <w:r w:rsidRPr="002417EA">
        <w:rPr>
          <w:rFonts w:ascii="Times New Roman" w:hAnsi="Times New Roman" w:cs="Times New Roman"/>
          <w:sz w:val="28"/>
          <w:szCs w:val="28"/>
          <w:lang w:val="kk-KZ"/>
        </w:rPr>
        <w:t xml:space="preserve">Қалған бес жағдайда 2 еселенген </w:t>
      </w:r>
      <w:r w:rsidR="00A07FF5" w:rsidRPr="002417EA">
        <w:rPr>
          <w:rFonts w:ascii="Times New Roman" w:hAnsi="Times New Roman" w:cs="Times New Roman"/>
          <w:position w:val="-10"/>
          <w:sz w:val="28"/>
          <w:szCs w:val="28"/>
        </w:rPr>
        <w:object w:dxaOrig="700" w:dyaOrig="340" w14:anchorId="0CB523C1">
          <v:shape id="_x0000_i1849" type="#_x0000_t75" style="width:37.2pt;height:15.8pt" o:ole="">
            <v:imagedata r:id="rId1662" o:title=""/>
          </v:shape>
          <o:OLEObject Type="Embed" ProgID="Equation.DSMT4" ShapeID="_x0000_i1849" DrawAspect="Content" ObjectID="_1840332303" r:id="rId1663"/>
        </w:object>
      </w:r>
      <w:r w:rsidRPr="002417EA">
        <w:rPr>
          <w:rFonts w:ascii="Times New Roman" w:hAnsi="Times New Roman" w:cs="Times New Roman"/>
          <w:position w:val="-10"/>
          <w:sz w:val="28"/>
          <w:szCs w:val="28"/>
          <w:lang w:val="kk-KZ"/>
        </w:rPr>
        <w:t xml:space="preserve"> </w:t>
      </w:r>
      <w:r w:rsidRPr="002417EA">
        <w:rPr>
          <w:rFonts w:ascii="Times New Roman" w:hAnsi="Times New Roman" w:cs="Times New Roman"/>
          <w:sz w:val="28"/>
          <w:szCs w:val="28"/>
          <w:lang w:val="kk-KZ"/>
        </w:rPr>
        <w:t xml:space="preserve">түбіріне қосымша </w:t>
      </w:r>
      <w:r w:rsidR="00A07FF5" w:rsidRPr="002417EA">
        <w:rPr>
          <w:rFonts w:ascii="Times New Roman" w:hAnsi="Times New Roman" w:cs="Times New Roman"/>
          <w:position w:val="-12"/>
          <w:sz w:val="28"/>
          <w:szCs w:val="28"/>
        </w:rPr>
        <w:object w:dxaOrig="279" w:dyaOrig="380" w14:anchorId="1C29637B">
          <v:shape id="_x0000_i1850" type="#_x0000_t75" style="width:15.8pt;height:18.2pt" o:ole="">
            <v:imagedata r:id="rId1664" o:title=""/>
          </v:shape>
          <o:OLEObject Type="Embed" ProgID="Equation.DSMT4" ShapeID="_x0000_i1850" DrawAspect="Content" ObjectID="_1840332304" r:id="rId1665"/>
        </w:object>
      </w:r>
      <w:r w:rsidRPr="002417EA">
        <w:rPr>
          <w:rFonts w:ascii="Times New Roman" w:hAnsi="Times New Roman" w:cs="Times New Roman"/>
          <w:sz w:val="28"/>
          <w:szCs w:val="28"/>
          <w:lang w:val="kk-KZ"/>
        </w:rPr>
        <w:t xml:space="preserve"> көпмүшелігінің бірінші квадрантта </w:t>
      </w:r>
      <w:r w:rsidR="00A07FF5" w:rsidRPr="002417EA">
        <w:rPr>
          <w:rFonts w:ascii="Times New Roman" w:hAnsi="Times New Roman" w:cs="Times New Roman"/>
          <w:position w:val="-12"/>
          <w:sz w:val="28"/>
          <w:szCs w:val="28"/>
        </w:rPr>
        <w:object w:dxaOrig="300" w:dyaOrig="380" w14:anchorId="7ADA1A48">
          <v:shape id="_x0000_i1851" type="#_x0000_t75" style="width:15.8pt;height:18.2pt" o:ole="">
            <v:imagedata r:id="rId1666" o:title=""/>
          </v:shape>
          <o:OLEObject Type="Embed" ProgID="Equation.DSMT4" ShapeID="_x0000_i1851" DrawAspect="Content" ObjectID="_1840332305" r:id="rId1667"/>
        </w:object>
      </w:r>
      <w:r w:rsidRPr="002417EA">
        <w:rPr>
          <w:rFonts w:ascii="Times New Roman" w:hAnsi="Times New Roman" w:cs="Times New Roman"/>
          <w:position w:val="-12"/>
          <w:sz w:val="28"/>
          <w:szCs w:val="28"/>
          <w:lang w:val="kk-KZ"/>
        </w:rPr>
        <w:t xml:space="preserve"> </w:t>
      </w:r>
      <w:r w:rsidRPr="002417EA">
        <w:rPr>
          <w:rFonts w:ascii="Times New Roman" w:hAnsi="Times New Roman" w:cs="Times New Roman"/>
          <w:sz w:val="28"/>
          <w:szCs w:val="28"/>
          <w:lang w:val="kk-KZ"/>
        </w:rPr>
        <w:t xml:space="preserve">түбірі бар, ал </w:t>
      </w:r>
      <w:r w:rsidR="00A07FF5" w:rsidRPr="002417EA">
        <w:rPr>
          <w:rFonts w:ascii="Times New Roman" w:hAnsi="Times New Roman" w:cs="Times New Roman"/>
          <w:position w:val="-12"/>
          <w:sz w:val="28"/>
          <w:szCs w:val="28"/>
        </w:rPr>
        <w:object w:dxaOrig="1060" w:dyaOrig="360" w14:anchorId="1C2F29A1">
          <v:shape id="_x0000_i1852" type="#_x0000_t75" style="width:53.8pt;height:18.2pt" o:ole="">
            <v:imagedata r:id="rId1668" o:title=""/>
          </v:shape>
          <o:OLEObject Type="Embed" ProgID="Equation.DSMT4" ShapeID="_x0000_i1852" DrawAspect="Content" ObjectID="_1840332306" r:id="rId1669"/>
        </w:object>
      </w:r>
      <w:r w:rsidRPr="002417EA">
        <w:rPr>
          <w:rFonts w:ascii="Times New Roman" w:hAnsi="Times New Roman" w:cs="Times New Roman"/>
          <w:sz w:val="28"/>
          <w:szCs w:val="28"/>
          <w:lang w:val="kk-KZ"/>
        </w:rPr>
        <w:t xml:space="preserve"> үшін </w:t>
      </w:r>
      <w:r w:rsidR="00A07FF5" w:rsidRPr="002417EA">
        <w:rPr>
          <w:rFonts w:ascii="Times New Roman" w:hAnsi="Times New Roman" w:cs="Times New Roman"/>
          <w:position w:val="-12"/>
          <w:sz w:val="28"/>
          <w:szCs w:val="28"/>
        </w:rPr>
        <w:object w:dxaOrig="1400" w:dyaOrig="440" w14:anchorId="585CC780">
          <v:shape id="_x0000_i1853" type="#_x0000_t75" style="width:68.85pt;height:20.55pt" o:ole="">
            <v:imagedata r:id="rId1670" o:title=""/>
          </v:shape>
          <o:OLEObject Type="Embed" ProgID="Equation.DSMT4" ShapeID="_x0000_i1853" DrawAspect="Content" ObjectID="_1840332307" r:id="rId1671"/>
        </w:object>
      </w:r>
      <w:r w:rsidRPr="002417EA">
        <w:rPr>
          <w:rFonts w:ascii="Times New Roman" w:hAnsi="Times New Roman" w:cs="Times New Roman"/>
          <w:sz w:val="28"/>
          <w:szCs w:val="28"/>
          <w:lang w:val="kk-KZ"/>
        </w:rPr>
        <w:t xml:space="preserve">     және </w:t>
      </w:r>
      <w:r w:rsidR="00A07FF5" w:rsidRPr="002417EA">
        <w:rPr>
          <w:rFonts w:ascii="Times New Roman" w:hAnsi="Times New Roman" w:cs="Times New Roman"/>
          <w:position w:val="-12"/>
          <w:sz w:val="28"/>
          <w:szCs w:val="28"/>
        </w:rPr>
        <w:object w:dxaOrig="1100" w:dyaOrig="360" w14:anchorId="7A5E544F">
          <v:shape id="_x0000_i1854" type="#_x0000_t75" style="width:56.2pt;height:18.2pt" o:ole="">
            <v:imagedata r:id="rId1672" o:title=""/>
          </v:shape>
          <o:OLEObject Type="Embed" ProgID="Equation.DSMT4" ShapeID="_x0000_i1854" DrawAspect="Content" ObjectID="_1840332308" r:id="rId1673"/>
        </w:object>
      </w:r>
      <w:r w:rsidRPr="002417EA">
        <w:rPr>
          <w:rFonts w:ascii="Times New Roman" w:hAnsi="Times New Roman" w:cs="Times New Roman"/>
          <w:position w:val="-6"/>
          <w:sz w:val="28"/>
          <w:szCs w:val="28"/>
          <w:lang w:val="kk-KZ"/>
        </w:rPr>
        <w:t xml:space="preserve"> </w:t>
      </w:r>
      <w:r w:rsidRPr="002417EA">
        <w:rPr>
          <w:rFonts w:ascii="Times New Roman" w:hAnsi="Times New Roman" w:cs="Times New Roman"/>
          <w:sz w:val="28"/>
          <w:szCs w:val="28"/>
          <w:lang w:val="kk-KZ"/>
        </w:rPr>
        <w:t xml:space="preserve">үшін </w:t>
      </w:r>
      <w:r w:rsidR="00A07FF5" w:rsidRPr="002417EA">
        <w:rPr>
          <w:rFonts w:ascii="Times New Roman" w:hAnsi="Times New Roman" w:cs="Times New Roman"/>
          <w:position w:val="-22"/>
          <w:sz w:val="28"/>
          <w:szCs w:val="28"/>
        </w:rPr>
        <w:object w:dxaOrig="2000" w:dyaOrig="580" w14:anchorId="0FD56099">
          <v:shape id="_x0000_i1855" type="#_x0000_t75" style="width:102.05pt;height:28.5pt" o:ole="">
            <v:imagedata r:id="rId1674" o:title=""/>
          </v:shape>
          <o:OLEObject Type="Embed" ProgID="Equation.DSMT4" ShapeID="_x0000_i1855" DrawAspect="Content" ObjectID="_1840332309" r:id="rId1675"/>
        </w:object>
      </w:r>
      <w:r w:rsidRPr="002417EA">
        <w:rPr>
          <w:rFonts w:ascii="Times New Roman" w:hAnsi="Times New Roman" w:cs="Times New Roman"/>
          <w:sz w:val="28"/>
          <w:szCs w:val="28"/>
          <w:lang w:val="kk-KZ"/>
        </w:rPr>
        <w:t xml:space="preserve">Осылайша, бұл жағдайларда </w:t>
      </w:r>
      <w:r w:rsidR="00A07FF5" w:rsidRPr="002417EA">
        <w:rPr>
          <w:rFonts w:ascii="Times New Roman" w:hAnsi="Times New Roman" w:cs="Times New Roman"/>
          <w:position w:val="-14"/>
          <w:sz w:val="28"/>
          <w:szCs w:val="28"/>
        </w:rPr>
        <w:object w:dxaOrig="1180" w:dyaOrig="420" w14:anchorId="07E797D7">
          <v:shape id="_x0000_i1856" type="#_x0000_t75" style="width:60.15pt;height:20.55pt" o:ole="">
            <v:imagedata r:id="rId1676" o:title=""/>
          </v:shape>
          <o:OLEObject Type="Embed" ProgID="Equation.DSMT4" ShapeID="_x0000_i1856" DrawAspect="Content" ObjectID="_1840332310" r:id="rId1677"/>
        </w:object>
      </w:r>
      <w:r w:rsidRPr="002417EA">
        <w:rPr>
          <w:rFonts w:ascii="Times New Roman" w:hAnsi="Times New Roman" w:cs="Times New Roman"/>
          <w:position w:val="-14"/>
          <w:sz w:val="28"/>
          <w:szCs w:val="28"/>
          <w:lang w:val="kk-KZ"/>
        </w:rPr>
        <w:t xml:space="preserve"> </w:t>
      </w:r>
      <w:r w:rsidRPr="002417EA">
        <w:rPr>
          <w:rFonts w:ascii="Times New Roman" w:hAnsi="Times New Roman" w:cs="Times New Roman"/>
          <w:sz w:val="28"/>
          <w:szCs w:val="28"/>
          <w:lang w:val="kk-KZ"/>
        </w:rPr>
        <w:t xml:space="preserve">үшін </w:t>
      </w:r>
      <w:r w:rsidR="00A07FF5" w:rsidRPr="002417EA">
        <w:rPr>
          <w:rFonts w:ascii="Times New Roman" w:hAnsi="Times New Roman" w:cs="Times New Roman"/>
          <w:position w:val="-12"/>
          <w:sz w:val="28"/>
          <w:szCs w:val="28"/>
        </w:rPr>
        <w:object w:dxaOrig="340" w:dyaOrig="380" w14:anchorId="5AB8C6CE">
          <v:shape id="_x0000_i1857" type="#_x0000_t75" style="width:15.8pt;height:18.2pt" o:ole="">
            <v:imagedata r:id="rId1678" o:title=""/>
          </v:shape>
          <o:OLEObject Type="Embed" ProgID="Equation.DSMT4" ShapeID="_x0000_i1857" DrawAspect="Content" ObjectID="_1840332311" r:id="rId1679"/>
        </w:object>
      </w:r>
      <w:r w:rsidRPr="002417EA">
        <w:rPr>
          <w:rFonts w:ascii="Times New Roman" w:hAnsi="Times New Roman" w:cs="Times New Roman"/>
          <w:position w:val="-12"/>
          <w:sz w:val="28"/>
          <w:szCs w:val="28"/>
          <w:lang w:val="kk-KZ"/>
        </w:rPr>
        <w:t xml:space="preserve"> </w:t>
      </w:r>
      <w:r w:rsidRPr="002417EA">
        <w:rPr>
          <w:rFonts w:ascii="Times New Roman" w:hAnsi="Times New Roman" w:cs="Times New Roman"/>
          <w:sz w:val="28"/>
          <w:szCs w:val="28"/>
          <w:lang w:val="kk-KZ"/>
        </w:rPr>
        <w:t>индексі екі мәннің бірін қабылдайды: 0 немесе 8.</w:t>
      </w:r>
    </w:p>
    <w:p w14:paraId="699DC9AB" w14:textId="77777777" w:rsidR="003A4ABB" w:rsidRPr="002417EA" w:rsidRDefault="003A4ABB" w:rsidP="003A4ABB">
      <w:pPr>
        <w:spacing w:after="0" w:line="240" w:lineRule="auto"/>
        <w:ind w:firstLine="720"/>
        <w:jc w:val="both"/>
        <w:rPr>
          <w:rFonts w:ascii="Times New Roman" w:hAnsi="Times New Roman" w:cs="Times New Roman"/>
          <w:sz w:val="28"/>
          <w:szCs w:val="28"/>
          <w:lang w:val="kk-KZ"/>
        </w:rPr>
      </w:pPr>
      <w:r w:rsidRPr="002417EA">
        <w:rPr>
          <w:rFonts w:ascii="Times New Roman" w:hAnsi="Times New Roman" w:cs="Times New Roman"/>
          <w:sz w:val="28"/>
          <w:szCs w:val="28"/>
          <w:lang w:val="kk-KZ"/>
        </w:rPr>
        <w:t xml:space="preserve">Шектелген облыста Дирихле және Нейманның жалпыланған шарттарымен төртінші ретті теңдеу қарастырылады. Берілген есеп үшін шешімнің жалғыздығы дәлелденді. </w:t>
      </w:r>
      <w:r w:rsidRPr="002417EA">
        <w:rPr>
          <w:rFonts w:ascii="Times New Roman" w:hAnsi="Times New Roman" w:cs="Times New Roman"/>
          <w:bCs/>
          <w:sz w:val="28"/>
          <w:szCs w:val="28"/>
          <w:lang w:val="kk-KZ"/>
        </w:rPr>
        <w:t>Есептің қойылымы және оның Фредгольмдік қасиетінің критериі</w:t>
      </w:r>
    </w:p>
    <w:p w14:paraId="654EA65F" w14:textId="2E1CEDE2" w:rsidR="003A4ABB" w:rsidRPr="002417EA" w:rsidRDefault="003A4ABB" w:rsidP="00D0605B">
      <w:pPr>
        <w:spacing w:after="0" w:line="240" w:lineRule="auto"/>
        <w:jc w:val="both"/>
        <w:rPr>
          <w:rFonts w:ascii="Times New Roman" w:hAnsi="Times New Roman" w:cs="Times New Roman"/>
          <w:sz w:val="28"/>
          <w:szCs w:val="28"/>
          <w:lang w:val="kk-KZ"/>
        </w:rPr>
      </w:pPr>
      <w:r w:rsidRPr="002417EA">
        <w:rPr>
          <w:rFonts w:ascii="Times New Roman" w:hAnsi="Times New Roman" w:cs="Times New Roman"/>
          <w:sz w:val="28"/>
          <w:szCs w:val="28"/>
          <w:lang w:val="kk-KZ"/>
        </w:rPr>
        <w:t>Есептің қойылуы.</w:t>
      </w:r>
      <w:r w:rsidRPr="002417EA">
        <w:rPr>
          <w:rFonts w:ascii="Times New Roman" w:hAnsi="Times New Roman" w:cs="Times New Roman"/>
          <w:b/>
          <w:sz w:val="28"/>
          <w:szCs w:val="28"/>
          <w:lang w:val="kk-KZ"/>
        </w:rPr>
        <w:t xml:space="preserve"> </w:t>
      </w:r>
      <w:r w:rsidRPr="002417EA">
        <w:rPr>
          <w:rFonts w:ascii="Times New Roman" w:hAnsi="Times New Roman" w:cs="Times New Roman"/>
          <w:sz w:val="28"/>
          <w:szCs w:val="28"/>
          <w:lang w:val="kk-KZ"/>
        </w:rPr>
        <w:t xml:space="preserve">Айталық, </w:t>
      </w:r>
      <w:r w:rsidR="00A07FF5" w:rsidRPr="002417EA">
        <w:rPr>
          <w:rFonts w:ascii="Times New Roman" w:hAnsi="Times New Roman" w:cs="Times New Roman"/>
          <w:position w:val="-4"/>
          <w:sz w:val="28"/>
          <w:szCs w:val="28"/>
        </w:rPr>
        <w:object w:dxaOrig="300" w:dyaOrig="279" w14:anchorId="7DAFB369">
          <v:shape id="_x0000_i1858" type="#_x0000_t75" style="width:15.8pt;height:15.8pt" o:ole="">
            <v:imagedata r:id="rId1680" o:title=""/>
          </v:shape>
          <o:OLEObject Type="Embed" ProgID="Equation.DSMT4" ShapeID="_x0000_i1858" DrawAspect="Content" ObjectID="_1840332312" r:id="rId1681"/>
        </w:object>
      </w:r>
      <w:r w:rsidRPr="002417EA">
        <w:rPr>
          <w:rFonts w:ascii="Times New Roman" w:hAnsi="Times New Roman" w:cs="Times New Roman"/>
          <w:sz w:val="28"/>
          <w:szCs w:val="28"/>
          <w:lang w:val="kk-KZ"/>
        </w:rPr>
        <w:t xml:space="preserve"> облысы тегіс </w:t>
      </w:r>
      <w:r w:rsidR="00A07FF5" w:rsidRPr="002417EA">
        <w:rPr>
          <w:rFonts w:ascii="Times New Roman" w:hAnsi="Times New Roman" w:cs="Times New Roman"/>
          <w:position w:val="-4"/>
          <w:sz w:val="28"/>
          <w:szCs w:val="28"/>
        </w:rPr>
        <w:object w:dxaOrig="240" w:dyaOrig="279" w14:anchorId="5882B688">
          <v:shape id="_x0000_i1859" type="#_x0000_t75" style="width:11.85pt;height:15.8pt" o:ole="">
            <v:imagedata r:id="rId1682" o:title=""/>
          </v:shape>
          <o:OLEObject Type="Embed" ProgID="Equation.DSMT4" ShapeID="_x0000_i1859" DrawAspect="Content" ObjectID="_1840332313" r:id="rId1683"/>
        </w:object>
      </w:r>
      <w:r w:rsidRPr="002417EA">
        <w:rPr>
          <w:rFonts w:ascii="Times New Roman" w:hAnsi="Times New Roman" w:cs="Times New Roman"/>
          <w:position w:val="-4"/>
          <w:sz w:val="28"/>
          <w:szCs w:val="28"/>
          <w:lang w:val="kk-KZ"/>
        </w:rPr>
        <w:t xml:space="preserve"> </w:t>
      </w:r>
      <w:r w:rsidRPr="002417EA">
        <w:rPr>
          <w:rFonts w:ascii="Times New Roman" w:hAnsi="Times New Roman" w:cs="Times New Roman"/>
          <w:sz w:val="28"/>
          <w:szCs w:val="28"/>
          <w:lang w:val="kk-KZ"/>
        </w:rPr>
        <w:t xml:space="preserve">контурымен шектелген және </w:t>
      </w:r>
      <w:r w:rsidR="00A07FF5" w:rsidRPr="002417EA">
        <w:rPr>
          <w:rFonts w:ascii="Times New Roman" w:hAnsi="Times New Roman" w:cs="Times New Roman"/>
          <w:position w:val="-4"/>
          <w:sz w:val="28"/>
          <w:szCs w:val="28"/>
        </w:rPr>
        <w:object w:dxaOrig="240" w:dyaOrig="279" w14:anchorId="29A1751F">
          <v:shape id="_x0000_i1860" type="#_x0000_t75" style="width:11.85pt;height:15.8pt" o:ole="">
            <v:imagedata r:id="rId1684" o:title=""/>
          </v:shape>
          <o:OLEObject Type="Embed" ProgID="Equation.DSMT4" ShapeID="_x0000_i1860" DrawAspect="Content" ObjectID="_1840332314" r:id="rId1685"/>
        </w:object>
      </w:r>
      <w:r w:rsidRPr="002417EA">
        <w:rPr>
          <w:rFonts w:ascii="Times New Roman" w:hAnsi="Times New Roman" w:cs="Times New Roman"/>
          <w:sz w:val="28"/>
          <w:szCs w:val="28"/>
          <w:lang w:val="kk-KZ"/>
        </w:rPr>
        <w:t xml:space="preserve"> контурына </w:t>
      </w:r>
      <w:r w:rsidR="00A07FF5" w:rsidRPr="002417EA">
        <w:rPr>
          <w:rFonts w:ascii="Times New Roman" w:hAnsi="Times New Roman" w:cs="Times New Roman"/>
          <w:position w:val="-6"/>
          <w:sz w:val="28"/>
          <w:szCs w:val="28"/>
        </w:rPr>
        <w:object w:dxaOrig="160" w:dyaOrig="260" w14:anchorId="3216E773">
          <v:shape id="_x0000_i1861" type="#_x0000_t75" style="width:9.5pt;height:11.85pt" o:ole="">
            <v:imagedata r:id="rId1686" o:title=""/>
          </v:shape>
          <o:OLEObject Type="Embed" ProgID="Equation.DSMT4" ShapeID="_x0000_i1861" DrawAspect="Content" ObjectID="_1840332315" r:id="rId1687"/>
        </w:object>
      </w:r>
      <w:r w:rsidRPr="002417EA">
        <w:rPr>
          <w:rFonts w:ascii="Times New Roman" w:hAnsi="Times New Roman" w:cs="Times New Roman"/>
          <w:position w:val="-6"/>
          <w:sz w:val="28"/>
          <w:szCs w:val="28"/>
          <w:lang w:val="kk-KZ"/>
        </w:rPr>
        <w:t xml:space="preserve"> </w:t>
      </w:r>
      <w:r w:rsidRPr="002417EA">
        <w:rPr>
          <w:rFonts w:ascii="Times New Roman" w:hAnsi="Times New Roman" w:cs="Times New Roman"/>
          <w:sz w:val="28"/>
          <w:szCs w:val="28"/>
          <w:lang w:val="kk-KZ"/>
        </w:rPr>
        <w:t xml:space="preserve">нүктесінде жүргізілген ішкі нормаль </w:t>
      </w:r>
      <w:r w:rsidR="00A07FF5" w:rsidRPr="002417EA">
        <w:rPr>
          <w:rFonts w:ascii="Times New Roman" w:hAnsi="Times New Roman" w:cs="Times New Roman"/>
          <w:position w:val="-12"/>
          <w:sz w:val="28"/>
          <w:szCs w:val="28"/>
        </w:rPr>
        <w:object w:dxaOrig="2160" w:dyaOrig="380" w14:anchorId="33BA01AB">
          <v:shape id="_x0000_i1862" type="#_x0000_t75" style="width:110pt;height:18.2pt" o:ole="">
            <v:imagedata r:id="rId1688" o:title=""/>
          </v:shape>
          <o:OLEObject Type="Embed" ProgID="Equation.DSMT4" ShapeID="_x0000_i1862" DrawAspect="Content" ObjectID="_1840332316" r:id="rId1689"/>
        </w:object>
      </w:r>
      <w:r w:rsidRPr="002417EA">
        <w:rPr>
          <w:rFonts w:ascii="Times New Roman" w:hAnsi="Times New Roman" w:cs="Times New Roman"/>
          <w:position w:val="-12"/>
          <w:sz w:val="28"/>
          <w:szCs w:val="28"/>
          <w:lang w:val="kk-KZ"/>
        </w:rPr>
        <w:t xml:space="preserve"> </w:t>
      </w:r>
      <w:r w:rsidRPr="002417EA">
        <w:rPr>
          <w:rFonts w:ascii="Times New Roman" w:hAnsi="Times New Roman" w:cs="Times New Roman"/>
          <w:sz w:val="28"/>
          <w:szCs w:val="28"/>
          <w:lang w:val="kk-KZ"/>
        </w:rPr>
        <w:t xml:space="preserve">болсын. </w:t>
      </w:r>
      <w:r w:rsidR="00A07FF5" w:rsidRPr="002417EA">
        <w:rPr>
          <w:rFonts w:ascii="Times New Roman" w:hAnsi="Times New Roman" w:cs="Times New Roman"/>
          <w:position w:val="-4"/>
          <w:sz w:val="28"/>
          <w:szCs w:val="28"/>
        </w:rPr>
        <w:object w:dxaOrig="240" w:dyaOrig="279" w14:anchorId="01DEBD44">
          <v:shape id="_x0000_i1863" type="#_x0000_t75" style="width:11.85pt;height:15.8pt" o:ole="">
            <v:imagedata r:id="rId1690" o:title=""/>
          </v:shape>
          <o:OLEObject Type="Embed" ProgID="Equation.DSMT4" ShapeID="_x0000_i1863" DrawAspect="Content" ObjectID="_1840332317" r:id="rId1691"/>
        </w:object>
      </w:r>
      <w:r w:rsidRPr="002417EA">
        <w:rPr>
          <w:rFonts w:ascii="Times New Roman" w:hAnsi="Times New Roman" w:cs="Times New Roman"/>
          <w:sz w:val="28"/>
          <w:szCs w:val="28"/>
          <w:lang w:val="kk-KZ"/>
        </w:rPr>
        <w:t xml:space="preserve"> контуры </w:t>
      </w:r>
      <w:r w:rsidR="00A07FF5" w:rsidRPr="002417EA">
        <w:rPr>
          <w:rFonts w:ascii="Times New Roman" w:hAnsi="Times New Roman" w:cs="Times New Roman"/>
          <w:position w:val="-6"/>
          <w:sz w:val="28"/>
          <w:szCs w:val="28"/>
        </w:rPr>
        <w:object w:dxaOrig="499" w:dyaOrig="360" w14:anchorId="590F7966">
          <v:shape id="_x0000_i1864" type="#_x0000_t75" style="width:25.3pt;height:18.2pt" o:ole="">
            <v:imagedata r:id="rId1692" o:title=""/>
          </v:shape>
          <o:OLEObject Type="Embed" ProgID="Equation.DSMT4" ShapeID="_x0000_i1864" DrawAspect="Content" ObjectID="_1840332318" r:id="rId1693"/>
        </w:object>
      </w:r>
      <w:r w:rsidRPr="002417EA">
        <w:rPr>
          <w:rFonts w:ascii="Times New Roman" w:hAnsi="Times New Roman" w:cs="Times New Roman"/>
          <w:sz w:val="28"/>
          <w:szCs w:val="28"/>
          <w:lang w:val="kk-KZ"/>
        </w:rPr>
        <w:t xml:space="preserve"> класына жатады, мұндағы </w:t>
      </w:r>
      <w:r w:rsidR="00A07FF5" w:rsidRPr="002417EA">
        <w:rPr>
          <w:rFonts w:ascii="Times New Roman" w:hAnsi="Times New Roman" w:cs="Times New Roman"/>
          <w:position w:val="-6"/>
          <w:sz w:val="28"/>
          <w:szCs w:val="28"/>
        </w:rPr>
        <w:object w:dxaOrig="999" w:dyaOrig="300" w14:anchorId="41B11187">
          <v:shape id="_x0000_i1865" type="#_x0000_t75" style="width:49.05pt;height:15.8pt" o:ole="">
            <v:imagedata r:id="rId1694" o:title=""/>
          </v:shape>
          <o:OLEObject Type="Embed" ProgID="Equation.DSMT4" ShapeID="_x0000_i1865" DrawAspect="Content" ObjectID="_1840332319" r:id="rId1695"/>
        </w:object>
      </w:r>
      <w:r w:rsidRPr="002417EA">
        <w:rPr>
          <w:rFonts w:ascii="Times New Roman" w:hAnsi="Times New Roman" w:cs="Times New Roman"/>
          <w:position w:val="-4"/>
          <w:sz w:val="28"/>
          <w:szCs w:val="28"/>
          <w:lang w:val="kk-KZ"/>
        </w:rPr>
        <w:t xml:space="preserve">, ал бұл дегеніміз </w:t>
      </w:r>
      <w:r w:rsidRPr="002417EA">
        <w:rPr>
          <w:rFonts w:ascii="Times New Roman" w:hAnsi="Times New Roman" w:cs="Times New Roman"/>
          <w:position w:val="-12"/>
          <w:sz w:val="28"/>
          <w:szCs w:val="28"/>
          <w:lang w:val="kk-KZ"/>
        </w:rPr>
        <w:t xml:space="preserve"> </w:t>
      </w:r>
      <w:r w:rsidR="00A135AE" w:rsidRPr="002417EA">
        <w:rPr>
          <w:rFonts w:ascii="Times New Roman" w:hAnsi="Times New Roman" w:cs="Times New Roman"/>
          <w:noProof/>
          <w:position w:val="-4"/>
          <w:sz w:val="28"/>
          <w:szCs w:val="28"/>
        </w:rPr>
        <w:drawing>
          <wp:inline distT="0" distB="0" distL="0" distR="0" wp14:anchorId="40FA3FDC" wp14:editId="322770BE">
            <wp:extent cx="134620" cy="211455"/>
            <wp:effectExtent l="0" t="0" r="0" b="0"/>
            <wp:docPr id="1269" name="Рисунок 1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9"/>
                    <pic:cNvPicPr>
                      <a:picLocks noChangeAspect="1" noChangeArrowheads="1"/>
                    </pic:cNvPicPr>
                  </pic:nvPicPr>
                  <pic:blipFill>
                    <a:blip r:embed="rId1696" cstate="print">
                      <a:extLst>
                        <a:ext uri="{28A0092B-C50C-407E-A947-70E740481C1C}">
                          <a14:useLocalDpi xmlns:a14="http://schemas.microsoft.com/office/drawing/2010/main" val="0"/>
                        </a:ext>
                      </a:extLst>
                    </a:blip>
                    <a:srcRect/>
                    <a:stretch>
                      <a:fillRect/>
                    </a:stretch>
                  </pic:blipFill>
                  <pic:spPr bwMode="auto">
                    <a:xfrm>
                      <a:off x="0" y="0"/>
                      <a:ext cx="134620" cy="211455"/>
                    </a:xfrm>
                    <a:prstGeom prst="rect">
                      <a:avLst/>
                    </a:prstGeom>
                    <a:noFill/>
                    <a:ln>
                      <a:noFill/>
                    </a:ln>
                  </pic:spPr>
                </pic:pic>
              </a:graphicData>
            </a:graphic>
          </wp:inline>
        </w:drawing>
      </w:r>
      <w:r w:rsidRPr="002417EA">
        <w:rPr>
          <w:rFonts w:ascii="Times New Roman" w:hAnsi="Times New Roman" w:cs="Times New Roman"/>
          <w:sz w:val="28"/>
          <w:szCs w:val="28"/>
          <w:lang w:val="kk-KZ"/>
        </w:rPr>
        <w:t xml:space="preserve"> контурындағы </w:t>
      </w:r>
      <w:r w:rsidR="00A135AE" w:rsidRPr="002417EA">
        <w:rPr>
          <w:rFonts w:ascii="Times New Roman" w:hAnsi="Times New Roman" w:cs="Times New Roman"/>
          <w:noProof/>
          <w:position w:val="-12"/>
          <w:sz w:val="28"/>
          <w:szCs w:val="28"/>
        </w:rPr>
        <w:drawing>
          <wp:inline distT="0" distB="0" distL="0" distR="0" wp14:anchorId="5B70B044" wp14:editId="1FCA5954">
            <wp:extent cx="317500" cy="231140"/>
            <wp:effectExtent l="0" t="0" r="6350" b="0"/>
            <wp:docPr id="1270" name="Рисунок 1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0"/>
                    <pic:cNvPicPr>
                      <a:picLocks noChangeAspect="1" noChangeArrowheads="1"/>
                    </pic:cNvPicPr>
                  </pic:nvPicPr>
                  <pic:blipFill>
                    <a:blip r:embed="rId1697" cstate="print">
                      <a:extLst>
                        <a:ext uri="{28A0092B-C50C-407E-A947-70E740481C1C}">
                          <a14:useLocalDpi xmlns:a14="http://schemas.microsoft.com/office/drawing/2010/main" val="0"/>
                        </a:ext>
                      </a:extLst>
                    </a:blip>
                    <a:srcRect/>
                    <a:stretch>
                      <a:fillRect/>
                    </a:stretch>
                  </pic:blipFill>
                  <pic:spPr bwMode="auto">
                    <a:xfrm>
                      <a:off x="0" y="0"/>
                      <a:ext cx="317500" cy="231140"/>
                    </a:xfrm>
                    <a:prstGeom prst="rect">
                      <a:avLst/>
                    </a:prstGeom>
                    <a:noFill/>
                    <a:ln>
                      <a:noFill/>
                    </a:ln>
                  </pic:spPr>
                </pic:pic>
              </a:graphicData>
            </a:graphic>
          </wp:inline>
        </w:drawing>
      </w:r>
      <w:r w:rsidRPr="002417EA">
        <w:rPr>
          <w:rFonts w:ascii="Times New Roman" w:hAnsi="Times New Roman" w:cs="Times New Roman"/>
          <w:position w:val="-12"/>
          <w:sz w:val="28"/>
          <w:szCs w:val="28"/>
          <w:lang w:val="kk-KZ"/>
        </w:rPr>
        <w:t xml:space="preserve"> </w:t>
      </w:r>
      <w:r w:rsidRPr="002417EA">
        <w:rPr>
          <w:rFonts w:ascii="Times New Roman" w:hAnsi="Times New Roman" w:cs="Times New Roman"/>
          <w:position w:val="-4"/>
          <w:sz w:val="28"/>
          <w:szCs w:val="28"/>
          <w:lang w:val="kk-KZ"/>
        </w:rPr>
        <w:t xml:space="preserve">функциясының доға ұзындығының параметріне қатынасы </w:t>
      </w:r>
      <w:r w:rsidR="00A135AE" w:rsidRPr="002417EA">
        <w:rPr>
          <w:rFonts w:ascii="Times New Roman" w:hAnsi="Times New Roman" w:cs="Times New Roman"/>
          <w:noProof/>
          <w:position w:val="-6"/>
          <w:sz w:val="28"/>
          <w:szCs w:val="28"/>
        </w:rPr>
        <w:drawing>
          <wp:inline distT="0" distB="0" distL="0" distR="0" wp14:anchorId="0D26F646" wp14:editId="1C8AD812">
            <wp:extent cx="317500" cy="231140"/>
            <wp:effectExtent l="0" t="0" r="6350" b="0"/>
            <wp:docPr id="1271" name="Рисунок 1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1"/>
                    <pic:cNvPicPr>
                      <a:picLocks noChangeAspect="1" noChangeArrowheads="1"/>
                    </pic:cNvPicPr>
                  </pic:nvPicPr>
                  <pic:blipFill>
                    <a:blip r:embed="rId1698" cstate="print">
                      <a:extLst>
                        <a:ext uri="{28A0092B-C50C-407E-A947-70E740481C1C}">
                          <a14:useLocalDpi xmlns:a14="http://schemas.microsoft.com/office/drawing/2010/main" val="0"/>
                        </a:ext>
                      </a:extLst>
                    </a:blip>
                    <a:srcRect/>
                    <a:stretch>
                      <a:fillRect/>
                    </a:stretch>
                  </pic:blipFill>
                  <pic:spPr bwMode="auto">
                    <a:xfrm>
                      <a:off x="0" y="0"/>
                      <a:ext cx="317500" cy="231140"/>
                    </a:xfrm>
                    <a:prstGeom prst="rect">
                      <a:avLst/>
                    </a:prstGeom>
                    <a:noFill/>
                    <a:ln>
                      <a:noFill/>
                    </a:ln>
                  </pic:spPr>
                </pic:pic>
              </a:graphicData>
            </a:graphic>
          </wp:inline>
        </w:drawing>
      </w:r>
      <w:r w:rsidRPr="002417EA">
        <w:rPr>
          <w:rFonts w:ascii="Times New Roman" w:hAnsi="Times New Roman" w:cs="Times New Roman"/>
          <w:sz w:val="28"/>
          <w:szCs w:val="28"/>
          <w:lang w:val="kk-KZ"/>
        </w:rPr>
        <w:t xml:space="preserve"> класына жататынын білдіреді. Осы облыста келесі түрдегі төртінші ретті теңдеуді қарастырамыз:</w:t>
      </w:r>
    </w:p>
    <w:p w14:paraId="15517104" w14:textId="77777777" w:rsidR="003A4ABB" w:rsidRPr="002417EA" w:rsidRDefault="003A4ABB" w:rsidP="00D0605B">
      <w:pPr>
        <w:spacing w:after="0" w:line="240" w:lineRule="auto"/>
        <w:jc w:val="both"/>
        <w:rPr>
          <w:rFonts w:ascii="Times New Roman" w:hAnsi="Times New Roman" w:cs="Times New Roman"/>
          <w:sz w:val="28"/>
          <w:szCs w:val="28"/>
          <w:lang w:val="kk-KZ"/>
        </w:rPr>
      </w:pPr>
    </w:p>
    <w:p w14:paraId="70696C82" w14:textId="0DC6333F" w:rsidR="003A4ABB" w:rsidRPr="002417EA" w:rsidRDefault="00A135AE" w:rsidP="00D0605B">
      <w:pPr>
        <w:spacing w:after="0" w:line="240" w:lineRule="auto"/>
        <w:jc w:val="right"/>
        <w:rPr>
          <w:rFonts w:ascii="Times New Roman" w:hAnsi="Times New Roman" w:cs="Times New Roman"/>
          <w:position w:val="-30"/>
          <w:sz w:val="28"/>
          <w:szCs w:val="28"/>
          <w:lang w:val="kk-KZ"/>
        </w:rPr>
      </w:pPr>
      <w:r w:rsidRPr="002417EA">
        <w:rPr>
          <w:rFonts w:ascii="Times New Roman" w:hAnsi="Times New Roman" w:cs="Times New Roman"/>
          <w:noProof/>
          <w:position w:val="-36"/>
          <w:sz w:val="28"/>
          <w:szCs w:val="28"/>
        </w:rPr>
        <w:lastRenderedPageBreak/>
        <w:drawing>
          <wp:inline distT="0" distB="0" distL="0" distR="0" wp14:anchorId="2AC29F8B" wp14:editId="6D3B0F48">
            <wp:extent cx="4986020" cy="500380"/>
            <wp:effectExtent l="0" t="0" r="0" b="0"/>
            <wp:docPr id="1272" name="Рисунок 1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2"/>
                    <pic:cNvPicPr>
                      <a:picLocks noChangeAspect="1" noChangeArrowheads="1"/>
                    </pic:cNvPicPr>
                  </pic:nvPicPr>
                  <pic:blipFill>
                    <a:blip r:embed="rId1699" cstate="print">
                      <a:extLst>
                        <a:ext uri="{28A0092B-C50C-407E-A947-70E740481C1C}">
                          <a14:useLocalDpi xmlns:a14="http://schemas.microsoft.com/office/drawing/2010/main" val="0"/>
                        </a:ext>
                      </a:extLst>
                    </a:blip>
                    <a:srcRect/>
                    <a:stretch>
                      <a:fillRect/>
                    </a:stretch>
                  </pic:blipFill>
                  <pic:spPr bwMode="auto">
                    <a:xfrm>
                      <a:off x="0" y="0"/>
                      <a:ext cx="4986020" cy="500380"/>
                    </a:xfrm>
                    <a:prstGeom prst="rect">
                      <a:avLst/>
                    </a:prstGeom>
                    <a:noFill/>
                    <a:ln>
                      <a:noFill/>
                    </a:ln>
                  </pic:spPr>
                </pic:pic>
              </a:graphicData>
            </a:graphic>
          </wp:inline>
        </w:drawing>
      </w:r>
      <w:r w:rsidR="003A4ABB" w:rsidRPr="002417EA">
        <w:rPr>
          <w:rFonts w:ascii="Times New Roman" w:hAnsi="Times New Roman" w:cs="Times New Roman"/>
          <w:position w:val="-30"/>
          <w:sz w:val="28"/>
          <w:szCs w:val="28"/>
          <w:lang w:val="kk-KZ"/>
        </w:rPr>
        <w:t xml:space="preserve">        </w:t>
      </w:r>
      <w:r w:rsidR="003A4ABB" w:rsidRPr="002417EA">
        <w:rPr>
          <w:rFonts w:ascii="Times New Roman" w:hAnsi="Times New Roman" w:cs="Times New Roman"/>
          <w:sz w:val="28"/>
          <w:szCs w:val="28"/>
          <w:lang w:val="kk-KZ"/>
        </w:rPr>
        <w:t>(1.65)</w:t>
      </w:r>
    </w:p>
    <w:p w14:paraId="1774B110" w14:textId="77777777" w:rsidR="003A4ABB" w:rsidRPr="007C53FF" w:rsidRDefault="003A4ABB" w:rsidP="00D0605B">
      <w:pPr>
        <w:spacing w:after="0" w:line="240" w:lineRule="auto"/>
        <w:jc w:val="both"/>
        <w:rPr>
          <w:rFonts w:ascii="Times New Roman" w:hAnsi="Times New Roman" w:cs="Times New Roman"/>
          <w:sz w:val="28"/>
          <w:szCs w:val="28"/>
          <w:lang w:val="kk-KZ"/>
        </w:rPr>
      </w:pPr>
    </w:p>
    <w:p w14:paraId="72B973C6" w14:textId="3F643623" w:rsidR="003A4ABB" w:rsidRPr="002417EA" w:rsidRDefault="00A135AE" w:rsidP="00D0605B">
      <w:pPr>
        <w:spacing w:after="0" w:line="240" w:lineRule="auto"/>
        <w:jc w:val="both"/>
        <w:rPr>
          <w:rFonts w:ascii="Times New Roman" w:hAnsi="Times New Roman" w:cs="Times New Roman"/>
          <w:sz w:val="28"/>
          <w:szCs w:val="28"/>
          <w:lang w:val="kk-KZ"/>
        </w:rPr>
      </w:pPr>
      <w:r w:rsidRPr="002417EA">
        <w:rPr>
          <w:rFonts w:ascii="Times New Roman" w:hAnsi="Times New Roman" w:cs="Times New Roman"/>
          <w:noProof/>
          <w:position w:val="-12"/>
          <w:sz w:val="28"/>
          <w:szCs w:val="28"/>
        </w:rPr>
        <w:drawing>
          <wp:inline distT="0" distB="0" distL="0" distR="0" wp14:anchorId="076F4F3F" wp14:editId="7AC70052">
            <wp:extent cx="500380" cy="231140"/>
            <wp:effectExtent l="0" t="0" r="0" b="0"/>
            <wp:docPr id="1273" name="Рисунок 1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3"/>
                    <pic:cNvPicPr>
                      <a:picLocks noChangeAspect="1" noChangeArrowheads="1"/>
                    </pic:cNvPicPr>
                  </pic:nvPicPr>
                  <pic:blipFill>
                    <a:blip r:embed="rId1700" cstate="print">
                      <a:extLst>
                        <a:ext uri="{28A0092B-C50C-407E-A947-70E740481C1C}">
                          <a14:useLocalDpi xmlns:a14="http://schemas.microsoft.com/office/drawing/2010/main" val="0"/>
                        </a:ext>
                      </a:extLst>
                    </a:blip>
                    <a:srcRect/>
                    <a:stretch>
                      <a:fillRect/>
                    </a:stretch>
                  </pic:blipFill>
                  <pic:spPr bwMode="auto">
                    <a:xfrm>
                      <a:off x="0" y="0"/>
                      <a:ext cx="500380" cy="231140"/>
                    </a:xfrm>
                    <a:prstGeom prst="rect">
                      <a:avLst/>
                    </a:prstGeom>
                    <a:noFill/>
                    <a:ln>
                      <a:noFill/>
                    </a:ln>
                  </pic:spPr>
                </pic:pic>
              </a:graphicData>
            </a:graphic>
          </wp:inline>
        </w:drawing>
      </w:r>
      <w:r w:rsidR="003A4ABB" w:rsidRPr="002417EA">
        <w:rPr>
          <w:rFonts w:ascii="Times New Roman" w:hAnsi="Times New Roman" w:cs="Times New Roman"/>
          <w:position w:val="-6"/>
          <w:sz w:val="28"/>
          <w:szCs w:val="28"/>
          <w:lang w:val="kk-KZ"/>
        </w:rPr>
        <w:t xml:space="preserve"> </w:t>
      </w:r>
      <w:r w:rsidR="003A4ABB" w:rsidRPr="002417EA">
        <w:rPr>
          <w:rFonts w:ascii="Times New Roman" w:hAnsi="Times New Roman" w:cs="Times New Roman"/>
          <w:sz w:val="28"/>
          <w:szCs w:val="28"/>
          <w:lang w:val="kk-KZ"/>
        </w:rPr>
        <w:t xml:space="preserve">коэффициенттері және </w:t>
      </w:r>
      <w:r w:rsidRPr="002417EA">
        <w:rPr>
          <w:rFonts w:ascii="Times New Roman" w:hAnsi="Times New Roman" w:cs="Times New Roman"/>
          <w:noProof/>
          <w:position w:val="-16"/>
          <w:sz w:val="28"/>
          <w:szCs w:val="28"/>
        </w:rPr>
        <w:drawing>
          <wp:inline distT="0" distB="0" distL="0" distR="0" wp14:anchorId="543FDCC2" wp14:editId="24B90491">
            <wp:extent cx="885825" cy="288925"/>
            <wp:effectExtent l="0" t="0" r="9525" b="0"/>
            <wp:docPr id="1274" name="Рисунок 1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4"/>
                    <pic:cNvPicPr>
                      <a:picLocks noChangeAspect="1" noChangeArrowheads="1"/>
                    </pic:cNvPicPr>
                  </pic:nvPicPr>
                  <pic:blipFill>
                    <a:blip r:embed="rId1701" cstate="print">
                      <a:extLst>
                        <a:ext uri="{28A0092B-C50C-407E-A947-70E740481C1C}">
                          <a14:useLocalDpi xmlns:a14="http://schemas.microsoft.com/office/drawing/2010/main" val="0"/>
                        </a:ext>
                      </a:extLst>
                    </a:blip>
                    <a:srcRect/>
                    <a:stretch>
                      <a:fillRect/>
                    </a:stretch>
                  </pic:blipFill>
                  <pic:spPr bwMode="auto">
                    <a:xfrm>
                      <a:off x="0" y="0"/>
                      <a:ext cx="885825" cy="288925"/>
                    </a:xfrm>
                    <a:prstGeom prst="rect">
                      <a:avLst/>
                    </a:prstGeom>
                    <a:noFill/>
                    <a:ln>
                      <a:noFill/>
                    </a:ln>
                  </pic:spPr>
                </pic:pic>
              </a:graphicData>
            </a:graphic>
          </wp:inline>
        </w:drawing>
      </w:r>
      <w:r w:rsidR="003A4ABB" w:rsidRPr="002417EA">
        <w:rPr>
          <w:rFonts w:ascii="Times New Roman" w:hAnsi="Times New Roman" w:cs="Times New Roman"/>
          <w:sz w:val="28"/>
          <w:szCs w:val="28"/>
          <w:lang w:val="kk-KZ"/>
        </w:rPr>
        <w:t xml:space="preserve"> </w:t>
      </w:r>
      <w:r w:rsidRPr="002417EA">
        <w:rPr>
          <w:rFonts w:ascii="Times New Roman" w:hAnsi="Times New Roman" w:cs="Times New Roman"/>
          <w:noProof/>
          <w:position w:val="-10"/>
          <w:sz w:val="28"/>
          <w:szCs w:val="28"/>
        </w:rPr>
        <w:drawing>
          <wp:inline distT="0" distB="0" distL="0" distR="0" wp14:anchorId="3104D326" wp14:editId="3E2945D0">
            <wp:extent cx="692785" cy="231140"/>
            <wp:effectExtent l="0" t="0" r="0" b="0"/>
            <wp:docPr id="1275" name="Рисунок 1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5"/>
                    <pic:cNvPicPr>
                      <a:picLocks noChangeAspect="1" noChangeArrowheads="1"/>
                    </pic:cNvPicPr>
                  </pic:nvPicPr>
                  <pic:blipFill>
                    <a:blip r:embed="rId1702" cstate="print">
                      <a:extLst>
                        <a:ext uri="{28A0092B-C50C-407E-A947-70E740481C1C}">
                          <a14:useLocalDpi xmlns:a14="http://schemas.microsoft.com/office/drawing/2010/main" val="0"/>
                        </a:ext>
                      </a:extLst>
                    </a:blip>
                    <a:srcRect/>
                    <a:stretch>
                      <a:fillRect/>
                    </a:stretch>
                  </pic:blipFill>
                  <pic:spPr bwMode="auto">
                    <a:xfrm>
                      <a:off x="0" y="0"/>
                      <a:ext cx="692785" cy="231140"/>
                    </a:xfrm>
                    <a:prstGeom prst="rect">
                      <a:avLst/>
                    </a:prstGeom>
                    <a:noFill/>
                    <a:ln>
                      <a:noFill/>
                    </a:ln>
                  </pic:spPr>
                </pic:pic>
              </a:graphicData>
            </a:graphic>
          </wp:inline>
        </w:drawing>
      </w:r>
      <w:r w:rsidR="003A4ABB" w:rsidRPr="002417EA">
        <w:rPr>
          <w:rFonts w:ascii="Times New Roman" w:hAnsi="Times New Roman" w:cs="Times New Roman"/>
          <w:sz w:val="28"/>
          <w:szCs w:val="28"/>
          <w:lang w:val="kk-KZ"/>
        </w:rPr>
        <w:t xml:space="preserve"> және оң жағы </w:t>
      </w:r>
      <w:r w:rsidRPr="002417EA">
        <w:rPr>
          <w:rFonts w:ascii="Times New Roman" w:hAnsi="Times New Roman" w:cs="Times New Roman"/>
          <w:noProof/>
          <w:position w:val="-12"/>
          <w:sz w:val="28"/>
          <w:szCs w:val="28"/>
        </w:rPr>
        <w:drawing>
          <wp:inline distT="0" distB="0" distL="0" distR="0" wp14:anchorId="21251606" wp14:editId="37F9689A">
            <wp:extent cx="942975" cy="231140"/>
            <wp:effectExtent l="0" t="0" r="9525" b="0"/>
            <wp:docPr id="1276" name="Рисунок 1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6"/>
                    <pic:cNvPicPr>
                      <a:picLocks noChangeAspect="1" noChangeArrowheads="1"/>
                    </pic:cNvPicPr>
                  </pic:nvPicPr>
                  <pic:blipFill>
                    <a:blip r:embed="rId1703" cstate="print">
                      <a:extLst>
                        <a:ext uri="{28A0092B-C50C-407E-A947-70E740481C1C}">
                          <a14:useLocalDpi xmlns:a14="http://schemas.microsoft.com/office/drawing/2010/main" val="0"/>
                        </a:ext>
                      </a:extLst>
                    </a:blip>
                    <a:srcRect/>
                    <a:stretch>
                      <a:fillRect/>
                    </a:stretch>
                  </pic:blipFill>
                  <pic:spPr bwMode="auto">
                    <a:xfrm>
                      <a:off x="0" y="0"/>
                      <a:ext cx="942975" cy="231140"/>
                    </a:xfrm>
                    <a:prstGeom prst="rect">
                      <a:avLst/>
                    </a:prstGeom>
                    <a:noFill/>
                    <a:ln>
                      <a:noFill/>
                    </a:ln>
                  </pic:spPr>
                </pic:pic>
              </a:graphicData>
            </a:graphic>
          </wp:inline>
        </w:drawing>
      </w:r>
    </w:p>
    <w:p w14:paraId="4F9B5F46" w14:textId="3552973F" w:rsidR="003A4ABB" w:rsidRPr="002417EA" w:rsidRDefault="003A4ABB" w:rsidP="00D0605B">
      <w:pPr>
        <w:tabs>
          <w:tab w:val="left" w:pos="9248"/>
        </w:tabs>
        <w:spacing w:after="0" w:line="240" w:lineRule="auto"/>
        <w:jc w:val="both"/>
        <w:rPr>
          <w:rFonts w:ascii="Times New Roman" w:hAnsi="Times New Roman" w:cs="Times New Roman"/>
          <w:position w:val="-12"/>
          <w:sz w:val="28"/>
          <w:szCs w:val="28"/>
          <w:lang w:val="kk-KZ"/>
        </w:rPr>
      </w:pPr>
      <w:r w:rsidRPr="002417EA">
        <w:rPr>
          <w:rFonts w:ascii="Times New Roman" w:hAnsi="Times New Roman" w:cs="Times New Roman"/>
          <w:sz w:val="28"/>
          <w:szCs w:val="28"/>
          <w:lang w:val="kk-KZ"/>
        </w:rPr>
        <w:t xml:space="preserve">Оның шешімі мына функциялар класcынан ізделінеді </w:t>
      </w:r>
      <w:r w:rsidR="00A135AE" w:rsidRPr="002417EA">
        <w:rPr>
          <w:rFonts w:ascii="Times New Roman" w:hAnsi="Times New Roman" w:cs="Times New Roman"/>
          <w:noProof/>
          <w:position w:val="-12"/>
          <w:sz w:val="28"/>
          <w:szCs w:val="28"/>
        </w:rPr>
        <w:drawing>
          <wp:inline distT="0" distB="0" distL="0" distR="0" wp14:anchorId="26CAA705" wp14:editId="14F5D0A9">
            <wp:extent cx="1607185" cy="231140"/>
            <wp:effectExtent l="0" t="0" r="0" b="0"/>
            <wp:docPr id="1277" name="Рисунок 1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7"/>
                    <pic:cNvPicPr>
                      <a:picLocks noChangeAspect="1" noChangeArrowheads="1"/>
                    </pic:cNvPicPr>
                  </pic:nvPicPr>
                  <pic:blipFill>
                    <a:blip r:embed="rId1704" cstate="print">
                      <a:extLst>
                        <a:ext uri="{28A0092B-C50C-407E-A947-70E740481C1C}">
                          <a14:useLocalDpi xmlns:a14="http://schemas.microsoft.com/office/drawing/2010/main" val="0"/>
                        </a:ext>
                      </a:extLst>
                    </a:blip>
                    <a:srcRect/>
                    <a:stretch>
                      <a:fillRect/>
                    </a:stretch>
                  </pic:blipFill>
                  <pic:spPr bwMode="auto">
                    <a:xfrm>
                      <a:off x="0" y="0"/>
                      <a:ext cx="1607185" cy="231140"/>
                    </a:xfrm>
                    <a:prstGeom prst="rect">
                      <a:avLst/>
                    </a:prstGeom>
                    <a:noFill/>
                    <a:ln>
                      <a:noFill/>
                    </a:ln>
                  </pic:spPr>
                </pic:pic>
              </a:graphicData>
            </a:graphic>
          </wp:inline>
        </w:drawing>
      </w:r>
      <w:r w:rsidRPr="002417EA">
        <w:rPr>
          <w:rFonts w:ascii="Times New Roman" w:hAnsi="Times New Roman" w:cs="Times New Roman"/>
          <w:position w:val="-12"/>
          <w:sz w:val="28"/>
          <w:szCs w:val="28"/>
          <w:lang w:val="kk-KZ"/>
        </w:rPr>
        <w:t xml:space="preserve"> </w:t>
      </w:r>
    </w:p>
    <w:p w14:paraId="16A2F373" w14:textId="77777777" w:rsidR="003A4ABB" w:rsidRPr="002417EA" w:rsidRDefault="003A4ABB" w:rsidP="00D0605B">
      <w:pPr>
        <w:tabs>
          <w:tab w:val="left" w:pos="9248"/>
        </w:tabs>
        <w:spacing w:after="0" w:line="240" w:lineRule="auto"/>
        <w:jc w:val="both"/>
        <w:rPr>
          <w:rFonts w:ascii="Times New Roman" w:hAnsi="Times New Roman" w:cs="Times New Roman"/>
          <w:position w:val="-12"/>
          <w:sz w:val="28"/>
          <w:szCs w:val="28"/>
          <w:lang w:val="kk-KZ"/>
        </w:rPr>
      </w:pPr>
      <w:r w:rsidRPr="002417EA">
        <w:rPr>
          <w:rFonts w:ascii="Times New Roman" w:hAnsi="Times New Roman" w:cs="Times New Roman"/>
          <w:position w:val="-12"/>
          <w:sz w:val="28"/>
          <w:szCs w:val="28"/>
          <w:lang w:val="kk-KZ"/>
        </w:rPr>
        <w:t>атап айтқанда дифференциалдық өрнектің жоғарғы дәрежелі мүшелері</w:t>
      </w:r>
    </w:p>
    <w:p w14:paraId="04622F4A" w14:textId="77777777" w:rsidR="003A4ABB" w:rsidRPr="002417EA" w:rsidRDefault="003A4ABB" w:rsidP="00D0605B">
      <w:pPr>
        <w:spacing w:after="0" w:line="240" w:lineRule="auto"/>
        <w:jc w:val="both"/>
        <w:rPr>
          <w:rFonts w:ascii="Times New Roman" w:hAnsi="Times New Roman" w:cs="Times New Roman"/>
          <w:position w:val="-12"/>
          <w:sz w:val="28"/>
          <w:szCs w:val="28"/>
          <w:lang w:val="kk-KZ"/>
        </w:rPr>
      </w:pPr>
    </w:p>
    <w:p w14:paraId="45BCD950" w14:textId="2527B869" w:rsidR="003A4ABB" w:rsidRPr="002417EA" w:rsidRDefault="00A135AE" w:rsidP="00D0605B">
      <w:pPr>
        <w:spacing w:after="0" w:line="240" w:lineRule="auto"/>
        <w:jc w:val="center"/>
        <w:rPr>
          <w:rFonts w:ascii="Times New Roman" w:hAnsi="Times New Roman" w:cs="Times New Roman"/>
          <w:position w:val="-36"/>
          <w:sz w:val="28"/>
          <w:szCs w:val="28"/>
          <w:lang w:val="kk-KZ"/>
        </w:rPr>
      </w:pPr>
      <w:r w:rsidRPr="002417EA">
        <w:rPr>
          <w:rFonts w:ascii="Times New Roman" w:hAnsi="Times New Roman" w:cs="Times New Roman"/>
          <w:noProof/>
          <w:position w:val="-36"/>
          <w:sz w:val="28"/>
          <w:szCs w:val="28"/>
        </w:rPr>
        <w:drawing>
          <wp:inline distT="0" distB="0" distL="0" distR="0" wp14:anchorId="47761F31" wp14:editId="2DEE2C56">
            <wp:extent cx="4986020" cy="500380"/>
            <wp:effectExtent l="0" t="0" r="0" b="0"/>
            <wp:docPr id="1278" name="Рисунок 1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8"/>
                    <pic:cNvPicPr>
                      <a:picLocks noChangeAspect="1" noChangeArrowheads="1"/>
                    </pic:cNvPicPr>
                  </pic:nvPicPr>
                  <pic:blipFill>
                    <a:blip r:embed="rId1705" cstate="print">
                      <a:extLst>
                        <a:ext uri="{28A0092B-C50C-407E-A947-70E740481C1C}">
                          <a14:useLocalDpi xmlns:a14="http://schemas.microsoft.com/office/drawing/2010/main" val="0"/>
                        </a:ext>
                      </a:extLst>
                    </a:blip>
                    <a:srcRect/>
                    <a:stretch>
                      <a:fillRect/>
                    </a:stretch>
                  </pic:blipFill>
                  <pic:spPr bwMode="auto">
                    <a:xfrm>
                      <a:off x="0" y="0"/>
                      <a:ext cx="4986020" cy="500380"/>
                    </a:xfrm>
                    <a:prstGeom prst="rect">
                      <a:avLst/>
                    </a:prstGeom>
                    <a:noFill/>
                    <a:ln>
                      <a:noFill/>
                    </a:ln>
                  </pic:spPr>
                </pic:pic>
              </a:graphicData>
            </a:graphic>
          </wp:inline>
        </w:drawing>
      </w:r>
    </w:p>
    <w:p w14:paraId="78E9AB13" w14:textId="77777777" w:rsidR="003A4ABB" w:rsidRPr="002417EA" w:rsidRDefault="003A4ABB" w:rsidP="00D0605B">
      <w:pPr>
        <w:spacing w:after="0" w:line="240" w:lineRule="auto"/>
        <w:rPr>
          <w:rFonts w:ascii="Times New Roman" w:hAnsi="Times New Roman" w:cs="Times New Roman"/>
          <w:position w:val="-30"/>
          <w:sz w:val="28"/>
          <w:szCs w:val="28"/>
          <w:lang w:val="kk-KZ"/>
        </w:rPr>
      </w:pPr>
    </w:p>
    <w:p w14:paraId="50888386" w14:textId="6DF45FAD" w:rsidR="003A4ABB" w:rsidRPr="004F565E" w:rsidRDefault="00A135AE" w:rsidP="00D0605B">
      <w:pPr>
        <w:spacing w:after="0" w:line="240" w:lineRule="auto"/>
        <w:jc w:val="both"/>
        <w:rPr>
          <w:rFonts w:ascii="Times New Roman" w:hAnsi="Times New Roman" w:cs="Times New Roman"/>
          <w:sz w:val="28"/>
          <w:szCs w:val="28"/>
          <w:lang w:val="kk-KZ"/>
        </w:rPr>
      </w:pPr>
      <w:r w:rsidRPr="002417EA">
        <w:rPr>
          <w:rFonts w:ascii="Times New Roman" w:hAnsi="Times New Roman" w:cs="Times New Roman"/>
          <w:noProof/>
          <w:position w:val="-12"/>
          <w:sz w:val="28"/>
          <w:szCs w:val="28"/>
        </w:rPr>
        <w:drawing>
          <wp:inline distT="0" distB="0" distL="0" distR="0" wp14:anchorId="1997735E" wp14:editId="4BFEC2D0">
            <wp:extent cx="500380" cy="231140"/>
            <wp:effectExtent l="0" t="0" r="0" b="0"/>
            <wp:docPr id="1279" name="Рисунок 1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9"/>
                    <pic:cNvPicPr>
                      <a:picLocks noChangeAspect="1" noChangeArrowheads="1"/>
                    </pic:cNvPicPr>
                  </pic:nvPicPr>
                  <pic:blipFill>
                    <a:blip r:embed="rId1706" cstate="print">
                      <a:extLst>
                        <a:ext uri="{28A0092B-C50C-407E-A947-70E740481C1C}">
                          <a14:useLocalDpi xmlns:a14="http://schemas.microsoft.com/office/drawing/2010/main" val="0"/>
                        </a:ext>
                      </a:extLst>
                    </a:blip>
                    <a:srcRect/>
                    <a:stretch>
                      <a:fillRect/>
                    </a:stretch>
                  </pic:blipFill>
                  <pic:spPr bwMode="auto">
                    <a:xfrm>
                      <a:off x="0" y="0"/>
                      <a:ext cx="500380" cy="231140"/>
                    </a:xfrm>
                    <a:prstGeom prst="rect">
                      <a:avLst/>
                    </a:prstGeom>
                    <a:noFill/>
                    <a:ln>
                      <a:noFill/>
                    </a:ln>
                  </pic:spPr>
                </pic:pic>
              </a:graphicData>
            </a:graphic>
          </wp:inline>
        </w:drawing>
      </w:r>
      <w:r w:rsidR="003A4ABB" w:rsidRPr="002417EA">
        <w:rPr>
          <w:rFonts w:ascii="Times New Roman" w:hAnsi="Times New Roman" w:cs="Times New Roman"/>
          <w:position w:val="-30"/>
          <w:sz w:val="28"/>
          <w:szCs w:val="28"/>
          <w:lang w:val="kk-KZ"/>
        </w:rPr>
        <w:t xml:space="preserve"> </w:t>
      </w:r>
      <w:r w:rsidR="003A4ABB" w:rsidRPr="002417EA">
        <w:rPr>
          <w:rFonts w:ascii="Times New Roman" w:hAnsi="Times New Roman" w:cs="Times New Roman"/>
          <w:sz w:val="28"/>
          <w:szCs w:val="28"/>
          <w:lang w:val="kk-KZ"/>
        </w:rPr>
        <w:t xml:space="preserve">класcынан ізделінеді. Эллипстік шартты </w:t>
      </w:r>
      <w:r w:rsidRPr="002417EA">
        <w:rPr>
          <w:rFonts w:ascii="Times New Roman" w:hAnsi="Times New Roman" w:cs="Times New Roman"/>
          <w:noProof/>
          <w:position w:val="-12"/>
          <w:sz w:val="28"/>
          <w:szCs w:val="28"/>
        </w:rPr>
        <w:drawing>
          <wp:inline distT="0" distB="0" distL="0" distR="0" wp14:anchorId="6231AB72" wp14:editId="0FDE0425">
            <wp:extent cx="1925320" cy="231140"/>
            <wp:effectExtent l="0" t="0" r="0" b="0"/>
            <wp:docPr id="1280" name="Рисунок 1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0"/>
                    <pic:cNvPicPr>
                      <a:picLocks noChangeAspect="1" noChangeArrowheads="1"/>
                    </pic:cNvPicPr>
                  </pic:nvPicPr>
                  <pic:blipFill>
                    <a:blip r:embed="rId1707" cstate="print">
                      <a:extLst>
                        <a:ext uri="{28A0092B-C50C-407E-A947-70E740481C1C}">
                          <a14:useLocalDpi xmlns:a14="http://schemas.microsoft.com/office/drawing/2010/main" val="0"/>
                        </a:ext>
                      </a:extLst>
                    </a:blip>
                    <a:srcRect/>
                    <a:stretch>
                      <a:fillRect/>
                    </a:stretch>
                  </pic:blipFill>
                  <pic:spPr bwMode="auto">
                    <a:xfrm>
                      <a:off x="0" y="0"/>
                      <a:ext cx="1925320" cy="231140"/>
                    </a:xfrm>
                    <a:prstGeom prst="rect">
                      <a:avLst/>
                    </a:prstGeom>
                    <a:noFill/>
                    <a:ln>
                      <a:noFill/>
                    </a:ln>
                  </pic:spPr>
                </pic:pic>
              </a:graphicData>
            </a:graphic>
          </wp:inline>
        </w:drawing>
      </w:r>
      <w:r w:rsidR="003A4ABB" w:rsidRPr="002417EA">
        <w:rPr>
          <w:rFonts w:ascii="Times New Roman" w:hAnsi="Times New Roman" w:cs="Times New Roman"/>
          <w:sz w:val="28"/>
          <w:szCs w:val="28"/>
          <w:lang w:val="kk-KZ"/>
        </w:rPr>
        <w:t xml:space="preserve"> сипаттамалық көпмүшесінің нақты түбірлері жоқ. Атап айтқанда, екі жағдай болуы мүмкін: </w:t>
      </w:r>
      <w:r w:rsidRPr="002417EA">
        <w:rPr>
          <w:rFonts w:ascii="Times New Roman" w:hAnsi="Times New Roman" w:cs="Times New Roman"/>
          <w:noProof/>
          <w:position w:val="-14"/>
          <w:sz w:val="28"/>
          <w:szCs w:val="28"/>
        </w:rPr>
        <w:drawing>
          <wp:inline distT="0" distB="0" distL="0" distR="0" wp14:anchorId="268B2D80" wp14:editId="00BEBD23">
            <wp:extent cx="231140" cy="231140"/>
            <wp:effectExtent l="0" t="0" r="0" b="0"/>
            <wp:docPr id="1281" name="Рисунок 1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1"/>
                    <pic:cNvPicPr>
                      <a:picLocks noChangeAspect="1" noChangeArrowheads="1"/>
                    </pic:cNvPicPr>
                  </pic:nvPicPr>
                  <pic:blipFill>
                    <a:blip r:embed="rId1708" cstate="print">
                      <a:extLst>
                        <a:ext uri="{28A0092B-C50C-407E-A947-70E740481C1C}">
                          <a14:useLocalDpi xmlns:a14="http://schemas.microsoft.com/office/drawing/2010/main" val="0"/>
                        </a:ext>
                      </a:extLst>
                    </a:blip>
                    <a:srcRect/>
                    <a:stretch>
                      <a:fillRect/>
                    </a:stretch>
                  </pic:blipFill>
                  <pic:spPr bwMode="auto">
                    <a:xfrm>
                      <a:off x="0" y="0"/>
                      <a:ext cx="231140" cy="231140"/>
                    </a:xfrm>
                    <a:prstGeom prst="rect">
                      <a:avLst/>
                    </a:prstGeom>
                    <a:noFill/>
                    <a:ln>
                      <a:noFill/>
                    </a:ln>
                  </pic:spPr>
                </pic:pic>
              </a:graphicData>
            </a:graphic>
          </wp:inline>
        </w:drawing>
      </w:r>
      <w:r w:rsidR="003A4ABB" w:rsidRPr="002417EA">
        <w:rPr>
          <w:rFonts w:ascii="Times New Roman" w:hAnsi="Times New Roman" w:cs="Times New Roman"/>
          <w:sz w:val="28"/>
          <w:szCs w:val="28"/>
          <w:lang w:val="kk-KZ"/>
        </w:rPr>
        <w:t xml:space="preserve"> және </w:t>
      </w:r>
      <w:r w:rsidRPr="002417EA">
        <w:rPr>
          <w:rFonts w:ascii="Times New Roman" w:hAnsi="Times New Roman" w:cs="Times New Roman"/>
          <w:noProof/>
          <w:position w:val="-12"/>
          <w:sz w:val="28"/>
          <w:szCs w:val="28"/>
        </w:rPr>
        <w:drawing>
          <wp:inline distT="0" distB="0" distL="0" distR="0" wp14:anchorId="445D4F5B" wp14:editId="24278513">
            <wp:extent cx="231140" cy="231140"/>
            <wp:effectExtent l="0" t="0" r="0" b="0"/>
            <wp:docPr id="1282" name="Рисунок 1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2"/>
                    <pic:cNvPicPr>
                      <a:picLocks noChangeAspect="1" noChangeArrowheads="1"/>
                    </pic:cNvPicPr>
                  </pic:nvPicPr>
                  <pic:blipFill>
                    <a:blip r:embed="rId1709" cstate="print">
                      <a:extLst>
                        <a:ext uri="{28A0092B-C50C-407E-A947-70E740481C1C}">
                          <a14:useLocalDpi xmlns:a14="http://schemas.microsoft.com/office/drawing/2010/main" val="0"/>
                        </a:ext>
                      </a:extLst>
                    </a:blip>
                    <a:srcRect/>
                    <a:stretch>
                      <a:fillRect/>
                    </a:stretch>
                  </pic:blipFill>
                  <pic:spPr bwMode="auto">
                    <a:xfrm>
                      <a:off x="0" y="0"/>
                      <a:ext cx="231140" cy="231140"/>
                    </a:xfrm>
                    <a:prstGeom prst="rect">
                      <a:avLst/>
                    </a:prstGeom>
                    <a:noFill/>
                    <a:ln>
                      <a:noFill/>
                    </a:ln>
                  </pic:spPr>
                </pic:pic>
              </a:graphicData>
            </a:graphic>
          </wp:inline>
        </w:drawing>
      </w:r>
      <w:r w:rsidR="003A4ABB" w:rsidRPr="002417EA">
        <w:rPr>
          <w:rFonts w:ascii="Times New Roman" w:hAnsi="Times New Roman" w:cs="Times New Roman"/>
          <w:sz w:val="28"/>
          <w:szCs w:val="28"/>
          <w:lang w:val="kk-KZ"/>
        </w:rPr>
        <w:t xml:space="preserve">, бұл жағдайларда жоғарғы жарты жазықтықта, сәйкесінше, осы көпмүшенің екі түрлі </w:t>
      </w:r>
      <w:r w:rsidRPr="002417EA">
        <w:rPr>
          <w:rFonts w:ascii="Times New Roman" w:hAnsi="Times New Roman" w:cs="Times New Roman"/>
          <w:noProof/>
          <w:position w:val="-12"/>
          <w:sz w:val="28"/>
          <w:szCs w:val="28"/>
        </w:rPr>
        <w:drawing>
          <wp:inline distT="0" distB="0" distL="0" distR="0" wp14:anchorId="4ABA3751" wp14:editId="1257ABCD">
            <wp:extent cx="414020" cy="231140"/>
            <wp:effectExtent l="0" t="0" r="5080" b="0"/>
            <wp:docPr id="1283" name="Рисунок 1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3"/>
                    <pic:cNvPicPr>
                      <a:picLocks noChangeAspect="1" noChangeArrowheads="1"/>
                    </pic:cNvPicPr>
                  </pic:nvPicPr>
                  <pic:blipFill>
                    <a:blip r:embed="rId1710" cstate="print">
                      <a:extLst>
                        <a:ext uri="{28A0092B-C50C-407E-A947-70E740481C1C}">
                          <a14:useLocalDpi xmlns:a14="http://schemas.microsoft.com/office/drawing/2010/main" val="0"/>
                        </a:ext>
                      </a:extLst>
                    </a:blip>
                    <a:srcRect/>
                    <a:stretch>
                      <a:fillRect/>
                    </a:stretch>
                  </pic:blipFill>
                  <pic:spPr bwMode="auto">
                    <a:xfrm>
                      <a:off x="0" y="0"/>
                      <a:ext cx="414020" cy="231140"/>
                    </a:xfrm>
                    <a:prstGeom prst="rect">
                      <a:avLst/>
                    </a:prstGeom>
                    <a:noFill/>
                    <a:ln>
                      <a:noFill/>
                    </a:ln>
                  </pic:spPr>
                </pic:pic>
              </a:graphicData>
            </a:graphic>
          </wp:inline>
        </w:drawing>
      </w:r>
      <w:r w:rsidR="003A4ABB" w:rsidRPr="002417EA">
        <w:rPr>
          <w:rFonts w:ascii="Times New Roman" w:hAnsi="Times New Roman" w:cs="Times New Roman"/>
          <w:sz w:val="28"/>
          <w:szCs w:val="28"/>
          <w:lang w:val="kk-KZ"/>
        </w:rPr>
        <w:t>, түбірлері жатады және екі еселенген ν бір түбірі болады. Осылайша,</w:t>
      </w:r>
    </w:p>
    <w:p w14:paraId="202A7CC1" w14:textId="77777777" w:rsidR="003A4ABB" w:rsidRPr="002417EA" w:rsidRDefault="003A4ABB" w:rsidP="00D0605B">
      <w:pPr>
        <w:spacing w:after="0" w:line="240" w:lineRule="auto"/>
        <w:jc w:val="both"/>
        <w:rPr>
          <w:rFonts w:ascii="Times New Roman" w:hAnsi="Times New Roman" w:cs="Times New Roman"/>
          <w:position w:val="-30"/>
          <w:sz w:val="28"/>
          <w:szCs w:val="28"/>
          <w:lang w:val="kk-KZ"/>
        </w:rPr>
      </w:pPr>
    </w:p>
    <w:p w14:paraId="1900C01F" w14:textId="325E821F" w:rsidR="003A4ABB" w:rsidRPr="002417EA" w:rsidRDefault="00A135AE" w:rsidP="00D0605B">
      <w:pPr>
        <w:spacing w:after="0" w:line="240" w:lineRule="auto"/>
        <w:jc w:val="right"/>
        <w:rPr>
          <w:rFonts w:ascii="Times New Roman" w:hAnsi="Times New Roman" w:cs="Times New Roman"/>
          <w:position w:val="-30"/>
          <w:sz w:val="28"/>
          <w:szCs w:val="28"/>
          <w:lang w:val="kk-KZ"/>
        </w:rPr>
      </w:pPr>
      <w:r w:rsidRPr="002417EA">
        <w:rPr>
          <w:rFonts w:ascii="Times New Roman" w:hAnsi="Times New Roman" w:cs="Times New Roman"/>
          <w:noProof/>
          <w:position w:val="-40"/>
          <w:sz w:val="28"/>
          <w:szCs w:val="28"/>
        </w:rPr>
        <w:drawing>
          <wp:inline distT="0" distB="0" distL="0" distR="0" wp14:anchorId="64E8EF6C" wp14:editId="19E99DFC">
            <wp:extent cx="4860925" cy="596900"/>
            <wp:effectExtent l="0" t="0" r="0" b="0"/>
            <wp:docPr id="1284" name="Рисунок 1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4"/>
                    <pic:cNvPicPr>
                      <a:picLocks noChangeAspect="1" noChangeArrowheads="1"/>
                    </pic:cNvPicPr>
                  </pic:nvPicPr>
                  <pic:blipFill>
                    <a:blip r:embed="rId1711" cstate="print">
                      <a:extLst>
                        <a:ext uri="{28A0092B-C50C-407E-A947-70E740481C1C}">
                          <a14:useLocalDpi xmlns:a14="http://schemas.microsoft.com/office/drawing/2010/main" val="0"/>
                        </a:ext>
                      </a:extLst>
                    </a:blip>
                    <a:srcRect/>
                    <a:stretch>
                      <a:fillRect/>
                    </a:stretch>
                  </pic:blipFill>
                  <pic:spPr bwMode="auto">
                    <a:xfrm>
                      <a:off x="0" y="0"/>
                      <a:ext cx="4860925" cy="596900"/>
                    </a:xfrm>
                    <a:prstGeom prst="rect">
                      <a:avLst/>
                    </a:prstGeom>
                    <a:noFill/>
                    <a:ln>
                      <a:noFill/>
                    </a:ln>
                  </pic:spPr>
                </pic:pic>
              </a:graphicData>
            </a:graphic>
          </wp:inline>
        </w:drawing>
      </w:r>
      <w:r w:rsidR="003A4ABB" w:rsidRPr="002417EA">
        <w:rPr>
          <w:rFonts w:ascii="Times New Roman" w:hAnsi="Times New Roman" w:cs="Times New Roman"/>
          <w:position w:val="-30"/>
          <w:sz w:val="28"/>
          <w:szCs w:val="28"/>
          <w:lang w:val="kk-KZ"/>
        </w:rPr>
        <w:t xml:space="preserve">            </w:t>
      </w:r>
      <w:r w:rsidR="003A4ABB" w:rsidRPr="002417EA">
        <w:rPr>
          <w:rFonts w:ascii="Times New Roman" w:hAnsi="Times New Roman" w:cs="Times New Roman"/>
          <w:sz w:val="28"/>
          <w:szCs w:val="28"/>
          <w:lang w:val="kk-KZ"/>
        </w:rPr>
        <w:t>(1.66)</w:t>
      </w:r>
    </w:p>
    <w:p w14:paraId="4CD72E17" w14:textId="77777777" w:rsidR="003A4ABB" w:rsidRPr="002417EA" w:rsidRDefault="003A4ABB" w:rsidP="00D0605B">
      <w:pPr>
        <w:spacing w:after="0" w:line="240" w:lineRule="auto"/>
        <w:jc w:val="both"/>
        <w:rPr>
          <w:rFonts w:ascii="Times New Roman" w:hAnsi="Times New Roman" w:cs="Times New Roman"/>
          <w:position w:val="-12"/>
          <w:sz w:val="28"/>
          <w:szCs w:val="28"/>
          <w:lang w:val="kk-KZ"/>
        </w:rPr>
      </w:pPr>
    </w:p>
    <w:p w14:paraId="76101779" w14:textId="77777777" w:rsidR="003A4ABB" w:rsidRPr="002417EA" w:rsidRDefault="003A4ABB" w:rsidP="00D0605B">
      <w:pPr>
        <w:spacing w:after="0" w:line="240" w:lineRule="auto"/>
        <w:jc w:val="both"/>
        <w:rPr>
          <w:rFonts w:ascii="Times New Roman" w:hAnsi="Times New Roman" w:cs="Times New Roman"/>
          <w:position w:val="-12"/>
          <w:sz w:val="28"/>
          <w:szCs w:val="28"/>
          <w:lang w:val="kk-KZ"/>
        </w:rPr>
      </w:pPr>
      <w:r w:rsidRPr="002417EA">
        <w:rPr>
          <w:rFonts w:ascii="Times New Roman" w:hAnsi="Times New Roman" w:cs="Times New Roman"/>
          <w:position w:val="-12"/>
          <w:sz w:val="28"/>
          <w:szCs w:val="28"/>
          <w:lang w:val="kk-KZ"/>
        </w:rPr>
        <w:t>(1.65) теңдеуіне келесідей шеттік есеп қойылады</w:t>
      </w:r>
    </w:p>
    <w:p w14:paraId="6261651B" w14:textId="77777777" w:rsidR="003A4ABB" w:rsidRPr="002417EA" w:rsidRDefault="003A4ABB" w:rsidP="00D0605B">
      <w:pPr>
        <w:spacing w:after="0" w:line="240" w:lineRule="auto"/>
        <w:jc w:val="both"/>
        <w:rPr>
          <w:rFonts w:ascii="Times New Roman" w:hAnsi="Times New Roman" w:cs="Times New Roman"/>
          <w:position w:val="-12"/>
          <w:sz w:val="28"/>
          <w:szCs w:val="28"/>
          <w:lang w:val="kk-KZ"/>
        </w:rPr>
      </w:pPr>
    </w:p>
    <w:p w14:paraId="4D70A93B" w14:textId="625258DF" w:rsidR="003A4ABB" w:rsidRPr="002417EA" w:rsidRDefault="00A135AE" w:rsidP="00D0605B">
      <w:pPr>
        <w:spacing w:after="0" w:line="240" w:lineRule="auto"/>
        <w:jc w:val="right"/>
        <w:rPr>
          <w:rFonts w:ascii="Times New Roman" w:hAnsi="Times New Roman" w:cs="Times New Roman"/>
          <w:sz w:val="28"/>
          <w:szCs w:val="28"/>
          <w:lang w:val="kk-KZ"/>
        </w:rPr>
      </w:pPr>
      <w:r w:rsidRPr="002417EA">
        <w:rPr>
          <w:rFonts w:ascii="Times New Roman" w:hAnsi="Times New Roman" w:cs="Times New Roman"/>
          <w:noProof/>
          <w:position w:val="-28"/>
          <w:sz w:val="28"/>
          <w:szCs w:val="28"/>
        </w:rPr>
        <w:drawing>
          <wp:inline distT="0" distB="0" distL="0" distR="0" wp14:anchorId="5735E9A2" wp14:editId="0C6A3A7C">
            <wp:extent cx="1896110" cy="462280"/>
            <wp:effectExtent l="0" t="0" r="0" b="0"/>
            <wp:docPr id="1285" name="Рисунок 1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5"/>
                    <pic:cNvPicPr>
                      <a:picLocks noChangeAspect="1" noChangeArrowheads="1"/>
                    </pic:cNvPicPr>
                  </pic:nvPicPr>
                  <pic:blipFill>
                    <a:blip r:embed="rId1712" cstate="print">
                      <a:extLst>
                        <a:ext uri="{28A0092B-C50C-407E-A947-70E740481C1C}">
                          <a14:useLocalDpi xmlns:a14="http://schemas.microsoft.com/office/drawing/2010/main" val="0"/>
                        </a:ext>
                      </a:extLst>
                    </a:blip>
                    <a:srcRect/>
                    <a:stretch>
                      <a:fillRect/>
                    </a:stretch>
                  </pic:blipFill>
                  <pic:spPr bwMode="auto">
                    <a:xfrm>
                      <a:off x="0" y="0"/>
                      <a:ext cx="1896110" cy="462280"/>
                    </a:xfrm>
                    <a:prstGeom prst="rect">
                      <a:avLst/>
                    </a:prstGeom>
                    <a:noFill/>
                    <a:ln>
                      <a:noFill/>
                    </a:ln>
                  </pic:spPr>
                </pic:pic>
              </a:graphicData>
            </a:graphic>
          </wp:inline>
        </w:drawing>
      </w:r>
      <w:r w:rsidR="003A4ABB" w:rsidRPr="002417EA">
        <w:rPr>
          <w:rFonts w:ascii="Times New Roman" w:hAnsi="Times New Roman" w:cs="Times New Roman"/>
          <w:position w:val="-30"/>
          <w:sz w:val="28"/>
          <w:szCs w:val="28"/>
          <w:lang w:val="kk-KZ"/>
        </w:rPr>
        <w:t xml:space="preserve">                                          </w:t>
      </w:r>
      <w:r w:rsidR="003A4ABB" w:rsidRPr="002417EA">
        <w:rPr>
          <w:rFonts w:ascii="Times New Roman" w:hAnsi="Times New Roman" w:cs="Times New Roman"/>
          <w:sz w:val="28"/>
          <w:szCs w:val="28"/>
          <w:lang w:val="kk-KZ"/>
        </w:rPr>
        <w:t>(1.67)</w:t>
      </w:r>
    </w:p>
    <w:p w14:paraId="76190FE7" w14:textId="77777777" w:rsidR="003A4ABB" w:rsidRPr="002417EA" w:rsidRDefault="003A4ABB" w:rsidP="00D0605B">
      <w:pPr>
        <w:spacing w:after="0" w:line="240" w:lineRule="auto"/>
        <w:rPr>
          <w:rFonts w:ascii="Times New Roman" w:hAnsi="Times New Roman" w:cs="Times New Roman"/>
          <w:position w:val="-30"/>
          <w:sz w:val="28"/>
          <w:szCs w:val="28"/>
          <w:lang w:val="kk-KZ"/>
        </w:rPr>
      </w:pPr>
    </w:p>
    <w:p w14:paraId="3A83F818" w14:textId="40F6F7A1" w:rsidR="003A4ABB" w:rsidRPr="002417EA" w:rsidRDefault="003A4ABB" w:rsidP="00D0605B">
      <w:pPr>
        <w:spacing w:after="0" w:line="240" w:lineRule="auto"/>
        <w:rPr>
          <w:rFonts w:ascii="Times New Roman" w:hAnsi="Times New Roman" w:cs="Times New Roman"/>
          <w:sz w:val="28"/>
          <w:szCs w:val="28"/>
          <w:lang w:val="kk-KZ"/>
        </w:rPr>
      </w:pPr>
      <w:r w:rsidRPr="002417EA">
        <w:rPr>
          <w:rFonts w:ascii="Times New Roman" w:hAnsi="Times New Roman" w:cs="Times New Roman"/>
          <w:sz w:val="28"/>
          <w:szCs w:val="28"/>
          <w:lang w:val="kk-KZ"/>
        </w:rPr>
        <w:t xml:space="preserve">мұндағы + символы </w:t>
      </w:r>
      <w:r w:rsidR="00A135AE" w:rsidRPr="002417EA">
        <w:rPr>
          <w:rFonts w:ascii="Times New Roman" w:hAnsi="Times New Roman" w:cs="Times New Roman"/>
          <w:noProof/>
          <w:position w:val="-4"/>
          <w:sz w:val="28"/>
          <w:szCs w:val="28"/>
        </w:rPr>
        <w:drawing>
          <wp:inline distT="0" distB="0" distL="0" distR="0" wp14:anchorId="4A50DF2A" wp14:editId="6F80F2FE">
            <wp:extent cx="134620" cy="211455"/>
            <wp:effectExtent l="0" t="0" r="0" b="0"/>
            <wp:docPr id="1286" name="Рисунок 1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6"/>
                    <pic:cNvPicPr>
                      <a:picLocks noChangeAspect="1" noChangeArrowheads="1"/>
                    </pic:cNvPicPr>
                  </pic:nvPicPr>
                  <pic:blipFill>
                    <a:blip r:embed="rId1713" cstate="print">
                      <a:extLst>
                        <a:ext uri="{28A0092B-C50C-407E-A947-70E740481C1C}">
                          <a14:useLocalDpi xmlns:a14="http://schemas.microsoft.com/office/drawing/2010/main" val="0"/>
                        </a:ext>
                      </a:extLst>
                    </a:blip>
                    <a:srcRect/>
                    <a:stretch>
                      <a:fillRect/>
                    </a:stretch>
                  </pic:blipFill>
                  <pic:spPr bwMode="auto">
                    <a:xfrm>
                      <a:off x="0" y="0"/>
                      <a:ext cx="134620" cy="211455"/>
                    </a:xfrm>
                    <a:prstGeom prst="rect">
                      <a:avLst/>
                    </a:prstGeom>
                    <a:noFill/>
                    <a:ln>
                      <a:noFill/>
                    </a:ln>
                  </pic:spPr>
                </pic:pic>
              </a:graphicData>
            </a:graphic>
          </wp:inline>
        </w:drawing>
      </w:r>
      <w:r w:rsidRPr="002417EA">
        <w:rPr>
          <w:rFonts w:ascii="Times New Roman" w:hAnsi="Times New Roman" w:cs="Times New Roman"/>
          <w:sz w:val="28"/>
          <w:szCs w:val="28"/>
          <w:lang w:val="kk-KZ"/>
        </w:rPr>
        <w:t xml:space="preserve"> бойындағы шекаралалық мәндерін және үшінші </w:t>
      </w:r>
      <w:r w:rsidR="00A135AE" w:rsidRPr="002417EA">
        <w:rPr>
          <w:rFonts w:ascii="Times New Roman" w:hAnsi="Times New Roman" w:cs="Times New Roman"/>
          <w:noProof/>
          <w:position w:val="-4"/>
          <w:sz w:val="28"/>
          <w:szCs w:val="28"/>
        </w:rPr>
        <w:drawing>
          <wp:inline distT="0" distB="0" distL="0" distR="0" wp14:anchorId="1B8E3D01" wp14:editId="412F49FB">
            <wp:extent cx="96520" cy="134620"/>
            <wp:effectExtent l="0" t="0" r="0" b="0"/>
            <wp:docPr id="1287" name="Рисунок 1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7"/>
                    <pic:cNvPicPr>
                      <a:picLocks noChangeAspect="1" noChangeArrowheads="1"/>
                    </pic:cNvPicPr>
                  </pic:nvPicPr>
                  <pic:blipFill>
                    <a:blip r:embed="rId1714" cstate="print">
                      <a:extLst>
                        <a:ext uri="{28A0092B-C50C-407E-A947-70E740481C1C}">
                          <a14:useLocalDpi xmlns:a14="http://schemas.microsoft.com/office/drawing/2010/main" val="0"/>
                        </a:ext>
                      </a:extLst>
                    </a:blip>
                    <a:srcRect/>
                    <a:stretch>
                      <a:fillRect/>
                    </a:stretch>
                  </pic:blipFill>
                  <pic:spPr bwMode="auto">
                    <a:xfrm>
                      <a:off x="0" y="0"/>
                      <a:ext cx="96520" cy="134620"/>
                    </a:xfrm>
                    <a:prstGeom prst="rect">
                      <a:avLst/>
                    </a:prstGeom>
                    <a:noFill/>
                    <a:ln>
                      <a:noFill/>
                    </a:ln>
                  </pic:spPr>
                </pic:pic>
              </a:graphicData>
            </a:graphic>
          </wp:inline>
        </w:drawing>
      </w:r>
      <w:r w:rsidRPr="002417EA">
        <w:rPr>
          <w:rFonts w:ascii="Times New Roman" w:hAnsi="Times New Roman" w:cs="Times New Roman"/>
          <w:sz w:val="28"/>
          <w:szCs w:val="28"/>
          <w:lang w:val="kk-KZ"/>
        </w:rPr>
        <w:t>-ші ретті нормаль туынды деп келесідей өрнекті түсінеміз:</w:t>
      </w:r>
    </w:p>
    <w:p w14:paraId="73D18F33" w14:textId="77777777" w:rsidR="003A4ABB" w:rsidRPr="002417EA" w:rsidRDefault="003A4ABB" w:rsidP="00D0605B">
      <w:pPr>
        <w:spacing w:after="0" w:line="240" w:lineRule="auto"/>
        <w:rPr>
          <w:rFonts w:ascii="Times New Roman" w:hAnsi="Times New Roman" w:cs="Times New Roman"/>
          <w:sz w:val="28"/>
          <w:szCs w:val="28"/>
          <w:lang w:val="kk-KZ"/>
        </w:rPr>
      </w:pPr>
    </w:p>
    <w:p w14:paraId="496F999A" w14:textId="09603DAA" w:rsidR="003A4ABB" w:rsidRPr="002417EA" w:rsidRDefault="00A135AE" w:rsidP="00D0605B">
      <w:pPr>
        <w:spacing w:after="0" w:line="240" w:lineRule="auto"/>
        <w:jc w:val="center"/>
        <w:rPr>
          <w:rFonts w:ascii="Times New Roman" w:hAnsi="Times New Roman" w:cs="Times New Roman"/>
          <w:position w:val="-34"/>
          <w:sz w:val="28"/>
          <w:szCs w:val="28"/>
          <w:lang w:val="kk-KZ"/>
        </w:rPr>
      </w:pPr>
      <w:r w:rsidRPr="002417EA">
        <w:rPr>
          <w:rFonts w:ascii="Times New Roman" w:hAnsi="Times New Roman" w:cs="Times New Roman"/>
          <w:noProof/>
          <w:position w:val="-34"/>
          <w:sz w:val="28"/>
          <w:szCs w:val="28"/>
        </w:rPr>
        <w:drawing>
          <wp:inline distT="0" distB="0" distL="0" distR="0" wp14:anchorId="3AC714AC" wp14:editId="2AB1FDBE">
            <wp:extent cx="1289685" cy="500380"/>
            <wp:effectExtent l="0" t="0" r="5715" b="0"/>
            <wp:docPr id="1288" name="Рисунок 1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8"/>
                    <pic:cNvPicPr>
                      <a:picLocks noChangeAspect="1" noChangeArrowheads="1"/>
                    </pic:cNvPicPr>
                  </pic:nvPicPr>
                  <pic:blipFill>
                    <a:blip r:embed="rId1715" cstate="print">
                      <a:extLst>
                        <a:ext uri="{28A0092B-C50C-407E-A947-70E740481C1C}">
                          <a14:useLocalDpi xmlns:a14="http://schemas.microsoft.com/office/drawing/2010/main" val="0"/>
                        </a:ext>
                      </a:extLst>
                    </a:blip>
                    <a:srcRect/>
                    <a:stretch>
                      <a:fillRect/>
                    </a:stretch>
                  </pic:blipFill>
                  <pic:spPr bwMode="auto">
                    <a:xfrm>
                      <a:off x="0" y="0"/>
                      <a:ext cx="1289685" cy="500380"/>
                    </a:xfrm>
                    <a:prstGeom prst="rect">
                      <a:avLst/>
                    </a:prstGeom>
                    <a:noFill/>
                    <a:ln>
                      <a:noFill/>
                    </a:ln>
                  </pic:spPr>
                </pic:pic>
              </a:graphicData>
            </a:graphic>
          </wp:inline>
        </w:drawing>
      </w:r>
    </w:p>
    <w:p w14:paraId="59648F5F" w14:textId="77777777" w:rsidR="003A4ABB" w:rsidRPr="002417EA" w:rsidRDefault="003A4ABB" w:rsidP="00D0605B">
      <w:pPr>
        <w:spacing w:after="0" w:line="240" w:lineRule="auto"/>
        <w:rPr>
          <w:rFonts w:ascii="Times New Roman" w:hAnsi="Times New Roman" w:cs="Times New Roman"/>
          <w:position w:val="-34"/>
          <w:sz w:val="28"/>
          <w:szCs w:val="28"/>
          <w:lang w:val="kk-KZ"/>
        </w:rPr>
      </w:pPr>
    </w:p>
    <w:p w14:paraId="01DD14F8" w14:textId="4D5BD6BF" w:rsidR="003A4ABB" w:rsidRPr="002417EA" w:rsidRDefault="00A135AE" w:rsidP="00D0605B">
      <w:pPr>
        <w:spacing w:after="0" w:line="240" w:lineRule="auto"/>
        <w:jc w:val="both"/>
        <w:rPr>
          <w:rFonts w:ascii="Times New Roman" w:hAnsi="Times New Roman" w:cs="Times New Roman"/>
          <w:sz w:val="28"/>
          <w:szCs w:val="28"/>
          <w:lang w:val="kk-KZ"/>
        </w:rPr>
      </w:pPr>
      <w:r w:rsidRPr="002417EA">
        <w:rPr>
          <w:rFonts w:ascii="Times New Roman" w:hAnsi="Times New Roman" w:cs="Times New Roman"/>
          <w:noProof/>
          <w:position w:val="-6"/>
          <w:sz w:val="28"/>
          <w:szCs w:val="28"/>
        </w:rPr>
        <w:drawing>
          <wp:inline distT="0" distB="0" distL="0" distR="0" wp14:anchorId="0270E500" wp14:editId="7FC54102">
            <wp:extent cx="384810" cy="211455"/>
            <wp:effectExtent l="0" t="0" r="0" b="0"/>
            <wp:docPr id="1289" name="Рисунок 1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9"/>
                    <pic:cNvPicPr>
                      <a:picLocks noChangeAspect="1" noChangeArrowheads="1"/>
                    </pic:cNvPicPr>
                  </pic:nvPicPr>
                  <pic:blipFill>
                    <a:blip r:embed="rId1716" cstate="print">
                      <a:extLst>
                        <a:ext uri="{28A0092B-C50C-407E-A947-70E740481C1C}">
                          <a14:useLocalDpi xmlns:a14="http://schemas.microsoft.com/office/drawing/2010/main" val="0"/>
                        </a:ext>
                      </a:extLst>
                    </a:blip>
                    <a:srcRect/>
                    <a:stretch>
                      <a:fillRect/>
                    </a:stretch>
                  </pic:blipFill>
                  <pic:spPr bwMode="auto">
                    <a:xfrm>
                      <a:off x="0" y="0"/>
                      <a:ext cx="384810" cy="211455"/>
                    </a:xfrm>
                    <a:prstGeom prst="rect">
                      <a:avLst/>
                    </a:prstGeom>
                    <a:noFill/>
                    <a:ln>
                      <a:noFill/>
                    </a:ln>
                  </pic:spPr>
                </pic:pic>
              </a:graphicData>
            </a:graphic>
          </wp:inline>
        </w:drawing>
      </w:r>
      <w:r w:rsidR="003A4ABB" w:rsidRPr="002417EA">
        <w:rPr>
          <w:rFonts w:ascii="Times New Roman" w:hAnsi="Times New Roman" w:cs="Times New Roman"/>
          <w:sz w:val="28"/>
          <w:szCs w:val="28"/>
          <w:lang w:val="kk-KZ"/>
        </w:rPr>
        <w:t xml:space="preserve"> болғанда бұл есепті жалпыланған Дирихле есебі деп және </w:t>
      </w:r>
      <w:r w:rsidRPr="002417EA">
        <w:rPr>
          <w:rFonts w:ascii="Times New Roman" w:hAnsi="Times New Roman" w:cs="Times New Roman"/>
          <w:noProof/>
          <w:position w:val="-6"/>
          <w:sz w:val="28"/>
          <w:szCs w:val="28"/>
        </w:rPr>
        <w:drawing>
          <wp:inline distT="0" distB="0" distL="0" distR="0" wp14:anchorId="400DF4A9" wp14:editId="1FF4E22E">
            <wp:extent cx="384810" cy="211455"/>
            <wp:effectExtent l="0" t="0" r="0" b="0"/>
            <wp:docPr id="1290" name="Рисунок 1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0"/>
                    <pic:cNvPicPr>
                      <a:picLocks noChangeAspect="1" noChangeArrowheads="1"/>
                    </pic:cNvPicPr>
                  </pic:nvPicPr>
                  <pic:blipFill>
                    <a:blip r:embed="rId1717" cstate="print">
                      <a:extLst>
                        <a:ext uri="{28A0092B-C50C-407E-A947-70E740481C1C}">
                          <a14:useLocalDpi xmlns:a14="http://schemas.microsoft.com/office/drawing/2010/main" val="0"/>
                        </a:ext>
                      </a:extLst>
                    </a:blip>
                    <a:srcRect/>
                    <a:stretch>
                      <a:fillRect/>
                    </a:stretch>
                  </pic:blipFill>
                  <pic:spPr bwMode="auto">
                    <a:xfrm>
                      <a:off x="0" y="0"/>
                      <a:ext cx="384810" cy="211455"/>
                    </a:xfrm>
                    <a:prstGeom prst="rect">
                      <a:avLst/>
                    </a:prstGeom>
                    <a:noFill/>
                    <a:ln>
                      <a:noFill/>
                    </a:ln>
                  </pic:spPr>
                </pic:pic>
              </a:graphicData>
            </a:graphic>
          </wp:inline>
        </w:drawing>
      </w:r>
      <w:r w:rsidR="003A4ABB" w:rsidRPr="002417EA">
        <w:rPr>
          <w:rFonts w:ascii="Times New Roman" w:hAnsi="Times New Roman" w:cs="Times New Roman"/>
          <w:position w:val="-4"/>
          <w:sz w:val="28"/>
          <w:szCs w:val="28"/>
          <w:lang w:val="kk-KZ"/>
        </w:rPr>
        <w:t xml:space="preserve"> </w:t>
      </w:r>
      <w:r w:rsidR="003A4ABB" w:rsidRPr="002417EA">
        <w:rPr>
          <w:rFonts w:ascii="Times New Roman" w:hAnsi="Times New Roman" w:cs="Times New Roman"/>
          <w:sz w:val="28"/>
          <w:szCs w:val="28"/>
          <w:lang w:val="kk-KZ"/>
        </w:rPr>
        <w:t xml:space="preserve">Нейманның жалпыланған есебі деп аталады. Мүмкін болатын барлық алты шеттік шартты екі топқа бөлуге болады. Олардың біріншісі </w:t>
      </w:r>
      <w:r w:rsidRPr="002417EA">
        <w:rPr>
          <w:rFonts w:ascii="Times New Roman" w:hAnsi="Times New Roman" w:cs="Times New Roman"/>
          <w:noProof/>
          <w:position w:val="-6"/>
          <w:sz w:val="28"/>
          <w:szCs w:val="28"/>
        </w:rPr>
        <w:drawing>
          <wp:inline distT="0" distB="0" distL="0" distR="0" wp14:anchorId="726FD20F" wp14:editId="3B234DEA">
            <wp:extent cx="664210" cy="211455"/>
            <wp:effectExtent l="0" t="0" r="2540" b="0"/>
            <wp:docPr id="1291" name="Рисунок 1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1"/>
                    <pic:cNvPicPr>
                      <a:picLocks noChangeAspect="1" noChangeArrowheads="1"/>
                    </pic:cNvPicPr>
                  </pic:nvPicPr>
                  <pic:blipFill>
                    <a:blip r:embed="rId1718" cstate="print">
                      <a:extLst>
                        <a:ext uri="{28A0092B-C50C-407E-A947-70E740481C1C}">
                          <a14:useLocalDpi xmlns:a14="http://schemas.microsoft.com/office/drawing/2010/main" val="0"/>
                        </a:ext>
                      </a:extLst>
                    </a:blip>
                    <a:srcRect/>
                    <a:stretch>
                      <a:fillRect/>
                    </a:stretch>
                  </pic:blipFill>
                  <pic:spPr bwMode="auto">
                    <a:xfrm>
                      <a:off x="0" y="0"/>
                      <a:ext cx="664210" cy="211455"/>
                    </a:xfrm>
                    <a:prstGeom prst="rect">
                      <a:avLst/>
                    </a:prstGeom>
                    <a:noFill/>
                    <a:ln>
                      <a:noFill/>
                    </a:ln>
                  </pic:spPr>
                </pic:pic>
              </a:graphicData>
            </a:graphic>
          </wp:inline>
        </w:drawing>
      </w:r>
      <w:r w:rsidR="003A4ABB" w:rsidRPr="002417EA">
        <w:rPr>
          <w:rFonts w:ascii="Times New Roman" w:hAnsi="Times New Roman" w:cs="Times New Roman"/>
          <w:position w:val="-4"/>
          <w:sz w:val="28"/>
          <w:szCs w:val="28"/>
          <w:lang w:val="kk-KZ"/>
        </w:rPr>
        <w:t xml:space="preserve"> </w:t>
      </w:r>
      <w:r w:rsidR="003A4ABB" w:rsidRPr="002417EA">
        <w:rPr>
          <w:rFonts w:ascii="Times New Roman" w:hAnsi="Times New Roman" w:cs="Times New Roman"/>
          <w:sz w:val="28"/>
          <w:szCs w:val="28"/>
          <w:lang w:val="kk-KZ"/>
        </w:rPr>
        <w:t>шартымен анықталады, ал екінші топ бір ғана есептен тұрады.</w:t>
      </w:r>
    </w:p>
    <w:p w14:paraId="197A1F53" w14:textId="77777777" w:rsidR="003A4ABB" w:rsidRPr="002417EA" w:rsidRDefault="003A4ABB" w:rsidP="00D0605B">
      <w:pPr>
        <w:spacing w:after="0" w:line="240" w:lineRule="auto"/>
        <w:jc w:val="both"/>
        <w:rPr>
          <w:rFonts w:ascii="Times New Roman" w:hAnsi="Times New Roman" w:cs="Times New Roman"/>
          <w:sz w:val="28"/>
          <w:szCs w:val="28"/>
          <w:lang w:val="kk-KZ"/>
        </w:rPr>
      </w:pPr>
    </w:p>
    <w:p w14:paraId="7D107397" w14:textId="34243EAD" w:rsidR="003A4ABB" w:rsidRPr="002417EA" w:rsidRDefault="00A135AE" w:rsidP="00D0605B">
      <w:pPr>
        <w:spacing w:after="0" w:line="240" w:lineRule="auto"/>
        <w:jc w:val="right"/>
        <w:rPr>
          <w:rFonts w:ascii="Times New Roman" w:hAnsi="Times New Roman" w:cs="Times New Roman"/>
          <w:sz w:val="28"/>
          <w:szCs w:val="28"/>
          <w:lang w:val="kk-KZ"/>
        </w:rPr>
      </w:pPr>
      <w:r w:rsidRPr="002417EA">
        <w:rPr>
          <w:rFonts w:ascii="Times New Roman" w:hAnsi="Times New Roman" w:cs="Times New Roman"/>
          <w:noProof/>
          <w:position w:val="-28"/>
          <w:sz w:val="28"/>
          <w:szCs w:val="28"/>
        </w:rPr>
        <w:drawing>
          <wp:inline distT="0" distB="0" distL="0" distR="0" wp14:anchorId="46DA720D" wp14:editId="0BF43F12">
            <wp:extent cx="1511300" cy="462280"/>
            <wp:effectExtent l="0" t="0" r="0" b="0"/>
            <wp:docPr id="1292" name="Рисунок 1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2"/>
                    <pic:cNvPicPr>
                      <a:picLocks noChangeAspect="1" noChangeArrowheads="1"/>
                    </pic:cNvPicPr>
                  </pic:nvPicPr>
                  <pic:blipFill>
                    <a:blip r:embed="rId1719" cstate="print">
                      <a:extLst>
                        <a:ext uri="{28A0092B-C50C-407E-A947-70E740481C1C}">
                          <a14:useLocalDpi xmlns:a14="http://schemas.microsoft.com/office/drawing/2010/main" val="0"/>
                        </a:ext>
                      </a:extLst>
                    </a:blip>
                    <a:srcRect/>
                    <a:stretch>
                      <a:fillRect/>
                    </a:stretch>
                  </pic:blipFill>
                  <pic:spPr bwMode="auto">
                    <a:xfrm>
                      <a:off x="0" y="0"/>
                      <a:ext cx="1511300" cy="462280"/>
                    </a:xfrm>
                    <a:prstGeom prst="rect">
                      <a:avLst/>
                    </a:prstGeom>
                    <a:noFill/>
                    <a:ln>
                      <a:noFill/>
                    </a:ln>
                  </pic:spPr>
                </pic:pic>
              </a:graphicData>
            </a:graphic>
          </wp:inline>
        </w:drawing>
      </w:r>
      <w:r w:rsidR="003A4ABB" w:rsidRPr="002417EA">
        <w:rPr>
          <w:rFonts w:ascii="Times New Roman" w:hAnsi="Times New Roman" w:cs="Times New Roman"/>
          <w:position w:val="-30"/>
          <w:sz w:val="28"/>
          <w:szCs w:val="28"/>
          <w:lang w:val="kk-KZ"/>
        </w:rPr>
        <w:t xml:space="preserve">                                          </w:t>
      </w:r>
      <w:r w:rsidR="003A4ABB" w:rsidRPr="002417EA">
        <w:rPr>
          <w:rFonts w:ascii="Times New Roman" w:hAnsi="Times New Roman" w:cs="Times New Roman"/>
          <w:sz w:val="28"/>
          <w:szCs w:val="28"/>
          <w:lang w:val="kk-KZ"/>
        </w:rPr>
        <w:t>(1.68)</w:t>
      </w:r>
    </w:p>
    <w:p w14:paraId="7B2F60C9" w14:textId="77777777" w:rsidR="003A4ABB" w:rsidRPr="002417EA" w:rsidRDefault="003A4ABB" w:rsidP="00D0605B">
      <w:pPr>
        <w:spacing w:after="0" w:line="240" w:lineRule="auto"/>
        <w:jc w:val="both"/>
        <w:rPr>
          <w:rFonts w:ascii="Times New Roman" w:hAnsi="Times New Roman" w:cs="Times New Roman"/>
          <w:position w:val="-12"/>
          <w:sz w:val="28"/>
          <w:szCs w:val="28"/>
          <w:lang w:val="kk-KZ"/>
        </w:rPr>
      </w:pPr>
    </w:p>
    <w:p w14:paraId="63A105D0" w14:textId="1CC45B5F" w:rsidR="003A4ABB" w:rsidRPr="002417EA" w:rsidRDefault="003A4ABB" w:rsidP="00D0605B">
      <w:pPr>
        <w:pStyle w:val="a5"/>
        <w:spacing w:before="0" w:beforeAutospacing="0" w:after="0" w:afterAutospacing="0"/>
        <w:jc w:val="both"/>
        <w:rPr>
          <w:color w:val="1B1C1D"/>
          <w:sz w:val="28"/>
          <w:szCs w:val="28"/>
          <w:lang w:val="kk-KZ"/>
        </w:rPr>
      </w:pPr>
      <w:r w:rsidRPr="002417EA">
        <w:rPr>
          <w:color w:val="1B1C1D"/>
          <w:sz w:val="28"/>
          <w:szCs w:val="28"/>
          <w:lang w:val="kk-KZ"/>
        </w:rPr>
        <w:lastRenderedPageBreak/>
        <w:t xml:space="preserve">Жалпы жағдайда </w:t>
      </w:r>
      <w:r w:rsidR="00A135AE" w:rsidRPr="002417EA">
        <w:rPr>
          <w:noProof/>
          <w:position w:val="-6"/>
          <w:sz w:val="28"/>
          <w:szCs w:val="28"/>
        </w:rPr>
        <w:drawing>
          <wp:inline distT="0" distB="0" distL="0" distR="0" wp14:anchorId="45562614" wp14:editId="4853BBE8">
            <wp:extent cx="317500" cy="211455"/>
            <wp:effectExtent l="0" t="0" r="6350" b="0"/>
            <wp:docPr id="1293" name="Рисунок 1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3"/>
                    <pic:cNvPicPr>
                      <a:picLocks noChangeAspect="1" noChangeArrowheads="1"/>
                    </pic:cNvPicPr>
                  </pic:nvPicPr>
                  <pic:blipFill>
                    <a:blip r:embed="rId1720" cstate="print">
                      <a:extLst>
                        <a:ext uri="{28A0092B-C50C-407E-A947-70E740481C1C}">
                          <a14:useLocalDpi xmlns:a14="http://schemas.microsoft.com/office/drawing/2010/main" val="0"/>
                        </a:ext>
                      </a:extLst>
                    </a:blip>
                    <a:srcRect/>
                    <a:stretch>
                      <a:fillRect/>
                    </a:stretch>
                  </pic:blipFill>
                  <pic:spPr bwMode="auto">
                    <a:xfrm>
                      <a:off x="0" y="0"/>
                      <a:ext cx="317500" cy="211455"/>
                    </a:xfrm>
                    <a:prstGeom prst="rect">
                      <a:avLst/>
                    </a:prstGeom>
                    <a:noFill/>
                    <a:ln>
                      <a:noFill/>
                    </a:ln>
                  </pic:spPr>
                </pic:pic>
              </a:graphicData>
            </a:graphic>
          </wp:inline>
        </w:drawing>
      </w:r>
      <w:r w:rsidRPr="002417EA">
        <w:rPr>
          <w:color w:val="1B1C1D"/>
          <w:sz w:val="28"/>
          <w:szCs w:val="28"/>
          <w:lang w:val="kk-KZ"/>
        </w:rPr>
        <w:t xml:space="preserve"> ші ретті теңдеулер үшін (1.67) типт</w:t>
      </w:r>
      <w:r w:rsidR="006273A0">
        <w:rPr>
          <w:color w:val="1B1C1D"/>
          <w:sz w:val="28"/>
          <w:szCs w:val="28"/>
          <w:lang w:val="kk-KZ"/>
        </w:rPr>
        <w:t>ес есептер фредгольмдық болуы [7</w:t>
      </w:r>
      <w:r w:rsidR="0035293C">
        <w:rPr>
          <w:color w:val="1B1C1D"/>
          <w:sz w:val="28"/>
          <w:szCs w:val="28"/>
          <w:lang w:val="kk-KZ"/>
        </w:rPr>
        <w:t xml:space="preserve">, р. </w:t>
      </w:r>
      <w:r w:rsidRPr="002417EA">
        <w:rPr>
          <w:color w:val="1B1C1D"/>
          <w:sz w:val="28"/>
          <w:szCs w:val="28"/>
          <w:lang w:val="kk-KZ"/>
        </w:rPr>
        <w:t xml:space="preserve">] еңбегінде зерттелген. Төртінші ретті теңдеудің </w:t>
      </w:r>
      <w:r w:rsidR="00A135AE" w:rsidRPr="002417EA">
        <w:rPr>
          <w:noProof/>
          <w:position w:val="-6"/>
          <w:sz w:val="28"/>
          <w:szCs w:val="28"/>
        </w:rPr>
        <w:drawing>
          <wp:inline distT="0" distB="0" distL="0" distR="0" wp14:anchorId="14FFA070" wp14:editId="518C24FD">
            <wp:extent cx="384810" cy="211455"/>
            <wp:effectExtent l="0" t="0" r="0" b="0"/>
            <wp:docPr id="1294" name="Рисунок 1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4"/>
                    <pic:cNvPicPr>
                      <a:picLocks noChangeAspect="1" noChangeArrowheads="1"/>
                    </pic:cNvPicPr>
                  </pic:nvPicPr>
                  <pic:blipFill>
                    <a:blip r:embed="rId1721" cstate="print">
                      <a:extLst>
                        <a:ext uri="{28A0092B-C50C-407E-A947-70E740481C1C}">
                          <a14:useLocalDpi xmlns:a14="http://schemas.microsoft.com/office/drawing/2010/main" val="0"/>
                        </a:ext>
                      </a:extLst>
                    </a:blip>
                    <a:srcRect/>
                    <a:stretch>
                      <a:fillRect/>
                    </a:stretch>
                  </pic:blipFill>
                  <pic:spPr bwMode="auto">
                    <a:xfrm>
                      <a:off x="0" y="0"/>
                      <a:ext cx="384810" cy="211455"/>
                    </a:xfrm>
                    <a:prstGeom prst="rect">
                      <a:avLst/>
                    </a:prstGeom>
                    <a:noFill/>
                    <a:ln>
                      <a:noFill/>
                    </a:ln>
                  </pic:spPr>
                </pic:pic>
              </a:graphicData>
            </a:graphic>
          </wp:inline>
        </w:drawing>
      </w:r>
      <w:r w:rsidRPr="002417EA">
        <w:rPr>
          <w:position w:val="-4"/>
          <w:sz w:val="28"/>
          <w:szCs w:val="28"/>
          <w:lang w:val="kk-KZ"/>
        </w:rPr>
        <w:t xml:space="preserve"> </w:t>
      </w:r>
      <w:r w:rsidRPr="002417EA">
        <w:rPr>
          <w:color w:val="1B1C1D"/>
          <w:sz w:val="28"/>
          <w:szCs w:val="28"/>
          <w:lang w:val="kk-KZ"/>
        </w:rPr>
        <w:t>жағдайы үшін (1.68) есебінің индексін есептеу [4</w:t>
      </w:r>
      <w:r w:rsidR="002D627F" w:rsidRPr="002D627F">
        <w:rPr>
          <w:color w:val="1B1C1D"/>
          <w:sz w:val="28"/>
          <w:szCs w:val="28"/>
          <w:lang w:val="kk-KZ"/>
        </w:rPr>
        <w:t>4</w:t>
      </w:r>
      <w:r w:rsidRPr="002417EA">
        <w:rPr>
          <w:color w:val="1B1C1D"/>
          <w:sz w:val="28"/>
          <w:szCs w:val="28"/>
          <w:lang w:val="kk-KZ"/>
        </w:rPr>
        <w:t>] еңбегінде жүзеге асырылған. Бұл жұмыста біз (1.67) есебіне қатысты осындай сұрақтарды қарастырамыз, соның ішінде (1.68) есебінің арнайы жағдайын да қамтимыз. Бұл ретте, [4</w:t>
      </w:r>
      <w:r w:rsidR="009F1246" w:rsidRPr="009F1246">
        <w:rPr>
          <w:color w:val="1B1C1D"/>
          <w:sz w:val="28"/>
          <w:szCs w:val="28"/>
          <w:lang w:val="kk-KZ"/>
        </w:rPr>
        <w:t>5</w:t>
      </w:r>
      <w:r w:rsidRPr="002417EA">
        <w:rPr>
          <w:color w:val="1B1C1D"/>
          <w:sz w:val="28"/>
          <w:szCs w:val="28"/>
          <w:lang w:val="kk-KZ"/>
        </w:rPr>
        <w:t>] еңбегімен салыстырғанда, соңғы есептің индексін есептеу нақтырақ және сәл өзгеше тәсілмен орындалады.</w:t>
      </w:r>
    </w:p>
    <w:p w14:paraId="3368F413" w14:textId="66E554EA" w:rsidR="003A4ABB" w:rsidRPr="002417EA" w:rsidRDefault="00A135AE" w:rsidP="009F1246">
      <w:pPr>
        <w:pStyle w:val="a5"/>
        <w:spacing w:before="0" w:beforeAutospacing="0" w:after="0" w:afterAutospacing="0"/>
        <w:ind w:firstLine="708"/>
        <w:jc w:val="both"/>
        <w:rPr>
          <w:position w:val="-12"/>
          <w:sz w:val="28"/>
          <w:szCs w:val="28"/>
          <w:lang w:val="kk-KZ"/>
        </w:rPr>
      </w:pPr>
      <w:r w:rsidRPr="002417EA">
        <w:rPr>
          <w:noProof/>
          <w:position w:val="-4"/>
          <w:sz w:val="28"/>
          <w:szCs w:val="28"/>
        </w:rPr>
        <w:drawing>
          <wp:inline distT="0" distB="0" distL="0" distR="0" wp14:anchorId="2DBAB3FE" wp14:editId="7F61D2EA">
            <wp:extent cx="134620" cy="211455"/>
            <wp:effectExtent l="0" t="0" r="0" b="0"/>
            <wp:docPr id="1295" name="Рисунок 1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5"/>
                    <pic:cNvPicPr>
                      <a:picLocks noChangeAspect="1" noChangeArrowheads="1"/>
                    </pic:cNvPicPr>
                  </pic:nvPicPr>
                  <pic:blipFill>
                    <a:blip r:embed="rId1722" cstate="print">
                      <a:extLst>
                        <a:ext uri="{28A0092B-C50C-407E-A947-70E740481C1C}">
                          <a14:useLocalDpi xmlns:a14="http://schemas.microsoft.com/office/drawing/2010/main" val="0"/>
                        </a:ext>
                      </a:extLst>
                    </a:blip>
                    <a:srcRect/>
                    <a:stretch>
                      <a:fillRect/>
                    </a:stretch>
                  </pic:blipFill>
                  <pic:spPr bwMode="auto">
                    <a:xfrm>
                      <a:off x="0" y="0"/>
                      <a:ext cx="134620" cy="211455"/>
                    </a:xfrm>
                    <a:prstGeom prst="rect">
                      <a:avLst/>
                    </a:prstGeom>
                    <a:noFill/>
                    <a:ln>
                      <a:noFill/>
                    </a:ln>
                  </pic:spPr>
                </pic:pic>
              </a:graphicData>
            </a:graphic>
          </wp:inline>
        </w:drawing>
      </w:r>
      <w:r w:rsidR="003A4ABB" w:rsidRPr="002417EA">
        <w:rPr>
          <w:position w:val="-4"/>
          <w:sz w:val="28"/>
          <w:szCs w:val="28"/>
          <w:lang w:val="kk-KZ"/>
        </w:rPr>
        <w:t xml:space="preserve"> </w:t>
      </w:r>
      <w:r w:rsidR="003A4ABB" w:rsidRPr="002417EA">
        <w:rPr>
          <w:color w:val="1B1C1D"/>
          <w:sz w:val="28"/>
          <w:szCs w:val="28"/>
          <w:lang w:val="kk-KZ"/>
        </w:rPr>
        <w:t xml:space="preserve">контуры оң бағытта қозғалғанда D облысы сол жақта қалатындай етіп таңдалады. Айталық, </w:t>
      </w:r>
      <w:r w:rsidRPr="002417EA">
        <w:rPr>
          <w:noProof/>
          <w:position w:val="-6"/>
          <w:sz w:val="28"/>
          <w:szCs w:val="28"/>
        </w:rPr>
        <w:drawing>
          <wp:inline distT="0" distB="0" distL="0" distR="0" wp14:anchorId="6E97DFCD" wp14:editId="55DFF502">
            <wp:extent cx="76835" cy="134620"/>
            <wp:effectExtent l="0" t="0" r="0" b="0"/>
            <wp:docPr id="1296" name="Рисунок 1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6"/>
                    <pic:cNvPicPr>
                      <a:picLocks noChangeAspect="1" noChangeArrowheads="1"/>
                    </pic:cNvPicPr>
                  </pic:nvPicPr>
                  <pic:blipFill>
                    <a:blip r:embed="rId1723" cstate="print">
                      <a:extLst>
                        <a:ext uri="{28A0092B-C50C-407E-A947-70E740481C1C}">
                          <a14:useLocalDpi xmlns:a14="http://schemas.microsoft.com/office/drawing/2010/main" val="0"/>
                        </a:ext>
                      </a:extLst>
                    </a:blip>
                    <a:srcRect/>
                    <a:stretch>
                      <a:fillRect/>
                    </a:stretch>
                  </pic:blipFill>
                  <pic:spPr bwMode="auto">
                    <a:xfrm>
                      <a:off x="0" y="0"/>
                      <a:ext cx="76835" cy="134620"/>
                    </a:xfrm>
                    <a:prstGeom prst="rect">
                      <a:avLst/>
                    </a:prstGeom>
                    <a:noFill/>
                    <a:ln>
                      <a:noFill/>
                    </a:ln>
                  </pic:spPr>
                </pic:pic>
              </a:graphicData>
            </a:graphic>
          </wp:inline>
        </w:drawing>
      </w:r>
      <w:r w:rsidR="003A4ABB" w:rsidRPr="002417EA">
        <w:rPr>
          <w:color w:val="1B1C1D"/>
          <w:sz w:val="28"/>
          <w:szCs w:val="28"/>
          <w:lang w:val="kk-KZ"/>
        </w:rPr>
        <w:t xml:space="preserve"> нүктесінде </w:t>
      </w:r>
      <w:r w:rsidRPr="002417EA">
        <w:rPr>
          <w:noProof/>
          <w:position w:val="-4"/>
          <w:sz w:val="28"/>
          <w:szCs w:val="28"/>
        </w:rPr>
        <w:drawing>
          <wp:inline distT="0" distB="0" distL="0" distR="0" wp14:anchorId="5371B515" wp14:editId="67B62C62">
            <wp:extent cx="134620" cy="211455"/>
            <wp:effectExtent l="0" t="0" r="0" b="0"/>
            <wp:docPr id="1297" name="Рисунок 1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7"/>
                    <pic:cNvPicPr>
                      <a:picLocks noChangeAspect="1" noChangeArrowheads="1"/>
                    </pic:cNvPicPr>
                  </pic:nvPicPr>
                  <pic:blipFill>
                    <a:blip r:embed="rId1724" cstate="print">
                      <a:extLst>
                        <a:ext uri="{28A0092B-C50C-407E-A947-70E740481C1C}">
                          <a14:useLocalDpi xmlns:a14="http://schemas.microsoft.com/office/drawing/2010/main" val="0"/>
                        </a:ext>
                      </a:extLst>
                    </a:blip>
                    <a:srcRect/>
                    <a:stretch>
                      <a:fillRect/>
                    </a:stretch>
                  </pic:blipFill>
                  <pic:spPr bwMode="auto">
                    <a:xfrm>
                      <a:off x="0" y="0"/>
                      <a:ext cx="134620" cy="211455"/>
                    </a:xfrm>
                    <a:prstGeom prst="rect">
                      <a:avLst/>
                    </a:prstGeom>
                    <a:noFill/>
                    <a:ln>
                      <a:noFill/>
                    </a:ln>
                  </pic:spPr>
                </pic:pic>
              </a:graphicData>
            </a:graphic>
          </wp:inline>
        </w:drawing>
      </w:r>
      <w:r w:rsidR="003A4ABB" w:rsidRPr="002417EA">
        <w:rPr>
          <w:position w:val="-6"/>
          <w:sz w:val="28"/>
          <w:szCs w:val="28"/>
          <w:lang w:val="kk-KZ"/>
        </w:rPr>
        <w:t xml:space="preserve"> </w:t>
      </w:r>
      <w:r w:rsidR="003A4ABB" w:rsidRPr="002417EA">
        <w:rPr>
          <w:color w:val="1B1C1D"/>
          <w:sz w:val="28"/>
          <w:szCs w:val="28"/>
          <w:lang w:val="kk-KZ"/>
        </w:rPr>
        <w:t xml:space="preserve">контурына оң бағытта бағытталған </w:t>
      </w:r>
      <w:r w:rsidRPr="002417EA">
        <w:rPr>
          <w:noProof/>
          <w:position w:val="-12"/>
          <w:sz w:val="28"/>
          <w:szCs w:val="28"/>
        </w:rPr>
        <w:drawing>
          <wp:inline distT="0" distB="0" distL="0" distR="0" wp14:anchorId="4C3CB8FA" wp14:editId="41719F37">
            <wp:extent cx="1328420" cy="231140"/>
            <wp:effectExtent l="0" t="0" r="5080" b="0"/>
            <wp:docPr id="1298" name="Рисунок 1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8"/>
                    <pic:cNvPicPr>
                      <a:picLocks noChangeAspect="1" noChangeArrowheads="1"/>
                    </pic:cNvPicPr>
                  </pic:nvPicPr>
                  <pic:blipFill>
                    <a:blip r:embed="rId1725" cstate="print">
                      <a:extLst>
                        <a:ext uri="{28A0092B-C50C-407E-A947-70E740481C1C}">
                          <a14:useLocalDpi xmlns:a14="http://schemas.microsoft.com/office/drawing/2010/main" val="0"/>
                        </a:ext>
                      </a:extLst>
                    </a:blip>
                    <a:srcRect/>
                    <a:stretch>
                      <a:fillRect/>
                    </a:stretch>
                  </pic:blipFill>
                  <pic:spPr bwMode="auto">
                    <a:xfrm>
                      <a:off x="0" y="0"/>
                      <a:ext cx="1328420" cy="231140"/>
                    </a:xfrm>
                    <a:prstGeom prst="rect">
                      <a:avLst/>
                    </a:prstGeom>
                    <a:noFill/>
                    <a:ln>
                      <a:noFill/>
                    </a:ln>
                  </pic:spPr>
                </pic:pic>
              </a:graphicData>
            </a:graphic>
          </wp:inline>
        </w:drawing>
      </w:r>
      <w:r w:rsidR="003A4ABB" w:rsidRPr="002417EA">
        <w:rPr>
          <w:position w:val="-12"/>
          <w:sz w:val="28"/>
          <w:szCs w:val="28"/>
          <w:lang w:val="kk-KZ"/>
        </w:rPr>
        <w:t xml:space="preserve"> </w:t>
      </w:r>
      <w:r w:rsidR="003A4ABB" w:rsidRPr="002417EA">
        <w:rPr>
          <w:color w:val="1B1C1D"/>
          <w:sz w:val="28"/>
          <w:szCs w:val="28"/>
          <w:lang w:val="kk-KZ"/>
        </w:rPr>
        <w:t xml:space="preserve">бірлік жанама вектор болсын. Атап айтқанда, </w:t>
      </w:r>
      <w:r w:rsidRPr="002417EA">
        <w:rPr>
          <w:noProof/>
          <w:position w:val="-6"/>
          <w:sz w:val="28"/>
          <w:szCs w:val="28"/>
        </w:rPr>
        <w:drawing>
          <wp:inline distT="0" distB="0" distL="0" distR="0" wp14:anchorId="50911A33" wp14:editId="5EDAD3AB">
            <wp:extent cx="134620" cy="134620"/>
            <wp:effectExtent l="0" t="0" r="0" b="0"/>
            <wp:docPr id="1299" name="Рисунок 1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9"/>
                    <pic:cNvPicPr>
                      <a:picLocks noChangeAspect="1" noChangeArrowheads="1"/>
                    </pic:cNvPicPr>
                  </pic:nvPicPr>
                  <pic:blipFill>
                    <a:blip r:embed="rId1726" cstate="print">
                      <a:extLst>
                        <a:ext uri="{28A0092B-C50C-407E-A947-70E740481C1C}">
                          <a14:useLocalDpi xmlns:a14="http://schemas.microsoft.com/office/drawing/2010/main" val="0"/>
                        </a:ext>
                      </a:extLst>
                    </a:blip>
                    <a:srcRect/>
                    <a:stretch>
                      <a:fillRect/>
                    </a:stretch>
                  </pic:blipFill>
                  <pic:spPr bwMode="auto">
                    <a:xfrm>
                      <a:off x="0" y="0"/>
                      <a:ext cx="134620" cy="134620"/>
                    </a:xfrm>
                    <a:prstGeom prst="rect">
                      <a:avLst/>
                    </a:prstGeom>
                    <a:noFill/>
                    <a:ln>
                      <a:noFill/>
                    </a:ln>
                  </pic:spPr>
                </pic:pic>
              </a:graphicData>
            </a:graphic>
          </wp:inline>
        </w:drawing>
      </w:r>
      <w:r w:rsidR="003A4ABB" w:rsidRPr="002417EA">
        <w:rPr>
          <w:position w:val="-12"/>
          <w:sz w:val="28"/>
          <w:szCs w:val="28"/>
          <w:lang w:val="kk-KZ"/>
        </w:rPr>
        <w:t xml:space="preserve"> </w:t>
      </w:r>
      <w:r w:rsidR="003A4ABB" w:rsidRPr="002417EA">
        <w:rPr>
          <w:color w:val="1B1C1D"/>
          <w:sz w:val="28"/>
          <w:szCs w:val="28"/>
          <w:lang w:val="kk-KZ"/>
        </w:rPr>
        <w:t xml:space="preserve">нормаль векторымен </w:t>
      </w:r>
      <w:r w:rsidRPr="002417EA">
        <w:rPr>
          <w:noProof/>
          <w:position w:val="-12"/>
          <w:sz w:val="28"/>
          <w:szCs w:val="28"/>
        </w:rPr>
        <w:drawing>
          <wp:inline distT="0" distB="0" distL="0" distR="0" wp14:anchorId="69A6E606" wp14:editId="0174FB44">
            <wp:extent cx="1145540" cy="231140"/>
            <wp:effectExtent l="0" t="0" r="0" b="0"/>
            <wp:docPr id="1300" name="Рисунок 1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0"/>
                    <pic:cNvPicPr>
                      <a:picLocks noChangeAspect="1" noChangeArrowheads="1"/>
                    </pic:cNvPicPr>
                  </pic:nvPicPr>
                  <pic:blipFill>
                    <a:blip r:embed="rId1727" cstate="print">
                      <a:extLst>
                        <a:ext uri="{28A0092B-C50C-407E-A947-70E740481C1C}">
                          <a14:useLocalDpi xmlns:a14="http://schemas.microsoft.com/office/drawing/2010/main" val="0"/>
                        </a:ext>
                      </a:extLst>
                    </a:blip>
                    <a:srcRect/>
                    <a:stretch>
                      <a:fillRect/>
                    </a:stretch>
                  </pic:blipFill>
                  <pic:spPr bwMode="auto">
                    <a:xfrm>
                      <a:off x="0" y="0"/>
                      <a:ext cx="1145540" cy="231140"/>
                    </a:xfrm>
                    <a:prstGeom prst="rect">
                      <a:avLst/>
                    </a:prstGeom>
                    <a:noFill/>
                    <a:ln>
                      <a:noFill/>
                    </a:ln>
                  </pic:spPr>
                </pic:pic>
              </a:graphicData>
            </a:graphic>
          </wp:inline>
        </w:drawing>
      </w:r>
      <w:r w:rsidR="003A4ABB" w:rsidRPr="002417EA">
        <w:rPr>
          <w:position w:val="-12"/>
          <w:sz w:val="28"/>
          <w:szCs w:val="28"/>
          <w:lang w:val="kk-KZ"/>
        </w:rPr>
        <w:t xml:space="preserve"> </w:t>
      </w:r>
      <w:r w:rsidR="003A4ABB" w:rsidRPr="002417EA">
        <w:rPr>
          <w:color w:val="1B1C1D"/>
          <w:sz w:val="28"/>
          <w:szCs w:val="28"/>
          <w:lang w:val="kk-KZ"/>
        </w:rPr>
        <w:t>қатынастарымен байланысты. (Немесе комплексті түрде:</w:t>
      </w:r>
      <w:r w:rsidR="003A4ABB" w:rsidRPr="002417EA">
        <w:rPr>
          <w:position w:val="-12"/>
          <w:sz w:val="28"/>
          <w:szCs w:val="28"/>
          <w:lang w:val="kk-KZ"/>
        </w:rPr>
        <w:t xml:space="preserve"> </w:t>
      </w:r>
      <w:r w:rsidRPr="002417EA">
        <w:rPr>
          <w:noProof/>
          <w:position w:val="-12"/>
          <w:sz w:val="28"/>
          <w:szCs w:val="28"/>
        </w:rPr>
        <w:drawing>
          <wp:inline distT="0" distB="0" distL="0" distR="0" wp14:anchorId="42D369AB" wp14:editId="6D288D29">
            <wp:extent cx="317500" cy="231140"/>
            <wp:effectExtent l="0" t="0" r="0" b="0"/>
            <wp:docPr id="1301" name="Рисунок 1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1"/>
                    <pic:cNvPicPr>
                      <a:picLocks noChangeAspect="1" noChangeArrowheads="1"/>
                    </pic:cNvPicPr>
                  </pic:nvPicPr>
                  <pic:blipFill>
                    <a:blip r:embed="rId1728" cstate="print">
                      <a:extLst>
                        <a:ext uri="{28A0092B-C50C-407E-A947-70E740481C1C}">
                          <a14:useLocalDpi xmlns:a14="http://schemas.microsoft.com/office/drawing/2010/main" val="0"/>
                        </a:ext>
                      </a:extLst>
                    </a:blip>
                    <a:srcRect/>
                    <a:stretch>
                      <a:fillRect/>
                    </a:stretch>
                  </pic:blipFill>
                  <pic:spPr bwMode="auto">
                    <a:xfrm>
                      <a:off x="0" y="0"/>
                      <a:ext cx="317500" cy="231140"/>
                    </a:xfrm>
                    <a:prstGeom prst="rect">
                      <a:avLst/>
                    </a:prstGeom>
                    <a:noFill/>
                    <a:ln>
                      <a:noFill/>
                    </a:ln>
                  </pic:spPr>
                </pic:pic>
              </a:graphicData>
            </a:graphic>
          </wp:inline>
        </w:drawing>
      </w:r>
      <w:r w:rsidR="003A4ABB" w:rsidRPr="002417EA">
        <w:rPr>
          <w:color w:val="1B1C1D"/>
          <w:sz w:val="28"/>
          <w:szCs w:val="28"/>
          <w:lang w:val="kk-KZ"/>
        </w:rPr>
        <w:t xml:space="preserve"> және</w:t>
      </w:r>
      <w:r w:rsidR="003A4ABB" w:rsidRPr="002417EA">
        <w:rPr>
          <w:position w:val="-12"/>
          <w:sz w:val="28"/>
          <w:szCs w:val="28"/>
          <w:lang w:val="kk-KZ"/>
        </w:rPr>
        <w:t xml:space="preserve"> </w:t>
      </w:r>
      <w:r w:rsidRPr="002417EA">
        <w:rPr>
          <w:noProof/>
          <w:position w:val="-12"/>
          <w:sz w:val="28"/>
          <w:szCs w:val="28"/>
        </w:rPr>
        <w:drawing>
          <wp:inline distT="0" distB="0" distL="0" distR="0" wp14:anchorId="438997C4" wp14:editId="5E32AD00">
            <wp:extent cx="817880" cy="231140"/>
            <wp:effectExtent l="0" t="0" r="1270" b="0"/>
            <wp:docPr id="1302" name="Рисунок 1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2"/>
                    <pic:cNvPicPr>
                      <a:picLocks noChangeAspect="1" noChangeArrowheads="1"/>
                    </pic:cNvPicPr>
                  </pic:nvPicPr>
                  <pic:blipFill>
                    <a:blip r:embed="rId1729" cstate="print">
                      <a:extLst>
                        <a:ext uri="{28A0092B-C50C-407E-A947-70E740481C1C}">
                          <a14:useLocalDpi xmlns:a14="http://schemas.microsoft.com/office/drawing/2010/main" val="0"/>
                        </a:ext>
                      </a:extLst>
                    </a:blip>
                    <a:srcRect/>
                    <a:stretch>
                      <a:fillRect/>
                    </a:stretch>
                  </pic:blipFill>
                  <pic:spPr bwMode="auto">
                    <a:xfrm>
                      <a:off x="0" y="0"/>
                      <a:ext cx="817880" cy="231140"/>
                    </a:xfrm>
                    <a:prstGeom prst="rect">
                      <a:avLst/>
                    </a:prstGeom>
                    <a:noFill/>
                    <a:ln>
                      <a:noFill/>
                    </a:ln>
                  </pic:spPr>
                </pic:pic>
              </a:graphicData>
            </a:graphic>
          </wp:inline>
        </w:drawing>
      </w:r>
      <w:r w:rsidR="003A4ABB" w:rsidRPr="002417EA">
        <w:rPr>
          <w:color w:val="1B1C1D"/>
          <w:sz w:val="28"/>
          <w:szCs w:val="28"/>
          <w:lang w:val="kk-KZ"/>
        </w:rPr>
        <w:t xml:space="preserve"> мұндағы </w:t>
      </w:r>
      <w:r w:rsidRPr="002417EA">
        <w:rPr>
          <w:noProof/>
          <w:position w:val="-12"/>
          <w:sz w:val="28"/>
          <w:szCs w:val="28"/>
        </w:rPr>
        <w:drawing>
          <wp:inline distT="0" distB="0" distL="0" distR="0" wp14:anchorId="10902175" wp14:editId="2D552665">
            <wp:extent cx="1443990" cy="231140"/>
            <wp:effectExtent l="0" t="0" r="3810" b="0"/>
            <wp:docPr id="1303" name="Рисунок 1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3"/>
                    <pic:cNvPicPr>
                      <a:picLocks noChangeAspect="1" noChangeArrowheads="1"/>
                    </pic:cNvPicPr>
                  </pic:nvPicPr>
                  <pic:blipFill>
                    <a:blip r:embed="rId1730" cstate="print">
                      <a:extLst>
                        <a:ext uri="{28A0092B-C50C-407E-A947-70E740481C1C}">
                          <a14:useLocalDpi xmlns:a14="http://schemas.microsoft.com/office/drawing/2010/main" val="0"/>
                        </a:ext>
                      </a:extLst>
                    </a:blip>
                    <a:srcRect/>
                    <a:stretch>
                      <a:fillRect/>
                    </a:stretch>
                  </pic:blipFill>
                  <pic:spPr bwMode="auto">
                    <a:xfrm>
                      <a:off x="0" y="0"/>
                      <a:ext cx="1443990" cy="231140"/>
                    </a:xfrm>
                    <a:prstGeom prst="rect">
                      <a:avLst/>
                    </a:prstGeom>
                    <a:noFill/>
                    <a:ln>
                      <a:noFill/>
                    </a:ln>
                  </pic:spPr>
                </pic:pic>
              </a:graphicData>
            </a:graphic>
          </wp:inline>
        </w:drawing>
      </w:r>
      <w:r w:rsidR="003A4ABB" w:rsidRPr="002417EA">
        <w:rPr>
          <w:position w:val="-12"/>
          <w:sz w:val="28"/>
          <w:szCs w:val="28"/>
          <w:lang w:val="kk-KZ"/>
        </w:rPr>
        <w:t xml:space="preserve"> </w:t>
      </w:r>
      <w:r w:rsidRPr="002417EA">
        <w:rPr>
          <w:noProof/>
          <w:position w:val="-6"/>
          <w:sz w:val="28"/>
          <w:szCs w:val="28"/>
        </w:rPr>
        <w:drawing>
          <wp:inline distT="0" distB="0" distL="0" distR="0" wp14:anchorId="04604486" wp14:editId="5E8E65D1">
            <wp:extent cx="76835" cy="134620"/>
            <wp:effectExtent l="0" t="0" r="0" b="0"/>
            <wp:docPr id="1304" name="Рисунок 1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4"/>
                    <pic:cNvPicPr>
                      <a:picLocks noChangeAspect="1" noChangeArrowheads="1"/>
                    </pic:cNvPicPr>
                  </pic:nvPicPr>
                  <pic:blipFill>
                    <a:blip r:embed="rId1731" cstate="print">
                      <a:extLst>
                        <a:ext uri="{28A0092B-C50C-407E-A947-70E740481C1C}">
                          <a14:useLocalDpi xmlns:a14="http://schemas.microsoft.com/office/drawing/2010/main" val="0"/>
                        </a:ext>
                      </a:extLst>
                    </a:blip>
                    <a:srcRect/>
                    <a:stretch>
                      <a:fillRect/>
                    </a:stretch>
                  </pic:blipFill>
                  <pic:spPr bwMode="auto">
                    <a:xfrm>
                      <a:off x="0" y="0"/>
                      <a:ext cx="76835" cy="134620"/>
                    </a:xfrm>
                    <a:prstGeom prst="rect">
                      <a:avLst/>
                    </a:prstGeom>
                    <a:noFill/>
                    <a:ln>
                      <a:noFill/>
                    </a:ln>
                  </pic:spPr>
                </pic:pic>
              </a:graphicData>
            </a:graphic>
          </wp:inline>
        </w:drawing>
      </w:r>
      <w:r w:rsidR="003A4ABB" w:rsidRPr="002417EA">
        <w:rPr>
          <w:position w:val="-4"/>
          <w:sz w:val="28"/>
          <w:szCs w:val="28"/>
          <w:lang w:val="kk-KZ"/>
        </w:rPr>
        <w:t xml:space="preserve"> </w:t>
      </w:r>
      <w:r w:rsidR="003A4ABB" w:rsidRPr="002417EA">
        <w:rPr>
          <w:sz w:val="28"/>
          <w:szCs w:val="28"/>
          <w:lang w:val="kk-KZ"/>
        </w:rPr>
        <w:t xml:space="preserve">айнымалысы </w:t>
      </w:r>
      <w:r w:rsidRPr="002417EA">
        <w:rPr>
          <w:noProof/>
          <w:position w:val="-4"/>
          <w:sz w:val="28"/>
          <w:szCs w:val="28"/>
        </w:rPr>
        <w:drawing>
          <wp:inline distT="0" distB="0" distL="0" distR="0" wp14:anchorId="7C3172F0" wp14:editId="5696BB53">
            <wp:extent cx="134620" cy="211455"/>
            <wp:effectExtent l="0" t="0" r="0" b="0"/>
            <wp:docPr id="1305" name="Рисунок 1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5"/>
                    <pic:cNvPicPr>
                      <a:picLocks noChangeAspect="1" noChangeArrowheads="1"/>
                    </pic:cNvPicPr>
                  </pic:nvPicPr>
                  <pic:blipFill>
                    <a:blip r:embed="rId1732" cstate="print">
                      <a:extLst>
                        <a:ext uri="{28A0092B-C50C-407E-A947-70E740481C1C}">
                          <a14:useLocalDpi xmlns:a14="http://schemas.microsoft.com/office/drawing/2010/main" val="0"/>
                        </a:ext>
                      </a:extLst>
                    </a:blip>
                    <a:srcRect/>
                    <a:stretch>
                      <a:fillRect/>
                    </a:stretch>
                  </pic:blipFill>
                  <pic:spPr bwMode="auto">
                    <a:xfrm>
                      <a:off x="0" y="0"/>
                      <a:ext cx="134620" cy="211455"/>
                    </a:xfrm>
                    <a:prstGeom prst="rect">
                      <a:avLst/>
                    </a:prstGeom>
                    <a:noFill/>
                    <a:ln>
                      <a:noFill/>
                    </a:ln>
                  </pic:spPr>
                </pic:pic>
              </a:graphicData>
            </a:graphic>
          </wp:inline>
        </w:drawing>
      </w:r>
      <w:r w:rsidR="003A4ABB" w:rsidRPr="002417EA">
        <w:rPr>
          <w:position w:val="-4"/>
          <w:sz w:val="28"/>
          <w:szCs w:val="28"/>
          <w:lang w:val="kk-KZ"/>
        </w:rPr>
        <w:t xml:space="preserve"> </w:t>
      </w:r>
      <w:r w:rsidR="003A4ABB" w:rsidRPr="002417EA">
        <w:rPr>
          <w:sz w:val="28"/>
          <w:szCs w:val="28"/>
          <w:lang w:val="kk-KZ"/>
        </w:rPr>
        <w:t xml:space="preserve">контурымен қозғалғанда, </w:t>
      </w:r>
      <w:r w:rsidRPr="002417EA">
        <w:rPr>
          <w:noProof/>
          <w:position w:val="-12"/>
          <w:sz w:val="28"/>
          <w:szCs w:val="28"/>
        </w:rPr>
        <w:drawing>
          <wp:inline distT="0" distB="0" distL="0" distR="0" wp14:anchorId="10134C1D" wp14:editId="14322527">
            <wp:extent cx="317500" cy="231140"/>
            <wp:effectExtent l="0" t="0" r="0" b="0"/>
            <wp:docPr id="1306" name="Рисунок 1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6"/>
                    <pic:cNvPicPr>
                      <a:picLocks noChangeAspect="1" noChangeArrowheads="1"/>
                    </pic:cNvPicPr>
                  </pic:nvPicPr>
                  <pic:blipFill>
                    <a:blip r:embed="rId1733" cstate="print">
                      <a:extLst>
                        <a:ext uri="{28A0092B-C50C-407E-A947-70E740481C1C}">
                          <a14:useLocalDpi xmlns:a14="http://schemas.microsoft.com/office/drawing/2010/main" val="0"/>
                        </a:ext>
                      </a:extLst>
                    </a:blip>
                    <a:srcRect/>
                    <a:stretch>
                      <a:fillRect/>
                    </a:stretch>
                  </pic:blipFill>
                  <pic:spPr bwMode="auto">
                    <a:xfrm>
                      <a:off x="0" y="0"/>
                      <a:ext cx="317500" cy="231140"/>
                    </a:xfrm>
                    <a:prstGeom prst="rect">
                      <a:avLst/>
                    </a:prstGeom>
                    <a:noFill/>
                    <a:ln>
                      <a:noFill/>
                    </a:ln>
                  </pic:spPr>
                </pic:pic>
              </a:graphicData>
            </a:graphic>
          </wp:inline>
        </w:drawing>
      </w:r>
      <w:r w:rsidR="003A4ABB" w:rsidRPr="002417EA">
        <w:rPr>
          <w:color w:val="1B1C1D"/>
          <w:sz w:val="28"/>
          <w:szCs w:val="28"/>
          <w:lang w:val="kk-KZ"/>
        </w:rPr>
        <w:t xml:space="preserve"> және</w:t>
      </w:r>
      <w:r w:rsidR="003A4ABB" w:rsidRPr="002417EA">
        <w:rPr>
          <w:position w:val="-12"/>
          <w:sz w:val="28"/>
          <w:szCs w:val="28"/>
          <w:lang w:val="kk-KZ"/>
        </w:rPr>
        <w:t xml:space="preserve"> </w:t>
      </w:r>
      <w:r w:rsidRPr="002417EA">
        <w:rPr>
          <w:noProof/>
          <w:position w:val="-12"/>
          <w:sz w:val="28"/>
          <w:szCs w:val="28"/>
        </w:rPr>
        <w:drawing>
          <wp:inline distT="0" distB="0" distL="0" distR="0" wp14:anchorId="4F5BAFCE" wp14:editId="38B45359">
            <wp:extent cx="817880" cy="231140"/>
            <wp:effectExtent l="0" t="0" r="1270" b="0"/>
            <wp:docPr id="1307" name="Рисунок 1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7"/>
                    <pic:cNvPicPr>
                      <a:picLocks noChangeAspect="1" noChangeArrowheads="1"/>
                    </pic:cNvPicPr>
                  </pic:nvPicPr>
                  <pic:blipFill>
                    <a:blip r:embed="rId1734" cstate="print">
                      <a:extLst>
                        <a:ext uri="{28A0092B-C50C-407E-A947-70E740481C1C}">
                          <a14:useLocalDpi xmlns:a14="http://schemas.microsoft.com/office/drawing/2010/main" val="0"/>
                        </a:ext>
                      </a:extLst>
                    </a:blip>
                    <a:srcRect/>
                    <a:stretch>
                      <a:fillRect/>
                    </a:stretch>
                  </pic:blipFill>
                  <pic:spPr bwMode="auto">
                    <a:xfrm>
                      <a:off x="0" y="0"/>
                      <a:ext cx="817880" cy="231140"/>
                    </a:xfrm>
                    <a:prstGeom prst="rect">
                      <a:avLst/>
                    </a:prstGeom>
                    <a:noFill/>
                    <a:ln>
                      <a:noFill/>
                    </a:ln>
                  </pic:spPr>
                </pic:pic>
              </a:graphicData>
            </a:graphic>
          </wp:inline>
        </w:drawing>
      </w:r>
      <w:r w:rsidR="003A4ABB" w:rsidRPr="002417EA">
        <w:rPr>
          <w:position w:val="-12"/>
          <w:sz w:val="28"/>
          <w:szCs w:val="28"/>
          <w:lang w:val="kk-KZ"/>
        </w:rPr>
        <w:t xml:space="preserve"> </w:t>
      </w:r>
      <w:r w:rsidR="003A4ABB" w:rsidRPr="002417EA">
        <w:rPr>
          <w:sz w:val="28"/>
          <w:szCs w:val="28"/>
          <w:lang w:val="kk-KZ"/>
        </w:rPr>
        <w:t xml:space="preserve">векторлары комплексті жазықтықтағы бірлік шеңбер бойымен өтеді, оны </w:t>
      </w:r>
      <w:r w:rsidRPr="002417EA">
        <w:rPr>
          <w:noProof/>
          <w:position w:val="-4"/>
          <w:sz w:val="28"/>
          <w:szCs w:val="28"/>
        </w:rPr>
        <w:drawing>
          <wp:inline distT="0" distB="0" distL="0" distR="0" wp14:anchorId="0B743F51" wp14:editId="770A2D66">
            <wp:extent cx="134620" cy="211455"/>
            <wp:effectExtent l="0" t="0" r="0" b="0"/>
            <wp:docPr id="1308" name="Рисунок 1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8"/>
                    <pic:cNvPicPr>
                      <a:picLocks noChangeAspect="1" noChangeArrowheads="1"/>
                    </pic:cNvPicPr>
                  </pic:nvPicPr>
                  <pic:blipFill>
                    <a:blip r:embed="rId1735" cstate="print">
                      <a:extLst>
                        <a:ext uri="{28A0092B-C50C-407E-A947-70E740481C1C}">
                          <a14:useLocalDpi xmlns:a14="http://schemas.microsoft.com/office/drawing/2010/main" val="0"/>
                        </a:ext>
                      </a:extLst>
                    </a:blip>
                    <a:srcRect/>
                    <a:stretch>
                      <a:fillRect/>
                    </a:stretch>
                  </pic:blipFill>
                  <pic:spPr bwMode="auto">
                    <a:xfrm>
                      <a:off x="0" y="0"/>
                      <a:ext cx="134620" cy="211455"/>
                    </a:xfrm>
                    <a:prstGeom prst="rect">
                      <a:avLst/>
                    </a:prstGeom>
                    <a:noFill/>
                    <a:ln>
                      <a:noFill/>
                    </a:ln>
                  </pic:spPr>
                </pic:pic>
              </a:graphicData>
            </a:graphic>
          </wp:inline>
        </w:drawing>
      </w:r>
      <w:r w:rsidR="003A4ABB" w:rsidRPr="002417EA">
        <w:rPr>
          <w:position w:val="-4"/>
          <w:sz w:val="28"/>
          <w:szCs w:val="28"/>
          <w:lang w:val="kk-KZ"/>
        </w:rPr>
        <w:t xml:space="preserve"> </w:t>
      </w:r>
      <w:r w:rsidR="003A4ABB" w:rsidRPr="002417EA">
        <w:rPr>
          <w:sz w:val="28"/>
          <w:szCs w:val="28"/>
          <w:lang w:val="kk-KZ"/>
        </w:rPr>
        <w:t>деп белгілейміз.</w:t>
      </w:r>
    </w:p>
    <w:p w14:paraId="5C684BE0" w14:textId="3AEB9F5B" w:rsidR="003A4ABB" w:rsidRPr="002417EA" w:rsidRDefault="006273A0" w:rsidP="00D0605B">
      <w:pPr>
        <w:pStyle w:val="a5"/>
        <w:spacing w:before="0" w:beforeAutospacing="0" w:after="0" w:afterAutospacing="0"/>
        <w:jc w:val="both"/>
        <w:rPr>
          <w:color w:val="1B1C1D"/>
          <w:sz w:val="28"/>
          <w:szCs w:val="28"/>
          <w:lang w:val="kk-KZ"/>
        </w:rPr>
      </w:pPr>
      <w:r>
        <w:rPr>
          <w:color w:val="1B1C1D"/>
          <w:sz w:val="28"/>
          <w:szCs w:val="28"/>
          <w:lang w:val="kk-KZ"/>
        </w:rPr>
        <w:t>[6</w:t>
      </w:r>
      <w:r w:rsidR="000A6C69">
        <w:rPr>
          <w:color w:val="1B1C1D"/>
          <w:sz w:val="28"/>
          <w:szCs w:val="28"/>
          <w:lang w:val="kk-KZ"/>
        </w:rPr>
        <w:t>,7</w:t>
      </w:r>
      <w:r w:rsidR="003A4ABB" w:rsidRPr="002417EA">
        <w:rPr>
          <w:color w:val="1B1C1D"/>
          <w:sz w:val="28"/>
          <w:szCs w:val="28"/>
          <w:lang w:val="kk-KZ"/>
        </w:rPr>
        <w:t>] еңбегінде көрсетілгендей, (1.65), (1.67) есебі төмендегі шеттік шартпен анықталған фредгольмдік эквивалентті есебі болып табылады:</w:t>
      </w:r>
    </w:p>
    <w:p w14:paraId="2833BB73" w14:textId="77777777" w:rsidR="003A4ABB" w:rsidRPr="002417EA" w:rsidRDefault="003A4ABB" w:rsidP="00D0605B">
      <w:pPr>
        <w:pStyle w:val="a5"/>
        <w:spacing w:before="0" w:beforeAutospacing="0" w:after="0" w:afterAutospacing="0"/>
        <w:jc w:val="both"/>
        <w:rPr>
          <w:color w:val="1B1C1D"/>
          <w:sz w:val="28"/>
          <w:szCs w:val="28"/>
          <w:lang w:val="kk-KZ"/>
        </w:rPr>
      </w:pPr>
    </w:p>
    <w:p w14:paraId="63AAF3E8" w14:textId="5D329BF4" w:rsidR="003A4ABB" w:rsidRPr="00575C0A" w:rsidRDefault="00A135AE" w:rsidP="00D0605B">
      <w:pPr>
        <w:pStyle w:val="a5"/>
        <w:spacing w:before="0" w:beforeAutospacing="0" w:after="0" w:afterAutospacing="0"/>
        <w:jc w:val="center"/>
        <w:rPr>
          <w:position w:val="-34"/>
          <w:sz w:val="28"/>
          <w:szCs w:val="28"/>
          <w:lang w:val="kk-KZ"/>
        </w:rPr>
      </w:pPr>
      <w:r w:rsidRPr="002417EA">
        <w:rPr>
          <w:noProof/>
          <w:position w:val="-28"/>
          <w:sz w:val="28"/>
          <w:szCs w:val="28"/>
        </w:rPr>
        <w:drawing>
          <wp:inline distT="0" distB="0" distL="0" distR="0" wp14:anchorId="05ADB2DD" wp14:editId="09780A5F">
            <wp:extent cx="2521585" cy="462280"/>
            <wp:effectExtent l="0" t="0" r="0" b="0"/>
            <wp:docPr id="1309" name="Рисунок 1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9"/>
                    <pic:cNvPicPr>
                      <a:picLocks noChangeAspect="1" noChangeArrowheads="1"/>
                    </pic:cNvPicPr>
                  </pic:nvPicPr>
                  <pic:blipFill>
                    <a:blip r:embed="rId1736" cstate="print">
                      <a:extLst>
                        <a:ext uri="{28A0092B-C50C-407E-A947-70E740481C1C}">
                          <a14:useLocalDpi xmlns:a14="http://schemas.microsoft.com/office/drawing/2010/main" val="0"/>
                        </a:ext>
                      </a:extLst>
                    </a:blip>
                    <a:srcRect/>
                    <a:stretch>
                      <a:fillRect/>
                    </a:stretch>
                  </pic:blipFill>
                  <pic:spPr bwMode="auto">
                    <a:xfrm>
                      <a:off x="0" y="0"/>
                      <a:ext cx="2521585" cy="462280"/>
                    </a:xfrm>
                    <a:prstGeom prst="rect">
                      <a:avLst/>
                    </a:prstGeom>
                    <a:noFill/>
                    <a:ln>
                      <a:noFill/>
                    </a:ln>
                  </pic:spPr>
                </pic:pic>
              </a:graphicData>
            </a:graphic>
          </wp:inline>
        </w:drawing>
      </w:r>
    </w:p>
    <w:p w14:paraId="305BEFE9" w14:textId="77777777" w:rsidR="003A4ABB" w:rsidRPr="002417EA" w:rsidRDefault="003A4ABB" w:rsidP="00D0605B">
      <w:pPr>
        <w:pStyle w:val="a5"/>
        <w:spacing w:before="0" w:beforeAutospacing="0" w:after="0" w:afterAutospacing="0"/>
        <w:rPr>
          <w:color w:val="1B1C1D"/>
          <w:sz w:val="28"/>
          <w:szCs w:val="28"/>
          <w:lang w:val="kk-KZ"/>
        </w:rPr>
      </w:pPr>
    </w:p>
    <w:p w14:paraId="520F954F" w14:textId="77777777" w:rsidR="003A4ABB" w:rsidRPr="002417EA" w:rsidRDefault="003A4ABB" w:rsidP="00D0605B">
      <w:pPr>
        <w:pStyle w:val="a5"/>
        <w:spacing w:before="0" w:beforeAutospacing="0" w:after="0" w:afterAutospacing="0"/>
        <w:jc w:val="both"/>
        <w:rPr>
          <w:color w:val="1B1C1D"/>
          <w:sz w:val="28"/>
          <w:szCs w:val="28"/>
          <w:lang w:val="kk-KZ"/>
        </w:rPr>
      </w:pPr>
      <w:r w:rsidRPr="002417EA">
        <w:rPr>
          <w:color w:val="1B1C1D"/>
          <w:sz w:val="28"/>
          <w:szCs w:val="28"/>
          <w:lang w:val="kk-KZ"/>
        </w:rPr>
        <w:t>яғни, олар бір уақытта Фредгольм қасиетіне ие және олардың индекстері сәйкес келеді. Осыған сәйкес, функциялар</w:t>
      </w:r>
    </w:p>
    <w:p w14:paraId="3ADFE578" w14:textId="77777777" w:rsidR="003A4ABB" w:rsidRPr="002417EA" w:rsidRDefault="003A4ABB" w:rsidP="00D0605B">
      <w:pPr>
        <w:pStyle w:val="a5"/>
        <w:spacing w:before="0" w:beforeAutospacing="0" w:after="0" w:afterAutospacing="0"/>
        <w:jc w:val="both"/>
        <w:rPr>
          <w:color w:val="1B1C1D"/>
          <w:sz w:val="28"/>
          <w:szCs w:val="28"/>
          <w:lang w:val="kk-KZ"/>
        </w:rPr>
      </w:pPr>
    </w:p>
    <w:p w14:paraId="3A730A68" w14:textId="743457B2" w:rsidR="003A4ABB" w:rsidRPr="002417EA" w:rsidRDefault="00A135AE" w:rsidP="00D0605B">
      <w:pPr>
        <w:spacing w:after="0" w:line="240" w:lineRule="auto"/>
        <w:jc w:val="right"/>
        <w:rPr>
          <w:rFonts w:ascii="Times New Roman" w:hAnsi="Times New Roman" w:cs="Times New Roman"/>
          <w:sz w:val="28"/>
          <w:szCs w:val="28"/>
          <w:lang w:val="kk-KZ"/>
        </w:rPr>
      </w:pPr>
      <w:r w:rsidRPr="002417EA">
        <w:rPr>
          <w:rFonts w:ascii="Times New Roman" w:hAnsi="Times New Roman" w:cs="Times New Roman"/>
          <w:noProof/>
          <w:position w:val="-12"/>
          <w:sz w:val="28"/>
          <w:szCs w:val="28"/>
        </w:rPr>
        <w:drawing>
          <wp:inline distT="0" distB="0" distL="0" distR="0" wp14:anchorId="73B370BE" wp14:editId="0E0C95C3">
            <wp:extent cx="4803140" cy="231140"/>
            <wp:effectExtent l="0" t="0" r="0" b="0"/>
            <wp:docPr id="1310" name="Рисунок 1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0"/>
                    <pic:cNvPicPr>
                      <a:picLocks noChangeAspect="1" noChangeArrowheads="1"/>
                    </pic:cNvPicPr>
                  </pic:nvPicPr>
                  <pic:blipFill>
                    <a:blip r:embed="rId1737" cstate="print">
                      <a:extLst>
                        <a:ext uri="{28A0092B-C50C-407E-A947-70E740481C1C}">
                          <a14:useLocalDpi xmlns:a14="http://schemas.microsoft.com/office/drawing/2010/main" val="0"/>
                        </a:ext>
                      </a:extLst>
                    </a:blip>
                    <a:srcRect/>
                    <a:stretch>
                      <a:fillRect/>
                    </a:stretch>
                  </pic:blipFill>
                  <pic:spPr bwMode="auto">
                    <a:xfrm>
                      <a:off x="0" y="0"/>
                      <a:ext cx="4803140" cy="231140"/>
                    </a:xfrm>
                    <a:prstGeom prst="rect">
                      <a:avLst/>
                    </a:prstGeom>
                    <a:noFill/>
                    <a:ln>
                      <a:noFill/>
                    </a:ln>
                  </pic:spPr>
                </pic:pic>
              </a:graphicData>
            </a:graphic>
          </wp:inline>
        </w:drawing>
      </w:r>
      <w:r w:rsidR="00575C0A">
        <w:rPr>
          <w:rFonts w:ascii="Times New Roman" w:hAnsi="Times New Roman" w:cs="Times New Roman"/>
          <w:position w:val="-30"/>
          <w:sz w:val="28"/>
          <w:szCs w:val="28"/>
          <w:lang w:val="kk-KZ"/>
        </w:rPr>
        <w:t xml:space="preserve">  </w:t>
      </w:r>
      <w:r w:rsidR="003A4ABB" w:rsidRPr="002417EA">
        <w:rPr>
          <w:rFonts w:ascii="Times New Roman" w:hAnsi="Times New Roman" w:cs="Times New Roman"/>
          <w:position w:val="-30"/>
          <w:sz w:val="28"/>
          <w:szCs w:val="28"/>
          <w:lang w:val="kk-KZ"/>
        </w:rPr>
        <w:t xml:space="preserve"> </w:t>
      </w:r>
      <w:r w:rsidR="003A4ABB" w:rsidRPr="002417EA">
        <w:rPr>
          <w:rFonts w:ascii="Times New Roman" w:hAnsi="Times New Roman" w:cs="Times New Roman"/>
          <w:sz w:val="28"/>
          <w:szCs w:val="28"/>
          <w:lang w:val="kk-KZ"/>
        </w:rPr>
        <w:t>(1.69)</w:t>
      </w:r>
    </w:p>
    <w:p w14:paraId="6A62FB24" w14:textId="77777777" w:rsidR="003A4ABB" w:rsidRPr="002417EA" w:rsidRDefault="003A4ABB" w:rsidP="00D0605B">
      <w:pPr>
        <w:spacing w:after="0" w:line="240" w:lineRule="auto"/>
        <w:rPr>
          <w:rFonts w:ascii="Times New Roman" w:hAnsi="Times New Roman" w:cs="Times New Roman"/>
          <w:position w:val="-30"/>
          <w:sz w:val="28"/>
          <w:szCs w:val="28"/>
          <w:lang w:val="kk-KZ"/>
        </w:rPr>
      </w:pPr>
    </w:p>
    <w:p w14:paraId="7249793B" w14:textId="31046A2D" w:rsidR="003A4ABB" w:rsidRPr="002417EA" w:rsidRDefault="003A4ABB" w:rsidP="00D0605B">
      <w:pPr>
        <w:pStyle w:val="a5"/>
        <w:spacing w:before="0" w:beforeAutospacing="0" w:after="0" w:afterAutospacing="0"/>
        <w:jc w:val="both"/>
        <w:rPr>
          <w:color w:val="1B1C1D"/>
          <w:sz w:val="28"/>
          <w:szCs w:val="28"/>
          <w:lang w:val="kk-KZ"/>
        </w:rPr>
      </w:pPr>
      <w:r w:rsidRPr="002417EA">
        <w:rPr>
          <w:color w:val="1B1C1D"/>
          <w:sz w:val="28"/>
          <w:szCs w:val="28"/>
          <w:lang w:val="kk-KZ"/>
        </w:rPr>
        <w:t xml:space="preserve">айнымалылары </w:t>
      </w:r>
      <w:r w:rsidR="00A135AE" w:rsidRPr="002417EA">
        <w:rPr>
          <w:noProof/>
          <w:position w:val="-4"/>
          <w:sz w:val="28"/>
          <w:szCs w:val="28"/>
        </w:rPr>
        <w:drawing>
          <wp:inline distT="0" distB="0" distL="0" distR="0" wp14:anchorId="45F92C86" wp14:editId="4F08C8AF">
            <wp:extent cx="462280" cy="211455"/>
            <wp:effectExtent l="0" t="0" r="0" b="0"/>
            <wp:docPr id="1311" name="Рисунок 1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1"/>
                    <pic:cNvPicPr>
                      <a:picLocks noChangeAspect="1" noChangeArrowheads="1"/>
                    </pic:cNvPicPr>
                  </pic:nvPicPr>
                  <pic:blipFill>
                    <a:blip r:embed="rId1738" cstate="print">
                      <a:extLst>
                        <a:ext uri="{28A0092B-C50C-407E-A947-70E740481C1C}">
                          <a14:useLocalDpi xmlns:a14="http://schemas.microsoft.com/office/drawing/2010/main" val="0"/>
                        </a:ext>
                      </a:extLst>
                    </a:blip>
                    <a:srcRect/>
                    <a:stretch>
                      <a:fillRect/>
                    </a:stretch>
                  </pic:blipFill>
                  <pic:spPr bwMode="auto">
                    <a:xfrm>
                      <a:off x="0" y="0"/>
                      <a:ext cx="462280" cy="211455"/>
                    </a:xfrm>
                    <a:prstGeom prst="rect">
                      <a:avLst/>
                    </a:prstGeom>
                    <a:noFill/>
                    <a:ln>
                      <a:noFill/>
                    </a:ln>
                  </pic:spPr>
                </pic:pic>
              </a:graphicData>
            </a:graphic>
          </wp:inline>
        </w:drawing>
      </w:r>
      <w:r w:rsidRPr="002417EA">
        <w:rPr>
          <w:color w:val="1B1C1D"/>
          <w:sz w:val="28"/>
          <w:szCs w:val="28"/>
          <w:lang w:val="kk-KZ"/>
        </w:rPr>
        <w:t xml:space="preserve"> және </w:t>
      </w:r>
      <w:r w:rsidR="00A135AE" w:rsidRPr="002417EA">
        <w:rPr>
          <w:noProof/>
          <w:position w:val="-6"/>
          <w:sz w:val="28"/>
          <w:szCs w:val="28"/>
        </w:rPr>
        <w:drawing>
          <wp:inline distT="0" distB="0" distL="0" distR="0" wp14:anchorId="032DE221" wp14:editId="25BE1374">
            <wp:extent cx="414020" cy="211455"/>
            <wp:effectExtent l="0" t="0" r="5080" b="0"/>
            <wp:docPr id="1312" name="Рисунок 1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2"/>
                    <pic:cNvPicPr>
                      <a:picLocks noChangeAspect="1" noChangeArrowheads="1"/>
                    </pic:cNvPicPr>
                  </pic:nvPicPr>
                  <pic:blipFill>
                    <a:blip r:embed="rId1739" cstate="print">
                      <a:extLst>
                        <a:ext uri="{28A0092B-C50C-407E-A947-70E740481C1C}">
                          <a14:useLocalDpi xmlns:a14="http://schemas.microsoft.com/office/drawing/2010/main" val="0"/>
                        </a:ext>
                      </a:extLst>
                    </a:blip>
                    <a:srcRect/>
                    <a:stretch>
                      <a:fillRect/>
                    </a:stretch>
                  </pic:blipFill>
                  <pic:spPr bwMode="auto">
                    <a:xfrm>
                      <a:off x="0" y="0"/>
                      <a:ext cx="414020" cy="211455"/>
                    </a:xfrm>
                    <a:prstGeom prst="rect">
                      <a:avLst/>
                    </a:prstGeom>
                    <a:noFill/>
                    <a:ln>
                      <a:noFill/>
                    </a:ln>
                  </pic:spPr>
                </pic:pic>
              </a:graphicData>
            </a:graphic>
          </wp:inline>
        </w:drawing>
      </w:r>
      <w:r w:rsidR="006273A0">
        <w:rPr>
          <w:color w:val="1B1C1D"/>
          <w:sz w:val="28"/>
          <w:szCs w:val="28"/>
          <w:lang w:val="kk-KZ"/>
        </w:rPr>
        <w:t>. [6, р. 1036-1037]-ға</w:t>
      </w:r>
      <w:r w:rsidRPr="002417EA">
        <w:rPr>
          <w:color w:val="1B1C1D"/>
          <w:sz w:val="28"/>
          <w:szCs w:val="28"/>
          <w:lang w:val="kk-KZ"/>
        </w:rPr>
        <w:t xml:space="preserve"> сәйкес, осы функцияларды сипаттамалық көпмүшеліктің (1.66) түбірлерінің екі жағдайы </w:t>
      </w:r>
      <w:r w:rsidR="00A135AE" w:rsidRPr="002417EA">
        <w:rPr>
          <w:noProof/>
          <w:position w:val="-12"/>
          <w:sz w:val="28"/>
          <w:szCs w:val="28"/>
        </w:rPr>
        <w:drawing>
          <wp:inline distT="0" distB="0" distL="0" distR="0" wp14:anchorId="1248D07A" wp14:editId="60889AEC">
            <wp:extent cx="231140" cy="231140"/>
            <wp:effectExtent l="0" t="0" r="0" b="0"/>
            <wp:docPr id="1313" name="Рисунок 1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3"/>
                    <pic:cNvPicPr>
                      <a:picLocks noChangeAspect="1" noChangeArrowheads="1"/>
                    </pic:cNvPicPr>
                  </pic:nvPicPr>
                  <pic:blipFill>
                    <a:blip r:embed="rId1740" cstate="print">
                      <a:extLst>
                        <a:ext uri="{28A0092B-C50C-407E-A947-70E740481C1C}">
                          <a14:useLocalDpi xmlns:a14="http://schemas.microsoft.com/office/drawing/2010/main" val="0"/>
                        </a:ext>
                      </a:extLst>
                    </a:blip>
                    <a:srcRect/>
                    <a:stretch>
                      <a:fillRect/>
                    </a:stretch>
                  </pic:blipFill>
                  <pic:spPr bwMode="auto">
                    <a:xfrm>
                      <a:off x="0" y="0"/>
                      <a:ext cx="231140" cy="231140"/>
                    </a:xfrm>
                    <a:prstGeom prst="rect">
                      <a:avLst/>
                    </a:prstGeom>
                    <a:noFill/>
                    <a:ln>
                      <a:noFill/>
                    </a:ln>
                  </pic:spPr>
                </pic:pic>
              </a:graphicData>
            </a:graphic>
          </wp:inline>
        </w:drawing>
      </w:r>
      <w:r w:rsidRPr="002417EA">
        <w:rPr>
          <w:color w:val="1B1C1D"/>
          <w:sz w:val="28"/>
          <w:szCs w:val="28"/>
          <w:lang w:val="kk-KZ"/>
        </w:rPr>
        <w:t xml:space="preserve"> және </w:t>
      </w:r>
      <w:r w:rsidR="00A135AE" w:rsidRPr="002417EA">
        <w:rPr>
          <w:noProof/>
          <w:position w:val="-12"/>
          <w:sz w:val="28"/>
          <w:szCs w:val="28"/>
        </w:rPr>
        <w:drawing>
          <wp:inline distT="0" distB="0" distL="0" distR="0" wp14:anchorId="0E728C8D" wp14:editId="0A9F2D05">
            <wp:extent cx="231140" cy="231140"/>
            <wp:effectExtent l="0" t="0" r="0" b="0"/>
            <wp:docPr id="1314" name="Рисунок 1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4"/>
                    <pic:cNvPicPr>
                      <a:picLocks noChangeAspect="1" noChangeArrowheads="1"/>
                    </pic:cNvPicPr>
                  </pic:nvPicPr>
                  <pic:blipFill>
                    <a:blip r:embed="rId1741" cstate="print">
                      <a:extLst>
                        <a:ext uri="{28A0092B-C50C-407E-A947-70E740481C1C}">
                          <a14:useLocalDpi xmlns:a14="http://schemas.microsoft.com/office/drawing/2010/main" val="0"/>
                        </a:ext>
                      </a:extLst>
                    </a:blip>
                    <a:srcRect/>
                    <a:stretch>
                      <a:fillRect/>
                    </a:stretch>
                  </pic:blipFill>
                  <pic:spPr bwMode="auto">
                    <a:xfrm>
                      <a:off x="0" y="0"/>
                      <a:ext cx="231140" cy="231140"/>
                    </a:xfrm>
                    <a:prstGeom prst="rect">
                      <a:avLst/>
                    </a:prstGeom>
                    <a:noFill/>
                    <a:ln>
                      <a:noFill/>
                    </a:ln>
                  </pic:spPr>
                </pic:pic>
              </a:graphicData>
            </a:graphic>
          </wp:inline>
        </w:drawing>
      </w:r>
      <w:r w:rsidRPr="002417EA">
        <w:rPr>
          <w:color w:val="1B1C1D"/>
          <w:sz w:val="28"/>
          <w:szCs w:val="28"/>
          <w:lang w:val="kk-KZ"/>
        </w:rPr>
        <w:t>үшін жеке-жеке қолдана отырып, біз матрицалық функцияларды құрамыз.</w:t>
      </w:r>
    </w:p>
    <w:p w14:paraId="07BCAE85" w14:textId="77777777" w:rsidR="003A4ABB" w:rsidRPr="002417EA" w:rsidRDefault="003A4ABB" w:rsidP="00D0605B">
      <w:pPr>
        <w:pStyle w:val="a5"/>
        <w:spacing w:before="0" w:beforeAutospacing="0" w:after="0" w:afterAutospacing="0"/>
        <w:jc w:val="both"/>
        <w:rPr>
          <w:color w:val="1B1C1D"/>
          <w:sz w:val="28"/>
          <w:szCs w:val="28"/>
          <w:lang w:val="kk-KZ"/>
        </w:rPr>
      </w:pPr>
    </w:p>
    <w:p w14:paraId="6C7FCEF3" w14:textId="60E9B208" w:rsidR="003A4ABB" w:rsidRPr="002417EA" w:rsidRDefault="00A135AE" w:rsidP="00D0605B">
      <w:pPr>
        <w:tabs>
          <w:tab w:val="left" w:pos="3810"/>
        </w:tabs>
        <w:spacing w:after="0" w:line="240" w:lineRule="auto"/>
        <w:jc w:val="right"/>
        <w:rPr>
          <w:rFonts w:ascii="Times New Roman" w:hAnsi="Times New Roman" w:cs="Times New Roman"/>
          <w:sz w:val="28"/>
          <w:szCs w:val="28"/>
          <w:lang w:val="kk-KZ"/>
        </w:rPr>
      </w:pPr>
      <w:r w:rsidRPr="002417EA">
        <w:rPr>
          <w:rFonts w:ascii="Times New Roman" w:hAnsi="Times New Roman" w:cs="Times New Roman"/>
          <w:noProof/>
          <w:position w:val="-46"/>
          <w:sz w:val="28"/>
          <w:szCs w:val="28"/>
        </w:rPr>
        <w:drawing>
          <wp:inline distT="0" distB="0" distL="0" distR="0" wp14:anchorId="5B86B87D" wp14:editId="6A1063CF">
            <wp:extent cx="5034280" cy="692785"/>
            <wp:effectExtent l="0" t="0" r="0" b="0"/>
            <wp:docPr id="1315" name="Рисунок 1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5"/>
                    <pic:cNvPicPr>
                      <a:picLocks noChangeAspect="1" noChangeArrowheads="1"/>
                    </pic:cNvPicPr>
                  </pic:nvPicPr>
                  <pic:blipFill>
                    <a:blip r:embed="rId1742" cstate="print">
                      <a:extLst>
                        <a:ext uri="{28A0092B-C50C-407E-A947-70E740481C1C}">
                          <a14:useLocalDpi xmlns:a14="http://schemas.microsoft.com/office/drawing/2010/main" val="0"/>
                        </a:ext>
                      </a:extLst>
                    </a:blip>
                    <a:srcRect/>
                    <a:stretch>
                      <a:fillRect/>
                    </a:stretch>
                  </pic:blipFill>
                  <pic:spPr bwMode="auto">
                    <a:xfrm>
                      <a:off x="0" y="0"/>
                      <a:ext cx="5034280" cy="692785"/>
                    </a:xfrm>
                    <a:prstGeom prst="rect">
                      <a:avLst/>
                    </a:prstGeom>
                    <a:noFill/>
                    <a:ln>
                      <a:noFill/>
                    </a:ln>
                  </pic:spPr>
                </pic:pic>
              </a:graphicData>
            </a:graphic>
          </wp:inline>
        </w:drawing>
      </w:r>
      <w:r w:rsidR="00575C0A">
        <w:rPr>
          <w:rFonts w:ascii="Times New Roman" w:hAnsi="Times New Roman" w:cs="Times New Roman"/>
          <w:position w:val="-30"/>
          <w:sz w:val="28"/>
          <w:szCs w:val="28"/>
          <w:lang w:val="kk-KZ"/>
        </w:rPr>
        <w:t xml:space="preserve">    </w:t>
      </w:r>
      <w:r w:rsidR="003A4ABB" w:rsidRPr="002417EA">
        <w:rPr>
          <w:rFonts w:ascii="Times New Roman" w:hAnsi="Times New Roman" w:cs="Times New Roman"/>
          <w:position w:val="-30"/>
          <w:sz w:val="28"/>
          <w:szCs w:val="28"/>
          <w:lang w:val="kk-KZ"/>
        </w:rPr>
        <w:t xml:space="preserve"> </w:t>
      </w:r>
      <w:r w:rsidR="003A4ABB" w:rsidRPr="002417EA">
        <w:rPr>
          <w:rFonts w:ascii="Times New Roman" w:hAnsi="Times New Roman" w:cs="Times New Roman"/>
          <w:sz w:val="28"/>
          <w:szCs w:val="28"/>
          <w:lang w:val="kk-KZ"/>
        </w:rPr>
        <w:t>(1.70)</w:t>
      </w:r>
    </w:p>
    <w:p w14:paraId="7E3327AD" w14:textId="77777777" w:rsidR="00D0605B" w:rsidRPr="002417EA" w:rsidRDefault="00D0605B" w:rsidP="00D0605B">
      <w:pPr>
        <w:tabs>
          <w:tab w:val="left" w:pos="3810"/>
        </w:tabs>
        <w:spacing w:after="0" w:line="240" w:lineRule="auto"/>
        <w:rPr>
          <w:rFonts w:ascii="Times New Roman" w:hAnsi="Times New Roman" w:cs="Times New Roman"/>
          <w:sz w:val="28"/>
          <w:szCs w:val="28"/>
          <w:lang w:val="kk-KZ"/>
        </w:rPr>
      </w:pPr>
    </w:p>
    <w:p w14:paraId="0B860B2A" w14:textId="1BE2AD2B" w:rsidR="003A4ABB" w:rsidRPr="002417EA" w:rsidRDefault="003A4ABB" w:rsidP="00D0605B">
      <w:pPr>
        <w:tabs>
          <w:tab w:val="left" w:pos="3810"/>
        </w:tabs>
        <w:spacing w:after="0" w:line="240" w:lineRule="auto"/>
        <w:jc w:val="both"/>
        <w:rPr>
          <w:rFonts w:ascii="Times New Roman" w:hAnsi="Times New Roman" w:cs="Times New Roman"/>
          <w:sz w:val="28"/>
          <w:szCs w:val="28"/>
          <w:lang w:val="kk-KZ"/>
        </w:rPr>
      </w:pPr>
      <w:r w:rsidRPr="002417EA">
        <w:rPr>
          <w:rFonts w:ascii="Times New Roman" w:hAnsi="Times New Roman" w:cs="Times New Roman"/>
          <w:sz w:val="28"/>
          <w:szCs w:val="28"/>
          <w:lang w:val="kk-KZ"/>
        </w:rPr>
        <w:t xml:space="preserve">мұнда дифференциалдау </w:t>
      </w:r>
      <w:r w:rsidR="00A135AE" w:rsidRPr="002417EA">
        <w:rPr>
          <w:rFonts w:ascii="Times New Roman" w:hAnsi="Times New Roman" w:cs="Times New Roman"/>
          <w:noProof/>
          <w:position w:val="-4"/>
          <w:sz w:val="28"/>
          <w:szCs w:val="28"/>
        </w:rPr>
        <w:drawing>
          <wp:inline distT="0" distB="0" distL="0" distR="0" wp14:anchorId="5A60873F" wp14:editId="298EB867">
            <wp:extent cx="96520" cy="134620"/>
            <wp:effectExtent l="0" t="0" r="0" b="0"/>
            <wp:docPr id="1316" name="Рисунок 1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6"/>
                    <pic:cNvPicPr>
                      <a:picLocks noChangeAspect="1" noChangeArrowheads="1"/>
                    </pic:cNvPicPr>
                  </pic:nvPicPr>
                  <pic:blipFill>
                    <a:blip r:embed="rId1743" cstate="print">
                      <a:extLst>
                        <a:ext uri="{28A0092B-C50C-407E-A947-70E740481C1C}">
                          <a14:useLocalDpi xmlns:a14="http://schemas.microsoft.com/office/drawing/2010/main" val="0"/>
                        </a:ext>
                      </a:extLst>
                    </a:blip>
                    <a:srcRect/>
                    <a:stretch>
                      <a:fillRect/>
                    </a:stretch>
                  </pic:blipFill>
                  <pic:spPr bwMode="auto">
                    <a:xfrm>
                      <a:off x="0" y="0"/>
                      <a:ext cx="96520" cy="134620"/>
                    </a:xfrm>
                    <a:prstGeom prst="rect">
                      <a:avLst/>
                    </a:prstGeom>
                    <a:noFill/>
                    <a:ln>
                      <a:noFill/>
                    </a:ln>
                  </pic:spPr>
                </pic:pic>
              </a:graphicData>
            </a:graphic>
          </wp:inline>
        </w:drawing>
      </w:r>
      <w:r w:rsidRPr="002417EA">
        <w:rPr>
          <w:rFonts w:ascii="Times New Roman" w:hAnsi="Times New Roman" w:cs="Times New Roman"/>
          <w:sz w:val="28"/>
          <w:szCs w:val="28"/>
          <w:lang w:val="kk-KZ"/>
        </w:rPr>
        <w:t xml:space="preserve"> айнымалысы бойынша алынады.</w:t>
      </w:r>
      <w:r w:rsidR="009F1246">
        <w:rPr>
          <w:rFonts w:ascii="Times New Roman" w:hAnsi="Times New Roman" w:cs="Times New Roman"/>
          <w:sz w:val="28"/>
          <w:szCs w:val="28"/>
          <w:lang w:val="kk-KZ"/>
        </w:rPr>
        <w:t xml:space="preserve"> Осы матрицалар арқылы есептің фредгольмді</w:t>
      </w:r>
      <w:r w:rsidRPr="002417EA">
        <w:rPr>
          <w:rFonts w:ascii="Times New Roman" w:hAnsi="Times New Roman" w:cs="Times New Roman"/>
          <w:sz w:val="28"/>
          <w:szCs w:val="28"/>
          <w:lang w:val="kk-KZ"/>
        </w:rPr>
        <w:t xml:space="preserve"> қа</w:t>
      </w:r>
      <w:r w:rsidR="009F1246">
        <w:rPr>
          <w:rFonts w:ascii="Times New Roman" w:hAnsi="Times New Roman" w:cs="Times New Roman"/>
          <w:sz w:val="28"/>
          <w:szCs w:val="28"/>
          <w:lang w:val="kk-KZ"/>
        </w:rPr>
        <w:t>сиеті мен оның индексі туралы [17</w:t>
      </w:r>
      <w:r w:rsidR="002E3F14">
        <w:rPr>
          <w:rFonts w:ascii="Times New Roman" w:hAnsi="Times New Roman" w:cs="Times New Roman"/>
          <w:sz w:val="28"/>
          <w:szCs w:val="28"/>
          <w:lang w:val="kk-KZ"/>
        </w:rPr>
        <w:t>, р.138</w:t>
      </w:r>
      <w:r w:rsidRPr="002417EA">
        <w:rPr>
          <w:rFonts w:ascii="Times New Roman" w:hAnsi="Times New Roman" w:cs="Times New Roman"/>
          <w:sz w:val="28"/>
          <w:szCs w:val="28"/>
          <w:lang w:val="kk-KZ"/>
        </w:rPr>
        <w:t>] жұмысының негізгі нәтижесін келесідей тұжырымдауға болады.</w:t>
      </w:r>
    </w:p>
    <w:p w14:paraId="306712B7" w14:textId="61AB5AD3" w:rsidR="003A4ABB" w:rsidRPr="002417EA" w:rsidRDefault="003A4ABB" w:rsidP="00F23B57">
      <w:pPr>
        <w:spacing w:after="0" w:line="240" w:lineRule="auto"/>
        <w:ind w:firstLine="567"/>
        <w:rPr>
          <w:rFonts w:ascii="Times New Roman" w:hAnsi="Times New Roman" w:cs="Times New Roman"/>
          <w:sz w:val="28"/>
          <w:szCs w:val="28"/>
          <w:lang w:val="kk-KZ"/>
        </w:rPr>
      </w:pPr>
      <w:r w:rsidRPr="002417EA">
        <w:rPr>
          <w:rFonts w:ascii="Times New Roman" w:hAnsi="Times New Roman" w:cs="Times New Roman"/>
          <w:b/>
          <w:bCs/>
          <w:color w:val="0F1115"/>
          <w:sz w:val="28"/>
          <w:szCs w:val="28"/>
          <w:lang w:val="kk-KZ"/>
        </w:rPr>
        <w:t>Теорема 1.4</w:t>
      </w:r>
      <w:r w:rsidR="00D0605B" w:rsidRPr="002417EA">
        <w:rPr>
          <w:rFonts w:ascii="Times New Roman" w:hAnsi="Times New Roman" w:cs="Times New Roman"/>
          <w:b/>
          <w:bCs/>
          <w:color w:val="0F1115"/>
          <w:sz w:val="28"/>
          <w:szCs w:val="28"/>
          <w:lang w:val="kk-KZ"/>
        </w:rPr>
        <w:t>.</w:t>
      </w:r>
      <w:r w:rsidRPr="002417EA">
        <w:rPr>
          <w:rFonts w:ascii="Times New Roman" w:hAnsi="Times New Roman" w:cs="Times New Roman"/>
          <w:b/>
          <w:bCs/>
          <w:color w:val="0F1115"/>
          <w:sz w:val="28"/>
          <w:szCs w:val="28"/>
          <w:lang w:val="kk-KZ"/>
        </w:rPr>
        <w:t xml:space="preserve"> </w:t>
      </w:r>
      <w:r w:rsidRPr="002417EA">
        <w:rPr>
          <w:rFonts w:ascii="Times New Roman" w:hAnsi="Times New Roman" w:cs="Times New Roman"/>
          <w:color w:val="0F1115"/>
          <w:sz w:val="28"/>
          <w:szCs w:val="28"/>
          <w:lang w:val="kk-KZ"/>
        </w:rPr>
        <w:t xml:space="preserve"> </w:t>
      </w:r>
      <w:r w:rsidRPr="002417EA">
        <w:rPr>
          <w:rFonts w:ascii="Times New Roman" w:hAnsi="Times New Roman" w:cs="Times New Roman"/>
          <w:sz w:val="28"/>
          <w:szCs w:val="28"/>
          <w:lang w:val="kk-KZ"/>
        </w:rPr>
        <w:t xml:space="preserve">Онда (1.65), (1.67) шеттік есебі </w:t>
      </w:r>
      <w:r w:rsidR="00A135AE" w:rsidRPr="002417EA">
        <w:rPr>
          <w:rFonts w:ascii="Times New Roman" w:hAnsi="Times New Roman" w:cs="Times New Roman"/>
          <w:noProof/>
          <w:position w:val="-12"/>
          <w:sz w:val="28"/>
          <w:szCs w:val="28"/>
        </w:rPr>
        <w:drawing>
          <wp:inline distT="0" distB="0" distL="0" distR="0" wp14:anchorId="4431750C" wp14:editId="5D706580">
            <wp:extent cx="1328420" cy="317500"/>
            <wp:effectExtent l="0" t="0" r="5080" b="0"/>
            <wp:docPr id="1317" name="Рисунок 1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7"/>
                    <pic:cNvPicPr>
                      <a:picLocks noChangeAspect="1" noChangeArrowheads="1"/>
                    </pic:cNvPicPr>
                  </pic:nvPicPr>
                  <pic:blipFill>
                    <a:blip r:embed="rId1744" cstate="print">
                      <a:extLst>
                        <a:ext uri="{28A0092B-C50C-407E-A947-70E740481C1C}">
                          <a14:useLocalDpi xmlns:a14="http://schemas.microsoft.com/office/drawing/2010/main" val="0"/>
                        </a:ext>
                      </a:extLst>
                    </a:blip>
                    <a:srcRect/>
                    <a:stretch>
                      <a:fillRect/>
                    </a:stretch>
                  </pic:blipFill>
                  <pic:spPr bwMode="auto">
                    <a:xfrm>
                      <a:off x="0" y="0"/>
                      <a:ext cx="1328420" cy="317500"/>
                    </a:xfrm>
                    <a:prstGeom prst="rect">
                      <a:avLst/>
                    </a:prstGeom>
                    <a:noFill/>
                    <a:ln>
                      <a:noFill/>
                    </a:ln>
                  </pic:spPr>
                </pic:pic>
              </a:graphicData>
            </a:graphic>
          </wp:inline>
        </w:drawing>
      </w:r>
      <w:r w:rsidRPr="002417EA">
        <w:rPr>
          <w:rFonts w:ascii="Times New Roman" w:hAnsi="Times New Roman" w:cs="Times New Roman"/>
          <w:position w:val="-4"/>
          <w:sz w:val="28"/>
          <w:szCs w:val="28"/>
          <w:lang w:val="kk-KZ"/>
        </w:rPr>
        <w:t xml:space="preserve"> </w:t>
      </w:r>
      <w:r w:rsidR="009F1246">
        <w:rPr>
          <w:rFonts w:ascii="Times New Roman" w:hAnsi="Times New Roman" w:cs="Times New Roman"/>
          <w:sz w:val="28"/>
          <w:szCs w:val="28"/>
          <w:lang w:val="kk-KZ"/>
        </w:rPr>
        <w:t xml:space="preserve">класында фредгольмды </w:t>
      </w:r>
      <w:r w:rsidRPr="002417EA">
        <w:rPr>
          <w:rFonts w:ascii="Times New Roman" w:hAnsi="Times New Roman" w:cs="Times New Roman"/>
          <w:sz w:val="28"/>
          <w:szCs w:val="28"/>
          <w:lang w:val="kk-KZ"/>
        </w:rPr>
        <w:t xml:space="preserve"> сонда тек сонда ғана, егер төмендегі шарт орындалса</w:t>
      </w:r>
    </w:p>
    <w:p w14:paraId="7D45C2C1" w14:textId="77777777" w:rsidR="003A4ABB" w:rsidRPr="002417EA" w:rsidRDefault="003A4ABB" w:rsidP="00D0605B">
      <w:pPr>
        <w:spacing w:after="0" w:line="240" w:lineRule="auto"/>
        <w:rPr>
          <w:rFonts w:ascii="Times New Roman" w:hAnsi="Times New Roman" w:cs="Times New Roman"/>
          <w:sz w:val="28"/>
          <w:szCs w:val="28"/>
          <w:lang w:val="kk-KZ"/>
        </w:rPr>
      </w:pPr>
    </w:p>
    <w:p w14:paraId="784D62DE" w14:textId="5B93C895" w:rsidR="003A4ABB" w:rsidRPr="002417EA" w:rsidRDefault="00A135AE" w:rsidP="00D0605B">
      <w:pPr>
        <w:spacing w:after="0" w:line="240" w:lineRule="auto"/>
        <w:jc w:val="right"/>
        <w:rPr>
          <w:rFonts w:ascii="Times New Roman" w:hAnsi="Times New Roman" w:cs="Times New Roman"/>
          <w:sz w:val="28"/>
          <w:szCs w:val="28"/>
          <w:lang w:val="kk-KZ"/>
        </w:rPr>
      </w:pPr>
      <w:r w:rsidRPr="002417EA">
        <w:rPr>
          <w:rFonts w:ascii="Times New Roman" w:hAnsi="Times New Roman" w:cs="Times New Roman"/>
          <w:noProof/>
          <w:position w:val="-12"/>
          <w:sz w:val="28"/>
          <w:szCs w:val="28"/>
        </w:rPr>
        <w:drawing>
          <wp:inline distT="0" distB="0" distL="0" distR="0" wp14:anchorId="38641C2F" wp14:editId="7688077A">
            <wp:extent cx="1414780" cy="231140"/>
            <wp:effectExtent l="0" t="0" r="0" b="0"/>
            <wp:docPr id="1318" name="Рисунок 1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8"/>
                    <pic:cNvPicPr>
                      <a:picLocks noChangeAspect="1" noChangeArrowheads="1"/>
                    </pic:cNvPicPr>
                  </pic:nvPicPr>
                  <pic:blipFill>
                    <a:blip r:embed="rId1745" cstate="print">
                      <a:extLst>
                        <a:ext uri="{28A0092B-C50C-407E-A947-70E740481C1C}">
                          <a14:useLocalDpi xmlns:a14="http://schemas.microsoft.com/office/drawing/2010/main" val="0"/>
                        </a:ext>
                      </a:extLst>
                    </a:blip>
                    <a:srcRect/>
                    <a:stretch>
                      <a:fillRect/>
                    </a:stretch>
                  </pic:blipFill>
                  <pic:spPr bwMode="auto">
                    <a:xfrm>
                      <a:off x="0" y="0"/>
                      <a:ext cx="1414780" cy="231140"/>
                    </a:xfrm>
                    <a:prstGeom prst="rect">
                      <a:avLst/>
                    </a:prstGeom>
                    <a:noFill/>
                    <a:ln>
                      <a:noFill/>
                    </a:ln>
                  </pic:spPr>
                </pic:pic>
              </a:graphicData>
            </a:graphic>
          </wp:inline>
        </w:drawing>
      </w:r>
      <w:r w:rsidR="003A4ABB" w:rsidRPr="002417EA">
        <w:rPr>
          <w:rFonts w:ascii="Times New Roman" w:hAnsi="Times New Roman" w:cs="Times New Roman"/>
          <w:position w:val="-30"/>
          <w:sz w:val="28"/>
          <w:szCs w:val="28"/>
          <w:lang w:val="kk-KZ"/>
        </w:rPr>
        <w:t xml:space="preserve">                                                 </w:t>
      </w:r>
      <w:r w:rsidR="003A4ABB" w:rsidRPr="002417EA">
        <w:rPr>
          <w:rFonts w:ascii="Times New Roman" w:hAnsi="Times New Roman" w:cs="Times New Roman"/>
          <w:sz w:val="28"/>
          <w:szCs w:val="28"/>
          <w:lang w:val="kk-KZ"/>
        </w:rPr>
        <w:t>(1.71)</w:t>
      </w:r>
    </w:p>
    <w:p w14:paraId="4BD6C91F" w14:textId="77777777" w:rsidR="003A4ABB" w:rsidRPr="002417EA" w:rsidRDefault="003A4ABB" w:rsidP="00D0605B">
      <w:pPr>
        <w:spacing w:after="0" w:line="240" w:lineRule="auto"/>
        <w:rPr>
          <w:rFonts w:ascii="Times New Roman" w:hAnsi="Times New Roman" w:cs="Times New Roman"/>
          <w:sz w:val="28"/>
          <w:szCs w:val="28"/>
          <w:lang w:val="kk-KZ"/>
        </w:rPr>
      </w:pPr>
    </w:p>
    <w:p w14:paraId="09EE8873" w14:textId="574966F7" w:rsidR="003A4ABB" w:rsidRPr="002417EA" w:rsidRDefault="003A4ABB" w:rsidP="00D0605B">
      <w:pPr>
        <w:spacing w:after="0" w:line="240" w:lineRule="auto"/>
        <w:rPr>
          <w:rFonts w:ascii="Times New Roman" w:hAnsi="Times New Roman" w:cs="Times New Roman"/>
          <w:sz w:val="28"/>
          <w:szCs w:val="28"/>
          <w:lang w:val="kk-KZ"/>
        </w:rPr>
      </w:pPr>
      <w:r w:rsidRPr="002417EA">
        <w:rPr>
          <w:rFonts w:ascii="Times New Roman" w:hAnsi="Times New Roman" w:cs="Times New Roman"/>
          <w:sz w:val="28"/>
          <w:szCs w:val="28"/>
          <w:lang w:val="kk-KZ"/>
        </w:rPr>
        <w:t xml:space="preserve">онда, </w:t>
      </w:r>
      <w:r w:rsidR="00A135AE" w:rsidRPr="009F1246">
        <w:rPr>
          <w:rFonts w:ascii="Times New Roman" w:hAnsi="Times New Roman" w:cs="Times New Roman"/>
          <w:noProof/>
          <w:position w:val="-6"/>
          <w:sz w:val="28"/>
          <w:szCs w:val="28"/>
        </w:rPr>
        <w:drawing>
          <wp:inline distT="0" distB="0" distL="0" distR="0" wp14:anchorId="739A1435" wp14:editId="2366C894">
            <wp:extent cx="131976" cy="184072"/>
            <wp:effectExtent l="0" t="0" r="1905" b="6985"/>
            <wp:docPr id="1319" name="Рисунок 1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9"/>
                    <pic:cNvPicPr>
                      <a:picLocks noChangeAspect="1" noChangeArrowheads="1"/>
                    </pic:cNvPicPr>
                  </pic:nvPicPr>
                  <pic:blipFill>
                    <a:blip r:embed="rId1746" cstate="print">
                      <a:extLst>
                        <a:ext uri="{28A0092B-C50C-407E-A947-70E740481C1C}">
                          <a14:useLocalDpi xmlns:a14="http://schemas.microsoft.com/office/drawing/2010/main" val="0"/>
                        </a:ext>
                      </a:extLst>
                    </a:blip>
                    <a:srcRect/>
                    <a:stretch>
                      <a:fillRect/>
                    </a:stretch>
                  </pic:blipFill>
                  <pic:spPr bwMode="auto">
                    <a:xfrm>
                      <a:off x="0" y="0"/>
                      <a:ext cx="135129" cy="188469"/>
                    </a:xfrm>
                    <a:prstGeom prst="rect">
                      <a:avLst/>
                    </a:prstGeom>
                    <a:noFill/>
                    <a:ln>
                      <a:noFill/>
                    </a:ln>
                  </pic:spPr>
                </pic:pic>
              </a:graphicData>
            </a:graphic>
          </wp:inline>
        </w:drawing>
      </w:r>
      <w:r w:rsidRPr="002417EA">
        <w:rPr>
          <w:rFonts w:ascii="Times New Roman" w:hAnsi="Times New Roman" w:cs="Times New Roman"/>
          <w:sz w:val="28"/>
          <w:szCs w:val="28"/>
          <w:lang w:val="kk-KZ"/>
        </w:rPr>
        <w:t xml:space="preserve"> -нің </w:t>
      </w:r>
      <w:r w:rsidR="00A135AE" w:rsidRPr="002417EA">
        <w:rPr>
          <w:rFonts w:ascii="Times New Roman" w:hAnsi="Times New Roman" w:cs="Times New Roman"/>
          <w:noProof/>
          <w:position w:val="-6"/>
          <w:sz w:val="28"/>
          <w:szCs w:val="28"/>
        </w:rPr>
        <w:drawing>
          <wp:inline distT="0" distB="0" distL="0" distR="0" wp14:anchorId="79062CFC" wp14:editId="5F66B1A2">
            <wp:extent cx="188536" cy="188536"/>
            <wp:effectExtent l="0" t="0" r="2540" b="2540"/>
            <wp:docPr id="1320" name="Рисунок 1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0"/>
                    <pic:cNvPicPr>
                      <a:picLocks noChangeAspect="1" noChangeArrowheads="1"/>
                    </pic:cNvPicPr>
                  </pic:nvPicPr>
                  <pic:blipFill>
                    <a:blip r:embed="rId1747" cstate="print">
                      <a:extLst>
                        <a:ext uri="{28A0092B-C50C-407E-A947-70E740481C1C}">
                          <a14:useLocalDpi xmlns:a14="http://schemas.microsoft.com/office/drawing/2010/main" val="0"/>
                        </a:ext>
                      </a:extLst>
                    </a:blip>
                    <a:srcRect/>
                    <a:stretch>
                      <a:fillRect/>
                    </a:stretch>
                  </pic:blipFill>
                  <pic:spPr bwMode="auto">
                    <a:xfrm>
                      <a:off x="0" y="0"/>
                      <a:ext cx="192315" cy="192315"/>
                    </a:xfrm>
                    <a:prstGeom prst="rect">
                      <a:avLst/>
                    </a:prstGeom>
                    <a:noFill/>
                    <a:ln>
                      <a:noFill/>
                    </a:ln>
                  </pic:spPr>
                </pic:pic>
              </a:graphicData>
            </a:graphic>
          </wp:inline>
        </w:drawing>
      </w:r>
      <w:r w:rsidRPr="002417EA">
        <w:rPr>
          <w:rFonts w:ascii="Times New Roman" w:hAnsi="Times New Roman" w:cs="Times New Roman"/>
          <w:sz w:val="28"/>
          <w:szCs w:val="28"/>
          <w:lang w:val="kk-KZ"/>
        </w:rPr>
        <w:t xml:space="preserve"> индексі мына формула бойынша анықталады:</w:t>
      </w:r>
    </w:p>
    <w:p w14:paraId="1EF5639E" w14:textId="77777777" w:rsidR="003A4ABB" w:rsidRPr="002417EA" w:rsidRDefault="003A4ABB" w:rsidP="00D0605B">
      <w:pPr>
        <w:spacing w:after="0" w:line="240" w:lineRule="auto"/>
        <w:rPr>
          <w:rFonts w:ascii="Times New Roman" w:hAnsi="Times New Roman" w:cs="Times New Roman"/>
          <w:sz w:val="28"/>
          <w:szCs w:val="28"/>
          <w:lang w:val="kk-KZ"/>
        </w:rPr>
      </w:pPr>
    </w:p>
    <w:p w14:paraId="46FB74F2" w14:textId="3877AE2B" w:rsidR="003A4ABB" w:rsidRPr="002417EA" w:rsidRDefault="00A135AE" w:rsidP="00D0605B">
      <w:pPr>
        <w:spacing w:after="0" w:line="240" w:lineRule="auto"/>
        <w:jc w:val="right"/>
        <w:rPr>
          <w:rFonts w:ascii="Times New Roman" w:hAnsi="Times New Roman" w:cs="Times New Roman"/>
          <w:sz w:val="28"/>
          <w:szCs w:val="28"/>
          <w:lang w:val="kk-KZ"/>
        </w:rPr>
      </w:pPr>
      <w:r w:rsidRPr="002417EA">
        <w:rPr>
          <w:rFonts w:ascii="Times New Roman" w:hAnsi="Times New Roman" w:cs="Times New Roman"/>
          <w:noProof/>
          <w:position w:val="-12"/>
          <w:sz w:val="28"/>
          <w:szCs w:val="28"/>
        </w:rPr>
        <w:drawing>
          <wp:inline distT="0" distB="0" distL="0" distR="0" wp14:anchorId="7CF8C9F0" wp14:editId="581BAAE3">
            <wp:extent cx="1376680" cy="231140"/>
            <wp:effectExtent l="0" t="0" r="0" b="0"/>
            <wp:docPr id="1321" name="Рисунок 1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1"/>
                    <pic:cNvPicPr>
                      <a:picLocks noChangeAspect="1" noChangeArrowheads="1"/>
                    </pic:cNvPicPr>
                  </pic:nvPicPr>
                  <pic:blipFill>
                    <a:blip r:embed="rId1748" cstate="print">
                      <a:extLst>
                        <a:ext uri="{28A0092B-C50C-407E-A947-70E740481C1C}">
                          <a14:useLocalDpi xmlns:a14="http://schemas.microsoft.com/office/drawing/2010/main" val="0"/>
                        </a:ext>
                      </a:extLst>
                    </a:blip>
                    <a:srcRect/>
                    <a:stretch>
                      <a:fillRect/>
                    </a:stretch>
                  </pic:blipFill>
                  <pic:spPr bwMode="auto">
                    <a:xfrm>
                      <a:off x="0" y="0"/>
                      <a:ext cx="1376680" cy="231140"/>
                    </a:xfrm>
                    <a:prstGeom prst="rect">
                      <a:avLst/>
                    </a:prstGeom>
                    <a:noFill/>
                    <a:ln>
                      <a:noFill/>
                    </a:ln>
                  </pic:spPr>
                </pic:pic>
              </a:graphicData>
            </a:graphic>
          </wp:inline>
        </w:drawing>
      </w:r>
      <w:r w:rsidR="003A4ABB" w:rsidRPr="002417EA">
        <w:rPr>
          <w:rFonts w:ascii="Times New Roman" w:hAnsi="Times New Roman" w:cs="Times New Roman"/>
          <w:position w:val="-30"/>
          <w:sz w:val="28"/>
          <w:szCs w:val="28"/>
          <w:lang w:val="kk-KZ"/>
        </w:rPr>
        <w:t xml:space="preserve">                                                  </w:t>
      </w:r>
      <w:r w:rsidR="003A4ABB" w:rsidRPr="002417EA">
        <w:rPr>
          <w:rFonts w:ascii="Times New Roman" w:hAnsi="Times New Roman" w:cs="Times New Roman"/>
          <w:sz w:val="28"/>
          <w:szCs w:val="28"/>
          <w:lang w:val="kk-KZ"/>
        </w:rPr>
        <w:t>(1.72)</w:t>
      </w:r>
    </w:p>
    <w:p w14:paraId="37C24BDF" w14:textId="77777777" w:rsidR="003A4ABB" w:rsidRPr="002417EA" w:rsidRDefault="003A4ABB" w:rsidP="00D0605B">
      <w:pPr>
        <w:spacing w:after="0" w:line="240" w:lineRule="auto"/>
        <w:rPr>
          <w:rFonts w:ascii="Times New Roman" w:hAnsi="Times New Roman" w:cs="Times New Roman"/>
          <w:position w:val="-30"/>
          <w:sz w:val="28"/>
          <w:szCs w:val="28"/>
          <w:lang w:val="kk-KZ"/>
        </w:rPr>
      </w:pPr>
    </w:p>
    <w:p w14:paraId="33E56954" w14:textId="7D072D86" w:rsidR="003A4ABB" w:rsidRPr="002417EA" w:rsidRDefault="003A4ABB" w:rsidP="00D0605B">
      <w:pPr>
        <w:spacing w:after="0" w:line="240" w:lineRule="auto"/>
        <w:jc w:val="both"/>
        <w:rPr>
          <w:rFonts w:ascii="Times New Roman" w:hAnsi="Times New Roman" w:cs="Times New Roman"/>
          <w:sz w:val="28"/>
          <w:szCs w:val="28"/>
          <w:lang w:val="kk-KZ"/>
        </w:rPr>
      </w:pPr>
      <w:r w:rsidRPr="002417EA">
        <w:rPr>
          <w:rFonts w:ascii="Times New Roman" w:hAnsi="Times New Roman" w:cs="Times New Roman"/>
          <w:sz w:val="28"/>
          <w:szCs w:val="28"/>
          <w:lang w:val="kk-KZ"/>
        </w:rPr>
        <w:t xml:space="preserve">мұндағы </w:t>
      </w:r>
      <w:r w:rsidR="00A135AE" w:rsidRPr="002417EA">
        <w:rPr>
          <w:rFonts w:ascii="Times New Roman" w:hAnsi="Times New Roman" w:cs="Times New Roman"/>
          <w:noProof/>
          <w:position w:val="-12"/>
          <w:sz w:val="28"/>
          <w:szCs w:val="28"/>
        </w:rPr>
        <w:drawing>
          <wp:inline distT="0" distB="0" distL="0" distR="0" wp14:anchorId="6F67E8E8" wp14:editId="12A4CED3">
            <wp:extent cx="1453515" cy="231140"/>
            <wp:effectExtent l="0" t="0" r="0" b="0"/>
            <wp:docPr id="1322" name="Рисунок 1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2"/>
                    <pic:cNvPicPr>
                      <a:picLocks noChangeAspect="1" noChangeArrowheads="1"/>
                    </pic:cNvPicPr>
                  </pic:nvPicPr>
                  <pic:blipFill>
                    <a:blip r:embed="rId1749" cstate="print">
                      <a:extLst>
                        <a:ext uri="{28A0092B-C50C-407E-A947-70E740481C1C}">
                          <a14:useLocalDpi xmlns:a14="http://schemas.microsoft.com/office/drawing/2010/main" val="0"/>
                        </a:ext>
                      </a:extLst>
                    </a:blip>
                    <a:srcRect/>
                    <a:stretch>
                      <a:fillRect/>
                    </a:stretch>
                  </pic:blipFill>
                  <pic:spPr bwMode="auto">
                    <a:xfrm>
                      <a:off x="0" y="0"/>
                      <a:ext cx="1453515" cy="231140"/>
                    </a:xfrm>
                    <a:prstGeom prst="rect">
                      <a:avLst/>
                    </a:prstGeom>
                    <a:noFill/>
                    <a:ln>
                      <a:noFill/>
                    </a:ln>
                  </pic:spPr>
                </pic:pic>
              </a:graphicData>
            </a:graphic>
          </wp:inline>
        </w:drawing>
      </w:r>
      <w:r w:rsidRPr="002417EA">
        <w:rPr>
          <w:rFonts w:ascii="Times New Roman" w:hAnsi="Times New Roman" w:cs="Times New Roman"/>
          <w:sz w:val="28"/>
          <w:szCs w:val="28"/>
          <w:lang w:val="kk-KZ"/>
        </w:rPr>
        <w:t xml:space="preserve"> және Коши индексі</w:t>
      </w:r>
      <w:r w:rsidRPr="002417EA">
        <w:rPr>
          <w:rFonts w:ascii="Times New Roman" w:hAnsi="Times New Roman" w:cs="Times New Roman"/>
          <w:position w:val="-4"/>
          <w:sz w:val="28"/>
          <w:szCs w:val="28"/>
          <w:lang w:val="kk-KZ"/>
        </w:rPr>
        <w:t xml:space="preserve"> </w:t>
      </w:r>
      <w:r w:rsidR="00A135AE" w:rsidRPr="002417EA">
        <w:rPr>
          <w:rFonts w:ascii="Times New Roman" w:hAnsi="Times New Roman" w:cs="Times New Roman"/>
          <w:noProof/>
          <w:position w:val="-6"/>
          <w:sz w:val="28"/>
          <w:szCs w:val="28"/>
        </w:rPr>
        <w:drawing>
          <wp:inline distT="0" distB="0" distL="0" distR="0" wp14:anchorId="005EFBB4" wp14:editId="44C1BE3B">
            <wp:extent cx="462280" cy="211455"/>
            <wp:effectExtent l="0" t="0" r="0" b="0"/>
            <wp:docPr id="1323" name="Рисунок 1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3"/>
                    <pic:cNvPicPr>
                      <a:picLocks noChangeAspect="1" noChangeArrowheads="1"/>
                    </pic:cNvPicPr>
                  </pic:nvPicPr>
                  <pic:blipFill>
                    <a:blip r:embed="rId1750" cstate="print">
                      <a:extLst>
                        <a:ext uri="{28A0092B-C50C-407E-A947-70E740481C1C}">
                          <a14:useLocalDpi xmlns:a14="http://schemas.microsoft.com/office/drawing/2010/main" val="0"/>
                        </a:ext>
                      </a:extLst>
                    </a:blip>
                    <a:srcRect/>
                    <a:stretch>
                      <a:fillRect/>
                    </a:stretch>
                  </pic:blipFill>
                  <pic:spPr bwMode="auto">
                    <a:xfrm>
                      <a:off x="0" y="0"/>
                      <a:ext cx="462280" cy="211455"/>
                    </a:xfrm>
                    <a:prstGeom prst="rect">
                      <a:avLst/>
                    </a:prstGeom>
                    <a:noFill/>
                    <a:ln>
                      <a:noFill/>
                    </a:ln>
                  </pic:spPr>
                </pic:pic>
              </a:graphicData>
            </a:graphic>
          </wp:inline>
        </w:drawing>
      </w:r>
      <w:r w:rsidRPr="002417EA">
        <w:rPr>
          <w:rFonts w:ascii="Times New Roman" w:hAnsi="Times New Roman" w:cs="Times New Roman"/>
          <w:position w:val="-4"/>
          <w:sz w:val="28"/>
          <w:szCs w:val="28"/>
          <w:lang w:val="kk-KZ"/>
        </w:rPr>
        <w:t xml:space="preserve"> </w:t>
      </w:r>
      <w:r w:rsidRPr="002417EA">
        <w:rPr>
          <w:rFonts w:ascii="Times New Roman" w:hAnsi="Times New Roman" w:cs="Times New Roman"/>
          <w:sz w:val="28"/>
          <w:szCs w:val="28"/>
          <w:lang w:val="kk-KZ"/>
        </w:rPr>
        <w:t xml:space="preserve">үзіліссіз </w:t>
      </w:r>
      <w:r w:rsidR="00A135AE" w:rsidRPr="002417EA">
        <w:rPr>
          <w:rFonts w:ascii="Times New Roman" w:hAnsi="Times New Roman" w:cs="Times New Roman"/>
          <w:noProof/>
          <w:position w:val="-12"/>
          <w:sz w:val="28"/>
          <w:szCs w:val="28"/>
        </w:rPr>
        <w:drawing>
          <wp:inline distT="0" distB="0" distL="0" distR="0" wp14:anchorId="56EADFC3" wp14:editId="02C1660A">
            <wp:extent cx="692785" cy="231140"/>
            <wp:effectExtent l="0" t="0" r="0" b="0"/>
            <wp:docPr id="1324" name="Рисунок 1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4"/>
                    <pic:cNvPicPr>
                      <a:picLocks noChangeAspect="1" noChangeArrowheads="1"/>
                    </pic:cNvPicPr>
                  </pic:nvPicPr>
                  <pic:blipFill>
                    <a:blip r:embed="rId1751" cstate="print">
                      <a:extLst>
                        <a:ext uri="{28A0092B-C50C-407E-A947-70E740481C1C}">
                          <a14:useLocalDpi xmlns:a14="http://schemas.microsoft.com/office/drawing/2010/main" val="0"/>
                        </a:ext>
                      </a:extLst>
                    </a:blip>
                    <a:srcRect/>
                    <a:stretch>
                      <a:fillRect/>
                    </a:stretch>
                  </pic:blipFill>
                  <pic:spPr bwMode="auto">
                    <a:xfrm>
                      <a:off x="0" y="0"/>
                      <a:ext cx="692785" cy="231140"/>
                    </a:xfrm>
                    <a:prstGeom prst="rect">
                      <a:avLst/>
                    </a:prstGeom>
                    <a:noFill/>
                    <a:ln>
                      <a:noFill/>
                    </a:ln>
                  </pic:spPr>
                </pic:pic>
              </a:graphicData>
            </a:graphic>
          </wp:inline>
        </w:drawing>
      </w:r>
      <w:r w:rsidRPr="002417EA">
        <w:rPr>
          <w:rFonts w:ascii="Times New Roman" w:hAnsi="Times New Roman" w:cs="Times New Roman"/>
          <w:position w:val="-12"/>
          <w:sz w:val="28"/>
          <w:szCs w:val="28"/>
          <w:lang w:val="kk-KZ"/>
        </w:rPr>
        <w:t xml:space="preserve"> </w:t>
      </w:r>
      <w:r w:rsidRPr="002417EA">
        <w:rPr>
          <w:rFonts w:ascii="Times New Roman" w:hAnsi="Times New Roman" w:cs="Times New Roman"/>
          <w:sz w:val="28"/>
          <w:szCs w:val="28"/>
          <w:lang w:val="kk-KZ"/>
        </w:rPr>
        <w:t xml:space="preserve">функциясы өсімшесі </w:t>
      </w:r>
      <w:r w:rsidRPr="002417EA">
        <w:rPr>
          <w:rFonts w:ascii="Times New Roman" w:hAnsi="Times New Roman" w:cs="Times New Roman"/>
          <w:position w:val="-12"/>
          <w:sz w:val="28"/>
          <w:szCs w:val="28"/>
          <w:lang w:val="kk-KZ"/>
        </w:rPr>
        <w:t xml:space="preserve"> </w:t>
      </w:r>
      <w:r w:rsidR="00D0605B" w:rsidRPr="002417EA">
        <w:rPr>
          <w:rFonts w:ascii="Times New Roman" w:hAnsi="Times New Roman" w:cs="Times New Roman"/>
          <w:sz w:val="28"/>
          <w:szCs w:val="28"/>
          <w:lang w:val="kk-KZ"/>
        </w:rPr>
        <w:t xml:space="preserve">тармағының </w:t>
      </w:r>
      <w:r w:rsidR="00A135AE" w:rsidRPr="002417EA">
        <w:rPr>
          <w:rFonts w:ascii="Times New Roman" w:hAnsi="Times New Roman" w:cs="Times New Roman"/>
          <w:noProof/>
          <w:position w:val="-4"/>
          <w:sz w:val="28"/>
          <w:szCs w:val="28"/>
        </w:rPr>
        <w:drawing>
          <wp:inline distT="0" distB="0" distL="0" distR="0" wp14:anchorId="0B971E9A" wp14:editId="5626D118">
            <wp:extent cx="134620" cy="211455"/>
            <wp:effectExtent l="0" t="0" r="0" b="0"/>
            <wp:docPr id="1325" name="Рисунок 1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5"/>
                    <pic:cNvPicPr>
                      <a:picLocks noChangeAspect="1" noChangeArrowheads="1"/>
                    </pic:cNvPicPr>
                  </pic:nvPicPr>
                  <pic:blipFill>
                    <a:blip r:embed="rId1752" cstate="print">
                      <a:extLst>
                        <a:ext uri="{28A0092B-C50C-407E-A947-70E740481C1C}">
                          <a14:useLocalDpi xmlns:a14="http://schemas.microsoft.com/office/drawing/2010/main" val="0"/>
                        </a:ext>
                      </a:extLst>
                    </a:blip>
                    <a:srcRect/>
                    <a:stretch>
                      <a:fillRect/>
                    </a:stretch>
                  </pic:blipFill>
                  <pic:spPr bwMode="auto">
                    <a:xfrm>
                      <a:off x="0" y="0"/>
                      <a:ext cx="134620" cy="211455"/>
                    </a:xfrm>
                    <a:prstGeom prst="rect">
                      <a:avLst/>
                    </a:prstGeom>
                    <a:noFill/>
                    <a:ln>
                      <a:noFill/>
                    </a:ln>
                  </pic:spPr>
                </pic:pic>
              </a:graphicData>
            </a:graphic>
          </wp:inline>
        </w:drawing>
      </w:r>
      <w:r w:rsidRPr="002417EA">
        <w:rPr>
          <w:rFonts w:ascii="Times New Roman" w:hAnsi="Times New Roman" w:cs="Times New Roman"/>
          <w:position w:val="-4"/>
          <w:sz w:val="28"/>
          <w:szCs w:val="28"/>
          <w:lang w:val="kk-KZ"/>
        </w:rPr>
        <w:t xml:space="preserve"> </w:t>
      </w:r>
      <w:r w:rsidRPr="002417EA">
        <w:rPr>
          <w:rFonts w:ascii="Times New Roman" w:hAnsi="Times New Roman" w:cs="Times New Roman"/>
          <w:sz w:val="28"/>
          <w:szCs w:val="28"/>
          <w:lang w:val="kk-KZ"/>
        </w:rPr>
        <w:t xml:space="preserve">контур бойынша (оң бағытта) өсімін </w:t>
      </w:r>
      <w:r w:rsidR="00A135AE" w:rsidRPr="002417EA">
        <w:rPr>
          <w:rFonts w:ascii="Times New Roman" w:hAnsi="Times New Roman" w:cs="Times New Roman"/>
          <w:noProof/>
          <w:position w:val="-6"/>
          <w:sz w:val="28"/>
          <w:szCs w:val="28"/>
        </w:rPr>
        <w:drawing>
          <wp:inline distT="0" distB="0" distL="0" distR="0" wp14:anchorId="3F7DA4E1" wp14:editId="75BC8899">
            <wp:extent cx="231140" cy="211455"/>
            <wp:effectExtent l="0" t="0" r="0" b="0"/>
            <wp:docPr id="1326" name="Рисунок 1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6"/>
                    <pic:cNvPicPr>
                      <a:picLocks noChangeAspect="1" noChangeArrowheads="1"/>
                    </pic:cNvPicPr>
                  </pic:nvPicPr>
                  <pic:blipFill>
                    <a:blip r:embed="rId1753" cstate="print">
                      <a:extLst>
                        <a:ext uri="{28A0092B-C50C-407E-A947-70E740481C1C}">
                          <a14:useLocalDpi xmlns:a14="http://schemas.microsoft.com/office/drawing/2010/main" val="0"/>
                        </a:ext>
                      </a:extLst>
                    </a:blip>
                    <a:srcRect/>
                    <a:stretch>
                      <a:fillRect/>
                    </a:stretch>
                  </pic:blipFill>
                  <pic:spPr bwMode="auto">
                    <a:xfrm>
                      <a:off x="0" y="0"/>
                      <a:ext cx="231140" cy="211455"/>
                    </a:xfrm>
                    <a:prstGeom prst="rect">
                      <a:avLst/>
                    </a:prstGeom>
                    <a:noFill/>
                    <a:ln>
                      <a:noFill/>
                    </a:ln>
                  </pic:spPr>
                </pic:pic>
              </a:graphicData>
            </a:graphic>
          </wp:inline>
        </w:drawing>
      </w:r>
      <w:r w:rsidR="00D0605B" w:rsidRPr="002417EA">
        <w:rPr>
          <w:rFonts w:ascii="Times New Roman" w:hAnsi="Times New Roman" w:cs="Times New Roman"/>
          <w:sz w:val="28"/>
          <w:szCs w:val="28"/>
          <w:lang w:val="kk-KZ"/>
        </w:rPr>
        <w:t xml:space="preserve">-ге бөлгендегі мәні. </w:t>
      </w:r>
      <w:r w:rsidRPr="002417EA">
        <w:rPr>
          <w:rFonts w:ascii="Times New Roman" w:hAnsi="Times New Roman" w:cs="Times New Roman"/>
          <w:sz w:val="28"/>
          <w:szCs w:val="28"/>
          <w:lang w:val="kk-KZ"/>
        </w:rPr>
        <w:t>Коши индексі туралы келесі лемма, интуи</w:t>
      </w:r>
      <w:r w:rsidR="009F1246">
        <w:rPr>
          <w:rFonts w:ascii="Times New Roman" w:hAnsi="Times New Roman" w:cs="Times New Roman"/>
          <w:sz w:val="28"/>
          <w:szCs w:val="28"/>
          <w:lang w:val="kk-KZ"/>
        </w:rPr>
        <w:t>тивті түрде айқын болғанымен, [20-21</w:t>
      </w:r>
      <w:r w:rsidRPr="002417EA">
        <w:rPr>
          <w:rFonts w:ascii="Times New Roman" w:hAnsi="Times New Roman" w:cs="Times New Roman"/>
          <w:sz w:val="28"/>
          <w:szCs w:val="28"/>
          <w:lang w:val="kk-KZ"/>
        </w:rPr>
        <w:t>] еңбектерінде дәлелдеусіз қолданылған.</w:t>
      </w:r>
    </w:p>
    <w:p w14:paraId="030681A7" w14:textId="67305B97" w:rsidR="003A4ABB" w:rsidRPr="002417EA" w:rsidRDefault="003A4ABB" w:rsidP="00F23B57">
      <w:pPr>
        <w:spacing w:after="0" w:line="240" w:lineRule="auto"/>
        <w:ind w:firstLine="567"/>
        <w:rPr>
          <w:rFonts w:ascii="Times New Roman" w:hAnsi="Times New Roman" w:cs="Times New Roman"/>
          <w:sz w:val="28"/>
          <w:szCs w:val="28"/>
          <w:lang w:val="kk-KZ"/>
        </w:rPr>
      </w:pPr>
      <w:r w:rsidRPr="00293DA3">
        <w:rPr>
          <w:rFonts w:ascii="Times New Roman" w:hAnsi="Times New Roman" w:cs="Times New Roman"/>
          <w:b/>
          <w:sz w:val="28"/>
          <w:szCs w:val="28"/>
          <w:lang w:val="kk-KZ"/>
        </w:rPr>
        <w:t>Лемма 1.</w:t>
      </w:r>
      <w:r w:rsidR="00787BB8" w:rsidRPr="00293DA3">
        <w:rPr>
          <w:rFonts w:ascii="Times New Roman" w:hAnsi="Times New Roman" w:cs="Times New Roman"/>
          <w:b/>
          <w:sz w:val="28"/>
          <w:szCs w:val="28"/>
          <w:lang w:val="kk-KZ"/>
        </w:rPr>
        <w:t>3.</w:t>
      </w:r>
      <w:r w:rsidR="00D0605B" w:rsidRPr="002417EA">
        <w:rPr>
          <w:rFonts w:ascii="Times New Roman" w:hAnsi="Times New Roman" w:cs="Times New Roman"/>
          <w:b/>
          <w:sz w:val="28"/>
          <w:szCs w:val="28"/>
          <w:lang w:val="kk-KZ"/>
        </w:rPr>
        <w:t xml:space="preserve"> </w:t>
      </w:r>
      <w:r w:rsidRPr="002417EA">
        <w:rPr>
          <w:rFonts w:ascii="Times New Roman" w:hAnsi="Times New Roman" w:cs="Times New Roman"/>
          <w:i/>
          <w:sz w:val="28"/>
          <w:szCs w:val="28"/>
          <w:lang w:val="kk-KZ"/>
        </w:rPr>
        <w:t xml:space="preserve">  </w:t>
      </w:r>
      <w:r w:rsidR="00A135AE" w:rsidRPr="002417EA">
        <w:rPr>
          <w:rFonts w:ascii="Times New Roman" w:hAnsi="Times New Roman" w:cs="Times New Roman"/>
          <w:noProof/>
          <w:position w:val="-12"/>
          <w:sz w:val="28"/>
          <w:szCs w:val="28"/>
        </w:rPr>
        <w:drawing>
          <wp:inline distT="0" distB="0" distL="0" distR="0" wp14:anchorId="522B28A6" wp14:editId="0D4E1A7E">
            <wp:extent cx="462280" cy="231140"/>
            <wp:effectExtent l="0" t="0" r="0" b="0"/>
            <wp:docPr id="1327" name="Рисунок 1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7"/>
                    <pic:cNvPicPr>
                      <a:picLocks noChangeAspect="1" noChangeArrowheads="1"/>
                    </pic:cNvPicPr>
                  </pic:nvPicPr>
                  <pic:blipFill>
                    <a:blip r:embed="rId1754" cstate="print">
                      <a:extLst>
                        <a:ext uri="{28A0092B-C50C-407E-A947-70E740481C1C}">
                          <a14:useLocalDpi xmlns:a14="http://schemas.microsoft.com/office/drawing/2010/main" val="0"/>
                        </a:ext>
                      </a:extLst>
                    </a:blip>
                    <a:srcRect/>
                    <a:stretch>
                      <a:fillRect/>
                    </a:stretch>
                  </pic:blipFill>
                  <pic:spPr bwMode="auto">
                    <a:xfrm>
                      <a:off x="0" y="0"/>
                      <a:ext cx="462280" cy="231140"/>
                    </a:xfrm>
                    <a:prstGeom prst="rect">
                      <a:avLst/>
                    </a:prstGeom>
                    <a:noFill/>
                    <a:ln>
                      <a:noFill/>
                    </a:ln>
                  </pic:spPr>
                </pic:pic>
              </a:graphicData>
            </a:graphic>
          </wp:inline>
        </w:drawing>
      </w:r>
      <w:r w:rsidRPr="002417EA">
        <w:rPr>
          <w:rFonts w:ascii="Times New Roman" w:hAnsi="Times New Roman" w:cs="Times New Roman"/>
          <w:sz w:val="28"/>
          <w:szCs w:val="28"/>
          <w:lang w:val="kk-KZ"/>
        </w:rPr>
        <w:t xml:space="preserve"> комплекс мәнді функциясы </w:t>
      </w:r>
      <w:r w:rsidR="00A135AE" w:rsidRPr="002417EA">
        <w:rPr>
          <w:rFonts w:ascii="Times New Roman" w:hAnsi="Times New Roman" w:cs="Times New Roman"/>
          <w:noProof/>
          <w:position w:val="-4"/>
          <w:sz w:val="28"/>
          <w:szCs w:val="28"/>
        </w:rPr>
        <w:drawing>
          <wp:inline distT="0" distB="0" distL="0" distR="0" wp14:anchorId="5CC34B22" wp14:editId="3C29086B">
            <wp:extent cx="134620" cy="211455"/>
            <wp:effectExtent l="0" t="0" r="0" b="0"/>
            <wp:docPr id="1328" name="Рисунок 1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8"/>
                    <pic:cNvPicPr>
                      <a:picLocks noChangeAspect="1" noChangeArrowheads="1"/>
                    </pic:cNvPicPr>
                  </pic:nvPicPr>
                  <pic:blipFill>
                    <a:blip r:embed="rId1755" cstate="print">
                      <a:extLst>
                        <a:ext uri="{28A0092B-C50C-407E-A947-70E740481C1C}">
                          <a14:useLocalDpi xmlns:a14="http://schemas.microsoft.com/office/drawing/2010/main" val="0"/>
                        </a:ext>
                      </a:extLst>
                    </a:blip>
                    <a:srcRect/>
                    <a:stretch>
                      <a:fillRect/>
                    </a:stretch>
                  </pic:blipFill>
                  <pic:spPr bwMode="auto">
                    <a:xfrm>
                      <a:off x="0" y="0"/>
                      <a:ext cx="134620" cy="211455"/>
                    </a:xfrm>
                    <a:prstGeom prst="rect">
                      <a:avLst/>
                    </a:prstGeom>
                    <a:noFill/>
                    <a:ln>
                      <a:noFill/>
                    </a:ln>
                  </pic:spPr>
                </pic:pic>
              </a:graphicData>
            </a:graphic>
          </wp:inline>
        </w:drawing>
      </w:r>
      <w:r w:rsidRPr="002417EA">
        <w:rPr>
          <w:rFonts w:ascii="Times New Roman" w:hAnsi="Times New Roman" w:cs="Times New Roman"/>
          <w:sz w:val="28"/>
          <w:szCs w:val="28"/>
          <w:lang w:val="kk-KZ"/>
        </w:rPr>
        <w:t xml:space="preserve">жиынында керіленетін (қайтымды-обратима) және </w:t>
      </w:r>
      <w:r w:rsidR="00A135AE" w:rsidRPr="002417EA">
        <w:rPr>
          <w:rFonts w:ascii="Times New Roman" w:hAnsi="Times New Roman" w:cs="Times New Roman"/>
          <w:noProof/>
          <w:position w:val="-12"/>
          <w:sz w:val="28"/>
          <w:szCs w:val="28"/>
        </w:rPr>
        <w:drawing>
          <wp:inline distT="0" distB="0" distL="0" distR="0" wp14:anchorId="4B264798" wp14:editId="4BA19C29">
            <wp:extent cx="1049020" cy="231140"/>
            <wp:effectExtent l="0" t="0" r="0" b="0"/>
            <wp:docPr id="1329" name="Рисунок 1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9"/>
                    <pic:cNvPicPr>
                      <a:picLocks noChangeAspect="1" noChangeArrowheads="1"/>
                    </pic:cNvPicPr>
                  </pic:nvPicPr>
                  <pic:blipFill>
                    <a:blip r:embed="rId1756" cstate="print">
                      <a:extLst>
                        <a:ext uri="{28A0092B-C50C-407E-A947-70E740481C1C}">
                          <a14:useLocalDpi xmlns:a14="http://schemas.microsoft.com/office/drawing/2010/main" val="0"/>
                        </a:ext>
                      </a:extLst>
                    </a:blip>
                    <a:srcRect/>
                    <a:stretch>
                      <a:fillRect/>
                    </a:stretch>
                  </pic:blipFill>
                  <pic:spPr bwMode="auto">
                    <a:xfrm>
                      <a:off x="0" y="0"/>
                      <a:ext cx="1049020" cy="231140"/>
                    </a:xfrm>
                    <a:prstGeom prst="rect">
                      <a:avLst/>
                    </a:prstGeom>
                    <a:noFill/>
                    <a:ln>
                      <a:noFill/>
                    </a:ln>
                  </pic:spPr>
                </pic:pic>
              </a:graphicData>
            </a:graphic>
          </wp:inline>
        </w:drawing>
      </w:r>
      <w:r w:rsidRPr="002417EA">
        <w:rPr>
          <w:rFonts w:ascii="Times New Roman" w:hAnsi="Times New Roman" w:cs="Times New Roman"/>
          <w:sz w:val="28"/>
          <w:szCs w:val="28"/>
          <w:lang w:val="kk-KZ"/>
        </w:rPr>
        <w:t xml:space="preserve"> болсын. Онда:</w:t>
      </w:r>
    </w:p>
    <w:p w14:paraId="2BA897BF" w14:textId="77777777" w:rsidR="003A4ABB" w:rsidRPr="002417EA" w:rsidRDefault="003A4ABB" w:rsidP="00D0605B">
      <w:pPr>
        <w:spacing w:after="0" w:line="240" w:lineRule="auto"/>
        <w:rPr>
          <w:rFonts w:ascii="Times New Roman" w:hAnsi="Times New Roman" w:cs="Times New Roman"/>
          <w:sz w:val="28"/>
          <w:szCs w:val="28"/>
          <w:lang w:val="kk-KZ"/>
        </w:rPr>
      </w:pPr>
    </w:p>
    <w:p w14:paraId="7DD23714" w14:textId="6AC56F3E" w:rsidR="003A4ABB" w:rsidRPr="002417EA" w:rsidRDefault="00A135AE" w:rsidP="00D0605B">
      <w:pPr>
        <w:spacing w:after="0" w:line="240" w:lineRule="auto"/>
        <w:jc w:val="right"/>
        <w:rPr>
          <w:rFonts w:ascii="Times New Roman" w:hAnsi="Times New Roman" w:cs="Times New Roman"/>
          <w:sz w:val="28"/>
          <w:szCs w:val="28"/>
          <w:lang w:val="kk-KZ"/>
        </w:rPr>
      </w:pPr>
      <w:r w:rsidRPr="002417EA">
        <w:rPr>
          <w:rFonts w:ascii="Times New Roman" w:hAnsi="Times New Roman" w:cs="Times New Roman"/>
          <w:noProof/>
          <w:position w:val="-12"/>
          <w:sz w:val="28"/>
          <w:szCs w:val="28"/>
        </w:rPr>
        <w:drawing>
          <wp:inline distT="0" distB="0" distL="0" distR="0" wp14:anchorId="16956FCF" wp14:editId="0CAD2DDF">
            <wp:extent cx="1376680" cy="231140"/>
            <wp:effectExtent l="0" t="0" r="0" b="0"/>
            <wp:docPr id="1330" name="Рисунок 1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0"/>
                    <pic:cNvPicPr>
                      <a:picLocks noChangeAspect="1" noChangeArrowheads="1"/>
                    </pic:cNvPicPr>
                  </pic:nvPicPr>
                  <pic:blipFill>
                    <a:blip r:embed="rId1757" cstate="print">
                      <a:extLst>
                        <a:ext uri="{28A0092B-C50C-407E-A947-70E740481C1C}">
                          <a14:useLocalDpi xmlns:a14="http://schemas.microsoft.com/office/drawing/2010/main" val="0"/>
                        </a:ext>
                      </a:extLst>
                    </a:blip>
                    <a:srcRect/>
                    <a:stretch>
                      <a:fillRect/>
                    </a:stretch>
                  </pic:blipFill>
                  <pic:spPr bwMode="auto">
                    <a:xfrm>
                      <a:off x="0" y="0"/>
                      <a:ext cx="1376680" cy="231140"/>
                    </a:xfrm>
                    <a:prstGeom prst="rect">
                      <a:avLst/>
                    </a:prstGeom>
                    <a:noFill/>
                    <a:ln>
                      <a:noFill/>
                    </a:ln>
                  </pic:spPr>
                </pic:pic>
              </a:graphicData>
            </a:graphic>
          </wp:inline>
        </w:drawing>
      </w:r>
      <w:r w:rsidR="003A4ABB" w:rsidRPr="002417EA">
        <w:rPr>
          <w:rFonts w:ascii="Times New Roman" w:hAnsi="Times New Roman" w:cs="Times New Roman"/>
          <w:position w:val="-30"/>
          <w:sz w:val="28"/>
          <w:szCs w:val="28"/>
          <w:lang w:val="kk-KZ"/>
        </w:rPr>
        <w:t xml:space="preserve">                                                  </w:t>
      </w:r>
      <w:r w:rsidR="003A4ABB" w:rsidRPr="002417EA">
        <w:rPr>
          <w:rFonts w:ascii="Times New Roman" w:hAnsi="Times New Roman" w:cs="Times New Roman"/>
          <w:sz w:val="28"/>
          <w:szCs w:val="28"/>
          <w:lang w:val="kk-KZ"/>
        </w:rPr>
        <w:t>(1.73)</w:t>
      </w:r>
    </w:p>
    <w:p w14:paraId="0497F00F" w14:textId="77777777" w:rsidR="003A4ABB" w:rsidRPr="002417EA" w:rsidRDefault="003A4ABB" w:rsidP="00D0605B">
      <w:pPr>
        <w:spacing w:after="0" w:line="240" w:lineRule="auto"/>
        <w:rPr>
          <w:rFonts w:ascii="Times New Roman" w:hAnsi="Times New Roman" w:cs="Times New Roman"/>
          <w:sz w:val="28"/>
          <w:szCs w:val="28"/>
          <w:lang w:val="kk-KZ"/>
        </w:rPr>
      </w:pPr>
    </w:p>
    <w:p w14:paraId="53E1113E" w14:textId="77777777" w:rsidR="003A4ABB" w:rsidRPr="002417EA" w:rsidRDefault="003A4ABB" w:rsidP="00D0605B">
      <w:pPr>
        <w:spacing w:after="0" w:line="240" w:lineRule="auto"/>
        <w:jc w:val="both"/>
        <w:rPr>
          <w:rFonts w:ascii="Times New Roman" w:hAnsi="Times New Roman" w:cs="Times New Roman"/>
          <w:sz w:val="28"/>
          <w:szCs w:val="28"/>
          <w:lang w:val="kk-KZ"/>
        </w:rPr>
      </w:pPr>
      <w:r w:rsidRPr="002417EA">
        <w:rPr>
          <w:rFonts w:ascii="Times New Roman" w:hAnsi="Times New Roman" w:cs="Times New Roman"/>
          <w:sz w:val="28"/>
          <w:szCs w:val="28"/>
          <w:lang w:val="kk-KZ"/>
        </w:rPr>
        <w:t>мұнда бірлік шеңбердегі (немесе контурдағы) өсім сағат тілінің бағытына қарама-қарсы бағыт алынады.</w:t>
      </w:r>
    </w:p>
    <w:p w14:paraId="7C5F4E49" w14:textId="0357AC16" w:rsidR="003A4ABB" w:rsidRPr="002417EA" w:rsidRDefault="003A4ABB" w:rsidP="00F23B57">
      <w:pPr>
        <w:spacing w:after="0" w:line="240" w:lineRule="auto"/>
        <w:ind w:firstLine="567"/>
        <w:jc w:val="both"/>
        <w:rPr>
          <w:rFonts w:ascii="Times New Roman" w:hAnsi="Times New Roman" w:cs="Times New Roman"/>
          <w:sz w:val="28"/>
          <w:szCs w:val="28"/>
          <w:lang w:val="kk-KZ"/>
        </w:rPr>
      </w:pPr>
      <w:r w:rsidRPr="009F1246">
        <w:rPr>
          <w:rFonts w:ascii="Times New Roman" w:hAnsi="Times New Roman" w:cs="Times New Roman"/>
          <w:i/>
          <w:sz w:val="28"/>
          <w:szCs w:val="28"/>
          <w:lang w:val="kk-KZ"/>
        </w:rPr>
        <w:t>Дәлелдеуі.</w:t>
      </w:r>
      <w:r w:rsidRPr="002417EA">
        <w:rPr>
          <w:rFonts w:ascii="Times New Roman" w:hAnsi="Times New Roman" w:cs="Times New Roman"/>
          <w:sz w:val="28"/>
          <w:szCs w:val="28"/>
          <w:lang w:val="kk-KZ"/>
        </w:rPr>
        <w:t xml:space="preserve"> </w:t>
      </w:r>
      <w:r w:rsidR="00A135AE" w:rsidRPr="002417EA">
        <w:rPr>
          <w:rFonts w:ascii="Times New Roman" w:hAnsi="Times New Roman" w:cs="Times New Roman"/>
          <w:noProof/>
          <w:position w:val="-12"/>
          <w:sz w:val="28"/>
          <w:szCs w:val="28"/>
        </w:rPr>
        <w:drawing>
          <wp:inline distT="0" distB="0" distL="0" distR="0" wp14:anchorId="7DEF06A7" wp14:editId="65E4532C">
            <wp:extent cx="231140" cy="231140"/>
            <wp:effectExtent l="0" t="0" r="0" b="0"/>
            <wp:docPr id="1331" name="Рисунок 1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1"/>
                    <pic:cNvPicPr>
                      <a:picLocks noChangeAspect="1" noChangeArrowheads="1"/>
                    </pic:cNvPicPr>
                  </pic:nvPicPr>
                  <pic:blipFill>
                    <a:blip r:embed="rId1758" cstate="print">
                      <a:extLst>
                        <a:ext uri="{28A0092B-C50C-407E-A947-70E740481C1C}">
                          <a14:useLocalDpi xmlns:a14="http://schemas.microsoft.com/office/drawing/2010/main" val="0"/>
                        </a:ext>
                      </a:extLst>
                    </a:blip>
                    <a:srcRect/>
                    <a:stretch>
                      <a:fillRect/>
                    </a:stretch>
                  </pic:blipFill>
                  <pic:spPr bwMode="auto">
                    <a:xfrm>
                      <a:off x="0" y="0"/>
                      <a:ext cx="231140" cy="231140"/>
                    </a:xfrm>
                    <a:prstGeom prst="rect">
                      <a:avLst/>
                    </a:prstGeom>
                    <a:noFill/>
                    <a:ln>
                      <a:noFill/>
                    </a:ln>
                  </pic:spPr>
                </pic:pic>
              </a:graphicData>
            </a:graphic>
          </wp:inline>
        </w:drawing>
      </w:r>
      <w:r w:rsidRPr="002417EA">
        <w:rPr>
          <w:rFonts w:ascii="Times New Roman" w:hAnsi="Times New Roman" w:cs="Times New Roman"/>
          <w:position w:val="-12"/>
          <w:sz w:val="28"/>
          <w:szCs w:val="28"/>
          <w:lang w:val="kk-KZ"/>
        </w:rPr>
        <w:t xml:space="preserve"> </w:t>
      </w:r>
      <w:r w:rsidRPr="002417EA">
        <w:rPr>
          <w:rFonts w:ascii="Times New Roman" w:hAnsi="Times New Roman" w:cs="Times New Roman"/>
          <w:sz w:val="28"/>
          <w:szCs w:val="28"/>
          <w:lang w:val="kk-KZ"/>
        </w:rPr>
        <w:t xml:space="preserve">бірлік дискіні </w:t>
      </w:r>
      <w:r w:rsidR="00A135AE" w:rsidRPr="002417EA">
        <w:rPr>
          <w:rFonts w:ascii="Times New Roman" w:hAnsi="Times New Roman" w:cs="Times New Roman"/>
          <w:noProof/>
          <w:position w:val="-4"/>
          <w:sz w:val="28"/>
          <w:szCs w:val="28"/>
        </w:rPr>
        <w:drawing>
          <wp:inline distT="0" distB="0" distL="0" distR="0" wp14:anchorId="55DF262F" wp14:editId="75BBCA96">
            <wp:extent cx="211455" cy="211455"/>
            <wp:effectExtent l="0" t="0" r="0" b="0"/>
            <wp:docPr id="1332" name="Рисунок 1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2"/>
                    <pic:cNvPicPr>
                      <a:picLocks noChangeAspect="1" noChangeArrowheads="1"/>
                    </pic:cNvPicPr>
                  </pic:nvPicPr>
                  <pic:blipFill>
                    <a:blip r:embed="rId1759" cstate="print">
                      <a:extLst>
                        <a:ext uri="{28A0092B-C50C-407E-A947-70E740481C1C}">
                          <a14:useLocalDpi xmlns:a14="http://schemas.microsoft.com/office/drawing/2010/main" val="0"/>
                        </a:ext>
                      </a:extLst>
                    </a:blip>
                    <a:srcRect/>
                    <a:stretch>
                      <a:fillRect/>
                    </a:stretch>
                  </pic:blipFill>
                  <pic:spPr bwMode="auto">
                    <a:xfrm>
                      <a:off x="0" y="0"/>
                      <a:ext cx="211455" cy="211455"/>
                    </a:xfrm>
                    <a:prstGeom prst="rect">
                      <a:avLst/>
                    </a:prstGeom>
                    <a:noFill/>
                    <a:ln>
                      <a:noFill/>
                    </a:ln>
                  </pic:spPr>
                </pic:pic>
              </a:graphicData>
            </a:graphic>
          </wp:inline>
        </w:drawing>
      </w:r>
      <w:r w:rsidRPr="002417EA">
        <w:rPr>
          <w:rFonts w:ascii="Times New Roman" w:hAnsi="Times New Roman" w:cs="Times New Roman"/>
          <w:position w:val="-12"/>
          <w:sz w:val="28"/>
          <w:szCs w:val="28"/>
          <w:lang w:val="kk-KZ"/>
        </w:rPr>
        <w:t xml:space="preserve"> </w:t>
      </w:r>
      <w:r w:rsidRPr="002417EA">
        <w:rPr>
          <w:rFonts w:ascii="Times New Roman" w:hAnsi="Times New Roman" w:cs="Times New Roman"/>
          <w:sz w:val="28"/>
          <w:szCs w:val="28"/>
          <w:lang w:val="kk-KZ"/>
        </w:rPr>
        <w:t xml:space="preserve">облысына </w:t>
      </w:r>
      <w:r w:rsidR="00A135AE" w:rsidRPr="002417EA">
        <w:rPr>
          <w:rFonts w:ascii="Times New Roman" w:hAnsi="Times New Roman" w:cs="Times New Roman"/>
          <w:noProof/>
          <w:position w:val="-6"/>
          <w:sz w:val="28"/>
          <w:szCs w:val="28"/>
        </w:rPr>
        <w:drawing>
          <wp:inline distT="0" distB="0" distL="0" distR="0" wp14:anchorId="6CC8BA1B" wp14:editId="203E969A">
            <wp:extent cx="134620" cy="134620"/>
            <wp:effectExtent l="0" t="0" r="0" b="0"/>
            <wp:docPr id="1333" name="Рисунок 1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3"/>
                    <pic:cNvPicPr>
                      <a:picLocks noChangeAspect="1" noChangeArrowheads="1"/>
                    </pic:cNvPicPr>
                  </pic:nvPicPr>
                  <pic:blipFill>
                    <a:blip r:embed="rId1760" cstate="print">
                      <a:extLst>
                        <a:ext uri="{28A0092B-C50C-407E-A947-70E740481C1C}">
                          <a14:useLocalDpi xmlns:a14="http://schemas.microsoft.com/office/drawing/2010/main" val="0"/>
                        </a:ext>
                      </a:extLst>
                    </a:blip>
                    <a:srcRect/>
                    <a:stretch>
                      <a:fillRect/>
                    </a:stretch>
                  </pic:blipFill>
                  <pic:spPr bwMode="auto">
                    <a:xfrm>
                      <a:off x="0" y="0"/>
                      <a:ext cx="134620" cy="134620"/>
                    </a:xfrm>
                    <a:prstGeom prst="rect">
                      <a:avLst/>
                    </a:prstGeom>
                    <a:noFill/>
                    <a:ln>
                      <a:noFill/>
                    </a:ln>
                  </pic:spPr>
                </pic:pic>
              </a:graphicData>
            </a:graphic>
          </wp:inline>
        </w:drawing>
      </w:r>
      <w:r w:rsidRPr="002417EA">
        <w:rPr>
          <w:rFonts w:ascii="Times New Roman" w:hAnsi="Times New Roman" w:cs="Times New Roman"/>
          <w:position w:val="-12"/>
          <w:sz w:val="28"/>
          <w:szCs w:val="28"/>
          <w:lang w:val="kk-KZ"/>
        </w:rPr>
        <w:t xml:space="preserve"> </w:t>
      </w:r>
      <w:r w:rsidRPr="002417EA">
        <w:rPr>
          <w:rFonts w:ascii="Times New Roman" w:hAnsi="Times New Roman" w:cs="Times New Roman"/>
          <w:sz w:val="28"/>
          <w:szCs w:val="28"/>
          <w:lang w:val="kk-KZ"/>
        </w:rPr>
        <w:t>конформды бейнелеуін қарастырайық, ол келесі шартқа бағынады:</w:t>
      </w:r>
    </w:p>
    <w:p w14:paraId="6F4B53C2" w14:textId="77777777" w:rsidR="003A4ABB" w:rsidRPr="002417EA" w:rsidRDefault="003A4ABB" w:rsidP="00D0605B">
      <w:pPr>
        <w:spacing w:after="0" w:line="240" w:lineRule="auto"/>
        <w:jc w:val="both"/>
        <w:rPr>
          <w:rFonts w:ascii="Times New Roman" w:hAnsi="Times New Roman" w:cs="Times New Roman"/>
          <w:sz w:val="28"/>
          <w:szCs w:val="28"/>
          <w:lang w:val="kk-KZ"/>
        </w:rPr>
      </w:pPr>
    </w:p>
    <w:p w14:paraId="37D92274" w14:textId="1851EACD" w:rsidR="003A4ABB" w:rsidRPr="002417EA" w:rsidRDefault="00A135AE" w:rsidP="00D0605B">
      <w:pPr>
        <w:spacing w:after="0" w:line="240" w:lineRule="auto"/>
        <w:jc w:val="right"/>
        <w:rPr>
          <w:rFonts w:ascii="Times New Roman" w:hAnsi="Times New Roman" w:cs="Times New Roman"/>
          <w:sz w:val="28"/>
          <w:szCs w:val="28"/>
          <w:lang w:val="kk-KZ"/>
        </w:rPr>
      </w:pPr>
      <w:r w:rsidRPr="002417EA">
        <w:rPr>
          <w:rFonts w:ascii="Times New Roman" w:hAnsi="Times New Roman" w:cs="Times New Roman"/>
          <w:noProof/>
          <w:position w:val="-12"/>
          <w:sz w:val="28"/>
          <w:szCs w:val="28"/>
        </w:rPr>
        <w:drawing>
          <wp:inline distT="0" distB="0" distL="0" distR="0" wp14:anchorId="6B988043" wp14:editId="2758E4E5">
            <wp:extent cx="817880" cy="231140"/>
            <wp:effectExtent l="0" t="0" r="1270" b="0"/>
            <wp:docPr id="1334" name="Рисунок 1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4"/>
                    <pic:cNvPicPr>
                      <a:picLocks noChangeAspect="1" noChangeArrowheads="1"/>
                    </pic:cNvPicPr>
                  </pic:nvPicPr>
                  <pic:blipFill>
                    <a:blip r:embed="rId1761" cstate="print">
                      <a:extLst>
                        <a:ext uri="{28A0092B-C50C-407E-A947-70E740481C1C}">
                          <a14:useLocalDpi xmlns:a14="http://schemas.microsoft.com/office/drawing/2010/main" val="0"/>
                        </a:ext>
                      </a:extLst>
                    </a:blip>
                    <a:srcRect/>
                    <a:stretch>
                      <a:fillRect/>
                    </a:stretch>
                  </pic:blipFill>
                  <pic:spPr bwMode="auto">
                    <a:xfrm>
                      <a:off x="0" y="0"/>
                      <a:ext cx="817880" cy="231140"/>
                    </a:xfrm>
                    <a:prstGeom prst="rect">
                      <a:avLst/>
                    </a:prstGeom>
                    <a:noFill/>
                    <a:ln>
                      <a:noFill/>
                    </a:ln>
                  </pic:spPr>
                </pic:pic>
              </a:graphicData>
            </a:graphic>
          </wp:inline>
        </w:drawing>
      </w:r>
      <w:r w:rsidR="003A4ABB" w:rsidRPr="002417EA">
        <w:rPr>
          <w:rFonts w:ascii="Times New Roman" w:hAnsi="Times New Roman" w:cs="Times New Roman"/>
          <w:position w:val="-30"/>
          <w:sz w:val="28"/>
          <w:szCs w:val="28"/>
          <w:lang w:val="kk-KZ"/>
        </w:rPr>
        <w:t xml:space="preserve">                                                             </w:t>
      </w:r>
      <w:r w:rsidR="003A4ABB" w:rsidRPr="002417EA">
        <w:rPr>
          <w:rFonts w:ascii="Times New Roman" w:hAnsi="Times New Roman" w:cs="Times New Roman"/>
          <w:sz w:val="28"/>
          <w:szCs w:val="28"/>
          <w:lang w:val="kk-KZ"/>
        </w:rPr>
        <w:t>(1.74)</w:t>
      </w:r>
    </w:p>
    <w:p w14:paraId="200B820D" w14:textId="77777777" w:rsidR="003A4ABB" w:rsidRPr="002417EA" w:rsidRDefault="003A4ABB" w:rsidP="00D0605B">
      <w:pPr>
        <w:spacing w:after="0" w:line="240" w:lineRule="auto"/>
        <w:rPr>
          <w:rFonts w:ascii="Times New Roman" w:hAnsi="Times New Roman" w:cs="Times New Roman"/>
          <w:sz w:val="28"/>
          <w:szCs w:val="28"/>
          <w:lang w:val="kk-KZ"/>
        </w:rPr>
      </w:pPr>
    </w:p>
    <w:p w14:paraId="7488F241" w14:textId="58072E82" w:rsidR="003A4ABB" w:rsidRPr="002417EA" w:rsidRDefault="003A4ABB" w:rsidP="00D0605B">
      <w:pPr>
        <w:tabs>
          <w:tab w:val="left" w:pos="3289"/>
        </w:tabs>
        <w:spacing w:after="0" w:line="240" w:lineRule="auto"/>
        <w:jc w:val="both"/>
        <w:rPr>
          <w:rFonts w:ascii="Times New Roman" w:hAnsi="Times New Roman" w:cs="Times New Roman"/>
          <w:color w:val="0F1115"/>
          <w:sz w:val="28"/>
          <w:szCs w:val="28"/>
          <w:lang w:val="kk-KZ"/>
        </w:rPr>
      </w:pPr>
      <w:r w:rsidRPr="002417EA">
        <w:rPr>
          <w:rFonts w:ascii="Times New Roman" w:hAnsi="Times New Roman" w:cs="Times New Roman"/>
          <w:color w:val="0F1115"/>
          <w:sz w:val="28"/>
          <w:szCs w:val="28"/>
          <w:lang w:val="kk-KZ"/>
        </w:rPr>
        <w:t>Контурдың тегістігіне (smoothness) қатысты қабылданған болжамдар жағдайында, біз Келлог теоремасын [2</w:t>
      </w:r>
      <w:r w:rsidR="001B131A">
        <w:rPr>
          <w:rFonts w:ascii="Times New Roman" w:hAnsi="Times New Roman" w:cs="Times New Roman"/>
          <w:color w:val="0F1115"/>
          <w:sz w:val="28"/>
          <w:szCs w:val="28"/>
          <w:lang w:val="kk-KZ"/>
        </w:rPr>
        <w:t>1</w:t>
      </w:r>
      <w:r w:rsidR="002F0D2C" w:rsidRPr="002F0D2C">
        <w:rPr>
          <w:rFonts w:ascii="Times New Roman" w:hAnsi="Times New Roman" w:cs="Times New Roman"/>
          <w:color w:val="0F1115"/>
          <w:sz w:val="28"/>
          <w:szCs w:val="28"/>
          <w:lang w:val="kk-KZ"/>
        </w:rPr>
        <w:t>,</w:t>
      </w:r>
      <w:r w:rsidR="002F0D2C" w:rsidRPr="002F0D2C">
        <w:rPr>
          <w:rFonts w:ascii="Times New Roman" w:hAnsi="Times New Roman" w:cs="Times New Roman"/>
          <w:sz w:val="28"/>
          <w:szCs w:val="28"/>
          <w:lang w:val="kk-KZ"/>
        </w:rPr>
        <w:t xml:space="preserve"> </w:t>
      </w:r>
      <w:r w:rsidR="002F0D2C">
        <w:rPr>
          <w:rFonts w:ascii="Times New Roman" w:hAnsi="Times New Roman" w:cs="Times New Roman"/>
          <w:sz w:val="28"/>
          <w:szCs w:val="28"/>
          <w:lang w:val="kk-KZ"/>
        </w:rPr>
        <w:t>р.</w:t>
      </w:r>
      <w:r w:rsidR="002F0D2C" w:rsidRPr="002F0D2C">
        <w:rPr>
          <w:rFonts w:ascii="Times New Roman" w:hAnsi="Times New Roman" w:cs="Times New Roman"/>
          <w:sz w:val="28"/>
          <w:szCs w:val="28"/>
          <w:lang w:val="kk-KZ"/>
        </w:rPr>
        <w:t>484</w:t>
      </w:r>
      <w:r w:rsidR="002F0D2C">
        <w:rPr>
          <w:rFonts w:ascii="Times New Roman" w:hAnsi="Times New Roman" w:cs="Times New Roman"/>
          <w:sz w:val="28"/>
          <w:szCs w:val="28"/>
          <w:lang w:val="kk-KZ"/>
        </w:rPr>
        <w:t>-</w:t>
      </w:r>
      <w:r w:rsidR="002F0D2C" w:rsidRPr="002F0D2C">
        <w:rPr>
          <w:rFonts w:ascii="Times New Roman" w:hAnsi="Times New Roman" w:cs="Times New Roman"/>
          <w:sz w:val="28"/>
          <w:szCs w:val="28"/>
          <w:lang w:val="kk-KZ"/>
        </w:rPr>
        <w:t>485</w:t>
      </w:r>
      <w:r w:rsidRPr="002417EA">
        <w:rPr>
          <w:rFonts w:ascii="Times New Roman" w:hAnsi="Times New Roman" w:cs="Times New Roman"/>
          <w:color w:val="0F1115"/>
          <w:sz w:val="28"/>
          <w:szCs w:val="28"/>
          <w:lang w:val="kk-KZ"/>
        </w:rPr>
        <w:t xml:space="preserve">] қолдана аламыз, оған сәйкес </w:t>
      </w:r>
      <w:r w:rsidR="00A135AE" w:rsidRPr="002417EA">
        <w:rPr>
          <w:rFonts w:ascii="Times New Roman" w:hAnsi="Times New Roman" w:cs="Times New Roman"/>
          <w:noProof/>
          <w:position w:val="-6"/>
          <w:sz w:val="28"/>
          <w:szCs w:val="28"/>
        </w:rPr>
        <w:drawing>
          <wp:inline distT="0" distB="0" distL="0" distR="0" wp14:anchorId="547D7E41" wp14:editId="021F8387">
            <wp:extent cx="231140" cy="231140"/>
            <wp:effectExtent l="0" t="0" r="0" b="0"/>
            <wp:docPr id="1335" name="Рисунок 1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5"/>
                    <pic:cNvPicPr>
                      <a:picLocks noChangeAspect="1" noChangeArrowheads="1"/>
                    </pic:cNvPicPr>
                  </pic:nvPicPr>
                  <pic:blipFill>
                    <a:blip r:embed="rId1762" cstate="print">
                      <a:extLst>
                        <a:ext uri="{28A0092B-C50C-407E-A947-70E740481C1C}">
                          <a14:useLocalDpi xmlns:a14="http://schemas.microsoft.com/office/drawing/2010/main" val="0"/>
                        </a:ext>
                      </a:extLst>
                    </a:blip>
                    <a:srcRect/>
                    <a:stretch>
                      <a:fillRect/>
                    </a:stretch>
                  </pic:blipFill>
                  <pic:spPr bwMode="auto">
                    <a:xfrm>
                      <a:off x="0" y="0"/>
                      <a:ext cx="231140" cy="231140"/>
                    </a:xfrm>
                    <a:prstGeom prst="rect">
                      <a:avLst/>
                    </a:prstGeom>
                    <a:noFill/>
                    <a:ln>
                      <a:noFill/>
                    </a:ln>
                  </pic:spPr>
                </pic:pic>
              </a:graphicData>
            </a:graphic>
          </wp:inline>
        </w:drawing>
      </w:r>
      <w:r w:rsidRPr="002417EA">
        <w:rPr>
          <w:rFonts w:ascii="Times New Roman" w:hAnsi="Times New Roman" w:cs="Times New Roman"/>
          <w:color w:val="0F1115"/>
          <w:sz w:val="28"/>
          <w:szCs w:val="28"/>
          <w:lang w:val="kk-KZ"/>
        </w:rPr>
        <w:t xml:space="preserve"> туындысы </w:t>
      </w:r>
      <w:r w:rsidR="00A135AE" w:rsidRPr="002417EA">
        <w:rPr>
          <w:rFonts w:ascii="Times New Roman" w:hAnsi="Times New Roman" w:cs="Times New Roman"/>
          <w:noProof/>
          <w:position w:val="-12"/>
          <w:sz w:val="28"/>
          <w:szCs w:val="28"/>
        </w:rPr>
        <w:drawing>
          <wp:inline distT="0" distB="0" distL="0" distR="0" wp14:anchorId="6D615D73" wp14:editId="2D186832">
            <wp:extent cx="231140" cy="317500"/>
            <wp:effectExtent l="0" t="0" r="0" b="6350"/>
            <wp:docPr id="1336" name="Рисунок 1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6"/>
                    <pic:cNvPicPr>
                      <a:picLocks noChangeAspect="1" noChangeArrowheads="1"/>
                    </pic:cNvPicPr>
                  </pic:nvPicPr>
                  <pic:blipFill>
                    <a:blip r:embed="rId1763" cstate="print">
                      <a:extLst>
                        <a:ext uri="{28A0092B-C50C-407E-A947-70E740481C1C}">
                          <a14:useLocalDpi xmlns:a14="http://schemas.microsoft.com/office/drawing/2010/main" val="0"/>
                        </a:ext>
                      </a:extLst>
                    </a:blip>
                    <a:srcRect/>
                    <a:stretch>
                      <a:fillRect/>
                    </a:stretch>
                  </pic:blipFill>
                  <pic:spPr bwMode="auto">
                    <a:xfrm>
                      <a:off x="0" y="0"/>
                      <a:ext cx="231140" cy="317500"/>
                    </a:xfrm>
                    <a:prstGeom prst="rect">
                      <a:avLst/>
                    </a:prstGeom>
                    <a:noFill/>
                    <a:ln>
                      <a:noFill/>
                    </a:ln>
                  </pic:spPr>
                </pic:pic>
              </a:graphicData>
            </a:graphic>
          </wp:inline>
        </w:drawing>
      </w:r>
      <w:r w:rsidRPr="002417EA">
        <w:rPr>
          <w:rFonts w:ascii="Times New Roman" w:hAnsi="Times New Roman" w:cs="Times New Roman"/>
          <w:position w:val="-12"/>
          <w:sz w:val="28"/>
          <w:szCs w:val="28"/>
          <w:lang w:val="kk-KZ"/>
        </w:rPr>
        <w:t xml:space="preserve"> </w:t>
      </w:r>
      <w:r w:rsidRPr="002417EA">
        <w:rPr>
          <w:rFonts w:ascii="Times New Roman" w:hAnsi="Times New Roman" w:cs="Times New Roman"/>
          <w:color w:val="0F1115"/>
          <w:sz w:val="28"/>
          <w:szCs w:val="28"/>
          <w:lang w:val="kk-KZ"/>
        </w:rPr>
        <w:t>тұйық дискіде үзіліссіз болады және барлық жерде нөлден өзгеше.</w:t>
      </w:r>
      <w:r w:rsidRPr="002417EA">
        <w:rPr>
          <w:rFonts w:ascii="Times New Roman" w:hAnsi="Times New Roman" w:cs="Times New Roman"/>
          <w:position w:val="-12"/>
          <w:sz w:val="28"/>
          <w:szCs w:val="28"/>
          <w:lang w:val="kk-KZ"/>
        </w:rPr>
        <w:t xml:space="preserve"> </w:t>
      </w:r>
      <w:r w:rsidR="00A135AE" w:rsidRPr="002417EA">
        <w:rPr>
          <w:rFonts w:ascii="Times New Roman" w:hAnsi="Times New Roman" w:cs="Times New Roman"/>
          <w:noProof/>
          <w:position w:val="-12"/>
          <w:sz w:val="28"/>
          <w:szCs w:val="28"/>
        </w:rPr>
        <w:drawing>
          <wp:inline distT="0" distB="0" distL="0" distR="0" wp14:anchorId="4B4AFCD0" wp14:editId="4F2D8D66">
            <wp:extent cx="596900" cy="231140"/>
            <wp:effectExtent l="0" t="0" r="0" b="0"/>
            <wp:docPr id="1337" name="Рисунок 1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7"/>
                    <pic:cNvPicPr>
                      <a:picLocks noChangeAspect="1" noChangeArrowheads="1"/>
                    </pic:cNvPicPr>
                  </pic:nvPicPr>
                  <pic:blipFill>
                    <a:blip r:embed="rId1764" cstate="print">
                      <a:extLst>
                        <a:ext uri="{28A0092B-C50C-407E-A947-70E740481C1C}">
                          <a14:useLocalDpi xmlns:a14="http://schemas.microsoft.com/office/drawing/2010/main" val="0"/>
                        </a:ext>
                      </a:extLst>
                    </a:blip>
                    <a:srcRect/>
                    <a:stretch>
                      <a:fillRect/>
                    </a:stretch>
                  </pic:blipFill>
                  <pic:spPr bwMode="auto">
                    <a:xfrm>
                      <a:off x="0" y="0"/>
                      <a:ext cx="596900" cy="231140"/>
                    </a:xfrm>
                    <a:prstGeom prst="rect">
                      <a:avLst/>
                    </a:prstGeom>
                    <a:noFill/>
                    <a:ln>
                      <a:noFill/>
                    </a:ln>
                  </pic:spPr>
                </pic:pic>
              </a:graphicData>
            </a:graphic>
          </wp:inline>
        </w:drawing>
      </w:r>
      <w:r w:rsidRPr="002417EA">
        <w:rPr>
          <w:rFonts w:ascii="Times New Roman" w:hAnsi="Times New Roman" w:cs="Times New Roman"/>
          <w:position w:val="-12"/>
          <w:sz w:val="28"/>
          <w:szCs w:val="28"/>
          <w:lang w:val="kk-KZ"/>
        </w:rPr>
        <w:t xml:space="preserve"> </w:t>
      </w:r>
      <w:r w:rsidRPr="002417EA">
        <w:rPr>
          <w:rFonts w:ascii="Times New Roman" w:hAnsi="Times New Roman" w:cs="Times New Roman"/>
          <w:color w:val="0F1115"/>
          <w:sz w:val="28"/>
          <w:szCs w:val="28"/>
          <w:lang w:val="kk-KZ"/>
        </w:rPr>
        <w:t xml:space="preserve">функциясы </w:t>
      </w:r>
      <w:r w:rsidR="00A135AE" w:rsidRPr="002417EA">
        <w:rPr>
          <w:rFonts w:ascii="Times New Roman" w:hAnsi="Times New Roman" w:cs="Times New Roman"/>
          <w:noProof/>
          <w:position w:val="-6"/>
          <w:sz w:val="28"/>
          <w:szCs w:val="28"/>
        </w:rPr>
        <w:drawing>
          <wp:inline distT="0" distB="0" distL="0" distR="0" wp14:anchorId="16D1911B" wp14:editId="2A621FA7">
            <wp:extent cx="529590" cy="211455"/>
            <wp:effectExtent l="0" t="0" r="3810" b="0"/>
            <wp:docPr id="1338" name="Рисунок 1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8"/>
                    <pic:cNvPicPr>
                      <a:picLocks noChangeAspect="1" noChangeArrowheads="1"/>
                    </pic:cNvPicPr>
                  </pic:nvPicPr>
                  <pic:blipFill>
                    <a:blip r:embed="rId1765" cstate="print">
                      <a:extLst>
                        <a:ext uri="{28A0092B-C50C-407E-A947-70E740481C1C}">
                          <a14:useLocalDpi xmlns:a14="http://schemas.microsoft.com/office/drawing/2010/main" val="0"/>
                        </a:ext>
                      </a:extLst>
                    </a:blip>
                    <a:srcRect/>
                    <a:stretch>
                      <a:fillRect/>
                    </a:stretch>
                  </pic:blipFill>
                  <pic:spPr bwMode="auto">
                    <a:xfrm>
                      <a:off x="0" y="0"/>
                      <a:ext cx="529590" cy="211455"/>
                    </a:xfrm>
                    <a:prstGeom prst="rect">
                      <a:avLst/>
                    </a:prstGeom>
                    <a:noFill/>
                    <a:ln>
                      <a:noFill/>
                    </a:ln>
                  </pic:spPr>
                </pic:pic>
              </a:graphicData>
            </a:graphic>
          </wp:inline>
        </w:drawing>
      </w:r>
      <w:r w:rsidRPr="002417EA">
        <w:rPr>
          <w:rFonts w:ascii="Times New Roman" w:hAnsi="Times New Roman" w:cs="Times New Roman"/>
          <w:position w:val="-4"/>
          <w:sz w:val="28"/>
          <w:szCs w:val="28"/>
          <w:lang w:val="kk-KZ"/>
        </w:rPr>
        <w:t xml:space="preserve"> </w:t>
      </w:r>
      <w:r w:rsidRPr="002417EA">
        <w:rPr>
          <w:rFonts w:ascii="Times New Roman" w:hAnsi="Times New Roman" w:cs="Times New Roman"/>
          <w:color w:val="0F1115"/>
          <w:sz w:val="28"/>
          <w:szCs w:val="28"/>
          <w:lang w:val="kk-KZ"/>
        </w:rPr>
        <w:t>жиынының бағытын сақтай отырып іске асырылатын гомеоморфизмін жүзеге асырады, сондықтан.</w:t>
      </w:r>
    </w:p>
    <w:p w14:paraId="44C29708" w14:textId="77777777" w:rsidR="003A4ABB" w:rsidRPr="002417EA" w:rsidRDefault="003A4ABB" w:rsidP="00D0605B">
      <w:pPr>
        <w:tabs>
          <w:tab w:val="left" w:pos="3289"/>
        </w:tabs>
        <w:spacing w:after="0" w:line="240" w:lineRule="auto"/>
        <w:jc w:val="both"/>
        <w:rPr>
          <w:rFonts w:ascii="Times New Roman" w:hAnsi="Times New Roman" w:cs="Times New Roman"/>
          <w:color w:val="0F1115"/>
          <w:sz w:val="28"/>
          <w:szCs w:val="28"/>
          <w:lang w:val="kk-KZ"/>
        </w:rPr>
      </w:pPr>
    </w:p>
    <w:p w14:paraId="7828EBA3" w14:textId="316638F1" w:rsidR="003A4ABB" w:rsidRPr="002417EA" w:rsidRDefault="00A135AE" w:rsidP="00D0605B">
      <w:pPr>
        <w:spacing w:after="0" w:line="240" w:lineRule="auto"/>
        <w:jc w:val="right"/>
        <w:rPr>
          <w:rFonts w:ascii="Times New Roman" w:hAnsi="Times New Roman" w:cs="Times New Roman"/>
          <w:sz w:val="28"/>
          <w:szCs w:val="28"/>
          <w:lang w:val="kk-KZ"/>
        </w:rPr>
      </w:pPr>
      <w:r w:rsidRPr="002417EA">
        <w:rPr>
          <w:rFonts w:ascii="Times New Roman" w:hAnsi="Times New Roman" w:cs="Times New Roman"/>
          <w:noProof/>
          <w:position w:val="-12"/>
          <w:sz w:val="28"/>
          <w:szCs w:val="28"/>
        </w:rPr>
        <w:drawing>
          <wp:inline distT="0" distB="0" distL="0" distR="0" wp14:anchorId="00B86E9C" wp14:editId="4184D2DE">
            <wp:extent cx="1925320" cy="231140"/>
            <wp:effectExtent l="0" t="0" r="0" b="0"/>
            <wp:docPr id="1339" name="Рисунок 1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9"/>
                    <pic:cNvPicPr>
                      <a:picLocks noChangeAspect="1" noChangeArrowheads="1"/>
                    </pic:cNvPicPr>
                  </pic:nvPicPr>
                  <pic:blipFill>
                    <a:blip r:embed="rId1766" cstate="print">
                      <a:extLst>
                        <a:ext uri="{28A0092B-C50C-407E-A947-70E740481C1C}">
                          <a14:useLocalDpi xmlns:a14="http://schemas.microsoft.com/office/drawing/2010/main" val="0"/>
                        </a:ext>
                      </a:extLst>
                    </a:blip>
                    <a:srcRect/>
                    <a:stretch>
                      <a:fillRect/>
                    </a:stretch>
                  </pic:blipFill>
                  <pic:spPr bwMode="auto">
                    <a:xfrm>
                      <a:off x="0" y="0"/>
                      <a:ext cx="1925320" cy="231140"/>
                    </a:xfrm>
                    <a:prstGeom prst="rect">
                      <a:avLst/>
                    </a:prstGeom>
                    <a:noFill/>
                    <a:ln>
                      <a:noFill/>
                    </a:ln>
                  </pic:spPr>
                </pic:pic>
              </a:graphicData>
            </a:graphic>
          </wp:inline>
        </w:drawing>
      </w:r>
      <w:r w:rsidR="004F565E">
        <w:rPr>
          <w:rFonts w:ascii="Times New Roman" w:hAnsi="Times New Roman" w:cs="Times New Roman"/>
          <w:position w:val="-30"/>
          <w:sz w:val="28"/>
          <w:szCs w:val="28"/>
          <w:lang w:val="kk-KZ"/>
        </w:rPr>
        <w:t xml:space="preserve">           </w:t>
      </w:r>
      <w:r w:rsidR="003A4ABB" w:rsidRPr="002417EA">
        <w:rPr>
          <w:rFonts w:ascii="Times New Roman" w:hAnsi="Times New Roman" w:cs="Times New Roman"/>
          <w:position w:val="-30"/>
          <w:sz w:val="28"/>
          <w:szCs w:val="28"/>
          <w:lang w:val="kk-KZ"/>
        </w:rPr>
        <w:t xml:space="preserve">                          </w:t>
      </w:r>
      <w:r w:rsidR="003A4ABB" w:rsidRPr="002417EA">
        <w:rPr>
          <w:rFonts w:ascii="Times New Roman" w:hAnsi="Times New Roman" w:cs="Times New Roman"/>
          <w:sz w:val="28"/>
          <w:szCs w:val="28"/>
          <w:lang w:val="kk-KZ"/>
        </w:rPr>
        <w:t>(1.75)</w:t>
      </w:r>
    </w:p>
    <w:p w14:paraId="54E4D555" w14:textId="77777777" w:rsidR="003A4ABB" w:rsidRPr="002417EA" w:rsidRDefault="003A4ABB" w:rsidP="00D0605B">
      <w:pPr>
        <w:tabs>
          <w:tab w:val="left" w:pos="3289"/>
        </w:tabs>
        <w:spacing w:after="0" w:line="240" w:lineRule="auto"/>
        <w:jc w:val="both"/>
        <w:rPr>
          <w:rFonts w:ascii="Times New Roman" w:hAnsi="Times New Roman" w:cs="Times New Roman"/>
          <w:color w:val="0F1115"/>
          <w:sz w:val="28"/>
          <w:szCs w:val="28"/>
          <w:lang w:val="kk-KZ"/>
        </w:rPr>
      </w:pPr>
    </w:p>
    <w:p w14:paraId="69D9074D" w14:textId="36AC3FED" w:rsidR="003A4ABB" w:rsidRPr="002417EA" w:rsidRDefault="003A4ABB" w:rsidP="00D0605B">
      <w:pPr>
        <w:tabs>
          <w:tab w:val="left" w:pos="3289"/>
        </w:tabs>
        <w:spacing w:after="0" w:line="240" w:lineRule="auto"/>
        <w:jc w:val="both"/>
        <w:rPr>
          <w:rFonts w:ascii="Times New Roman" w:hAnsi="Times New Roman" w:cs="Times New Roman"/>
          <w:color w:val="0F1115"/>
          <w:sz w:val="28"/>
          <w:szCs w:val="28"/>
          <w:lang w:val="kk-KZ"/>
        </w:rPr>
      </w:pPr>
      <w:r w:rsidRPr="002417EA">
        <w:rPr>
          <w:rFonts w:ascii="Times New Roman" w:hAnsi="Times New Roman" w:cs="Times New Roman"/>
          <w:color w:val="0F1115"/>
          <w:sz w:val="28"/>
          <w:szCs w:val="28"/>
          <w:lang w:val="kk-KZ"/>
        </w:rPr>
        <w:t xml:space="preserve">Осы бейнелеу бойынша бірлік жанама вектор </w:t>
      </w:r>
      <w:r w:rsidR="00A135AE" w:rsidRPr="002417EA">
        <w:rPr>
          <w:rFonts w:ascii="Times New Roman" w:hAnsi="Times New Roman" w:cs="Times New Roman"/>
          <w:noProof/>
          <w:position w:val="-12"/>
          <w:sz w:val="28"/>
          <w:szCs w:val="28"/>
        </w:rPr>
        <w:drawing>
          <wp:inline distT="0" distB="0" distL="0" distR="0" wp14:anchorId="3E781A2F" wp14:editId="1A2C75B4">
            <wp:extent cx="317500" cy="231140"/>
            <wp:effectExtent l="0" t="0" r="0" b="0"/>
            <wp:docPr id="1340" name="Рисунок 1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0"/>
                    <pic:cNvPicPr>
                      <a:picLocks noChangeAspect="1" noChangeArrowheads="1"/>
                    </pic:cNvPicPr>
                  </pic:nvPicPr>
                  <pic:blipFill>
                    <a:blip r:embed="rId1767" cstate="print">
                      <a:extLst>
                        <a:ext uri="{28A0092B-C50C-407E-A947-70E740481C1C}">
                          <a14:useLocalDpi xmlns:a14="http://schemas.microsoft.com/office/drawing/2010/main" val="0"/>
                        </a:ext>
                      </a:extLst>
                    </a:blip>
                    <a:srcRect/>
                    <a:stretch>
                      <a:fillRect/>
                    </a:stretch>
                  </pic:blipFill>
                  <pic:spPr bwMode="auto">
                    <a:xfrm>
                      <a:off x="0" y="0"/>
                      <a:ext cx="317500" cy="231140"/>
                    </a:xfrm>
                    <a:prstGeom prst="rect">
                      <a:avLst/>
                    </a:prstGeom>
                    <a:noFill/>
                    <a:ln>
                      <a:noFill/>
                    </a:ln>
                  </pic:spPr>
                </pic:pic>
              </a:graphicData>
            </a:graphic>
          </wp:inline>
        </w:drawing>
      </w:r>
      <w:r w:rsidRPr="002417EA">
        <w:rPr>
          <w:rFonts w:ascii="Times New Roman" w:hAnsi="Times New Roman" w:cs="Times New Roman"/>
          <w:color w:val="0F1115"/>
          <w:sz w:val="28"/>
          <w:szCs w:val="28"/>
          <w:lang w:val="kk-KZ"/>
        </w:rPr>
        <w:t xml:space="preserve"> келесіге өтеді:</w:t>
      </w:r>
    </w:p>
    <w:p w14:paraId="45FA049E" w14:textId="77777777" w:rsidR="003A4ABB" w:rsidRPr="002417EA" w:rsidRDefault="003A4ABB" w:rsidP="00D0605B">
      <w:pPr>
        <w:tabs>
          <w:tab w:val="left" w:pos="3289"/>
        </w:tabs>
        <w:spacing w:after="0" w:line="240" w:lineRule="auto"/>
        <w:jc w:val="both"/>
        <w:rPr>
          <w:rFonts w:ascii="Times New Roman" w:hAnsi="Times New Roman" w:cs="Times New Roman"/>
          <w:color w:val="0F1115"/>
          <w:sz w:val="28"/>
          <w:szCs w:val="28"/>
          <w:lang w:val="kk-KZ"/>
        </w:rPr>
      </w:pPr>
    </w:p>
    <w:p w14:paraId="238FED9A" w14:textId="0020EF56" w:rsidR="003A4ABB" w:rsidRPr="002417EA" w:rsidRDefault="00A135AE" w:rsidP="00D0605B">
      <w:pPr>
        <w:tabs>
          <w:tab w:val="left" w:pos="3289"/>
        </w:tabs>
        <w:spacing w:after="0" w:line="240" w:lineRule="auto"/>
        <w:jc w:val="center"/>
        <w:rPr>
          <w:rFonts w:ascii="Times New Roman" w:hAnsi="Times New Roman" w:cs="Times New Roman"/>
          <w:position w:val="-36"/>
          <w:sz w:val="28"/>
          <w:szCs w:val="28"/>
          <w:lang w:val="kk-KZ"/>
        </w:rPr>
      </w:pPr>
      <w:r w:rsidRPr="002417EA">
        <w:rPr>
          <w:rFonts w:ascii="Times New Roman" w:hAnsi="Times New Roman" w:cs="Times New Roman"/>
          <w:noProof/>
          <w:position w:val="-36"/>
          <w:sz w:val="28"/>
          <w:szCs w:val="28"/>
        </w:rPr>
        <w:drawing>
          <wp:inline distT="0" distB="0" distL="0" distR="0" wp14:anchorId="209149CE" wp14:editId="07631B74">
            <wp:extent cx="1905635" cy="529590"/>
            <wp:effectExtent l="0" t="0" r="0" b="3810"/>
            <wp:docPr id="1341" name="Рисунок 1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1"/>
                    <pic:cNvPicPr>
                      <a:picLocks noChangeAspect="1" noChangeArrowheads="1"/>
                    </pic:cNvPicPr>
                  </pic:nvPicPr>
                  <pic:blipFill>
                    <a:blip r:embed="rId1768" cstate="print">
                      <a:extLst>
                        <a:ext uri="{28A0092B-C50C-407E-A947-70E740481C1C}">
                          <a14:useLocalDpi xmlns:a14="http://schemas.microsoft.com/office/drawing/2010/main" val="0"/>
                        </a:ext>
                      </a:extLst>
                    </a:blip>
                    <a:srcRect/>
                    <a:stretch>
                      <a:fillRect/>
                    </a:stretch>
                  </pic:blipFill>
                  <pic:spPr bwMode="auto">
                    <a:xfrm>
                      <a:off x="0" y="0"/>
                      <a:ext cx="1905635" cy="529590"/>
                    </a:xfrm>
                    <a:prstGeom prst="rect">
                      <a:avLst/>
                    </a:prstGeom>
                    <a:noFill/>
                    <a:ln>
                      <a:noFill/>
                    </a:ln>
                  </pic:spPr>
                </pic:pic>
              </a:graphicData>
            </a:graphic>
          </wp:inline>
        </w:drawing>
      </w:r>
    </w:p>
    <w:p w14:paraId="639AFC5E" w14:textId="77777777" w:rsidR="00D0605B" w:rsidRPr="002417EA" w:rsidRDefault="00D0605B" w:rsidP="00D0605B">
      <w:pPr>
        <w:tabs>
          <w:tab w:val="left" w:pos="3289"/>
        </w:tabs>
        <w:spacing w:after="0" w:line="240" w:lineRule="auto"/>
        <w:rPr>
          <w:rFonts w:ascii="Times New Roman" w:hAnsi="Times New Roman" w:cs="Times New Roman"/>
          <w:position w:val="-36"/>
          <w:sz w:val="28"/>
          <w:szCs w:val="28"/>
          <w:lang w:val="kk-KZ"/>
        </w:rPr>
      </w:pPr>
    </w:p>
    <w:p w14:paraId="4BD090AB" w14:textId="77777777" w:rsidR="003A4ABB" w:rsidRPr="002417EA" w:rsidRDefault="003A4ABB" w:rsidP="00D0605B">
      <w:pPr>
        <w:tabs>
          <w:tab w:val="left" w:pos="3289"/>
        </w:tabs>
        <w:spacing w:after="0" w:line="240" w:lineRule="auto"/>
        <w:rPr>
          <w:rFonts w:ascii="Times New Roman" w:hAnsi="Times New Roman" w:cs="Times New Roman"/>
          <w:position w:val="-4"/>
          <w:sz w:val="28"/>
          <w:szCs w:val="28"/>
        </w:rPr>
      </w:pPr>
      <w:r w:rsidRPr="002417EA">
        <w:rPr>
          <w:rFonts w:ascii="Times New Roman" w:hAnsi="Times New Roman" w:cs="Times New Roman"/>
          <w:color w:val="0F1115"/>
          <w:sz w:val="28"/>
          <w:szCs w:val="28"/>
        </w:rPr>
        <w:t>Атап айтқанда,</w:t>
      </w:r>
    </w:p>
    <w:p w14:paraId="1B4AC6E4" w14:textId="705A1FD4" w:rsidR="003A4ABB" w:rsidRPr="002417EA" w:rsidRDefault="00A135AE" w:rsidP="00D0605B">
      <w:pPr>
        <w:tabs>
          <w:tab w:val="left" w:pos="3289"/>
        </w:tabs>
        <w:spacing w:after="0" w:line="240" w:lineRule="auto"/>
        <w:jc w:val="center"/>
        <w:rPr>
          <w:rFonts w:ascii="Times New Roman" w:hAnsi="Times New Roman" w:cs="Times New Roman"/>
          <w:position w:val="-38"/>
          <w:sz w:val="28"/>
          <w:szCs w:val="28"/>
          <w:lang w:val="kk-KZ"/>
        </w:rPr>
      </w:pPr>
      <w:r w:rsidRPr="002417EA">
        <w:rPr>
          <w:rFonts w:ascii="Times New Roman" w:hAnsi="Times New Roman" w:cs="Times New Roman"/>
          <w:noProof/>
          <w:position w:val="-38"/>
          <w:sz w:val="28"/>
          <w:szCs w:val="28"/>
        </w:rPr>
        <w:drawing>
          <wp:inline distT="0" distB="0" distL="0" distR="0" wp14:anchorId="00C922C8" wp14:editId="33020A83">
            <wp:extent cx="3407410" cy="577215"/>
            <wp:effectExtent l="0" t="0" r="2540" b="0"/>
            <wp:docPr id="1342" name="Рисунок 1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2"/>
                    <pic:cNvPicPr>
                      <a:picLocks noChangeAspect="1" noChangeArrowheads="1"/>
                    </pic:cNvPicPr>
                  </pic:nvPicPr>
                  <pic:blipFill>
                    <a:blip r:embed="rId1769" cstate="print">
                      <a:extLst>
                        <a:ext uri="{28A0092B-C50C-407E-A947-70E740481C1C}">
                          <a14:useLocalDpi xmlns:a14="http://schemas.microsoft.com/office/drawing/2010/main" val="0"/>
                        </a:ext>
                      </a:extLst>
                    </a:blip>
                    <a:srcRect/>
                    <a:stretch>
                      <a:fillRect/>
                    </a:stretch>
                  </pic:blipFill>
                  <pic:spPr bwMode="auto">
                    <a:xfrm>
                      <a:off x="0" y="0"/>
                      <a:ext cx="3407410" cy="577215"/>
                    </a:xfrm>
                    <a:prstGeom prst="rect">
                      <a:avLst/>
                    </a:prstGeom>
                    <a:noFill/>
                    <a:ln>
                      <a:noFill/>
                    </a:ln>
                  </pic:spPr>
                </pic:pic>
              </a:graphicData>
            </a:graphic>
          </wp:inline>
        </w:drawing>
      </w:r>
    </w:p>
    <w:p w14:paraId="1EBCD958" w14:textId="77777777" w:rsidR="00D0605B" w:rsidRPr="002417EA" w:rsidRDefault="00D0605B" w:rsidP="00D0605B">
      <w:pPr>
        <w:tabs>
          <w:tab w:val="left" w:pos="3289"/>
        </w:tabs>
        <w:spacing w:after="0" w:line="240" w:lineRule="auto"/>
        <w:rPr>
          <w:rFonts w:ascii="Times New Roman" w:hAnsi="Times New Roman" w:cs="Times New Roman"/>
          <w:color w:val="0F1115"/>
          <w:sz w:val="28"/>
          <w:szCs w:val="28"/>
          <w:lang w:val="kk-KZ"/>
        </w:rPr>
      </w:pPr>
    </w:p>
    <w:p w14:paraId="4DEAC781" w14:textId="77777777" w:rsidR="003A4ABB" w:rsidRPr="002417EA" w:rsidRDefault="003A4ABB" w:rsidP="003A4ABB">
      <w:pPr>
        <w:tabs>
          <w:tab w:val="left" w:pos="3289"/>
        </w:tabs>
        <w:spacing w:after="0" w:line="240" w:lineRule="auto"/>
        <w:rPr>
          <w:rFonts w:ascii="Times New Roman" w:hAnsi="Times New Roman" w:cs="Times New Roman"/>
          <w:position w:val="-4"/>
          <w:sz w:val="28"/>
          <w:szCs w:val="28"/>
          <w:lang w:val="kk-KZ"/>
        </w:rPr>
      </w:pPr>
      <w:r w:rsidRPr="002417EA">
        <w:rPr>
          <w:rFonts w:ascii="Times New Roman" w:hAnsi="Times New Roman" w:cs="Times New Roman"/>
          <w:position w:val="-4"/>
          <w:sz w:val="28"/>
          <w:szCs w:val="28"/>
          <w:lang w:val="kk-KZ"/>
        </w:rPr>
        <w:t>Келесі теңдікті аламыз</w:t>
      </w:r>
    </w:p>
    <w:p w14:paraId="42F48517" w14:textId="77777777" w:rsidR="00D0605B" w:rsidRPr="007C53FF" w:rsidRDefault="00D0605B" w:rsidP="003A4ABB">
      <w:pPr>
        <w:tabs>
          <w:tab w:val="left" w:pos="3289"/>
        </w:tabs>
        <w:spacing w:after="0" w:line="240" w:lineRule="auto"/>
        <w:rPr>
          <w:rFonts w:ascii="Times New Roman" w:hAnsi="Times New Roman" w:cs="Times New Roman"/>
          <w:position w:val="-4"/>
          <w:sz w:val="28"/>
          <w:szCs w:val="28"/>
          <w:lang w:val="kk-KZ"/>
        </w:rPr>
      </w:pPr>
    </w:p>
    <w:p w14:paraId="39A2AC68" w14:textId="080BAABA" w:rsidR="003A4ABB" w:rsidRPr="007C53FF" w:rsidRDefault="00A135AE" w:rsidP="003A4ABB">
      <w:pPr>
        <w:tabs>
          <w:tab w:val="left" w:pos="3289"/>
        </w:tabs>
        <w:spacing w:after="0" w:line="240" w:lineRule="auto"/>
        <w:jc w:val="center"/>
        <w:rPr>
          <w:position w:val="-38"/>
          <w:lang w:val="kk-KZ"/>
        </w:rPr>
      </w:pPr>
      <w:r>
        <w:rPr>
          <w:noProof/>
          <w:position w:val="-38"/>
        </w:rPr>
        <w:drawing>
          <wp:inline distT="0" distB="0" distL="0" distR="0" wp14:anchorId="3F47F5F3" wp14:editId="7844F22D">
            <wp:extent cx="2839720" cy="577215"/>
            <wp:effectExtent l="0" t="0" r="0" b="0"/>
            <wp:docPr id="1343" name="Рисунок 1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3"/>
                    <pic:cNvPicPr>
                      <a:picLocks noChangeAspect="1" noChangeArrowheads="1"/>
                    </pic:cNvPicPr>
                  </pic:nvPicPr>
                  <pic:blipFill>
                    <a:blip r:embed="rId1770" cstate="print">
                      <a:extLst>
                        <a:ext uri="{28A0092B-C50C-407E-A947-70E740481C1C}">
                          <a14:useLocalDpi xmlns:a14="http://schemas.microsoft.com/office/drawing/2010/main" val="0"/>
                        </a:ext>
                      </a:extLst>
                    </a:blip>
                    <a:srcRect/>
                    <a:stretch>
                      <a:fillRect/>
                    </a:stretch>
                  </pic:blipFill>
                  <pic:spPr bwMode="auto">
                    <a:xfrm>
                      <a:off x="0" y="0"/>
                      <a:ext cx="2839720" cy="577215"/>
                    </a:xfrm>
                    <a:prstGeom prst="rect">
                      <a:avLst/>
                    </a:prstGeom>
                    <a:noFill/>
                    <a:ln>
                      <a:noFill/>
                    </a:ln>
                  </pic:spPr>
                </pic:pic>
              </a:graphicData>
            </a:graphic>
          </wp:inline>
        </w:drawing>
      </w:r>
    </w:p>
    <w:p w14:paraId="30BCDE96" w14:textId="77777777" w:rsidR="00D0605B" w:rsidRPr="007C53FF" w:rsidRDefault="00D0605B" w:rsidP="00D0605B">
      <w:pPr>
        <w:tabs>
          <w:tab w:val="left" w:pos="3289"/>
        </w:tabs>
        <w:spacing w:after="0" w:line="240" w:lineRule="auto"/>
        <w:rPr>
          <w:rFonts w:ascii="Times New Roman" w:hAnsi="Times New Roman" w:cs="Times New Roman"/>
          <w:position w:val="-4"/>
          <w:sz w:val="28"/>
          <w:szCs w:val="28"/>
          <w:lang w:val="kk-KZ"/>
        </w:rPr>
      </w:pPr>
    </w:p>
    <w:p w14:paraId="58B3DAEF" w14:textId="6E7CA78B" w:rsidR="003A4ABB" w:rsidRPr="002417EA" w:rsidRDefault="003A4ABB" w:rsidP="002417EA">
      <w:pPr>
        <w:spacing w:after="0" w:line="240" w:lineRule="auto"/>
        <w:rPr>
          <w:rFonts w:ascii="Times New Roman" w:hAnsi="Times New Roman" w:cs="Times New Roman"/>
          <w:bCs/>
          <w:sz w:val="28"/>
          <w:szCs w:val="28"/>
          <w:lang w:val="kk-KZ"/>
        </w:rPr>
      </w:pPr>
      <w:r w:rsidRPr="002417EA">
        <w:rPr>
          <w:rFonts w:ascii="Times New Roman" w:hAnsi="Times New Roman" w:cs="Times New Roman"/>
          <w:bCs/>
          <w:sz w:val="28"/>
          <w:szCs w:val="28"/>
          <w:lang w:val="kk-KZ"/>
        </w:rPr>
        <w:t>Анығында</w:t>
      </w:r>
      <w:r w:rsidRPr="002417EA">
        <w:rPr>
          <w:rFonts w:ascii="Times New Roman" w:hAnsi="Times New Roman" w:cs="Times New Roman"/>
          <w:sz w:val="28"/>
          <w:szCs w:val="28"/>
          <w:lang w:val="kk-KZ"/>
        </w:rPr>
        <w:t xml:space="preserve">, </w:t>
      </w:r>
      <w:r w:rsidR="00A135AE" w:rsidRPr="002417EA">
        <w:rPr>
          <w:rFonts w:ascii="Times New Roman" w:hAnsi="Times New Roman" w:cs="Times New Roman"/>
          <w:noProof/>
          <w:position w:val="-12"/>
          <w:sz w:val="28"/>
          <w:szCs w:val="28"/>
        </w:rPr>
        <w:drawing>
          <wp:inline distT="0" distB="0" distL="0" distR="0" wp14:anchorId="46B333F5" wp14:editId="52E3212D">
            <wp:extent cx="134620" cy="231140"/>
            <wp:effectExtent l="0" t="0" r="0" b="0"/>
            <wp:docPr id="1344" name="Рисунок 1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4"/>
                    <pic:cNvPicPr>
                      <a:picLocks noChangeAspect="1" noChangeArrowheads="1"/>
                    </pic:cNvPicPr>
                  </pic:nvPicPr>
                  <pic:blipFill>
                    <a:blip r:embed="rId1771" cstate="print">
                      <a:extLst>
                        <a:ext uri="{28A0092B-C50C-407E-A947-70E740481C1C}">
                          <a14:useLocalDpi xmlns:a14="http://schemas.microsoft.com/office/drawing/2010/main" val="0"/>
                        </a:ext>
                      </a:extLst>
                    </a:blip>
                    <a:srcRect/>
                    <a:stretch>
                      <a:fillRect/>
                    </a:stretch>
                  </pic:blipFill>
                  <pic:spPr bwMode="auto">
                    <a:xfrm>
                      <a:off x="0" y="0"/>
                      <a:ext cx="134620" cy="231140"/>
                    </a:xfrm>
                    <a:prstGeom prst="rect">
                      <a:avLst/>
                    </a:prstGeom>
                    <a:noFill/>
                    <a:ln>
                      <a:noFill/>
                    </a:ln>
                  </pic:spPr>
                </pic:pic>
              </a:graphicData>
            </a:graphic>
          </wp:inline>
        </w:drawing>
      </w:r>
      <w:r w:rsidRPr="002417EA">
        <w:rPr>
          <w:rFonts w:ascii="Times New Roman" w:hAnsi="Times New Roman" w:cs="Times New Roman"/>
          <w:position w:val="-4"/>
          <w:sz w:val="28"/>
          <w:szCs w:val="28"/>
          <w:lang w:val="kk-KZ"/>
        </w:rPr>
        <w:t xml:space="preserve"> </w:t>
      </w:r>
      <w:r w:rsidRPr="002417EA">
        <w:rPr>
          <w:rFonts w:ascii="Times New Roman" w:hAnsi="Times New Roman" w:cs="Times New Roman"/>
          <w:sz w:val="28"/>
          <w:szCs w:val="28"/>
          <w:lang w:val="kk-KZ"/>
        </w:rPr>
        <w:t xml:space="preserve">функциясы </w:t>
      </w:r>
      <w:r w:rsidR="00A135AE" w:rsidRPr="002417EA">
        <w:rPr>
          <w:rFonts w:ascii="Times New Roman" w:hAnsi="Times New Roman" w:cs="Times New Roman"/>
          <w:noProof/>
          <w:position w:val="-4"/>
          <w:sz w:val="28"/>
          <w:szCs w:val="28"/>
        </w:rPr>
        <w:drawing>
          <wp:inline distT="0" distB="0" distL="0" distR="0" wp14:anchorId="63DD2AA6" wp14:editId="7A7816B9">
            <wp:extent cx="96520" cy="134620"/>
            <wp:effectExtent l="0" t="0" r="0" b="0"/>
            <wp:docPr id="1345" name="Рисунок 1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5"/>
                    <pic:cNvPicPr>
                      <a:picLocks noChangeAspect="1" noChangeArrowheads="1"/>
                    </pic:cNvPicPr>
                  </pic:nvPicPr>
                  <pic:blipFill>
                    <a:blip r:embed="rId1772" cstate="print">
                      <a:extLst>
                        <a:ext uri="{28A0092B-C50C-407E-A947-70E740481C1C}">
                          <a14:useLocalDpi xmlns:a14="http://schemas.microsoft.com/office/drawing/2010/main" val="0"/>
                        </a:ext>
                      </a:extLst>
                    </a:blip>
                    <a:srcRect/>
                    <a:stretch>
                      <a:fillRect/>
                    </a:stretch>
                  </pic:blipFill>
                  <pic:spPr bwMode="auto">
                    <a:xfrm>
                      <a:off x="0" y="0"/>
                      <a:ext cx="96520" cy="134620"/>
                    </a:xfrm>
                    <a:prstGeom prst="rect">
                      <a:avLst/>
                    </a:prstGeom>
                    <a:noFill/>
                    <a:ln>
                      <a:noFill/>
                    </a:ln>
                  </pic:spPr>
                </pic:pic>
              </a:graphicData>
            </a:graphic>
          </wp:inline>
        </w:drawing>
      </w:r>
      <w:r w:rsidRPr="002417EA">
        <w:rPr>
          <w:rFonts w:ascii="Times New Roman" w:hAnsi="Times New Roman" w:cs="Times New Roman"/>
          <w:sz w:val="28"/>
          <w:szCs w:val="28"/>
          <w:lang w:val="kk-KZ"/>
        </w:rPr>
        <w:t xml:space="preserve">-ға </w:t>
      </w:r>
      <w:r w:rsidRPr="002417EA">
        <w:rPr>
          <w:rFonts w:ascii="Times New Roman" w:hAnsi="Times New Roman" w:cs="Times New Roman"/>
          <w:bCs/>
          <w:sz w:val="28"/>
          <w:szCs w:val="28"/>
          <w:lang w:val="kk-KZ"/>
        </w:rPr>
        <w:t>үзіліссіз</w:t>
      </w:r>
      <w:r w:rsidRPr="002417EA">
        <w:rPr>
          <w:rFonts w:ascii="Times New Roman" w:hAnsi="Times New Roman" w:cs="Times New Roman"/>
          <w:sz w:val="28"/>
          <w:szCs w:val="28"/>
          <w:lang w:val="kk-KZ"/>
        </w:rPr>
        <w:t xml:space="preserve"> тәуелді, </w:t>
      </w:r>
      <w:r w:rsidRPr="002417EA">
        <w:rPr>
          <w:rFonts w:ascii="Times New Roman" w:hAnsi="Times New Roman" w:cs="Times New Roman"/>
          <w:bCs/>
          <w:sz w:val="28"/>
          <w:szCs w:val="28"/>
          <w:lang w:val="kk-KZ"/>
        </w:rPr>
        <w:t>сондықтан</w:t>
      </w:r>
    </w:p>
    <w:p w14:paraId="06E2F6BE" w14:textId="77777777" w:rsidR="003A4ABB" w:rsidRPr="002417EA" w:rsidRDefault="003A4ABB" w:rsidP="002417EA">
      <w:pPr>
        <w:spacing w:after="0" w:line="240" w:lineRule="auto"/>
        <w:rPr>
          <w:rFonts w:ascii="Times New Roman" w:hAnsi="Times New Roman" w:cs="Times New Roman"/>
          <w:sz w:val="28"/>
          <w:szCs w:val="28"/>
          <w:lang w:val="kk-KZ"/>
        </w:rPr>
      </w:pPr>
    </w:p>
    <w:p w14:paraId="4C208A6D" w14:textId="1732900F" w:rsidR="003A4ABB" w:rsidRPr="002417EA" w:rsidRDefault="00A135AE" w:rsidP="002417EA">
      <w:pPr>
        <w:tabs>
          <w:tab w:val="left" w:pos="3289"/>
        </w:tabs>
        <w:spacing w:after="0" w:line="240" w:lineRule="auto"/>
        <w:jc w:val="center"/>
        <w:rPr>
          <w:rFonts w:ascii="Times New Roman" w:hAnsi="Times New Roman" w:cs="Times New Roman"/>
          <w:position w:val="-12"/>
          <w:sz w:val="28"/>
          <w:szCs w:val="28"/>
          <w:lang w:val="kk-KZ"/>
        </w:rPr>
      </w:pPr>
      <w:r w:rsidRPr="002417EA">
        <w:rPr>
          <w:rFonts w:ascii="Times New Roman" w:hAnsi="Times New Roman" w:cs="Times New Roman"/>
          <w:noProof/>
          <w:position w:val="-12"/>
          <w:sz w:val="28"/>
          <w:szCs w:val="28"/>
        </w:rPr>
        <w:drawing>
          <wp:inline distT="0" distB="0" distL="0" distR="0" wp14:anchorId="36BA0AAE" wp14:editId="0C14DB6D">
            <wp:extent cx="1443990" cy="231140"/>
            <wp:effectExtent l="0" t="0" r="3810" b="0"/>
            <wp:docPr id="1346" name="Рисунок 1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6"/>
                    <pic:cNvPicPr>
                      <a:picLocks noChangeAspect="1" noChangeArrowheads="1"/>
                    </pic:cNvPicPr>
                  </pic:nvPicPr>
                  <pic:blipFill>
                    <a:blip r:embed="rId1773" cstate="print">
                      <a:extLst>
                        <a:ext uri="{28A0092B-C50C-407E-A947-70E740481C1C}">
                          <a14:useLocalDpi xmlns:a14="http://schemas.microsoft.com/office/drawing/2010/main" val="0"/>
                        </a:ext>
                      </a:extLst>
                    </a:blip>
                    <a:srcRect/>
                    <a:stretch>
                      <a:fillRect/>
                    </a:stretch>
                  </pic:blipFill>
                  <pic:spPr bwMode="auto">
                    <a:xfrm>
                      <a:off x="0" y="0"/>
                      <a:ext cx="1443990" cy="231140"/>
                    </a:xfrm>
                    <a:prstGeom prst="rect">
                      <a:avLst/>
                    </a:prstGeom>
                    <a:noFill/>
                    <a:ln>
                      <a:noFill/>
                    </a:ln>
                  </pic:spPr>
                </pic:pic>
              </a:graphicData>
            </a:graphic>
          </wp:inline>
        </w:drawing>
      </w:r>
    </w:p>
    <w:p w14:paraId="176B424E" w14:textId="77777777" w:rsidR="00D0605B" w:rsidRPr="002417EA" w:rsidRDefault="00D0605B" w:rsidP="002417EA">
      <w:pPr>
        <w:tabs>
          <w:tab w:val="left" w:pos="3289"/>
        </w:tabs>
        <w:spacing w:after="0" w:line="240" w:lineRule="auto"/>
        <w:rPr>
          <w:rFonts w:ascii="Times New Roman" w:hAnsi="Times New Roman" w:cs="Times New Roman"/>
          <w:position w:val="-4"/>
          <w:sz w:val="28"/>
          <w:szCs w:val="28"/>
          <w:lang w:val="kk-KZ"/>
        </w:rPr>
      </w:pPr>
    </w:p>
    <w:p w14:paraId="08DB617D" w14:textId="7AB3F9C6" w:rsidR="003A4ABB" w:rsidRPr="002417EA" w:rsidRDefault="003A4ABB" w:rsidP="002417EA">
      <w:pPr>
        <w:tabs>
          <w:tab w:val="left" w:pos="3289"/>
        </w:tabs>
        <w:spacing w:after="0" w:line="240" w:lineRule="auto"/>
        <w:jc w:val="both"/>
        <w:rPr>
          <w:rFonts w:ascii="Times New Roman" w:hAnsi="Times New Roman" w:cs="Times New Roman"/>
          <w:color w:val="0F1115"/>
          <w:sz w:val="28"/>
          <w:szCs w:val="28"/>
          <w:lang w:val="kk-KZ"/>
        </w:rPr>
      </w:pPr>
      <w:r w:rsidRPr="002417EA">
        <w:rPr>
          <w:rFonts w:ascii="Times New Roman" w:hAnsi="Times New Roman" w:cs="Times New Roman"/>
          <w:color w:val="0F1115"/>
          <w:sz w:val="28"/>
          <w:szCs w:val="28"/>
          <w:lang w:val="kk-KZ"/>
        </w:rPr>
        <w:t xml:space="preserve">(1.10) бойынша, </w:t>
      </w:r>
      <w:r w:rsidR="00A135AE" w:rsidRPr="002417EA">
        <w:rPr>
          <w:rFonts w:ascii="Times New Roman" w:hAnsi="Times New Roman" w:cs="Times New Roman"/>
          <w:noProof/>
          <w:position w:val="-12"/>
          <w:sz w:val="28"/>
          <w:szCs w:val="28"/>
        </w:rPr>
        <w:drawing>
          <wp:inline distT="0" distB="0" distL="0" distR="0" wp14:anchorId="1A389007" wp14:editId="6471BEDC">
            <wp:extent cx="211455" cy="231140"/>
            <wp:effectExtent l="0" t="0" r="0" b="0"/>
            <wp:docPr id="1347" name="Рисунок 1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7"/>
                    <pic:cNvPicPr>
                      <a:picLocks noChangeAspect="1" noChangeArrowheads="1"/>
                    </pic:cNvPicPr>
                  </pic:nvPicPr>
                  <pic:blipFill>
                    <a:blip r:embed="rId1774" cstate="print">
                      <a:extLst>
                        <a:ext uri="{28A0092B-C50C-407E-A947-70E740481C1C}">
                          <a14:useLocalDpi xmlns:a14="http://schemas.microsoft.com/office/drawing/2010/main" val="0"/>
                        </a:ext>
                      </a:extLst>
                    </a:blip>
                    <a:srcRect/>
                    <a:stretch>
                      <a:fillRect/>
                    </a:stretch>
                  </pic:blipFill>
                  <pic:spPr bwMode="auto">
                    <a:xfrm>
                      <a:off x="0" y="0"/>
                      <a:ext cx="211455" cy="231140"/>
                    </a:xfrm>
                    <a:prstGeom prst="rect">
                      <a:avLst/>
                    </a:prstGeom>
                    <a:noFill/>
                    <a:ln>
                      <a:noFill/>
                    </a:ln>
                  </pic:spPr>
                </pic:pic>
              </a:graphicData>
            </a:graphic>
          </wp:inline>
        </w:drawing>
      </w:r>
      <w:r w:rsidRPr="002417EA">
        <w:rPr>
          <w:rFonts w:ascii="Times New Roman" w:hAnsi="Times New Roman" w:cs="Times New Roman"/>
          <w:position w:val="-4"/>
          <w:sz w:val="28"/>
          <w:szCs w:val="28"/>
          <w:lang w:val="kk-KZ"/>
        </w:rPr>
        <w:t xml:space="preserve"> </w:t>
      </w:r>
      <w:r w:rsidRPr="002417EA">
        <w:rPr>
          <w:rFonts w:ascii="Times New Roman" w:hAnsi="Times New Roman" w:cs="Times New Roman"/>
          <w:color w:val="0F1115"/>
          <w:sz w:val="28"/>
          <w:szCs w:val="28"/>
          <w:lang w:val="kk-KZ"/>
        </w:rPr>
        <w:t xml:space="preserve">функциясы </w:t>
      </w:r>
      <w:r w:rsidR="00A135AE" w:rsidRPr="002417EA">
        <w:rPr>
          <w:rFonts w:ascii="Times New Roman" w:hAnsi="Times New Roman" w:cs="Times New Roman"/>
          <w:noProof/>
          <w:position w:val="-12"/>
          <w:sz w:val="28"/>
          <w:szCs w:val="28"/>
        </w:rPr>
        <w:drawing>
          <wp:inline distT="0" distB="0" distL="0" distR="0" wp14:anchorId="06FA15B8" wp14:editId="61F62B07">
            <wp:extent cx="211455" cy="231140"/>
            <wp:effectExtent l="0" t="0" r="0" b="0"/>
            <wp:docPr id="1348" name="Рисунок 1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8"/>
                    <pic:cNvPicPr>
                      <a:picLocks noChangeAspect="1" noChangeArrowheads="1"/>
                    </pic:cNvPicPr>
                  </pic:nvPicPr>
                  <pic:blipFill>
                    <a:blip r:embed="rId1775" cstate="print">
                      <a:extLst>
                        <a:ext uri="{28A0092B-C50C-407E-A947-70E740481C1C}">
                          <a14:useLocalDpi xmlns:a14="http://schemas.microsoft.com/office/drawing/2010/main" val="0"/>
                        </a:ext>
                      </a:extLst>
                    </a:blip>
                    <a:srcRect/>
                    <a:stretch>
                      <a:fillRect/>
                    </a:stretch>
                  </pic:blipFill>
                  <pic:spPr bwMode="auto">
                    <a:xfrm>
                      <a:off x="0" y="0"/>
                      <a:ext cx="211455" cy="231140"/>
                    </a:xfrm>
                    <a:prstGeom prst="rect">
                      <a:avLst/>
                    </a:prstGeom>
                    <a:noFill/>
                    <a:ln>
                      <a:noFill/>
                    </a:ln>
                  </pic:spPr>
                </pic:pic>
              </a:graphicData>
            </a:graphic>
          </wp:inline>
        </w:drawing>
      </w:r>
      <w:r w:rsidRPr="002417EA">
        <w:rPr>
          <w:rFonts w:ascii="Times New Roman" w:hAnsi="Times New Roman" w:cs="Times New Roman"/>
          <w:color w:val="0F1115"/>
          <w:sz w:val="28"/>
          <w:szCs w:val="28"/>
          <w:lang w:val="kk-KZ"/>
        </w:rPr>
        <w:t xml:space="preserve">-мен сәйкес келеді және анықтама бойынша </w:t>
      </w:r>
      <w:r w:rsidR="00A135AE" w:rsidRPr="002417EA">
        <w:rPr>
          <w:rFonts w:ascii="Times New Roman" w:hAnsi="Times New Roman" w:cs="Times New Roman"/>
          <w:noProof/>
          <w:position w:val="-12"/>
          <w:sz w:val="28"/>
          <w:szCs w:val="28"/>
        </w:rPr>
        <w:drawing>
          <wp:inline distT="0" distB="0" distL="0" distR="0" wp14:anchorId="431FD7A9" wp14:editId="756EEF84">
            <wp:extent cx="414020" cy="231140"/>
            <wp:effectExtent l="0" t="0" r="5080" b="0"/>
            <wp:docPr id="1349" name="Рисунок 1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9"/>
                    <pic:cNvPicPr>
                      <a:picLocks noChangeAspect="1" noChangeArrowheads="1"/>
                    </pic:cNvPicPr>
                  </pic:nvPicPr>
                  <pic:blipFill>
                    <a:blip r:embed="rId1776" cstate="print">
                      <a:extLst>
                        <a:ext uri="{28A0092B-C50C-407E-A947-70E740481C1C}">
                          <a14:useLocalDpi xmlns:a14="http://schemas.microsoft.com/office/drawing/2010/main" val="0"/>
                        </a:ext>
                      </a:extLst>
                    </a:blip>
                    <a:srcRect/>
                    <a:stretch>
                      <a:fillRect/>
                    </a:stretch>
                  </pic:blipFill>
                  <pic:spPr bwMode="auto">
                    <a:xfrm>
                      <a:off x="0" y="0"/>
                      <a:ext cx="414020" cy="231140"/>
                    </a:xfrm>
                    <a:prstGeom prst="rect">
                      <a:avLst/>
                    </a:prstGeom>
                    <a:noFill/>
                    <a:ln>
                      <a:noFill/>
                    </a:ln>
                  </pic:spPr>
                </pic:pic>
              </a:graphicData>
            </a:graphic>
          </wp:inline>
        </w:drawing>
      </w:r>
      <w:r w:rsidRPr="002417EA">
        <w:rPr>
          <w:rFonts w:ascii="Times New Roman" w:hAnsi="Times New Roman" w:cs="Times New Roman"/>
          <w:position w:val="-4"/>
          <w:sz w:val="28"/>
          <w:szCs w:val="28"/>
          <w:lang w:val="kk-KZ"/>
        </w:rPr>
        <w:t xml:space="preserve">, </w:t>
      </w:r>
      <w:r w:rsidRPr="002417EA">
        <w:rPr>
          <w:rFonts w:ascii="Times New Roman" w:hAnsi="Times New Roman" w:cs="Times New Roman"/>
          <w:color w:val="0F1115"/>
          <w:sz w:val="28"/>
          <w:szCs w:val="28"/>
          <w:lang w:val="kk-KZ"/>
        </w:rPr>
        <w:t>сондықтан (1.11) ескере отырып, алдыңғы теңдік (1.9) болып шығады.</w:t>
      </w:r>
    </w:p>
    <w:p w14:paraId="63379FE5" w14:textId="77777777" w:rsidR="003A4ABB" w:rsidRPr="002417EA" w:rsidRDefault="003A4ABB" w:rsidP="002417EA">
      <w:pPr>
        <w:tabs>
          <w:tab w:val="left" w:pos="3289"/>
        </w:tabs>
        <w:spacing w:after="0" w:line="240" w:lineRule="auto"/>
        <w:jc w:val="both"/>
        <w:rPr>
          <w:rFonts w:ascii="Times New Roman" w:hAnsi="Times New Roman" w:cs="Times New Roman"/>
          <w:color w:val="0F1115"/>
          <w:sz w:val="28"/>
          <w:szCs w:val="28"/>
          <w:lang w:val="kk-KZ"/>
        </w:rPr>
      </w:pPr>
      <w:r w:rsidRPr="002417EA">
        <w:rPr>
          <w:rFonts w:ascii="Times New Roman" w:hAnsi="Times New Roman" w:cs="Times New Roman"/>
          <w:color w:val="0F1115"/>
          <w:sz w:val="28"/>
          <w:szCs w:val="28"/>
          <w:lang w:val="kk-KZ"/>
        </w:rPr>
        <w:t>1.1-ші лемма қолдана отырып, 1.1-ші теоремаға келесідей нақтырақ түр беруге болады.</w:t>
      </w:r>
    </w:p>
    <w:p w14:paraId="67FE09D4" w14:textId="55C1D5A2" w:rsidR="003A4ABB" w:rsidRPr="002417EA" w:rsidRDefault="001B131A" w:rsidP="002417EA">
      <w:pPr>
        <w:tabs>
          <w:tab w:val="left" w:pos="3289"/>
        </w:tabs>
        <w:spacing w:after="0" w:line="240" w:lineRule="auto"/>
        <w:jc w:val="both"/>
        <w:rPr>
          <w:rFonts w:ascii="Times New Roman" w:hAnsi="Times New Roman" w:cs="Times New Roman"/>
          <w:color w:val="0F1115"/>
          <w:sz w:val="28"/>
          <w:szCs w:val="28"/>
          <w:lang w:val="kk-KZ"/>
        </w:rPr>
      </w:pPr>
      <w:r>
        <w:rPr>
          <w:rFonts w:ascii="Times New Roman" w:hAnsi="Times New Roman" w:cs="Times New Roman"/>
          <w:color w:val="0F1115"/>
          <w:sz w:val="28"/>
          <w:szCs w:val="28"/>
          <w:lang w:val="kk-KZ"/>
        </w:rPr>
        <w:t xml:space="preserve">         </w:t>
      </w:r>
      <w:r w:rsidR="003A4ABB" w:rsidRPr="002417EA">
        <w:rPr>
          <w:rFonts w:ascii="Times New Roman" w:hAnsi="Times New Roman" w:cs="Times New Roman"/>
          <w:b/>
          <w:color w:val="0F1115"/>
          <w:sz w:val="28"/>
          <w:szCs w:val="28"/>
          <w:lang w:val="kk-KZ"/>
        </w:rPr>
        <w:t>Теорема 1.5.</w:t>
      </w:r>
      <w:r w:rsidR="003A4ABB" w:rsidRPr="002417EA">
        <w:rPr>
          <w:rFonts w:ascii="Times New Roman" w:hAnsi="Times New Roman" w:cs="Times New Roman"/>
          <w:color w:val="0F1115"/>
          <w:sz w:val="28"/>
          <w:szCs w:val="28"/>
          <w:lang w:val="kk-KZ"/>
        </w:rPr>
        <w:t xml:space="preserve"> </w:t>
      </w:r>
      <w:r w:rsidR="00A135AE" w:rsidRPr="002417EA">
        <w:rPr>
          <w:rFonts w:ascii="Times New Roman" w:hAnsi="Times New Roman" w:cs="Times New Roman"/>
          <w:noProof/>
          <w:position w:val="-12"/>
          <w:sz w:val="28"/>
          <w:szCs w:val="28"/>
        </w:rPr>
        <w:drawing>
          <wp:inline distT="0" distB="0" distL="0" distR="0" wp14:anchorId="37A1417E" wp14:editId="348CF08C">
            <wp:extent cx="231140" cy="231140"/>
            <wp:effectExtent l="0" t="0" r="0" b="0"/>
            <wp:docPr id="1350" name="Рисунок 1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0"/>
                    <pic:cNvPicPr>
                      <a:picLocks noChangeAspect="1" noChangeArrowheads="1"/>
                    </pic:cNvPicPr>
                  </pic:nvPicPr>
                  <pic:blipFill>
                    <a:blip r:embed="rId1777" cstate="print">
                      <a:extLst>
                        <a:ext uri="{28A0092B-C50C-407E-A947-70E740481C1C}">
                          <a14:useLocalDpi xmlns:a14="http://schemas.microsoft.com/office/drawing/2010/main" val="0"/>
                        </a:ext>
                      </a:extLst>
                    </a:blip>
                    <a:srcRect/>
                    <a:stretch>
                      <a:fillRect/>
                    </a:stretch>
                  </pic:blipFill>
                  <pic:spPr bwMode="auto">
                    <a:xfrm>
                      <a:off x="0" y="0"/>
                      <a:ext cx="231140" cy="231140"/>
                    </a:xfrm>
                    <a:prstGeom prst="rect">
                      <a:avLst/>
                    </a:prstGeom>
                    <a:noFill/>
                    <a:ln>
                      <a:noFill/>
                    </a:ln>
                  </pic:spPr>
                </pic:pic>
              </a:graphicData>
            </a:graphic>
          </wp:inline>
        </w:drawing>
      </w:r>
      <w:r w:rsidR="003A4ABB" w:rsidRPr="002417EA">
        <w:rPr>
          <w:rFonts w:ascii="Times New Roman" w:hAnsi="Times New Roman" w:cs="Times New Roman"/>
          <w:position w:val="-4"/>
          <w:sz w:val="28"/>
          <w:szCs w:val="28"/>
          <w:lang w:val="kk-KZ"/>
        </w:rPr>
        <w:t xml:space="preserve"> </w:t>
      </w:r>
      <w:r w:rsidR="003A4ABB" w:rsidRPr="002417EA">
        <w:rPr>
          <w:rFonts w:ascii="Times New Roman" w:hAnsi="Times New Roman" w:cs="Times New Roman"/>
          <w:color w:val="0F1115"/>
          <w:sz w:val="28"/>
          <w:szCs w:val="28"/>
          <w:lang w:val="kk-KZ"/>
        </w:rPr>
        <w:t xml:space="preserve">жағдайында, </w:t>
      </w:r>
      <w:r w:rsidR="00A135AE" w:rsidRPr="002417EA">
        <w:rPr>
          <w:rFonts w:ascii="Times New Roman" w:hAnsi="Times New Roman" w:cs="Times New Roman"/>
          <w:noProof/>
          <w:position w:val="-6"/>
          <w:sz w:val="28"/>
          <w:szCs w:val="28"/>
        </w:rPr>
        <w:drawing>
          <wp:inline distT="0" distB="0" distL="0" distR="0" wp14:anchorId="405A431C" wp14:editId="78C7F989">
            <wp:extent cx="664210" cy="211455"/>
            <wp:effectExtent l="0" t="0" r="2540" b="0"/>
            <wp:docPr id="1351" name="Рисунок 1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1"/>
                    <pic:cNvPicPr>
                      <a:picLocks noChangeAspect="1" noChangeArrowheads="1"/>
                    </pic:cNvPicPr>
                  </pic:nvPicPr>
                  <pic:blipFill>
                    <a:blip r:embed="rId1778" cstate="print">
                      <a:extLst>
                        <a:ext uri="{28A0092B-C50C-407E-A947-70E740481C1C}">
                          <a14:useLocalDpi xmlns:a14="http://schemas.microsoft.com/office/drawing/2010/main" val="0"/>
                        </a:ext>
                      </a:extLst>
                    </a:blip>
                    <a:srcRect/>
                    <a:stretch>
                      <a:fillRect/>
                    </a:stretch>
                  </pic:blipFill>
                  <pic:spPr bwMode="auto">
                    <a:xfrm>
                      <a:off x="0" y="0"/>
                      <a:ext cx="664210" cy="211455"/>
                    </a:xfrm>
                    <a:prstGeom prst="rect">
                      <a:avLst/>
                    </a:prstGeom>
                    <a:noFill/>
                    <a:ln>
                      <a:noFill/>
                    </a:ln>
                  </pic:spPr>
                </pic:pic>
              </a:graphicData>
            </a:graphic>
          </wp:inline>
        </w:drawing>
      </w:r>
      <w:r w:rsidR="003A4ABB" w:rsidRPr="002417EA">
        <w:rPr>
          <w:rFonts w:ascii="Times New Roman" w:hAnsi="Times New Roman" w:cs="Times New Roman"/>
          <w:position w:val="-4"/>
          <w:sz w:val="28"/>
          <w:szCs w:val="28"/>
          <w:lang w:val="kk-KZ"/>
        </w:rPr>
        <w:t xml:space="preserve"> </w:t>
      </w:r>
      <w:r w:rsidR="003A4ABB" w:rsidRPr="002417EA">
        <w:rPr>
          <w:rFonts w:ascii="Times New Roman" w:hAnsi="Times New Roman" w:cs="Times New Roman"/>
          <w:color w:val="0F1115"/>
          <w:sz w:val="28"/>
          <w:szCs w:val="28"/>
          <w:lang w:val="kk-KZ"/>
        </w:rPr>
        <w:t>болғанда, (1.65), (1.67) есебі Фредгольмдық болып табылады және оның индексі нөлге тең.</w:t>
      </w:r>
      <w:r w:rsidR="003A4ABB" w:rsidRPr="002417EA">
        <w:rPr>
          <w:rFonts w:ascii="Times New Roman" w:hAnsi="Times New Roman" w:cs="Times New Roman"/>
          <w:position w:val="-4"/>
          <w:sz w:val="28"/>
          <w:szCs w:val="28"/>
          <w:lang w:val="kk-KZ"/>
        </w:rPr>
        <w:t xml:space="preserve"> </w:t>
      </w:r>
      <w:r w:rsidR="00A135AE" w:rsidRPr="002417EA">
        <w:rPr>
          <w:rFonts w:ascii="Times New Roman" w:hAnsi="Times New Roman" w:cs="Times New Roman"/>
          <w:noProof/>
          <w:position w:val="-6"/>
          <w:sz w:val="28"/>
          <w:szCs w:val="28"/>
        </w:rPr>
        <w:drawing>
          <wp:inline distT="0" distB="0" distL="0" distR="0" wp14:anchorId="61CD55D2" wp14:editId="0243A90B">
            <wp:extent cx="596900" cy="211455"/>
            <wp:effectExtent l="0" t="0" r="0" b="0"/>
            <wp:docPr id="1352" name="Рисунок 1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2"/>
                    <pic:cNvPicPr>
                      <a:picLocks noChangeAspect="1" noChangeArrowheads="1"/>
                    </pic:cNvPicPr>
                  </pic:nvPicPr>
                  <pic:blipFill>
                    <a:blip r:embed="rId1779" cstate="print">
                      <a:extLst>
                        <a:ext uri="{28A0092B-C50C-407E-A947-70E740481C1C}">
                          <a14:useLocalDpi xmlns:a14="http://schemas.microsoft.com/office/drawing/2010/main" val="0"/>
                        </a:ext>
                      </a:extLst>
                    </a:blip>
                    <a:srcRect/>
                    <a:stretch>
                      <a:fillRect/>
                    </a:stretch>
                  </pic:blipFill>
                  <pic:spPr bwMode="auto">
                    <a:xfrm>
                      <a:off x="0" y="0"/>
                      <a:ext cx="596900" cy="211455"/>
                    </a:xfrm>
                    <a:prstGeom prst="rect">
                      <a:avLst/>
                    </a:prstGeom>
                    <a:noFill/>
                    <a:ln>
                      <a:noFill/>
                    </a:ln>
                  </pic:spPr>
                </pic:pic>
              </a:graphicData>
            </a:graphic>
          </wp:inline>
        </w:drawing>
      </w:r>
      <w:r w:rsidR="003A4ABB" w:rsidRPr="002417EA">
        <w:rPr>
          <w:rFonts w:ascii="Times New Roman" w:hAnsi="Times New Roman" w:cs="Times New Roman"/>
          <w:color w:val="0F1115"/>
          <w:sz w:val="28"/>
          <w:szCs w:val="28"/>
          <w:lang w:val="kk-KZ"/>
        </w:rPr>
        <w:t xml:space="preserve"> болғанда</w:t>
      </w:r>
      <w:r w:rsidR="00787BB8" w:rsidRPr="002417EA">
        <w:rPr>
          <w:rFonts w:ascii="Times New Roman" w:hAnsi="Times New Roman" w:cs="Times New Roman"/>
          <w:color w:val="0F1115"/>
          <w:sz w:val="28"/>
          <w:szCs w:val="28"/>
          <w:lang w:val="kk-KZ"/>
        </w:rPr>
        <w:t>, бұл есеп, яғни (1.68) есебі, фредгольмды</w:t>
      </w:r>
      <w:r w:rsidR="003A4ABB" w:rsidRPr="002417EA">
        <w:rPr>
          <w:rFonts w:ascii="Times New Roman" w:hAnsi="Times New Roman" w:cs="Times New Roman"/>
          <w:color w:val="0F1115"/>
          <w:sz w:val="28"/>
          <w:szCs w:val="28"/>
          <w:lang w:val="kk-KZ"/>
        </w:rPr>
        <w:t xml:space="preserve"> болады сонда тек сонда ғана егер </w:t>
      </w:r>
      <w:r w:rsidR="00A135AE" w:rsidRPr="002417EA">
        <w:rPr>
          <w:rFonts w:ascii="Times New Roman" w:hAnsi="Times New Roman" w:cs="Times New Roman"/>
          <w:noProof/>
          <w:position w:val="-12"/>
          <w:sz w:val="28"/>
          <w:szCs w:val="28"/>
        </w:rPr>
        <w:drawing>
          <wp:inline distT="0" distB="0" distL="0" distR="0" wp14:anchorId="1D625287" wp14:editId="3F9BB307">
            <wp:extent cx="645322" cy="281651"/>
            <wp:effectExtent l="0" t="0" r="2540" b="4445"/>
            <wp:docPr id="1353" name="Рисунок 1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3"/>
                    <pic:cNvPicPr>
                      <a:picLocks noChangeAspect="1" noChangeArrowheads="1"/>
                    </pic:cNvPicPr>
                  </pic:nvPicPr>
                  <pic:blipFill>
                    <a:blip r:embed="rId1780" cstate="print">
                      <a:extLst>
                        <a:ext uri="{28A0092B-C50C-407E-A947-70E740481C1C}">
                          <a14:useLocalDpi xmlns:a14="http://schemas.microsoft.com/office/drawing/2010/main" val="0"/>
                        </a:ext>
                      </a:extLst>
                    </a:blip>
                    <a:srcRect/>
                    <a:stretch>
                      <a:fillRect/>
                    </a:stretch>
                  </pic:blipFill>
                  <pic:spPr bwMode="auto">
                    <a:xfrm>
                      <a:off x="0" y="0"/>
                      <a:ext cx="636029" cy="277595"/>
                    </a:xfrm>
                    <a:prstGeom prst="rect">
                      <a:avLst/>
                    </a:prstGeom>
                    <a:noFill/>
                    <a:ln>
                      <a:noFill/>
                    </a:ln>
                  </pic:spPr>
                </pic:pic>
              </a:graphicData>
            </a:graphic>
          </wp:inline>
        </w:drawing>
      </w:r>
      <w:r w:rsidR="003A4ABB" w:rsidRPr="002417EA">
        <w:rPr>
          <w:rFonts w:ascii="Times New Roman" w:hAnsi="Times New Roman" w:cs="Times New Roman"/>
          <w:position w:val="-4"/>
          <w:sz w:val="28"/>
          <w:szCs w:val="28"/>
          <w:lang w:val="kk-KZ"/>
        </w:rPr>
        <w:t xml:space="preserve"> </w:t>
      </w:r>
      <w:r w:rsidR="003A4ABB" w:rsidRPr="002417EA">
        <w:rPr>
          <w:rFonts w:ascii="Times New Roman" w:hAnsi="Times New Roman" w:cs="Times New Roman"/>
          <w:color w:val="0F1115"/>
          <w:sz w:val="28"/>
          <w:szCs w:val="28"/>
          <w:lang w:val="kk-KZ"/>
        </w:rPr>
        <w:t>болса және көпмүшелігі</w:t>
      </w:r>
    </w:p>
    <w:p w14:paraId="17CBEA9A" w14:textId="77777777" w:rsidR="003A4ABB" w:rsidRPr="002417EA" w:rsidRDefault="003A4ABB" w:rsidP="002417EA">
      <w:pPr>
        <w:tabs>
          <w:tab w:val="left" w:pos="3289"/>
        </w:tabs>
        <w:spacing w:after="0" w:line="240" w:lineRule="auto"/>
        <w:jc w:val="both"/>
        <w:rPr>
          <w:rFonts w:ascii="Times New Roman" w:hAnsi="Times New Roman" w:cs="Times New Roman"/>
          <w:color w:val="0F1115"/>
          <w:sz w:val="28"/>
          <w:szCs w:val="28"/>
          <w:lang w:val="kk-KZ"/>
        </w:rPr>
      </w:pPr>
    </w:p>
    <w:p w14:paraId="04F3CE98" w14:textId="78D7F740" w:rsidR="003A4ABB" w:rsidRPr="002417EA" w:rsidRDefault="00A135AE" w:rsidP="002417EA">
      <w:pPr>
        <w:spacing w:after="0" w:line="240" w:lineRule="auto"/>
        <w:jc w:val="right"/>
        <w:rPr>
          <w:rFonts w:ascii="Times New Roman" w:hAnsi="Times New Roman" w:cs="Times New Roman"/>
          <w:sz w:val="28"/>
          <w:szCs w:val="28"/>
          <w:lang w:val="kk-KZ"/>
        </w:rPr>
      </w:pPr>
      <w:r w:rsidRPr="002417EA">
        <w:rPr>
          <w:rFonts w:ascii="Times New Roman" w:hAnsi="Times New Roman" w:cs="Times New Roman"/>
          <w:noProof/>
          <w:position w:val="-12"/>
          <w:sz w:val="28"/>
          <w:szCs w:val="28"/>
        </w:rPr>
        <w:drawing>
          <wp:inline distT="0" distB="0" distL="0" distR="0" wp14:anchorId="6004B479" wp14:editId="0AD06C50">
            <wp:extent cx="4196715" cy="231140"/>
            <wp:effectExtent l="0" t="0" r="0" b="0"/>
            <wp:docPr id="1354" name="Рисунок 1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4"/>
                    <pic:cNvPicPr>
                      <a:picLocks noChangeAspect="1" noChangeArrowheads="1"/>
                    </pic:cNvPicPr>
                  </pic:nvPicPr>
                  <pic:blipFill>
                    <a:blip r:embed="rId1781" cstate="print">
                      <a:extLst>
                        <a:ext uri="{28A0092B-C50C-407E-A947-70E740481C1C}">
                          <a14:useLocalDpi xmlns:a14="http://schemas.microsoft.com/office/drawing/2010/main" val="0"/>
                        </a:ext>
                      </a:extLst>
                    </a:blip>
                    <a:srcRect/>
                    <a:stretch>
                      <a:fillRect/>
                    </a:stretch>
                  </pic:blipFill>
                  <pic:spPr bwMode="auto">
                    <a:xfrm>
                      <a:off x="0" y="0"/>
                      <a:ext cx="4196715" cy="231140"/>
                    </a:xfrm>
                    <a:prstGeom prst="rect">
                      <a:avLst/>
                    </a:prstGeom>
                    <a:noFill/>
                    <a:ln>
                      <a:noFill/>
                    </a:ln>
                  </pic:spPr>
                </pic:pic>
              </a:graphicData>
            </a:graphic>
          </wp:inline>
        </w:drawing>
      </w:r>
      <w:r w:rsidR="003A4ABB" w:rsidRPr="002417EA">
        <w:rPr>
          <w:rFonts w:ascii="Times New Roman" w:hAnsi="Times New Roman" w:cs="Times New Roman"/>
          <w:position w:val="-30"/>
          <w:sz w:val="28"/>
          <w:szCs w:val="28"/>
          <w:lang w:val="kk-KZ"/>
        </w:rPr>
        <w:t xml:space="preserve">            </w:t>
      </w:r>
      <w:r w:rsidR="003A4ABB" w:rsidRPr="002417EA">
        <w:rPr>
          <w:rFonts w:ascii="Times New Roman" w:hAnsi="Times New Roman" w:cs="Times New Roman"/>
          <w:sz w:val="28"/>
          <w:szCs w:val="28"/>
          <w:lang w:val="kk-KZ"/>
        </w:rPr>
        <w:t>(1.76)</w:t>
      </w:r>
    </w:p>
    <w:p w14:paraId="18495CFC" w14:textId="77777777" w:rsidR="003A4ABB" w:rsidRPr="002417EA" w:rsidRDefault="003A4ABB" w:rsidP="002417EA">
      <w:pPr>
        <w:spacing w:after="0" w:line="240" w:lineRule="auto"/>
        <w:rPr>
          <w:rFonts w:ascii="Times New Roman" w:hAnsi="Times New Roman" w:cs="Times New Roman"/>
          <w:position w:val="-30"/>
          <w:sz w:val="28"/>
          <w:szCs w:val="28"/>
          <w:lang w:val="kk-KZ"/>
        </w:rPr>
      </w:pPr>
    </w:p>
    <w:p w14:paraId="5180F920" w14:textId="77777777" w:rsidR="003A4ABB" w:rsidRPr="002417EA" w:rsidRDefault="003A4ABB" w:rsidP="002417EA">
      <w:pPr>
        <w:tabs>
          <w:tab w:val="left" w:pos="3289"/>
        </w:tabs>
        <w:spacing w:after="0" w:line="240" w:lineRule="auto"/>
        <w:jc w:val="both"/>
        <w:rPr>
          <w:rFonts w:ascii="Times New Roman" w:hAnsi="Times New Roman" w:cs="Times New Roman"/>
          <w:color w:val="0F1115"/>
          <w:sz w:val="28"/>
          <w:szCs w:val="28"/>
          <w:lang w:val="kk-KZ"/>
        </w:rPr>
      </w:pPr>
      <w:r w:rsidRPr="002417EA">
        <w:rPr>
          <w:rFonts w:ascii="Times New Roman" w:hAnsi="Times New Roman" w:cs="Times New Roman"/>
          <w:color w:val="0F1115"/>
          <w:sz w:val="28"/>
          <w:szCs w:val="28"/>
          <w:lang w:val="kk-KZ"/>
        </w:rPr>
        <w:t>нақты түбірлері жоқ және оның индексі</w:t>
      </w:r>
    </w:p>
    <w:p w14:paraId="5BE228B3" w14:textId="77777777" w:rsidR="003A4ABB" w:rsidRPr="002417EA" w:rsidRDefault="003A4ABB" w:rsidP="002417EA">
      <w:pPr>
        <w:tabs>
          <w:tab w:val="left" w:pos="3289"/>
        </w:tabs>
        <w:spacing w:after="0" w:line="240" w:lineRule="auto"/>
        <w:jc w:val="both"/>
        <w:rPr>
          <w:rFonts w:ascii="Times New Roman" w:hAnsi="Times New Roman" w:cs="Times New Roman"/>
          <w:color w:val="0F1115"/>
          <w:sz w:val="28"/>
          <w:szCs w:val="28"/>
          <w:lang w:val="kk-KZ"/>
        </w:rPr>
      </w:pPr>
    </w:p>
    <w:p w14:paraId="0E404055" w14:textId="7D7035EF" w:rsidR="003A4ABB" w:rsidRPr="002417EA" w:rsidRDefault="00A135AE" w:rsidP="002417EA">
      <w:pPr>
        <w:spacing w:after="0" w:line="240" w:lineRule="auto"/>
        <w:jc w:val="right"/>
        <w:rPr>
          <w:rFonts w:ascii="Times New Roman" w:hAnsi="Times New Roman" w:cs="Times New Roman"/>
          <w:sz w:val="28"/>
          <w:szCs w:val="28"/>
          <w:lang w:val="kk-KZ"/>
        </w:rPr>
      </w:pPr>
      <w:r w:rsidRPr="002417EA">
        <w:rPr>
          <w:rFonts w:ascii="Times New Roman" w:hAnsi="Times New Roman" w:cs="Times New Roman"/>
          <w:noProof/>
          <w:position w:val="-12"/>
          <w:sz w:val="28"/>
          <w:szCs w:val="28"/>
        </w:rPr>
        <w:drawing>
          <wp:inline distT="0" distB="0" distL="0" distR="0" wp14:anchorId="2F8C5EF9" wp14:editId="78234DE5">
            <wp:extent cx="942975" cy="231140"/>
            <wp:effectExtent l="0" t="0" r="9525" b="0"/>
            <wp:docPr id="1355" name="Рисунок 1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5"/>
                    <pic:cNvPicPr>
                      <a:picLocks noChangeAspect="1" noChangeArrowheads="1"/>
                    </pic:cNvPicPr>
                  </pic:nvPicPr>
                  <pic:blipFill>
                    <a:blip r:embed="rId1782" cstate="print">
                      <a:extLst>
                        <a:ext uri="{28A0092B-C50C-407E-A947-70E740481C1C}">
                          <a14:useLocalDpi xmlns:a14="http://schemas.microsoft.com/office/drawing/2010/main" val="0"/>
                        </a:ext>
                      </a:extLst>
                    </a:blip>
                    <a:srcRect/>
                    <a:stretch>
                      <a:fillRect/>
                    </a:stretch>
                  </pic:blipFill>
                  <pic:spPr bwMode="auto">
                    <a:xfrm>
                      <a:off x="0" y="0"/>
                      <a:ext cx="942975" cy="231140"/>
                    </a:xfrm>
                    <a:prstGeom prst="rect">
                      <a:avLst/>
                    </a:prstGeom>
                    <a:noFill/>
                    <a:ln>
                      <a:noFill/>
                    </a:ln>
                  </pic:spPr>
                </pic:pic>
              </a:graphicData>
            </a:graphic>
          </wp:inline>
        </w:drawing>
      </w:r>
      <w:r w:rsidR="003A4ABB" w:rsidRPr="002417EA">
        <w:rPr>
          <w:rFonts w:ascii="Times New Roman" w:hAnsi="Times New Roman" w:cs="Times New Roman"/>
          <w:position w:val="-30"/>
          <w:sz w:val="28"/>
          <w:szCs w:val="28"/>
          <w:lang w:val="kk-KZ"/>
        </w:rPr>
        <w:t xml:space="preserve">                                                  </w:t>
      </w:r>
      <w:r w:rsidR="003A4ABB" w:rsidRPr="002417EA">
        <w:rPr>
          <w:rFonts w:ascii="Times New Roman" w:hAnsi="Times New Roman" w:cs="Times New Roman"/>
          <w:sz w:val="28"/>
          <w:szCs w:val="28"/>
          <w:lang w:val="kk-KZ"/>
        </w:rPr>
        <w:t>(1.77)</w:t>
      </w:r>
    </w:p>
    <w:p w14:paraId="51F0C688" w14:textId="77777777" w:rsidR="003A4ABB" w:rsidRPr="002417EA" w:rsidRDefault="003A4ABB" w:rsidP="002417EA">
      <w:pPr>
        <w:spacing w:after="0" w:line="240" w:lineRule="auto"/>
        <w:rPr>
          <w:rFonts w:ascii="Times New Roman" w:hAnsi="Times New Roman" w:cs="Times New Roman"/>
          <w:sz w:val="28"/>
          <w:szCs w:val="28"/>
          <w:lang w:val="kk-KZ"/>
        </w:rPr>
      </w:pPr>
    </w:p>
    <w:p w14:paraId="1CFD3E74" w14:textId="31CA69CF" w:rsidR="003A4ABB" w:rsidRPr="002417EA" w:rsidRDefault="003A4ABB" w:rsidP="002417EA">
      <w:pPr>
        <w:spacing w:after="0" w:line="240" w:lineRule="auto"/>
        <w:jc w:val="both"/>
        <w:rPr>
          <w:rFonts w:ascii="Times New Roman" w:hAnsi="Times New Roman" w:cs="Times New Roman"/>
          <w:color w:val="0F1115"/>
          <w:sz w:val="28"/>
          <w:szCs w:val="28"/>
          <w:lang w:val="kk-KZ"/>
        </w:rPr>
      </w:pPr>
      <w:r w:rsidRPr="002417EA">
        <w:rPr>
          <w:rFonts w:ascii="Times New Roman" w:hAnsi="Times New Roman" w:cs="Times New Roman"/>
          <w:color w:val="0F1115"/>
          <w:sz w:val="28"/>
          <w:szCs w:val="28"/>
          <w:lang w:val="kk-KZ"/>
        </w:rPr>
        <w:t xml:space="preserve">мұндағы </w:t>
      </w:r>
      <w:r w:rsidR="00A135AE" w:rsidRPr="002417EA">
        <w:rPr>
          <w:rFonts w:ascii="Times New Roman" w:hAnsi="Times New Roman" w:cs="Times New Roman"/>
          <w:noProof/>
          <w:position w:val="-6"/>
          <w:sz w:val="28"/>
          <w:szCs w:val="28"/>
        </w:rPr>
        <w:drawing>
          <wp:inline distT="0" distB="0" distL="0" distR="0" wp14:anchorId="37244834" wp14:editId="2E4896B5">
            <wp:extent cx="211455" cy="211455"/>
            <wp:effectExtent l="0" t="0" r="0" b="0"/>
            <wp:docPr id="1356" name="Рисунок 1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6"/>
                    <pic:cNvPicPr>
                      <a:picLocks noChangeAspect="1" noChangeArrowheads="1"/>
                    </pic:cNvPicPr>
                  </pic:nvPicPr>
                  <pic:blipFill>
                    <a:blip r:embed="rId1783" cstate="print">
                      <a:extLst>
                        <a:ext uri="{28A0092B-C50C-407E-A947-70E740481C1C}">
                          <a14:useLocalDpi xmlns:a14="http://schemas.microsoft.com/office/drawing/2010/main" val="0"/>
                        </a:ext>
                      </a:extLst>
                    </a:blip>
                    <a:srcRect/>
                    <a:stretch>
                      <a:fillRect/>
                    </a:stretch>
                  </pic:blipFill>
                  <pic:spPr bwMode="auto">
                    <a:xfrm>
                      <a:off x="0" y="0"/>
                      <a:ext cx="211455" cy="211455"/>
                    </a:xfrm>
                    <a:prstGeom prst="rect">
                      <a:avLst/>
                    </a:prstGeom>
                    <a:noFill/>
                    <a:ln>
                      <a:noFill/>
                    </a:ln>
                  </pic:spPr>
                </pic:pic>
              </a:graphicData>
            </a:graphic>
          </wp:inline>
        </w:drawing>
      </w:r>
      <w:r w:rsidRPr="002417EA">
        <w:rPr>
          <w:rFonts w:ascii="Times New Roman" w:hAnsi="Times New Roman" w:cs="Times New Roman"/>
          <w:color w:val="0F1115"/>
          <w:sz w:val="28"/>
          <w:szCs w:val="28"/>
          <w:lang w:val="kk-KZ"/>
        </w:rPr>
        <w:t xml:space="preserve"> көпмүшесінің жоғарғы жарты жазықтықтағы </w:t>
      </w:r>
      <w:r w:rsidR="00A135AE" w:rsidRPr="002417EA">
        <w:rPr>
          <w:rFonts w:ascii="Times New Roman" w:hAnsi="Times New Roman" w:cs="Times New Roman"/>
          <w:noProof/>
          <w:position w:val="-6"/>
          <w:sz w:val="28"/>
          <w:szCs w:val="28"/>
        </w:rPr>
        <w:drawing>
          <wp:inline distT="0" distB="0" distL="0" distR="0" wp14:anchorId="05F2D341" wp14:editId="7E667E87">
            <wp:extent cx="211455" cy="211455"/>
            <wp:effectExtent l="0" t="0" r="0" b="0"/>
            <wp:docPr id="1357" name="Рисунок 1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7"/>
                    <pic:cNvPicPr>
                      <a:picLocks noChangeAspect="1" noChangeArrowheads="1"/>
                    </pic:cNvPicPr>
                  </pic:nvPicPr>
                  <pic:blipFill>
                    <a:blip r:embed="rId1784" cstate="print">
                      <a:extLst>
                        <a:ext uri="{28A0092B-C50C-407E-A947-70E740481C1C}">
                          <a14:useLocalDpi xmlns:a14="http://schemas.microsoft.com/office/drawing/2010/main" val="0"/>
                        </a:ext>
                      </a:extLst>
                    </a:blip>
                    <a:srcRect/>
                    <a:stretch>
                      <a:fillRect/>
                    </a:stretch>
                  </pic:blipFill>
                  <pic:spPr bwMode="auto">
                    <a:xfrm>
                      <a:off x="0" y="0"/>
                      <a:ext cx="211455" cy="211455"/>
                    </a:xfrm>
                    <a:prstGeom prst="rect">
                      <a:avLst/>
                    </a:prstGeom>
                    <a:noFill/>
                    <a:ln>
                      <a:noFill/>
                    </a:ln>
                  </pic:spPr>
                </pic:pic>
              </a:graphicData>
            </a:graphic>
          </wp:inline>
        </w:drawing>
      </w:r>
      <w:r w:rsidRPr="002417EA">
        <w:rPr>
          <w:rFonts w:ascii="Times New Roman" w:hAnsi="Times New Roman" w:cs="Times New Roman"/>
          <w:color w:val="0F1115"/>
          <w:sz w:val="28"/>
          <w:szCs w:val="28"/>
          <w:lang w:val="kk-KZ"/>
        </w:rPr>
        <w:t>түбірлер саны.</w:t>
      </w:r>
    </w:p>
    <w:p w14:paraId="3A51A2F6" w14:textId="4CA4B9DA" w:rsidR="003A4ABB" w:rsidRPr="002417EA" w:rsidRDefault="00A135AE" w:rsidP="001B131A">
      <w:pPr>
        <w:spacing w:after="0" w:line="240" w:lineRule="auto"/>
        <w:ind w:firstLine="708"/>
        <w:jc w:val="both"/>
        <w:rPr>
          <w:rFonts w:ascii="Times New Roman" w:hAnsi="Times New Roman" w:cs="Times New Roman"/>
          <w:color w:val="0F1115"/>
          <w:sz w:val="28"/>
          <w:szCs w:val="28"/>
          <w:lang w:val="kk-KZ"/>
        </w:rPr>
      </w:pPr>
      <w:r w:rsidRPr="002417EA">
        <w:rPr>
          <w:rFonts w:ascii="Times New Roman" w:hAnsi="Times New Roman" w:cs="Times New Roman"/>
          <w:noProof/>
          <w:position w:val="-12"/>
          <w:sz w:val="28"/>
          <w:szCs w:val="28"/>
        </w:rPr>
        <w:drawing>
          <wp:inline distT="0" distB="0" distL="0" distR="0" wp14:anchorId="4F9F085A" wp14:editId="20C76E9B">
            <wp:extent cx="231140" cy="231140"/>
            <wp:effectExtent l="0" t="0" r="0" b="0"/>
            <wp:docPr id="1358" name="Рисунок 1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8"/>
                    <pic:cNvPicPr>
                      <a:picLocks noChangeAspect="1" noChangeArrowheads="1"/>
                    </pic:cNvPicPr>
                  </pic:nvPicPr>
                  <pic:blipFill>
                    <a:blip r:embed="rId1785" cstate="print">
                      <a:extLst>
                        <a:ext uri="{28A0092B-C50C-407E-A947-70E740481C1C}">
                          <a14:useLocalDpi xmlns:a14="http://schemas.microsoft.com/office/drawing/2010/main" val="0"/>
                        </a:ext>
                      </a:extLst>
                    </a:blip>
                    <a:srcRect/>
                    <a:stretch>
                      <a:fillRect/>
                    </a:stretch>
                  </pic:blipFill>
                  <pic:spPr bwMode="auto">
                    <a:xfrm>
                      <a:off x="0" y="0"/>
                      <a:ext cx="231140" cy="231140"/>
                    </a:xfrm>
                    <a:prstGeom prst="rect">
                      <a:avLst/>
                    </a:prstGeom>
                    <a:noFill/>
                    <a:ln>
                      <a:noFill/>
                    </a:ln>
                  </pic:spPr>
                </pic:pic>
              </a:graphicData>
            </a:graphic>
          </wp:inline>
        </w:drawing>
      </w:r>
      <w:r w:rsidR="003A4ABB" w:rsidRPr="002417EA">
        <w:rPr>
          <w:rFonts w:ascii="Times New Roman" w:hAnsi="Times New Roman" w:cs="Times New Roman"/>
          <w:color w:val="0F1115"/>
          <w:sz w:val="28"/>
          <w:szCs w:val="28"/>
          <w:lang w:val="kk-KZ"/>
        </w:rPr>
        <w:t xml:space="preserve"> жағдайда</w:t>
      </w:r>
      <w:r w:rsidR="001B131A">
        <w:rPr>
          <w:rFonts w:ascii="Times New Roman" w:hAnsi="Times New Roman" w:cs="Times New Roman"/>
          <w:color w:val="0F1115"/>
          <w:sz w:val="28"/>
          <w:szCs w:val="28"/>
          <w:lang w:val="kk-KZ"/>
        </w:rPr>
        <w:t>, (1.65), (1.67) есебі әрдайым фредгольмді</w:t>
      </w:r>
      <w:r w:rsidR="003A4ABB" w:rsidRPr="002417EA">
        <w:rPr>
          <w:rFonts w:ascii="Times New Roman" w:hAnsi="Times New Roman" w:cs="Times New Roman"/>
          <w:color w:val="0F1115"/>
          <w:sz w:val="28"/>
          <w:szCs w:val="28"/>
          <w:lang w:val="kk-KZ"/>
        </w:rPr>
        <w:t xml:space="preserve"> болады және оның индексі нөлге тең.</w:t>
      </w:r>
    </w:p>
    <w:p w14:paraId="68E58165" w14:textId="25DF73B1" w:rsidR="003A4ABB" w:rsidRPr="002417EA" w:rsidRDefault="003A4ABB" w:rsidP="002417EA">
      <w:pPr>
        <w:spacing w:after="0" w:line="240" w:lineRule="auto"/>
        <w:jc w:val="both"/>
        <w:rPr>
          <w:rFonts w:ascii="Times New Roman" w:hAnsi="Times New Roman" w:cs="Times New Roman"/>
          <w:color w:val="0F1115"/>
          <w:sz w:val="28"/>
          <w:szCs w:val="28"/>
          <w:lang w:val="kk-KZ"/>
        </w:rPr>
      </w:pPr>
      <w:r w:rsidRPr="002417EA">
        <w:rPr>
          <w:rFonts w:ascii="Times New Roman" w:hAnsi="Times New Roman" w:cs="Times New Roman"/>
          <w:b/>
          <w:bCs/>
          <w:color w:val="0F1115"/>
          <w:sz w:val="28"/>
          <w:szCs w:val="28"/>
          <w:lang w:val="kk-KZ"/>
        </w:rPr>
        <w:t xml:space="preserve">      </w:t>
      </w:r>
      <w:r w:rsidRPr="002417EA">
        <w:rPr>
          <w:rFonts w:ascii="Times New Roman" w:hAnsi="Times New Roman" w:cs="Times New Roman"/>
          <w:bCs/>
          <w:color w:val="0F1115"/>
          <w:sz w:val="28"/>
          <w:szCs w:val="28"/>
          <w:lang w:val="kk-KZ"/>
        </w:rPr>
        <w:t>Дәлелдеу:</w:t>
      </w:r>
      <w:r w:rsidRPr="002417EA">
        <w:rPr>
          <w:rFonts w:ascii="Times New Roman" w:hAnsi="Times New Roman" w:cs="Times New Roman"/>
          <w:bCs/>
          <w:i/>
          <w:color w:val="0F1115"/>
          <w:sz w:val="28"/>
          <w:szCs w:val="28"/>
          <w:lang w:val="kk-KZ"/>
        </w:rPr>
        <w:t xml:space="preserve"> </w:t>
      </w:r>
      <w:r w:rsidRPr="002417EA">
        <w:rPr>
          <w:rFonts w:ascii="Times New Roman" w:hAnsi="Times New Roman" w:cs="Times New Roman"/>
          <w:color w:val="0F1115"/>
          <w:sz w:val="28"/>
          <w:szCs w:val="28"/>
          <w:lang w:val="kk-KZ"/>
        </w:rPr>
        <w:t>сипаттамалық көпмүшенің (1.66) түбірлерінің екі мүмк</w:t>
      </w:r>
      <w:r w:rsidR="00D0605B" w:rsidRPr="002417EA">
        <w:rPr>
          <w:rFonts w:ascii="Times New Roman" w:hAnsi="Times New Roman" w:cs="Times New Roman"/>
          <w:color w:val="0F1115"/>
          <w:sz w:val="28"/>
          <w:szCs w:val="28"/>
          <w:lang w:val="kk-KZ"/>
        </w:rPr>
        <w:t>ін жағдайын бөлек қарастырамыз.</w:t>
      </w:r>
      <w:r w:rsidRPr="002417EA">
        <w:rPr>
          <w:rFonts w:ascii="Times New Roman" w:hAnsi="Times New Roman" w:cs="Times New Roman"/>
          <w:b/>
          <w:bCs/>
          <w:color w:val="0F1115"/>
          <w:sz w:val="28"/>
          <w:szCs w:val="28"/>
          <w:lang w:val="kk-KZ"/>
        </w:rPr>
        <w:t xml:space="preserve"> </w:t>
      </w:r>
      <w:r w:rsidR="00A135AE" w:rsidRPr="002417EA">
        <w:rPr>
          <w:rFonts w:ascii="Times New Roman" w:hAnsi="Times New Roman" w:cs="Times New Roman"/>
          <w:noProof/>
          <w:position w:val="-12"/>
          <w:sz w:val="28"/>
          <w:szCs w:val="28"/>
        </w:rPr>
        <w:drawing>
          <wp:inline distT="0" distB="0" distL="0" distR="0" wp14:anchorId="23105730" wp14:editId="5E9F71D9">
            <wp:extent cx="231140" cy="231140"/>
            <wp:effectExtent l="0" t="0" r="0" b="0"/>
            <wp:docPr id="1359" name="Рисунок 1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9"/>
                    <pic:cNvPicPr>
                      <a:picLocks noChangeAspect="1" noChangeArrowheads="1"/>
                    </pic:cNvPicPr>
                  </pic:nvPicPr>
                  <pic:blipFill>
                    <a:blip r:embed="rId1786" cstate="print">
                      <a:extLst>
                        <a:ext uri="{28A0092B-C50C-407E-A947-70E740481C1C}">
                          <a14:useLocalDpi xmlns:a14="http://schemas.microsoft.com/office/drawing/2010/main" val="0"/>
                        </a:ext>
                      </a:extLst>
                    </a:blip>
                    <a:srcRect/>
                    <a:stretch>
                      <a:fillRect/>
                    </a:stretch>
                  </pic:blipFill>
                  <pic:spPr bwMode="auto">
                    <a:xfrm>
                      <a:off x="0" y="0"/>
                      <a:ext cx="231140" cy="231140"/>
                    </a:xfrm>
                    <a:prstGeom prst="rect">
                      <a:avLst/>
                    </a:prstGeom>
                    <a:noFill/>
                    <a:ln>
                      <a:noFill/>
                    </a:ln>
                  </pic:spPr>
                </pic:pic>
              </a:graphicData>
            </a:graphic>
          </wp:inline>
        </w:drawing>
      </w:r>
      <w:r w:rsidRPr="002417EA">
        <w:rPr>
          <w:rFonts w:ascii="Times New Roman" w:hAnsi="Times New Roman" w:cs="Times New Roman"/>
          <w:position w:val="-4"/>
          <w:sz w:val="28"/>
          <w:szCs w:val="28"/>
          <w:lang w:val="kk-KZ"/>
        </w:rPr>
        <w:t xml:space="preserve"> </w:t>
      </w:r>
      <w:r w:rsidRPr="002417EA">
        <w:rPr>
          <w:rFonts w:ascii="Times New Roman" w:hAnsi="Times New Roman" w:cs="Times New Roman"/>
          <w:color w:val="0F1115"/>
          <w:sz w:val="28"/>
          <w:szCs w:val="28"/>
          <w:lang w:val="kk-KZ"/>
        </w:rPr>
        <w:t>жағдайында (1.70) сәйкес.</w:t>
      </w:r>
    </w:p>
    <w:p w14:paraId="47A1EB37" w14:textId="77777777" w:rsidR="003A4ABB" w:rsidRPr="002417EA" w:rsidRDefault="003A4ABB" w:rsidP="002417EA">
      <w:pPr>
        <w:spacing w:after="0" w:line="240" w:lineRule="auto"/>
        <w:rPr>
          <w:rFonts w:ascii="Times New Roman" w:hAnsi="Times New Roman" w:cs="Times New Roman"/>
          <w:sz w:val="28"/>
          <w:szCs w:val="28"/>
          <w:lang w:val="kk-KZ"/>
        </w:rPr>
      </w:pPr>
    </w:p>
    <w:p w14:paraId="29C9698F" w14:textId="0486A495" w:rsidR="003A4ABB" w:rsidRPr="002417EA" w:rsidRDefault="00A135AE" w:rsidP="002417EA">
      <w:pPr>
        <w:spacing w:after="0" w:line="240" w:lineRule="auto"/>
        <w:jc w:val="center"/>
        <w:rPr>
          <w:rFonts w:ascii="Times New Roman" w:hAnsi="Times New Roman" w:cs="Times New Roman"/>
          <w:position w:val="-36"/>
          <w:sz w:val="28"/>
          <w:szCs w:val="28"/>
          <w:lang w:val="kk-KZ"/>
        </w:rPr>
      </w:pPr>
      <w:r w:rsidRPr="002417EA">
        <w:rPr>
          <w:rFonts w:ascii="Times New Roman" w:hAnsi="Times New Roman" w:cs="Times New Roman"/>
          <w:noProof/>
          <w:position w:val="-36"/>
          <w:sz w:val="28"/>
          <w:szCs w:val="28"/>
        </w:rPr>
        <w:drawing>
          <wp:inline distT="0" distB="0" distL="0" distR="0" wp14:anchorId="44ED94E5" wp14:editId="341AD5BE">
            <wp:extent cx="3734435" cy="529590"/>
            <wp:effectExtent l="0" t="0" r="0" b="3810"/>
            <wp:docPr id="1360" name="Рисунок 1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0"/>
                    <pic:cNvPicPr>
                      <a:picLocks noChangeAspect="1" noChangeArrowheads="1"/>
                    </pic:cNvPicPr>
                  </pic:nvPicPr>
                  <pic:blipFill>
                    <a:blip r:embed="rId1787" cstate="print">
                      <a:extLst>
                        <a:ext uri="{28A0092B-C50C-407E-A947-70E740481C1C}">
                          <a14:useLocalDpi xmlns:a14="http://schemas.microsoft.com/office/drawing/2010/main" val="0"/>
                        </a:ext>
                      </a:extLst>
                    </a:blip>
                    <a:srcRect/>
                    <a:stretch>
                      <a:fillRect/>
                    </a:stretch>
                  </pic:blipFill>
                  <pic:spPr bwMode="auto">
                    <a:xfrm>
                      <a:off x="0" y="0"/>
                      <a:ext cx="3734435" cy="529590"/>
                    </a:xfrm>
                    <a:prstGeom prst="rect">
                      <a:avLst/>
                    </a:prstGeom>
                    <a:noFill/>
                    <a:ln>
                      <a:noFill/>
                    </a:ln>
                  </pic:spPr>
                </pic:pic>
              </a:graphicData>
            </a:graphic>
          </wp:inline>
        </w:drawing>
      </w:r>
    </w:p>
    <w:p w14:paraId="2EE35EDA" w14:textId="77777777" w:rsidR="00D0605B" w:rsidRPr="002417EA" w:rsidRDefault="00D0605B" w:rsidP="002417EA">
      <w:pPr>
        <w:spacing w:after="0" w:line="240" w:lineRule="auto"/>
        <w:rPr>
          <w:rFonts w:ascii="Times New Roman" w:hAnsi="Times New Roman" w:cs="Times New Roman"/>
          <w:sz w:val="28"/>
          <w:szCs w:val="28"/>
          <w:lang w:val="kk-KZ"/>
        </w:rPr>
      </w:pPr>
    </w:p>
    <w:p w14:paraId="63BAAB1B" w14:textId="77777777" w:rsidR="003A4ABB" w:rsidRPr="002417EA" w:rsidRDefault="003A4ABB" w:rsidP="002417EA">
      <w:pPr>
        <w:spacing w:after="0" w:line="240" w:lineRule="auto"/>
        <w:jc w:val="both"/>
        <w:rPr>
          <w:rFonts w:ascii="Times New Roman" w:hAnsi="Times New Roman" w:cs="Times New Roman"/>
          <w:color w:val="0F1115"/>
          <w:sz w:val="28"/>
          <w:szCs w:val="28"/>
          <w:shd w:val="clear" w:color="auto" w:fill="FFFFFF"/>
        </w:rPr>
      </w:pPr>
      <w:r w:rsidRPr="002417EA">
        <w:rPr>
          <w:rFonts w:ascii="Times New Roman" w:hAnsi="Times New Roman" w:cs="Times New Roman"/>
          <w:color w:val="0F1115"/>
          <w:sz w:val="28"/>
          <w:szCs w:val="28"/>
          <w:shd w:val="clear" w:color="auto" w:fill="FFFFFF"/>
        </w:rPr>
        <w:t>Белгілеулерде</w:t>
      </w:r>
    </w:p>
    <w:p w14:paraId="0B4329D1" w14:textId="77777777" w:rsidR="003A4ABB" w:rsidRPr="002417EA" w:rsidRDefault="003A4ABB" w:rsidP="002417EA">
      <w:pPr>
        <w:spacing w:after="0" w:line="240" w:lineRule="auto"/>
        <w:jc w:val="both"/>
        <w:rPr>
          <w:rFonts w:ascii="Times New Roman" w:hAnsi="Times New Roman" w:cs="Times New Roman"/>
          <w:color w:val="0F1115"/>
          <w:sz w:val="28"/>
          <w:szCs w:val="28"/>
          <w:shd w:val="clear" w:color="auto" w:fill="FFFFFF"/>
        </w:rPr>
      </w:pPr>
    </w:p>
    <w:p w14:paraId="2AA7E5D5" w14:textId="2C51B498" w:rsidR="003A4ABB" w:rsidRPr="002417EA" w:rsidRDefault="00A135AE" w:rsidP="002417EA">
      <w:pPr>
        <w:spacing w:after="0" w:line="240" w:lineRule="auto"/>
        <w:jc w:val="right"/>
        <w:rPr>
          <w:rFonts w:ascii="Times New Roman" w:hAnsi="Times New Roman" w:cs="Times New Roman"/>
          <w:position w:val="-30"/>
          <w:sz w:val="28"/>
          <w:szCs w:val="28"/>
          <w:lang w:val="kk-KZ"/>
        </w:rPr>
      </w:pPr>
      <w:r w:rsidRPr="002417EA">
        <w:rPr>
          <w:rFonts w:ascii="Times New Roman" w:hAnsi="Times New Roman" w:cs="Times New Roman"/>
          <w:noProof/>
          <w:position w:val="-34"/>
          <w:sz w:val="28"/>
          <w:szCs w:val="28"/>
        </w:rPr>
        <w:drawing>
          <wp:inline distT="0" distB="0" distL="0" distR="0" wp14:anchorId="6975E177" wp14:editId="6AAA8F8B">
            <wp:extent cx="1376680" cy="500380"/>
            <wp:effectExtent l="0" t="0" r="0" b="0"/>
            <wp:docPr id="1361" name="Рисунок 1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1"/>
                    <pic:cNvPicPr>
                      <a:picLocks noChangeAspect="1" noChangeArrowheads="1"/>
                    </pic:cNvPicPr>
                  </pic:nvPicPr>
                  <pic:blipFill>
                    <a:blip r:embed="rId1788" cstate="print">
                      <a:extLst>
                        <a:ext uri="{28A0092B-C50C-407E-A947-70E740481C1C}">
                          <a14:useLocalDpi xmlns:a14="http://schemas.microsoft.com/office/drawing/2010/main" val="0"/>
                        </a:ext>
                      </a:extLst>
                    </a:blip>
                    <a:srcRect/>
                    <a:stretch>
                      <a:fillRect/>
                    </a:stretch>
                  </pic:blipFill>
                  <pic:spPr bwMode="auto">
                    <a:xfrm>
                      <a:off x="0" y="0"/>
                      <a:ext cx="1376680" cy="500380"/>
                    </a:xfrm>
                    <a:prstGeom prst="rect">
                      <a:avLst/>
                    </a:prstGeom>
                    <a:noFill/>
                    <a:ln>
                      <a:noFill/>
                    </a:ln>
                  </pic:spPr>
                </pic:pic>
              </a:graphicData>
            </a:graphic>
          </wp:inline>
        </w:drawing>
      </w:r>
      <w:r w:rsidR="003A4ABB" w:rsidRPr="002417EA">
        <w:rPr>
          <w:rFonts w:ascii="Times New Roman" w:hAnsi="Times New Roman" w:cs="Times New Roman"/>
          <w:position w:val="-30"/>
          <w:sz w:val="28"/>
          <w:szCs w:val="28"/>
          <w:lang w:val="kk-KZ"/>
        </w:rPr>
        <w:t xml:space="preserve">   </w:t>
      </w:r>
      <w:r w:rsidR="003A4ABB" w:rsidRPr="002417EA">
        <w:rPr>
          <w:rFonts w:ascii="Times New Roman" w:hAnsi="Times New Roman" w:cs="Times New Roman"/>
          <w:position w:val="-30"/>
          <w:sz w:val="28"/>
          <w:szCs w:val="28"/>
        </w:rPr>
        <w:t xml:space="preserve">                                     </w:t>
      </w:r>
      <w:r w:rsidR="003A4ABB" w:rsidRPr="002417EA">
        <w:rPr>
          <w:rFonts w:ascii="Times New Roman" w:hAnsi="Times New Roman" w:cs="Times New Roman"/>
          <w:position w:val="-30"/>
          <w:sz w:val="28"/>
          <w:szCs w:val="28"/>
          <w:lang w:val="kk-KZ"/>
        </w:rPr>
        <w:t xml:space="preserve">     </w:t>
      </w:r>
      <w:r w:rsidR="003A4ABB" w:rsidRPr="002417EA">
        <w:rPr>
          <w:rFonts w:ascii="Times New Roman" w:hAnsi="Times New Roman" w:cs="Times New Roman"/>
          <w:sz w:val="28"/>
          <w:szCs w:val="28"/>
          <w:lang w:val="kk-KZ"/>
        </w:rPr>
        <w:t>(1.</w:t>
      </w:r>
      <w:r w:rsidR="003A4ABB" w:rsidRPr="002417EA">
        <w:rPr>
          <w:rFonts w:ascii="Times New Roman" w:hAnsi="Times New Roman" w:cs="Times New Roman"/>
          <w:sz w:val="28"/>
          <w:szCs w:val="28"/>
        </w:rPr>
        <w:t>78</w:t>
      </w:r>
      <w:r w:rsidR="003A4ABB" w:rsidRPr="002417EA">
        <w:rPr>
          <w:rFonts w:ascii="Times New Roman" w:hAnsi="Times New Roman" w:cs="Times New Roman"/>
          <w:sz w:val="28"/>
          <w:szCs w:val="28"/>
          <w:lang w:val="kk-KZ"/>
        </w:rPr>
        <w:t>)</w:t>
      </w:r>
    </w:p>
    <w:p w14:paraId="0628EAFC" w14:textId="77777777" w:rsidR="003A4ABB" w:rsidRPr="002417EA" w:rsidRDefault="003A4ABB" w:rsidP="002417EA">
      <w:pPr>
        <w:spacing w:after="0" w:line="240" w:lineRule="auto"/>
        <w:jc w:val="both"/>
        <w:rPr>
          <w:rFonts w:ascii="Times New Roman" w:hAnsi="Times New Roman" w:cs="Times New Roman"/>
          <w:color w:val="0F1115"/>
          <w:sz w:val="28"/>
          <w:szCs w:val="28"/>
          <w:shd w:val="clear" w:color="auto" w:fill="FFFFFF"/>
        </w:rPr>
      </w:pPr>
    </w:p>
    <w:p w14:paraId="6ACB676A" w14:textId="77777777" w:rsidR="003A4ABB" w:rsidRPr="002417EA" w:rsidRDefault="003A4ABB" w:rsidP="002417EA">
      <w:pPr>
        <w:spacing w:after="0" w:line="240" w:lineRule="auto"/>
        <w:jc w:val="both"/>
        <w:rPr>
          <w:rFonts w:ascii="Times New Roman" w:hAnsi="Times New Roman" w:cs="Times New Roman"/>
          <w:color w:val="0F1115"/>
          <w:sz w:val="28"/>
          <w:szCs w:val="28"/>
          <w:shd w:val="clear" w:color="auto" w:fill="FFFFFF"/>
        </w:rPr>
      </w:pPr>
      <w:r w:rsidRPr="002417EA">
        <w:rPr>
          <w:rFonts w:ascii="Times New Roman" w:hAnsi="Times New Roman" w:cs="Times New Roman"/>
          <w:color w:val="0F1115"/>
          <w:sz w:val="28"/>
          <w:szCs w:val="28"/>
          <w:shd w:val="clear" w:color="auto" w:fill="FFFFFF"/>
        </w:rPr>
        <w:t>біз (1.69) функцияларын былай жаза аламыз:</w:t>
      </w:r>
    </w:p>
    <w:p w14:paraId="184B2B3F" w14:textId="77777777" w:rsidR="003A4ABB" w:rsidRPr="002417EA" w:rsidRDefault="003A4ABB" w:rsidP="002417EA">
      <w:pPr>
        <w:spacing w:after="0" w:line="240" w:lineRule="auto"/>
        <w:rPr>
          <w:rFonts w:ascii="Times New Roman" w:hAnsi="Times New Roman" w:cs="Times New Roman"/>
          <w:sz w:val="28"/>
          <w:szCs w:val="28"/>
        </w:rPr>
      </w:pPr>
    </w:p>
    <w:p w14:paraId="16C6CC5B" w14:textId="5F1CF016" w:rsidR="003A4ABB" w:rsidRPr="002417EA" w:rsidRDefault="00A135AE" w:rsidP="002417EA">
      <w:pPr>
        <w:spacing w:after="0" w:line="240" w:lineRule="auto"/>
        <w:jc w:val="right"/>
        <w:rPr>
          <w:rFonts w:ascii="Times New Roman" w:hAnsi="Times New Roman" w:cs="Times New Roman"/>
          <w:sz w:val="28"/>
          <w:szCs w:val="28"/>
          <w:lang w:val="kk-KZ"/>
        </w:rPr>
      </w:pPr>
      <w:r w:rsidRPr="002417EA">
        <w:rPr>
          <w:rFonts w:ascii="Times New Roman" w:hAnsi="Times New Roman" w:cs="Times New Roman"/>
          <w:noProof/>
          <w:position w:val="-12"/>
          <w:sz w:val="28"/>
          <w:szCs w:val="28"/>
        </w:rPr>
        <w:drawing>
          <wp:inline distT="0" distB="0" distL="0" distR="0" wp14:anchorId="6A578EFC" wp14:editId="34ACAAB0">
            <wp:extent cx="4032885" cy="231140"/>
            <wp:effectExtent l="0" t="0" r="5715" b="0"/>
            <wp:docPr id="1362" name="Рисунок 1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2"/>
                    <pic:cNvPicPr>
                      <a:picLocks noChangeAspect="1" noChangeArrowheads="1"/>
                    </pic:cNvPicPr>
                  </pic:nvPicPr>
                  <pic:blipFill>
                    <a:blip r:embed="rId1789" cstate="print">
                      <a:extLst>
                        <a:ext uri="{28A0092B-C50C-407E-A947-70E740481C1C}">
                          <a14:useLocalDpi xmlns:a14="http://schemas.microsoft.com/office/drawing/2010/main" val="0"/>
                        </a:ext>
                      </a:extLst>
                    </a:blip>
                    <a:srcRect/>
                    <a:stretch>
                      <a:fillRect/>
                    </a:stretch>
                  </pic:blipFill>
                  <pic:spPr bwMode="auto">
                    <a:xfrm>
                      <a:off x="0" y="0"/>
                      <a:ext cx="4032885" cy="231140"/>
                    </a:xfrm>
                    <a:prstGeom prst="rect">
                      <a:avLst/>
                    </a:prstGeom>
                    <a:noFill/>
                    <a:ln>
                      <a:noFill/>
                    </a:ln>
                  </pic:spPr>
                </pic:pic>
              </a:graphicData>
            </a:graphic>
          </wp:inline>
        </w:drawing>
      </w:r>
      <w:r w:rsidR="003A4ABB" w:rsidRPr="002417EA">
        <w:rPr>
          <w:rFonts w:ascii="Times New Roman" w:hAnsi="Times New Roman" w:cs="Times New Roman"/>
          <w:position w:val="-30"/>
          <w:sz w:val="28"/>
          <w:szCs w:val="28"/>
          <w:lang w:val="kk-KZ"/>
        </w:rPr>
        <w:t xml:space="preserve">   </w:t>
      </w:r>
      <w:r w:rsidR="003A4ABB" w:rsidRPr="002417EA">
        <w:rPr>
          <w:rFonts w:ascii="Times New Roman" w:hAnsi="Times New Roman" w:cs="Times New Roman"/>
          <w:position w:val="-30"/>
          <w:sz w:val="28"/>
          <w:szCs w:val="28"/>
        </w:rPr>
        <w:t xml:space="preserve">                   </w:t>
      </w:r>
      <w:r w:rsidR="003A4ABB" w:rsidRPr="002417EA">
        <w:rPr>
          <w:rFonts w:ascii="Times New Roman" w:hAnsi="Times New Roman" w:cs="Times New Roman"/>
          <w:position w:val="-30"/>
          <w:sz w:val="28"/>
          <w:szCs w:val="28"/>
          <w:lang w:val="kk-KZ"/>
        </w:rPr>
        <w:t xml:space="preserve">     </w:t>
      </w:r>
      <w:r w:rsidR="003A4ABB" w:rsidRPr="002417EA">
        <w:rPr>
          <w:rFonts w:ascii="Times New Roman" w:hAnsi="Times New Roman" w:cs="Times New Roman"/>
          <w:sz w:val="28"/>
          <w:szCs w:val="28"/>
          <w:lang w:val="kk-KZ"/>
        </w:rPr>
        <w:t>(1.</w:t>
      </w:r>
      <w:r w:rsidR="003A4ABB" w:rsidRPr="002417EA">
        <w:rPr>
          <w:rFonts w:ascii="Times New Roman" w:hAnsi="Times New Roman" w:cs="Times New Roman"/>
          <w:sz w:val="28"/>
          <w:szCs w:val="28"/>
        </w:rPr>
        <w:t>79</w:t>
      </w:r>
      <w:r w:rsidR="003A4ABB" w:rsidRPr="002417EA">
        <w:rPr>
          <w:rFonts w:ascii="Times New Roman" w:hAnsi="Times New Roman" w:cs="Times New Roman"/>
          <w:sz w:val="28"/>
          <w:szCs w:val="28"/>
          <w:lang w:val="kk-KZ"/>
        </w:rPr>
        <w:t>)</w:t>
      </w:r>
    </w:p>
    <w:p w14:paraId="639A88F0" w14:textId="77777777" w:rsidR="003A4ABB" w:rsidRPr="002417EA" w:rsidRDefault="003A4ABB" w:rsidP="002417EA">
      <w:pPr>
        <w:spacing w:after="0" w:line="240" w:lineRule="auto"/>
        <w:jc w:val="right"/>
        <w:rPr>
          <w:rFonts w:ascii="Times New Roman" w:hAnsi="Times New Roman" w:cs="Times New Roman"/>
          <w:sz w:val="28"/>
          <w:szCs w:val="28"/>
        </w:rPr>
      </w:pPr>
    </w:p>
    <w:p w14:paraId="3A843CC6" w14:textId="77777777" w:rsidR="003A4ABB" w:rsidRPr="002417EA" w:rsidRDefault="003A4ABB" w:rsidP="002417EA">
      <w:pPr>
        <w:spacing w:after="0" w:line="240" w:lineRule="auto"/>
        <w:jc w:val="both"/>
        <w:rPr>
          <w:rFonts w:ascii="Times New Roman" w:hAnsi="Times New Roman" w:cs="Times New Roman"/>
          <w:sz w:val="28"/>
          <w:szCs w:val="28"/>
          <w:lang w:val="kk-KZ"/>
        </w:rPr>
      </w:pPr>
      <w:r w:rsidRPr="002417EA">
        <w:rPr>
          <w:rFonts w:ascii="Times New Roman" w:hAnsi="Times New Roman" w:cs="Times New Roman"/>
          <w:sz w:val="28"/>
          <w:szCs w:val="28"/>
          <w:lang w:val="kk-KZ"/>
        </w:rPr>
        <w:t>осылайша,</w:t>
      </w:r>
    </w:p>
    <w:p w14:paraId="7E1C4CBF" w14:textId="77777777" w:rsidR="003A4ABB" w:rsidRPr="002417EA" w:rsidRDefault="003A4ABB" w:rsidP="002417EA">
      <w:pPr>
        <w:spacing w:after="0" w:line="240" w:lineRule="auto"/>
        <w:jc w:val="both"/>
        <w:rPr>
          <w:rFonts w:ascii="Times New Roman" w:hAnsi="Times New Roman" w:cs="Times New Roman"/>
          <w:sz w:val="28"/>
          <w:szCs w:val="28"/>
          <w:lang w:val="kk-KZ"/>
        </w:rPr>
      </w:pPr>
    </w:p>
    <w:p w14:paraId="1EB92CE8" w14:textId="358A5886" w:rsidR="003A4ABB" w:rsidRPr="002417EA" w:rsidRDefault="00A135AE" w:rsidP="002417EA">
      <w:pPr>
        <w:spacing w:after="0" w:line="240" w:lineRule="auto"/>
        <w:jc w:val="center"/>
        <w:rPr>
          <w:rFonts w:ascii="Times New Roman" w:hAnsi="Times New Roman" w:cs="Times New Roman"/>
          <w:sz w:val="28"/>
          <w:szCs w:val="28"/>
          <w:lang w:val="kk-KZ"/>
        </w:rPr>
      </w:pPr>
      <w:r w:rsidRPr="002417EA">
        <w:rPr>
          <w:rFonts w:ascii="Times New Roman" w:hAnsi="Times New Roman" w:cs="Times New Roman"/>
          <w:noProof/>
          <w:position w:val="-12"/>
          <w:sz w:val="28"/>
          <w:szCs w:val="28"/>
        </w:rPr>
        <w:drawing>
          <wp:inline distT="0" distB="0" distL="0" distR="0" wp14:anchorId="3C1543F2" wp14:editId="2360041C">
            <wp:extent cx="5389880" cy="231140"/>
            <wp:effectExtent l="0" t="0" r="1270" b="0"/>
            <wp:docPr id="1363" name="Рисунок 1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3"/>
                    <pic:cNvPicPr>
                      <a:picLocks noChangeAspect="1" noChangeArrowheads="1"/>
                    </pic:cNvPicPr>
                  </pic:nvPicPr>
                  <pic:blipFill>
                    <a:blip r:embed="rId1790" cstate="print">
                      <a:extLst>
                        <a:ext uri="{28A0092B-C50C-407E-A947-70E740481C1C}">
                          <a14:useLocalDpi xmlns:a14="http://schemas.microsoft.com/office/drawing/2010/main" val="0"/>
                        </a:ext>
                      </a:extLst>
                    </a:blip>
                    <a:srcRect/>
                    <a:stretch>
                      <a:fillRect/>
                    </a:stretch>
                  </pic:blipFill>
                  <pic:spPr bwMode="auto">
                    <a:xfrm>
                      <a:off x="0" y="0"/>
                      <a:ext cx="5389880" cy="231140"/>
                    </a:xfrm>
                    <a:prstGeom prst="rect">
                      <a:avLst/>
                    </a:prstGeom>
                    <a:noFill/>
                    <a:ln>
                      <a:noFill/>
                    </a:ln>
                  </pic:spPr>
                </pic:pic>
              </a:graphicData>
            </a:graphic>
          </wp:inline>
        </w:drawing>
      </w:r>
    </w:p>
    <w:p w14:paraId="40FC7AF3" w14:textId="77777777" w:rsidR="003A4ABB" w:rsidRPr="002417EA" w:rsidRDefault="003A4ABB" w:rsidP="002417EA">
      <w:pPr>
        <w:spacing w:after="0" w:line="240" w:lineRule="auto"/>
        <w:rPr>
          <w:rFonts w:ascii="Times New Roman" w:hAnsi="Times New Roman" w:cs="Times New Roman"/>
          <w:sz w:val="28"/>
          <w:szCs w:val="28"/>
          <w:lang w:val="kk-KZ"/>
        </w:rPr>
      </w:pPr>
    </w:p>
    <w:p w14:paraId="31059EBC" w14:textId="77777777" w:rsidR="003A4ABB" w:rsidRPr="002417EA" w:rsidRDefault="003A4ABB" w:rsidP="002417EA">
      <w:pPr>
        <w:tabs>
          <w:tab w:val="left" w:pos="2416"/>
        </w:tabs>
        <w:spacing w:after="0" w:line="240" w:lineRule="auto"/>
        <w:jc w:val="both"/>
        <w:rPr>
          <w:rFonts w:ascii="Times New Roman" w:hAnsi="Times New Roman" w:cs="Times New Roman"/>
          <w:position w:val="-12"/>
          <w:sz w:val="28"/>
          <w:szCs w:val="28"/>
          <w:lang w:val="kk-KZ"/>
        </w:rPr>
      </w:pPr>
      <w:r w:rsidRPr="002417EA">
        <w:rPr>
          <w:rFonts w:ascii="Times New Roman" w:hAnsi="Times New Roman" w:cs="Times New Roman"/>
          <w:position w:val="-12"/>
          <w:sz w:val="28"/>
          <w:szCs w:val="28"/>
          <w:lang w:val="kk-KZ"/>
        </w:rPr>
        <w:t>Расында</w:t>
      </w:r>
    </w:p>
    <w:p w14:paraId="3FA75FB3" w14:textId="77777777" w:rsidR="003A4ABB" w:rsidRPr="002417EA" w:rsidRDefault="003A4ABB" w:rsidP="002417EA">
      <w:pPr>
        <w:tabs>
          <w:tab w:val="left" w:pos="2416"/>
        </w:tabs>
        <w:spacing w:after="0" w:line="240" w:lineRule="auto"/>
        <w:jc w:val="both"/>
        <w:rPr>
          <w:rFonts w:ascii="Times New Roman" w:hAnsi="Times New Roman" w:cs="Times New Roman"/>
          <w:position w:val="-12"/>
          <w:sz w:val="28"/>
          <w:szCs w:val="28"/>
          <w:lang w:val="kk-KZ"/>
        </w:rPr>
      </w:pPr>
    </w:p>
    <w:p w14:paraId="130F21DC" w14:textId="5F31BADD" w:rsidR="003A4ABB" w:rsidRPr="002417EA" w:rsidRDefault="00A135AE" w:rsidP="002417EA">
      <w:pPr>
        <w:spacing w:after="0" w:line="240" w:lineRule="auto"/>
        <w:jc w:val="right"/>
        <w:rPr>
          <w:rFonts w:ascii="Times New Roman" w:hAnsi="Times New Roman" w:cs="Times New Roman"/>
          <w:sz w:val="28"/>
          <w:szCs w:val="28"/>
          <w:lang w:val="kk-KZ"/>
        </w:rPr>
      </w:pPr>
      <w:r w:rsidRPr="002417EA">
        <w:rPr>
          <w:rFonts w:ascii="Times New Roman" w:hAnsi="Times New Roman" w:cs="Times New Roman"/>
          <w:noProof/>
          <w:position w:val="-38"/>
          <w:sz w:val="28"/>
          <w:szCs w:val="28"/>
        </w:rPr>
        <w:drawing>
          <wp:inline distT="0" distB="0" distL="0" distR="0" wp14:anchorId="16DC720F" wp14:editId="3A6F6991">
            <wp:extent cx="4803140" cy="577215"/>
            <wp:effectExtent l="0" t="0" r="0" b="0"/>
            <wp:docPr id="1364" name="Рисунок 1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4"/>
                    <pic:cNvPicPr>
                      <a:picLocks noChangeAspect="1" noChangeArrowheads="1"/>
                    </pic:cNvPicPr>
                  </pic:nvPicPr>
                  <pic:blipFill>
                    <a:blip r:embed="rId1791" cstate="print">
                      <a:extLst>
                        <a:ext uri="{28A0092B-C50C-407E-A947-70E740481C1C}">
                          <a14:useLocalDpi xmlns:a14="http://schemas.microsoft.com/office/drawing/2010/main" val="0"/>
                        </a:ext>
                      </a:extLst>
                    </a:blip>
                    <a:srcRect/>
                    <a:stretch>
                      <a:fillRect/>
                    </a:stretch>
                  </pic:blipFill>
                  <pic:spPr bwMode="auto">
                    <a:xfrm>
                      <a:off x="0" y="0"/>
                      <a:ext cx="4803140" cy="577215"/>
                    </a:xfrm>
                    <a:prstGeom prst="rect">
                      <a:avLst/>
                    </a:prstGeom>
                    <a:noFill/>
                    <a:ln>
                      <a:noFill/>
                    </a:ln>
                  </pic:spPr>
                </pic:pic>
              </a:graphicData>
            </a:graphic>
          </wp:inline>
        </w:drawing>
      </w:r>
      <w:r w:rsidR="003A4ABB" w:rsidRPr="002417EA">
        <w:rPr>
          <w:rFonts w:ascii="Times New Roman" w:hAnsi="Times New Roman" w:cs="Times New Roman"/>
          <w:position w:val="-30"/>
          <w:sz w:val="28"/>
          <w:szCs w:val="28"/>
          <w:lang w:val="kk-KZ"/>
        </w:rPr>
        <w:t xml:space="preserve">            </w:t>
      </w:r>
      <w:r w:rsidR="003A4ABB" w:rsidRPr="002417EA">
        <w:rPr>
          <w:rFonts w:ascii="Times New Roman" w:hAnsi="Times New Roman" w:cs="Times New Roman"/>
          <w:sz w:val="28"/>
          <w:szCs w:val="28"/>
          <w:lang w:val="kk-KZ"/>
        </w:rPr>
        <w:t>(1.80)</w:t>
      </w:r>
    </w:p>
    <w:p w14:paraId="4692A181" w14:textId="77777777" w:rsidR="003A4ABB" w:rsidRPr="002417EA" w:rsidRDefault="003A4ABB" w:rsidP="002417EA">
      <w:pPr>
        <w:spacing w:after="0" w:line="240" w:lineRule="auto"/>
        <w:rPr>
          <w:rFonts w:ascii="Times New Roman" w:hAnsi="Times New Roman" w:cs="Times New Roman"/>
          <w:sz w:val="28"/>
          <w:szCs w:val="28"/>
          <w:lang w:val="kk-KZ"/>
        </w:rPr>
      </w:pPr>
    </w:p>
    <w:p w14:paraId="024AAEA1" w14:textId="4B31332F" w:rsidR="003A4ABB" w:rsidRPr="002417EA" w:rsidRDefault="003A4ABB" w:rsidP="002417EA">
      <w:pPr>
        <w:spacing w:after="0" w:line="240" w:lineRule="auto"/>
        <w:jc w:val="both"/>
        <w:rPr>
          <w:rFonts w:ascii="Times New Roman" w:hAnsi="Times New Roman" w:cs="Times New Roman"/>
          <w:position w:val="-40"/>
          <w:sz w:val="28"/>
          <w:szCs w:val="28"/>
          <w:lang w:val="kk-KZ"/>
        </w:rPr>
      </w:pPr>
      <w:r w:rsidRPr="002417EA">
        <w:rPr>
          <w:rFonts w:ascii="Times New Roman" w:hAnsi="Times New Roman" w:cs="Times New Roman"/>
          <w:sz w:val="28"/>
          <w:szCs w:val="28"/>
          <w:lang w:val="kk-KZ"/>
        </w:rPr>
        <w:t xml:space="preserve"> функциясымен </w:t>
      </w:r>
      <w:r w:rsidR="00A135AE" w:rsidRPr="002417EA">
        <w:rPr>
          <w:rFonts w:ascii="Times New Roman" w:hAnsi="Times New Roman" w:cs="Times New Roman"/>
          <w:noProof/>
          <w:position w:val="-12"/>
          <w:sz w:val="28"/>
          <w:szCs w:val="28"/>
        </w:rPr>
        <w:drawing>
          <wp:inline distT="0" distB="0" distL="0" distR="0" wp14:anchorId="22106671" wp14:editId="6D32A6AD">
            <wp:extent cx="3975100" cy="231140"/>
            <wp:effectExtent l="0" t="0" r="6350" b="0"/>
            <wp:docPr id="1365" name="Рисунок 1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5"/>
                    <pic:cNvPicPr>
                      <a:picLocks noChangeAspect="1" noChangeArrowheads="1"/>
                    </pic:cNvPicPr>
                  </pic:nvPicPr>
                  <pic:blipFill>
                    <a:blip r:embed="rId1792" cstate="print">
                      <a:extLst>
                        <a:ext uri="{28A0092B-C50C-407E-A947-70E740481C1C}">
                          <a14:useLocalDpi xmlns:a14="http://schemas.microsoft.com/office/drawing/2010/main" val="0"/>
                        </a:ext>
                      </a:extLst>
                    </a:blip>
                    <a:srcRect/>
                    <a:stretch>
                      <a:fillRect/>
                    </a:stretch>
                  </pic:blipFill>
                  <pic:spPr bwMode="auto">
                    <a:xfrm>
                      <a:off x="0" y="0"/>
                      <a:ext cx="3975100" cy="231140"/>
                    </a:xfrm>
                    <a:prstGeom prst="rect">
                      <a:avLst/>
                    </a:prstGeom>
                    <a:noFill/>
                    <a:ln>
                      <a:noFill/>
                    </a:ln>
                  </pic:spPr>
                </pic:pic>
              </a:graphicData>
            </a:graphic>
          </wp:inline>
        </w:drawing>
      </w:r>
    </w:p>
    <w:p w14:paraId="061A0506" w14:textId="77777777" w:rsidR="003A4ABB" w:rsidRPr="002417EA" w:rsidRDefault="003A4ABB" w:rsidP="002417EA">
      <w:pPr>
        <w:spacing w:after="0" w:line="240" w:lineRule="auto"/>
        <w:jc w:val="both"/>
        <w:rPr>
          <w:rFonts w:ascii="Times New Roman" w:hAnsi="Times New Roman" w:cs="Times New Roman"/>
          <w:sz w:val="28"/>
          <w:szCs w:val="28"/>
          <w:lang w:val="kk-KZ"/>
        </w:rPr>
      </w:pPr>
    </w:p>
    <w:p w14:paraId="2F3F62F1" w14:textId="5627A2BB" w:rsidR="003A4ABB" w:rsidRPr="002417EA" w:rsidRDefault="00A135AE" w:rsidP="002417EA">
      <w:pPr>
        <w:spacing w:after="0" w:line="240" w:lineRule="auto"/>
        <w:jc w:val="right"/>
        <w:rPr>
          <w:rFonts w:ascii="Times New Roman" w:hAnsi="Times New Roman" w:cs="Times New Roman"/>
          <w:sz w:val="28"/>
          <w:szCs w:val="28"/>
          <w:lang w:val="kk-KZ"/>
        </w:rPr>
      </w:pPr>
      <w:r w:rsidRPr="002417EA">
        <w:rPr>
          <w:rFonts w:ascii="Times New Roman" w:hAnsi="Times New Roman" w:cs="Times New Roman"/>
          <w:noProof/>
          <w:position w:val="-34"/>
          <w:sz w:val="28"/>
          <w:szCs w:val="28"/>
        </w:rPr>
        <w:drawing>
          <wp:inline distT="0" distB="0" distL="0" distR="0" wp14:anchorId="6A36D158" wp14:editId="010FCC92">
            <wp:extent cx="3455670" cy="500380"/>
            <wp:effectExtent l="0" t="0" r="0" b="0"/>
            <wp:docPr id="1366" name="Рисунок 1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6"/>
                    <pic:cNvPicPr>
                      <a:picLocks noChangeAspect="1" noChangeArrowheads="1"/>
                    </pic:cNvPicPr>
                  </pic:nvPicPr>
                  <pic:blipFill>
                    <a:blip r:embed="rId1793" cstate="print">
                      <a:extLst>
                        <a:ext uri="{28A0092B-C50C-407E-A947-70E740481C1C}">
                          <a14:useLocalDpi xmlns:a14="http://schemas.microsoft.com/office/drawing/2010/main" val="0"/>
                        </a:ext>
                      </a:extLst>
                    </a:blip>
                    <a:srcRect/>
                    <a:stretch>
                      <a:fillRect/>
                    </a:stretch>
                  </pic:blipFill>
                  <pic:spPr bwMode="auto">
                    <a:xfrm>
                      <a:off x="0" y="0"/>
                      <a:ext cx="3455670" cy="500380"/>
                    </a:xfrm>
                    <a:prstGeom prst="rect">
                      <a:avLst/>
                    </a:prstGeom>
                    <a:noFill/>
                    <a:ln>
                      <a:noFill/>
                    </a:ln>
                  </pic:spPr>
                </pic:pic>
              </a:graphicData>
            </a:graphic>
          </wp:inline>
        </w:drawing>
      </w:r>
      <w:r w:rsidR="003A4ABB" w:rsidRPr="002417EA">
        <w:rPr>
          <w:rFonts w:ascii="Times New Roman" w:hAnsi="Times New Roman" w:cs="Times New Roman"/>
          <w:position w:val="-30"/>
          <w:sz w:val="28"/>
          <w:szCs w:val="28"/>
          <w:lang w:val="kk-KZ"/>
        </w:rPr>
        <w:t xml:space="preserve">            </w:t>
      </w:r>
      <w:r w:rsidR="003A4ABB" w:rsidRPr="002417EA">
        <w:rPr>
          <w:rFonts w:ascii="Times New Roman" w:hAnsi="Times New Roman" w:cs="Times New Roman"/>
          <w:sz w:val="28"/>
          <w:szCs w:val="28"/>
          <w:lang w:val="kk-KZ"/>
        </w:rPr>
        <w:t>(1.81)</w:t>
      </w:r>
    </w:p>
    <w:p w14:paraId="2DC38505" w14:textId="77777777" w:rsidR="003A4ABB" w:rsidRPr="002417EA" w:rsidRDefault="003A4ABB" w:rsidP="002417EA">
      <w:pPr>
        <w:spacing w:after="0" w:line="240" w:lineRule="auto"/>
        <w:jc w:val="right"/>
        <w:rPr>
          <w:rFonts w:ascii="Times New Roman" w:hAnsi="Times New Roman" w:cs="Times New Roman"/>
          <w:sz w:val="28"/>
          <w:szCs w:val="28"/>
          <w:lang w:val="kk-KZ"/>
        </w:rPr>
      </w:pPr>
    </w:p>
    <w:p w14:paraId="40D2D45D" w14:textId="1AD0D727" w:rsidR="003A4ABB" w:rsidRPr="002417EA" w:rsidRDefault="003A4ABB" w:rsidP="002417EA">
      <w:pPr>
        <w:spacing w:after="0" w:line="240" w:lineRule="auto"/>
        <w:jc w:val="both"/>
        <w:rPr>
          <w:rFonts w:ascii="Times New Roman" w:hAnsi="Times New Roman" w:cs="Times New Roman"/>
          <w:position w:val="-40"/>
          <w:sz w:val="28"/>
          <w:szCs w:val="28"/>
          <w:lang w:val="kk-KZ"/>
        </w:rPr>
      </w:pPr>
      <w:r w:rsidRPr="002417EA">
        <w:rPr>
          <w:rFonts w:ascii="Times New Roman" w:hAnsi="Times New Roman" w:cs="Times New Roman"/>
          <w:sz w:val="28"/>
          <w:szCs w:val="28"/>
          <w:lang w:val="kk-KZ"/>
        </w:rPr>
        <w:t xml:space="preserve">және </w:t>
      </w:r>
      <w:r w:rsidR="00A135AE" w:rsidRPr="002417EA">
        <w:rPr>
          <w:rFonts w:ascii="Times New Roman" w:hAnsi="Times New Roman" w:cs="Times New Roman"/>
          <w:noProof/>
          <w:position w:val="-10"/>
          <w:sz w:val="28"/>
          <w:szCs w:val="28"/>
        </w:rPr>
        <w:drawing>
          <wp:inline distT="0" distB="0" distL="0" distR="0" wp14:anchorId="540A0412" wp14:editId="1CA5AC54">
            <wp:extent cx="692785" cy="231140"/>
            <wp:effectExtent l="0" t="0" r="0" b="0"/>
            <wp:docPr id="1367" name="Рисунок 1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7"/>
                    <pic:cNvPicPr>
                      <a:picLocks noChangeAspect="1" noChangeArrowheads="1"/>
                    </pic:cNvPicPr>
                  </pic:nvPicPr>
                  <pic:blipFill>
                    <a:blip r:embed="rId1794" cstate="print">
                      <a:extLst>
                        <a:ext uri="{28A0092B-C50C-407E-A947-70E740481C1C}">
                          <a14:useLocalDpi xmlns:a14="http://schemas.microsoft.com/office/drawing/2010/main" val="0"/>
                        </a:ext>
                      </a:extLst>
                    </a:blip>
                    <a:srcRect/>
                    <a:stretch>
                      <a:fillRect/>
                    </a:stretch>
                  </pic:blipFill>
                  <pic:spPr bwMode="auto">
                    <a:xfrm>
                      <a:off x="0" y="0"/>
                      <a:ext cx="692785" cy="231140"/>
                    </a:xfrm>
                    <a:prstGeom prst="rect">
                      <a:avLst/>
                    </a:prstGeom>
                    <a:noFill/>
                    <a:ln>
                      <a:noFill/>
                    </a:ln>
                  </pic:spPr>
                </pic:pic>
              </a:graphicData>
            </a:graphic>
          </wp:inline>
        </w:drawing>
      </w:r>
      <w:r w:rsidRPr="002417EA">
        <w:rPr>
          <w:rFonts w:ascii="Times New Roman" w:hAnsi="Times New Roman" w:cs="Times New Roman"/>
          <w:sz w:val="28"/>
          <w:szCs w:val="28"/>
          <w:lang w:val="kk-KZ"/>
        </w:rPr>
        <w:t xml:space="preserve"> Сондықтан,</w:t>
      </w:r>
      <w:r w:rsidRPr="002417EA">
        <w:rPr>
          <w:rFonts w:ascii="Times New Roman" w:hAnsi="Times New Roman" w:cs="Times New Roman"/>
          <w:position w:val="-12"/>
          <w:sz w:val="28"/>
          <w:szCs w:val="28"/>
          <w:lang w:val="kk-KZ"/>
        </w:rPr>
        <w:t xml:space="preserve"> </w:t>
      </w:r>
      <w:r w:rsidR="00A135AE" w:rsidRPr="002417EA">
        <w:rPr>
          <w:rFonts w:ascii="Times New Roman" w:hAnsi="Times New Roman" w:cs="Times New Roman"/>
          <w:noProof/>
          <w:position w:val="-6"/>
          <w:sz w:val="28"/>
          <w:szCs w:val="28"/>
        </w:rPr>
        <w:drawing>
          <wp:inline distT="0" distB="0" distL="0" distR="0" wp14:anchorId="1F4AFDFC" wp14:editId="54076616">
            <wp:extent cx="664210" cy="211455"/>
            <wp:effectExtent l="0" t="0" r="2540" b="0"/>
            <wp:docPr id="1368" name="Рисунок 1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8"/>
                    <pic:cNvPicPr>
                      <a:picLocks noChangeAspect="1" noChangeArrowheads="1"/>
                    </pic:cNvPicPr>
                  </pic:nvPicPr>
                  <pic:blipFill>
                    <a:blip r:embed="rId1795" cstate="print">
                      <a:extLst>
                        <a:ext uri="{28A0092B-C50C-407E-A947-70E740481C1C}">
                          <a14:useLocalDpi xmlns:a14="http://schemas.microsoft.com/office/drawing/2010/main" val="0"/>
                        </a:ext>
                      </a:extLst>
                    </a:blip>
                    <a:srcRect/>
                    <a:stretch>
                      <a:fillRect/>
                    </a:stretch>
                  </pic:blipFill>
                  <pic:spPr bwMode="auto">
                    <a:xfrm>
                      <a:off x="0" y="0"/>
                      <a:ext cx="664210" cy="211455"/>
                    </a:xfrm>
                    <a:prstGeom prst="rect">
                      <a:avLst/>
                    </a:prstGeom>
                    <a:noFill/>
                    <a:ln>
                      <a:noFill/>
                    </a:ln>
                  </pic:spPr>
                </pic:pic>
              </a:graphicData>
            </a:graphic>
          </wp:inline>
        </w:drawing>
      </w:r>
      <w:r w:rsidRPr="002417EA">
        <w:rPr>
          <w:rFonts w:ascii="Times New Roman" w:hAnsi="Times New Roman" w:cs="Times New Roman"/>
          <w:sz w:val="28"/>
          <w:szCs w:val="28"/>
          <w:lang w:val="kk-KZ"/>
        </w:rPr>
        <w:t xml:space="preserve"> болғанда, (1.71) шарты қанағаттандырылады</w:t>
      </w:r>
      <w:r w:rsidRPr="002417EA">
        <w:rPr>
          <w:rFonts w:ascii="Times New Roman" w:hAnsi="Times New Roman" w:cs="Times New Roman"/>
          <w:position w:val="-6"/>
          <w:sz w:val="28"/>
          <w:szCs w:val="28"/>
          <w:lang w:val="kk-KZ"/>
        </w:rPr>
        <w:t>.</w:t>
      </w:r>
    </w:p>
    <w:p w14:paraId="7329D72D" w14:textId="14E00E6D" w:rsidR="003A4ABB" w:rsidRPr="002417EA" w:rsidRDefault="003A4ABB" w:rsidP="002417EA">
      <w:pPr>
        <w:spacing w:after="0" w:line="240" w:lineRule="auto"/>
        <w:jc w:val="both"/>
        <w:rPr>
          <w:rFonts w:ascii="Times New Roman" w:hAnsi="Times New Roman" w:cs="Times New Roman"/>
          <w:position w:val="-12"/>
          <w:sz w:val="28"/>
          <w:szCs w:val="28"/>
          <w:lang w:val="kk-KZ"/>
        </w:rPr>
      </w:pPr>
      <w:r w:rsidRPr="002417EA">
        <w:rPr>
          <w:rFonts w:ascii="Times New Roman" w:hAnsi="Times New Roman" w:cs="Times New Roman"/>
          <w:sz w:val="28"/>
          <w:szCs w:val="28"/>
          <w:lang w:val="kk-KZ"/>
        </w:rPr>
        <w:t xml:space="preserve">Нақтырақ айтқанда, </w:t>
      </w:r>
      <w:r w:rsidR="00A135AE" w:rsidRPr="002417EA">
        <w:rPr>
          <w:rFonts w:ascii="Times New Roman" w:hAnsi="Times New Roman" w:cs="Times New Roman"/>
          <w:noProof/>
          <w:position w:val="-10"/>
          <w:sz w:val="28"/>
          <w:szCs w:val="28"/>
        </w:rPr>
        <w:drawing>
          <wp:inline distT="0" distB="0" distL="0" distR="0" wp14:anchorId="1AFE5F0D" wp14:editId="6FD9E2D6">
            <wp:extent cx="817880" cy="231140"/>
            <wp:effectExtent l="0" t="0" r="1270" b="0"/>
            <wp:docPr id="1369" name="Рисунок 1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9"/>
                    <pic:cNvPicPr>
                      <a:picLocks noChangeAspect="1" noChangeArrowheads="1"/>
                    </pic:cNvPicPr>
                  </pic:nvPicPr>
                  <pic:blipFill>
                    <a:blip r:embed="rId1796" cstate="print">
                      <a:extLst>
                        <a:ext uri="{28A0092B-C50C-407E-A947-70E740481C1C}">
                          <a14:useLocalDpi xmlns:a14="http://schemas.microsoft.com/office/drawing/2010/main" val="0"/>
                        </a:ext>
                      </a:extLst>
                    </a:blip>
                    <a:srcRect/>
                    <a:stretch>
                      <a:fillRect/>
                    </a:stretch>
                  </pic:blipFill>
                  <pic:spPr bwMode="auto">
                    <a:xfrm>
                      <a:off x="0" y="0"/>
                      <a:ext cx="817880" cy="231140"/>
                    </a:xfrm>
                    <a:prstGeom prst="rect">
                      <a:avLst/>
                    </a:prstGeom>
                    <a:noFill/>
                    <a:ln>
                      <a:noFill/>
                    </a:ln>
                  </pic:spPr>
                </pic:pic>
              </a:graphicData>
            </a:graphic>
          </wp:inline>
        </w:drawing>
      </w:r>
      <w:r w:rsidRPr="002417EA">
        <w:rPr>
          <w:rFonts w:ascii="Times New Roman" w:hAnsi="Times New Roman" w:cs="Times New Roman"/>
          <w:position w:val="-12"/>
          <w:sz w:val="28"/>
          <w:szCs w:val="28"/>
          <w:lang w:val="kk-KZ"/>
        </w:rPr>
        <w:t xml:space="preserve"> </w:t>
      </w:r>
      <w:r w:rsidRPr="002417EA">
        <w:rPr>
          <w:rFonts w:ascii="Times New Roman" w:hAnsi="Times New Roman" w:cs="Times New Roman"/>
          <w:sz w:val="28"/>
          <w:szCs w:val="28"/>
          <w:lang w:val="kk-KZ"/>
        </w:rPr>
        <w:t xml:space="preserve">жағдайындағы (1.68) есебін талдау үшін үшінші дәрежелі айырманың (difference of cubes) комплекстік жіктелуі қолданылған </w:t>
      </w:r>
      <w:r w:rsidRPr="002417EA">
        <w:rPr>
          <w:rFonts w:ascii="Times New Roman" w:hAnsi="Times New Roman" w:cs="Times New Roman"/>
          <w:color w:val="0F1115"/>
          <w:sz w:val="28"/>
          <w:szCs w:val="28"/>
          <w:lang w:val="kk-KZ"/>
        </w:rPr>
        <w:t xml:space="preserve">мынадай </w:t>
      </w:r>
      <w:r w:rsidR="00A135AE" w:rsidRPr="002417EA">
        <w:rPr>
          <w:rFonts w:ascii="Times New Roman" w:hAnsi="Times New Roman" w:cs="Times New Roman"/>
          <w:noProof/>
          <w:position w:val="-12"/>
          <w:sz w:val="28"/>
          <w:szCs w:val="28"/>
        </w:rPr>
        <w:drawing>
          <wp:inline distT="0" distB="0" distL="0" distR="0" wp14:anchorId="2B913989" wp14:editId="7352BB93">
            <wp:extent cx="2425700" cy="231140"/>
            <wp:effectExtent l="0" t="0" r="0" b="0"/>
            <wp:docPr id="1370" name="Рисунок 1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0"/>
                    <pic:cNvPicPr>
                      <a:picLocks noChangeAspect="1" noChangeArrowheads="1"/>
                    </pic:cNvPicPr>
                  </pic:nvPicPr>
                  <pic:blipFill>
                    <a:blip r:embed="rId1797" cstate="print">
                      <a:extLst>
                        <a:ext uri="{28A0092B-C50C-407E-A947-70E740481C1C}">
                          <a14:useLocalDpi xmlns:a14="http://schemas.microsoft.com/office/drawing/2010/main" val="0"/>
                        </a:ext>
                      </a:extLst>
                    </a:blip>
                    <a:srcRect/>
                    <a:stretch>
                      <a:fillRect/>
                    </a:stretch>
                  </pic:blipFill>
                  <pic:spPr bwMode="auto">
                    <a:xfrm>
                      <a:off x="0" y="0"/>
                      <a:ext cx="2425700" cy="231140"/>
                    </a:xfrm>
                    <a:prstGeom prst="rect">
                      <a:avLst/>
                    </a:prstGeom>
                    <a:noFill/>
                    <a:ln>
                      <a:noFill/>
                    </a:ln>
                  </pic:spPr>
                </pic:pic>
              </a:graphicData>
            </a:graphic>
          </wp:inline>
        </w:drawing>
      </w:r>
      <w:r w:rsidRPr="002417EA">
        <w:rPr>
          <w:rFonts w:ascii="Times New Roman" w:hAnsi="Times New Roman" w:cs="Times New Roman"/>
          <w:color w:val="0F1115"/>
          <w:sz w:val="28"/>
          <w:szCs w:val="28"/>
          <w:lang w:val="kk-KZ"/>
        </w:rPr>
        <w:t xml:space="preserve"> теңдігі бойынша мұндағы </w:t>
      </w:r>
      <w:r w:rsidR="00A135AE" w:rsidRPr="002417EA">
        <w:rPr>
          <w:rFonts w:ascii="Times New Roman" w:hAnsi="Times New Roman" w:cs="Times New Roman"/>
          <w:noProof/>
          <w:position w:val="-12"/>
          <w:sz w:val="28"/>
          <w:szCs w:val="28"/>
        </w:rPr>
        <w:drawing>
          <wp:inline distT="0" distB="0" distL="0" distR="0" wp14:anchorId="7D58FF01" wp14:editId="11985968">
            <wp:extent cx="692785" cy="231140"/>
            <wp:effectExtent l="0" t="0" r="0" b="0"/>
            <wp:docPr id="1371" name="Рисунок 1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1"/>
                    <pic:cNvPicPr>
                      <a:picLocks noChangeAspect="1" noChangeArrowheads="1"/>
                    </pic:cNvPicPr>
                  </pic:nvPicPr>
                  <pic:blipFill>
                    <a:blip r:embed="rId1798" cstate="print">
                      <a:extLst>
                        <a:ext uri="{28A0092B-C50C-407E-A947-70E740481C1C}">
                          <a14:useLocalDpi xmlns:a14="http://schemas.microsoft.com/office/drawing/2010/main" val="0"/>
                        </a:ext>
                      </a:extLst>
                    </a:blip>
                    <a:srcRect/>
                    <a:stretch>
                      <a:fillRect/>
                    </a:stretch>
                  </pic:blipFill>
                  <pic:spPr bwMode="auto">
                    <a:xfrm>
                      <a:off x="0" y="0"/>
                      <a:ext cx="692785" cy="231140"/>
                    </a:xfrm>
                    <a:prstGeom prst="rect">
                      <a:avLst/>
                    </a:prstGeom>
                    <a:noFill/>
                    <a:ln>
                      <a:noFill/>
                    </a:ln>
                  </pic:spPr>
                </pic:pic>
              </a:graphicData>
            </a:graphic>
          </wp:inline>
        </w:drawing>
      </w:r>
      <w:r w:rsidRPr="002417EA">
        <w:rPr>
          <w:rFonts w:ascii="Times New Roman" w:hAnsi="Times New Roman" w:cs="Times New Roman"/>
          <w:position w:val="-12"/>
          <w:sz w:val="28"/>
          <w:szCs w:val="28"/>
          <w:lang w:val="kk-KZ"/>
        </w:rPr>
        <w:t xml:space="preserve"> </w:t>
      </w:r>
      <w:r w:rsidRPr="002417EA">
        <w:rPr>
          <w:rFonts w:ascii="Times New Roman" w:hAnsi="Times New Roman" w:cs="Times New Roman"/>
          <w:color w:val="0F1115"/>
          <w:sz w:val="28"/>
          <w:szCs w:val="28"/>
          <w:lang w:val="kk-KZ"/>
        </w:rPr>
        <w:t>бізде келесі теңдік бар:</w:t>
      </w:r>
      <w:r w:rsidRPr="002417EA">
        <w:rPr>
          <w:rFonts w:ascii="Times New Roman" w:hAnsi="Times New Roman" w:cs="Times New Roman"/>
          <w:position w:val="-12"/>
          <w:sz w:val="28"/>
          <w:szCs w:val="28"/>
          <w:lang w:val="kk-KZ"/>
        </w:rPr>
        <w:t xml:space="preserve"> </w:t>
      </w:r>
    </w:p>
    <w:p w14:paraId="2730C459" w14:textId="77777777" w:rsidR="003A4ABB" w:rsidRPr="002417EA" w:rsidRDefault="003A4ABB" w:rsidP="002417EA">
      <w:pPr>
        <w:spacing w:after="0" w:line="240" w:lineRule="auto"/>
        <w:jc w:val="both"/>
        <w:rPr>
          <w:rFonts w:ascii="Times New Roman" w:hAnsi="Times New Roman" w:cs="Times New Roman"/>
          <w:position w:val="-12"/>
          <w:sz w:val="28"/>
          <w:szCs w:val="28"/>
          <w:lang w:val="kk-KZ"/>
        </w:rPr>
      </w:pPr>
    </w:p>
    <w:p w14:paraId="14E94C7F" w14:textId="0C8D3E9D" w:rsidR="003A4ABB" w:rsidRPr="002417EA" w:rsidRDefault="00A135AE" w:rsidP="002417EA">
      <w:pPr>
        <w:spacing w:after="0" w:line="240" w:lineRule="auto"/>
        <w:jc w:val="right"/>
        <w:rPr>
          <w:rFonts w:ascii="Times New Roman" w:hAnsi="Times New Roman" w:cs="Times New Roman"/>
          <w:sz w:val="28"/>
          <w:szCs w:val="28"/>
          <w:lang w:val="kk-KZ"/>
        </w:rPr>
      </w:pPr>
      <w:r w:rsidRPr="002417EA">
        <w:rPr>
          <w:rFonts w:ascii="Times New Roman" w:hAnsi="Times New Roman" w:cs="Times New Roman"/>
          <w:noProof/>
          <w:position w:val="-12"/>
          <w:sz w:val="28"/>
          <w:szCs w:val="28"/>
        </w:rPr>
        <w:drawing>
          <wp:inline distT="0" distB="0" distL="0" distR="0" wp14:anchorId="5A3BB915" wp14:editId="6F54354A">
            <wp:extent cx="4543425" cy="231140"/>
            <wp:effectExtent l="0" t="0" r="9525" b="0"/>
            <wp:docPr id="1372" name="Рисунок 1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2"/>
                    <pic:cNvPicPr>
                      <a:picLocks noChangeAspect="1" noChangeArrowheads="1"/>
                    </pic:cNvPicPr>
                  </pic:nvPicPr>
                  <pic:blipFill>
                    <a:blip r:embed="rId1799" cstate="print">
                      <a:extLst>
                        <a:ext uri="{28A0092B-C50C-407E-A947-70E740481C1C}">
                          <a14:useLocalDpi xmlns:a14="http://schemas.microsoft.com/office/drawing/2010/main" val="0"/>
                        </a:ext>
                      </a:extLst>
                    </a:blip>
                    <a:srcRect/>
                    <a:stretch>
                      <a:fillRect/>
                    </a:stretch>
                  </pic:blipFill>
                  <pic:spPr bwMode="auto">
                    <a:xfrm>
                      <a:off x="0" y="0"/>
                      <a:ext cx="4543425" cy="231140"/>
                    </a:xfrm>
                    <a:prstGeom prst="rect">
                      <a:avLst/>
                    </a:prstGeom>
                    <a:noFill/>
                    <a:ln>
                      <a:noFill/>
                    </a:ln>
                  </pic:spPr>
                </pic:pic>
              </a:graphicData>
            </a:graphic>
          </wp:inline>
        </w:drawing>
      </w:r>
      <w:r w:rsidR="003A4ABB" w:rsidRPr="002417EA">
        <w:rPr>
          <w:rFonts w:ascii="Times New Roman" w:hAnsi="Times New Roman" w:cs="Times New Roman"/>
          <w:position w:val="-30"/>
          <w:sz w:val="28"/>
          <w:szCs w:val="28"/>
          <w:lang w:val="kk-KZ"/>
        </w:rPr>
        <w:t xml:space="preserve">            </w:t>
      </w:r>
      <w:r w:rsidR="003A4ABB" w:rsidRPr="002417EA">
        <w:rPr>
          <w:rFonts w:ascii="Times New Roman" w:hAnsi="Times New Roman" w:cs="Times New Roman"/>
          <w:sz w:val="28"/>
          <w:szCs w:val="28"/>
          <w:lang w:val="kk-KZ"/>
        </w:rPr>
        <w:t>(1.82)</w:t>
      </w:r>
    </w:p>
    <w:p w14:paraId="55286686" w14:textId="77777777" w:rsidR="003A4ABB" w:rsidRPr="002417EA" w:rsidRDefault="003A4ABB" w:rsidP="002417EA">
      <w:pPr>
        <w:spacing w:after="0" w:line="240" w:lineRule="auto"/>
        <w:jc w:val="right"/>
        <w:rPr>
          <w:rFonts w:ascii="Times New Roman" w:hAnsi="Times New Roman" w:cs="Times New Roman"/>
          <w:sz w:val="28"/>
          <w:szCs w:val="28"/>
          <w:lang w:val="kk-KZ"/>
        </w:rPr>
      </w:pPr>
    </w:p>
    <w:p w14:paraId="09F1F9FA" w14:textId="77777777" w:rsidR="003A4ABB" w:rsidRPr="002417EA" w:rsidRDefault="003A4ABB" w:rsidP="002417EA">
      <w:pPr>
        <w:spacing w:after="0" w:line="240" w:lineRule="auto"/>
        <w:jc w:val="both"/>
        <w:rPr>
          <w:rFonts w:ascii="Times New Roman" w:hAnsi="Times New Roman" w:cs="Times New Roman"/>
          <w:position w:val="-12"/>
          <w:sz w:val="28"/>
          <w:szCs w:val="28"/>
          <w:lang w:val="kk-KZ"/>
        </w:rPr>
      </w:pPr>
    </w:p>
    <w:p w14:paraId="230F9063" w14:textId="30EABA04" w:rsidR="003A4ABB" w:rsidRPr="002417EA" w:rsidRDefault="00A135AE" w:rsidP="002417EA">
      <w:pPr>
        <w:spacing w:after="0" w:line="240" w:lineRule="auto"/>
        <w:jc w:val="both"/>
        <w:rPr>
          <w:rFonts w:ascii="Times New Roman" w:hAnsi="Times New Roman" w:cs="Times New Roman"/>
          <w:color w:val="0F1115"/>
          <w:sz w:val="28"/>
          <w:szCs w:val="28"/>
          <w:lang w:val="kk-KZ"/>
        </w:rPr>
      </w:pPr>
      <w:r w:rsidRPr="002417EA">
        <w:rPr>
          <w:rFonts w:ascii="Times New Roman" w:hAnsi="Times New Roman" w:cs="Times New Roman"/>
          <w:noProof/>
          <w:position w:val="-12"/>
          <w:sz w:val="28"/>
          <w:szCs w:val="28"/>
        </w:rPr>
        <w:drawing>
          <wp:inline distT="0" distB="0" distL="0" distR="0" wp14:anchorId="40382DE0" wp14:editId="763D8380">
            <wp:extent cx="4157980" cy="231140"/>
            <wp:effectExtent l="0" t="0" r="0" b="0"/>
            <wp:docPr id="1373" name="Рисунок 1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3"/>
                    <pic:cNvPicPr>
                      <a:picLocks noChangeAspect="1" noChangeArrowheads="1"/>
                    </pic:cNvPicPr>
                  </pic:nvPicPr>
                  <pic:blipFill>
                    <a:blip r:embed="rId1800" cstate="print">
                      <a:extLst>
                        <a:ext uri="{28A0092B-C50C-407E-A947-70E740481C1C}">
                          <a14:useLocalDpi xmlns:a14="http://schemas.microsoft.com/office/drawing/2010/main" val="0"/>
                        </a:ext>
                      </a:extLst>
                    </a:blip>
                    <a:srcRect/>
                    <a:stretch>
                      <a:fillRect/>
                    </a:stretch>
                  </pic:blipFill>
                  <pic:spPr bwMode="auto">
                    <a:xfrm>
                      <a:off x="0" y="0"/>
                      <a:ext cx="4157980" cy="231140"/>
                    </a:xfrm>
                    <a:prstGeom prst="rect">
                      <a:avLst/>
                    </a:prstGeom>
                    <a:noFill/>
                    <a:ln>
                      <a:noFill/>
                    </a:ln>
                  </pic:spPr>
                </pic:pic>
              </a:graphicData>
            </a:graphic>
          </wp:inline>
        </w:drawing>
      </w:r>
      <w:r w:rsidR="003A4ABB" w:rsidRPr="002417EA">
        <w:rPr>
          <w:rFonts w:ascii="Times New Roman" w:hAnsi="Times New Roman" w:cs="Times New Roman"/>
          <w:position w:val="-12"/>
          <w:sz w:val="28"/>
          <w:szCs w:val="28"/>
          <w:lang w:val="kk-KZ"/>
        </w:rPr>
        <w:t xml:space="preserve"> </w:t>
      </w:r>
      <w:r w:rsidR="003A4ABB" w:rsidRPr="002417EA">
        <w:rPr>
          <w:rFonts w:ascii="Times New Roman" w:hAnsi="Times New Roman" w:cs="Times New Roman"/>
          <w:color w:val="0F1115"/>
          <w:sz w:val="28"/>
          <w:szCs w:val="28"/>
          <w:lang w:val="kk-KZ"/>
        </w:rPr>
        <w:t xml:space="preserve">функцияларымен </w:t>
      </w:r>
      <w:r w:rsidRPr="002417EA">
        <w:rPr>
          <w:rFonts w:ascii="Times New Roman" w:hAnsi="Times New Roman" w:cs="Times New Roman"/>
          <w:noProof/>
          <w:position w:val="-12"/>
          <w:sz w:val="28"/>
          <w:szCs w:val="28"/>
        </w:rPr>
        <w:drawing>
          <wp:inline distT="0" distB="0" distL="0" distR="0" wp14:anchorId="4644BCA5" wp14:editId="185E2A05">
            <wp:extent cx="914400" cy="231140"/>
            <wp:effectExtent l="0" t="0" r="0" b="0"/>
            <wp:docPr id="1374" name="Рисунок 1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4"/>
                    <pic:cNvPicPr>
                      <a:picLocks noChangeAspect="1" noChangeArrowheads="1"/>
                    </pic:cNvPicPr>
                  </pic:nvPicPr>
                  <pic:blipFill>
                    <a:blip r:embed="rId1801" cstate="print">
                      <a:extLst>
                        <a:ext uri="{28A0092B-C50C-407E-A947-70E740481C1C}">
                          <a14:useLocalDpi xmlns:a14="http://schemas.microsoft.com/office/drawing/2010/main" val="0"/>
                        </a:ext>
                      </a:extLst>
                    </a:blip>
                    <a:srcRect/>
                    <a:stretch>
                      <a:fillRect/>
                    </a:stretch>
                  </pic:blipFill>
                  <pic:spPr bwMode="auto">
                    <a:xfrm>
                      <a:off x="0" y="0"/>
                      <a:ext cx="914400" cy="231140"/>
                    </a:xfrm>
                    <a:prstGeom prst="rect">
                      <a:avLst/>
                    </a:prstGeom>
                    <a:noFill/>
                    <a:ln>
                      <a:noFill/>
                    </a:ln>
                  </pic:spPr>
                </pic:pic>
              </a:graphicData>
            </a:graphic>
          </wp:inline>
        </w:drawing>
      </w:r>
      <w:r w:rsidR="003A4ABB" w:rsidRPr="002417EA">
        <w:rPr>
          <w:rFonts w:ascii="Times New Roman" w:hAnsi="Times New Roman" w:cs="Times New Roman"/>
          <w:position w:val="-12"/>
          <w:sz w:val="28"/>
          <w:szCs w:val="28"/>
          <w:lang w:val="kk-KZ"/>
        </w:rPr>
        <w:t xml:space="preserve"> </w:t>
      </w:r>
      <w:r w:rsidR="003A4ABB" w:rsidRPr="002417EA">
        <w:rPr>
          <w:rFonts w:ascii="Times New Roman" w:hAnsi="Times New Roman" w:cs="Times New Roman"/>
          <w:color w:val="0F1115"/>
          <w:sz w:val="28"/>
          <w:szCs w:val="28"/>
          <w:lang w:val="kk-KZ"/>
        </w:rPr>
        <w:t xml:space="preserve">болғандықтан, </w:t>
      </w:r>
      <w:r w:rsidRPr="002417EA">
        <w:rPr>
          <w:rFonts w:ascii="Times New Roman" w:hAnsi="Times New Roman" w:cs="Times New Roman"/>
          <w:noProof/>
          <w:position w:val="-6"/>
          <w:sz w:val="28"/>
          <w:szCs w:val="28"/>
        </w:rPr>
        <w:drawing>
          <wp:inline distT="0" distB="0" distL="0" distR="0" wp14:anchorId="5605F0B7" wp14:editId="7DF5A3FD">
            <wp:extent cx="375285" cy="211455"/>
            <wp:effectExtent l="0" t="0" r="5715" b="0"/>
            <wp:docPr id="1375" name="Рисунок 1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5"/>
                    <pic:cNvPicPr>
                      <a:picLocks noChangeAspect="1" noChangeArrowheads="1"/>
                    </pic:cNvPicPr>
                  </pic:nvPicPr>
                  <pic:blipFill>
                    <a:blip r:embed="rId1802" cstate="print">
                      <a:extLst>
                        <a:ext uri="{28A0092B-C50C-407E-A947-70E740481C1C}">
                          <a14:useLocalDpi xmlns:a14="http://schemas.microsoft.com/office/drawing/2010/main" val="0"/>
                        </a:ext>
                      </a:extLst>
                    </a:blip>
                    <a:srcRect/>
                    <a:stretch>
                      <a:fillRect/>
                    </a:stretch>
                  </pic:blipFill>
                  <pic:spPr bwMode="auto">
                    <a:xfrm>
                      <a:off x="0" y="0"/>
                      <a:ext cx="375285" cy="211455"/>
                    </a:xfrm>
                    <a:prstGeom prst="rect">
                      <a:avLst/>
                    </a:prstGeom>
                    <a:noFill/>
                    <a:ln>
                      <a:noFill/>
                    </a:ln>
                  </pic:spPr>
                </pic:pic>
              </a:graphicData>
            </a:graphic>
          </wp:inline>
        </w:drawing>
      </w:r>
      <w:r w:rsidR="003A4ABB" w:rsidRPr="002417EA">
        <w:rPr>
          <w:rFonts w:ascii="Times New Roman" w:hAnsi="Times New Roman" w:cs="Times New Roman"/>
          <w:position w:val="-12"/>
          <w:sz w:val="28"/>
          <w:szCs w:val="28"/>
          <w:lang w:val="kk-KZ"/>
        </w:rPr>
        <w:t xml:space="preserve"> </w:t>
      </w:r>
      <w:r w:rsidR="003A4ABB" w:rsidRPr="002417EA">
        <w:rPr>
          <w:rFonts w:ascii="Times New Roman" w:hAnsi="Times New Roman" w:cs="Times New Roman"/>
          <w:color w:val="0F1115"/>
          <w:sz w:val="28"/>
          <w:szCs w:val="28"/>
          <w:lang w:val="kk-KZ"/>
        </w:rPr>
        <w:t xml:space="preserve">үшін </w:t>
      </w:r>
      <w:r w:rsidRPr="002417EA">
        <w:rPr>
          <w:rFonts w:ascii="Times New Roman" w:hAnsi="Times New Roman" w:cs="Times New Roman"/>
          <w:noProof/>
          <w:position w:val="-12"/>
          <w:sz w:val="28"/>
          <w:szCs w:val="28"/>
        </w:rPr>
        <w:drawing>
          <wp:inline distT="0" distB="0" distL="0" distR="0" wp14:anchorId="3CF0701A" wp14:editId="4432EC36">
            <wp:extent cx="529590" cy="231140"/>
            <wp:effectExtent l="0" t="0" r="3810" b="0"/>
            <wp:docPr id="1376" name="Рисунок 1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6"/>
                    <pic:cNvPicPr>
                      <a:picLocks noChangeAspect="1" noChangeArrowheads="1"/>
                    </pic:cNvPicPr>
                  </pic:nvPicPr>
                  <pic:blipFill>
                    <a:blip r:embed="rId1803" cstate="print">
                      <a:extLst>
                        <a:ext uri="{28A0092B-C50C-407E-A947-70E740481C1C}">
                          <a14:useLocalDpi xmlns:a14="http://schemas.microsoft.com/office/drawing/2010/main" val="0"/>
                        </a:ext>
                      </a:extLst>
                    </a:blip>
                    <a:srcRect/>
                    <a:stretch>
                      <a:fillRect/>
                    </a:stretch>
                  </pic:blipFill>
                  <pic:spPr bwMode="auto">
                    <a:xfrm>
                      <a:off x="0" y="0"/>
                      <a:ext cx="529590" cy="231140"/>
                    </a:xfrm>
                    <a:prstGeom prst="rect">
                      <a:avLst/>
                    </a:prstGeom>
                    <a:noFill/>
                    <a:ln>
                      <a:noFill/>
                    </a:ln>
                  </pic:spPr>
                </pic:pic>
              </a:graphicData>
            </a:graphic>
          </wp:inline>
        </w:drawing>
      </w:r>
      <w:r w:rsidR="003A4ABB" w:rsidRPr="002417EA">
        <w:rPr>
          <w:rFonts w:ascii="Times New Roman" w:hAnsi="Times New Roman" w:cs="Times New Roman"/>
          <w:color w:val="0F1115"/>
          <w:sz w:val="28"/>
          <w:szCs w:val="28"/>
          <w:lang w:val="kk-KZ"/>
        </w:rPr>
        <w:t>шарты (1.79) функциясының бірлік шеңберде керіленуі үшін қажетті шарт болып табылады.</w:t>
      </w:r>
    </w:p>
    <w:p w14:paraId="2722F205" w14:textId="77777777" w:rsidR="003A4ABB" w:rsidRPr="002417EA" w:rsidRDefault="003A4ABB" w:rsidP="002417EA">
      <w:pPr>
        <w:spacing w:after="0" w:line="240" w:lineRule="auto"/>
        <w:jc w:val="both"/>
        <w:rPr>
          <w:rFonts w:ascii="Times New Roman" w:hAnsi="Times New Roman" w:cs="Times New Roman"/>
          <w:color w:val="0F1115"/>
          <w:sz w:val="28"/>
          <w:szCs w:val="28"/>
          <w:lang w:val="kk-KZ"/>
        </w:rPr>
      </w:pPr>
      <w:r w:rsidRPr="002417EA">
        <w:rPr>
          <w:rFonts w:ascii="Times New Roman" w:hAnsi="Times New Roman" w:cs="Times New Roman"/>
          <w:color w:val="0F1115"/>
          <w:sz w:val="28"/>
          <w:szCs w:val="28"/>
          <w:lang w:val="kk-KZ"/>
        </w:rPr>
        <w:t>Келесіні тексеру оңай:</w:t>
      </w:r>
    </w:p>
    <w:p w14:paraId="02AB6B4F" w14:textId="77777777" w:rsidR="003A4ABB" w:rsidRPr="002417EA" w:rsidRDefault="003A4ABB" w:rsidP="002417EA">
      <w:pPr>
        <w:spacing w:after="0" w:line="240" w:lineRule="auto"/>
        <w:rPr>
          <w:rFonts w:ascii="Times New Roman" w:hAnsi="Times New Roman" w:cs="Times New Roman"/>
          <w:position w:val="-12"/>
          <w:sz w:val="28"/>
          <w:szCs w:val="28"/>
          <w:lang w:val="kk-KZ"/>
        </w:rPr>
      </w:pPr>
    </w:p>
    <w:p w14:paraId="05405FBD" w14:textId="376DEC4B" w:rsidR="003A4ABB" w:rsidRPr="002417EA" w:rsidRDefault="00A135AE" w:rsidP="002417EA">
      <w:pPr>
        <w:spacing w:after="0" w:line="240" w:lineRule="auto"/>
        <w:jc w:val="right"/>
        <w:rPr>
          <w:rFonts w:ascii="Times New Roman" w:hAnsi="Times New Roman" w:cs="Times New Roman"/>
          <w:sz w:val="28"/>
          <w:szCs w:val="28"/>
          <w:lang w:val="kk-KZ"/>
        </w:rPr>
      </w:pPr>
      <w:r w:rsidRPr="002417EA">
        <w:rPr>
          <w:rFonts w:ascii="Times New Roman" w:hAnsi="Times New Roman" w:cs="Times New Roman"/>
          <w:noProof/>
          <w:position w:val="-12"/>
          <w:sz w:val="28"/>
          <w:szCs w:val="28"/>
        </w:rPr>
        <w:drawing>
          <wp:inline distT="0" distB="0" distL="0" distR="0" wp14:anchorId="6F096431" wp14:editId="61BD54DF">
            <wp:extent cx="2666365" cy="231140"/>
            <wp:effectExtent l="0" t="0" r="635" b="0"/>
            <wp:docPr id="1377" name="Рисунок 1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7"/>
                    <pic:cNvPicPr>
                      <a:picLocks noChangeAspect="1" noChangeArrowheads="1"/>
                    </pic:cNvPicPr>
                  </pic:nvPicPr>
                  <pic:blipFill>
                    <a:blip r:embed="rId1804" cstate="print">
                      <a:extLst>
                        <a:ext uri="{28A0092B-C50C-407E-A947-70E740481C1C}">
                          <a14:useLocalDpi xmlns:a14="http://schemas.microsoft.com/office/drawing/2010/main" val="0"/>
                        </a:ext>
                      </a:extLst>
                    </a:blip>
                    <a:srcRect/>
                    <a:stretch>
                      <a:fillRect/>
                    </a:stretch>
                  </pic:blipFill>
                  <pic:spPr bwMode="auto">
                    <a:xfrm>
                      <a:off x="0" y="0"/>
                      <a:ext cx="2666365" cy="231140"/>
                    </a:xfrm>
                    <a:prstGeom prst="rect">
                      <a:avLst/>
                    </a:prstGeom>
                    <a:noFill/>
                    <a:ln>
                      <a:noFill/>
                    </a:ln>
                  </pic:spPr>
                </pic:pic>
              </a:graphicData>
            </a:graphic>
          </wp:inline>
        </w:drawing>
      </w:r>
      <w:r w:rsidR="003A4ABB" w:rsidRPr="002417EA">
        <w:rPr>
          <w:rFonts w:ascii="Times New Roman" w:hAnsi="Times New Roman" w:cs="Times New Roman"/>
          <w:position w:val="-12"/>
          <w:sz w:val="28"/>
          <w:szCs w:val="28"/>
          <w:lang w:val="kk-KZ"/>
        </w:rPr>
        <w:t xml:space="preserve">    </w:t>
      </w:r>
      <w:r w:rsidR="003A4ABB" w:rsidRPr="002417EA">
        <w:rPr>
          <w:rFonts w:ascii="Times New Roman" w:hAnsi="Times New Roman" w:cs="Times New Roman"/>
          <w:position w:val="-30"/>
          <w:sz w:val="28"/>
          <w:szCs w:val="28"/>
          <w:lang w:val="kk-KZ"/>
        </w:rPr>
        <w:t xml:space="preserve">                             </w:t>
      </w:r>
      <w:r w:rsidR="003A4ABB" w:rsidRPr="002417EA">
        <w:rPr>
          <w:rFonts w:ascii="Times New Roman" w:hAnsi="Times New Roman" w:cs="Times New Roman"/>
          <w:sz w:val="28"/>
          <w:szCs w:val="28"/>
          <w:lang w:val="kk-KZ"/>
        </w:rPr>
        <w:t>(1.83)</w:t>
      </w:r>
    </w:p>
    <w:p w14:paraId="11A58552" w14:textId="77777777" w:rsidR="003A4ABB" w:rsidRPr="002417EA" w:rsidRDefault="003A4ABB" w:rsidP="002417EA">
      <w:pPr>
        <w:spacing w:after="0" w:line="240" w:lineRule="auto"/>
        <w:jc w:val="both"/>
        <w:rPr>
          <w:rFonts w:ascii="Times New Roman" w:hAnsi="Times New Roman" w:cs="Times New Roman"/>
          <w:position w:val="-12"/>
          <w:sz w:val="28"/>
          <w:szCs w:val="28"/>
          <w:lang w:val="kk-KZ"/>
        </w:rPr>
      </w:pPr>
    </w:p>
    <w:p w14:paraId="15F852FB" w14:textId="62F13CE1" w:rsidR="003A4ABB" w:rsidRPr="002417EA" w:rsidRDefault="003A4ABB" w:rsidP="002417EA">
      <w:pPr>
        <w:spacing w:after="0" w:line="240" w:lineRule="auto"/>
        <w:jc w:val="both"/>
        <w:rPr>
          <w:rFonts w:ascii="Times New Roman" w:hAnsi="Times New Roman" w:cs="Times New Roman"/>
          <w:sz w:val="28"/>
          <w:szCs w:val="28"/>
          <w:lang w:val="kk-KZ"/>
        </w:rPr>
      </w:pPr>
      <w:r w:rsidRPr="002417EA">
        <w:rPr>
          <w:rFonts w:ascii="Times New Roman" w:hAnsi="Times New Roman" w:cs="Times New Roman"/>
          <w:sz w:val="28"/>
          <w:szCs w:val="28"/>
          <w:lang w:val="kk-KZ"/>
        </w:rPr>
        <w:t xml:space="preserve">(1.76)-дегі </w:t>
      </w:r>
      <w:r w:rsidR="00A135AE" w:rsidRPr="002417EA">
        <w:rPr>
          <w:rFonts w:ascii="Times New Roman" w:hAnsi="Times New Roman" w:cs="Times New Roman"/>
          <w:noProof/>
          <w:position w:val="-4"/>
          <w:sz w:val="28"/>
          <w:szCs w:val="28"/>
        </w:rPr>
        <w:drawing>
          <wp:inline distT="0" distB="0" distL="0" distR="0" wp14:anchorId="5655A855" wp14:editId="7FDD2C16">
            <wp:extent cx="134620" cy="211455"/>
            <wp:effectExtent l="0" t="0" r="0" b="0"/>
            <wp:docPr id="1378" name="Рисунок 1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8"/>
                    <pic:cNvPicPr>
                      <a:picLocks noChangeAspect="1" noChangeArrowheads="1"/>
                    </pic:cNvPicPr>
                  </pic:nvPicPr>
                  <pic:blipFill>
                    <a:blip r:embed="rId1805" cstate="print">
                      <a:extLst>
                        <a:ext uri="{28A0092B-C50C-407E-A947-70E740481C1C}">
                          <a14:useLocalDpi xmlns:a14="http://schemas.microsoft.com/office/drawing/2010/main" val="0"/>
                        </a:ext>
                      </a:extLst>
                    </a:blip>
                    <a:srcRect/>
                    <a:stretch>
                      <a:fillRect/>
                    </a:stretch>
                  </pic:blipFill>
                  <pic:spPr bwMode="auto">
                    <a:xfrm>
                      <a:off x="0" y="0"/>
                      <a:ext cx="134620" cy="211455"/>
                    </a:xfrm>
                    <a:prstGeom prst="rect">
                      <a:avLst/>
                    </a:prstGeom>
                    <a:noFill/>
                    <a:ln>
                      <a:noFill/>
                    </a:ln>
                  </pic:spPr>
                </pic:pic>
              </a:graphicData>
            </a:graphic>
          </wp:inline>
        </w:drawing>
      </w:r>
      <w:r w:rsidRPr="002417EA">
        <w:rPr>
          <w:rFonts w:ascii="Times New Roman" w:hAnsi="Times New Roman" w:cs="Times New Roman"/>
          <w:position w:val="-12"/>
          <w:sz w:val="28"/>
          <w:szCs w:val="28"/>
          <w:lang w:val="kk-KZ"/>
        </w:rPr>
        <w:t xml:space="preserve"> </w:t>
      </w:r>
      <w:r w:rsidRPr="002417EA">
        <w:rPr>
          <w:rFonts w:ascii="Times New Roman" w:hAnsi="Times New Roman" w:cs="Times New Roman"/>
          <w:sz w:val="28"/>
          <w:szCs w:val="28"/>
          <w:lang w:val="kk-KZ"/>
        </w:rPr>
        <w:t xml:space="preserve">көпмүшелігімен бірге. (1.71)-нің cалдарынан шарты </w:t>
      </w:r>
      <w:r w:rsidR="00A135AE" w:rsidRPr="002417EA">
        <w:rPr>
          <w:rFonts w:ascii="Times New Roman" w:hAnsi="Times New Roman" w:cs="Times New Roman"/>
          <w:noProof/>
          <w:position w:val="-12"/>
          <w:sz w:val="28"/>
          <w:szCs w:val="28"/>
        </w:rPr>
        <w:drawing>
          <wp:inline distT="0" distB="0" distL="0" distR="0" wp14:anchorId="2F279A86" wp14:editId="63A999C0">
            <wp:extent cx="712470" cy="231140"/>
            <wp:effectExtent l="0" t="0" r="0" b="0"/>
            <wp:docPr id="1379" name="Рисунок 1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9"/>
                    <pic:cNvPicPr>
                      <a:picLocks noChangeAspect="1" noChangeArrowheads="1"/>
                    </pic:cNvPicPr>
                  </pic:nvPicPr>
                  <pic:blipFill>
                    <a:blip r:embed="rId1806" cstate="print">
                      <a:extLst>
                        <a:ext uri="{28A0092B-C50C-407E-A947-70E740481C1C}">
                          <a14:useLocalDpi xmlns:a14="http://schemas.microsoft.com/office/drawing/2010/main" val="0"/>
                        </a:ext>
                      </a:extLst>
                    </a:blip>
                    <a:srcRect/>
                    <a:stretch>
                      <a:fillRect/>
                    </a:stretch>
                  </pic:blipFill>
                  <pic:spPr bwMode="auto">
                    <a:xfrm>
                      <a:off x="0" y="0"/>
                      <a:ext cx="712470" cy="231140"/>
                    </a:xfrm>
                    <a:prstGeom prst="rect">
                      <a:avLst/>
                    </a:prstGeom>
                    <a:noFill/>
                    <a:ln>
                      <a:noFill/>
                    </a:ln>
                  </pic:spPr>
                </pic:pic>
              </a:graphicData>
            </a:graphic>
          </wp:inline>
        </w:drawing>
      </w:r>
      <w:r w:rsidRPr="002417EA">
        <w:rPr>
          <w:rFonts w:ascii="Times New Roman" w:hAnsi="Times New Roman" w:cs="Times New Roman"/>
          <w:sz w:val="28"/>
          <w:szCs w:val="28"/>
          <w:lang w:val="kk-KZ"/>
        </w:rPr>
        <w:t xml:space="preserve"> мұндағы </w:t>
      </w:r>
      <w:r w:rsidR="00A135AE" w:rsidRPr="002417EA">
        <w:rPr>
          <w:rFonts w:ascii="Times New Roman" w:hAnsi="Times New Roman" w:cs="Times New Roman"/>
          <w:noProof/>
          <w:position w:val="-6"/>
          <w:sz w:val="28"/>
          <w:szCs w:val="28"/>
        </w:rPr>
        <w:drawing>
          <wp:inline distT="0" distB="0" distL="0" distR="0" wp14:anchorId="1D5FD1C3" wp14:editId="69595CE0">
            <wp:extent cx="414020" cy="211455"/>
            <wp:effectExtent l="0" t="0" r="5080" b="0"/>
            <wp:docPr id="1380" name="Рисунок 1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0"/>
                    <pic:cNvPicPr>
                      <a:picLocks noChangeAspect="1" noChangeArrowheads="1"/>
                    </pic:cNvPicPr>
                  </pic:nvPicPr>
                  <pic:blipFill>
                    <a:blip r:embed="rId1807" cstate="print">
                      <a:extLst>
                        <a:ext uri="{28A0092B-C50C-407E-A947-70E740481C1C}">
                          <a14:useLocalDpi xmlns:a14="http://schemas.microsoft.com/office/drawing/2010/main" val="0"/>
                        </a:ext>
                      </a:extLst>
                    </a:blip>
                    <a:srcRect/>
                    <a:stretch>
                      <a:fillRect/>
                    </a:stretch>
                  </pic:blipFill>
                  <pic:spPr bwMode="auto">
                    <a:xfrm>
                      <a:off x="0" y="0"/>
                      <a:ext cx="414020" cy="211455"/>
                    </a:xfrm>
                    <a:prstGeom prst="rect">
                      <a:avLst/>
                    </a:prstGeom>
                    <a:noFill/>
                    <a:ln>
                      <a:noFill/>
                    </a:ln>
                  </pic:spPr>
                </pic:pic>
              </a:graphicData>
            </a:graphic>
          </wp:inline>
        </w:drawing>
      </w:r>
      <w:r w:rsidRPr="002417EA">
        <w:rPr>
          <w:rFonts w:ascii="Times New Roman" w:hAnsi="Times New Roman" w:cs="Times New Roman"/>
          <w:sz w:val="28"/>
          <w:szCs w:val="28"/>
          <w:lang w:val="kk-KZ"/>
        </w:rPr>
        <w:t xml:space="preserve">шартына дейін ықшамдалады (кемиді), бұл өз кезегінде </w:t>
      </w:r>
      <w:r w:rsidR="00A135AE" w:rsidRPr="002417EA">
        <w:rPr>
          <w:rFonts w:ascii="Times New Roman" w:hAnsi="Times New Roman" w:cs="Times New Roman"/>
          <w:noProof/>
          <w:position w:val="-4"/>
          <w:sz w:val="28"/>
          <w:szCs w:val="28"/>
        </w:rPr>
        <w:drawing>
          <wp:inline distT="0" distB="0" distL="0" distR="0" wp14:anchorId="7FFED976" wp14:editId="461FEB4B">
            <wp:extent cx="134620" cy="211455"/>
            <wp:effectExtent l="0" t="0" r="0" b="0"/>
            <wp:docPr id="1381" name="Рисунок 1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1"/>
                    <pic:cNvPicPr>
                      <a:picLocks noChangeAspect="1" noChangeArrowheads="1"/>
                    </pic:cNvPicPr>
                  </pic:nvPicPr>
                  <pic:blipFill>
                    <a:blip r:embed="rId1808" cstate="print">
                      <a:extLst>
                        <a:ext uri="{28A0092B-C50C-407E-A947-70E740481C1C}">
                          <a14:useLocalDpi xmlns:a14="http://schemas.microsoft.com/office/drawing/2010/main" val="0"/>
                        </a:ext>
                      </a:extLst>
                    </a:blip>
                    <a:srcRect/>
                    <a:stretch>
                      <a:fillRect/>
                    </a:stretch>
                  </pic:blipFill>
                  <pic:spPr bwMode="auto">
                    <a:xfrm>
                      <a:off x="0" y="0"/>
                      <a:ext cx="134620" cy="211455"/>
                    </a:xfrm>
                    <a:prstGeom prst="rect">
                      <a:avLst/>
                    </a:prstGeom>
                    <a:noFill/>
                    <a:ln>
                      <a:noFill/>
                    </a:ln>
                  </pic:spPr>
                </pic:pic>
              </a:graphicData>
            </a:graphic>
          </wp:inline>
        </w:drawing>
      </w:r>
      <w:r w:rsidRPr="002417EA">
        <w:rPr>
          <w:rFonts w:ascii="Times New Roman" w:hAnsi="Times New Roman" w:cs="Times New Roman"/>
          <w:sz w:val="28"/>
          <w:szCs w:val="28"/>
          <w:lang w:val="kk-KZ"/>
        </w:rPr>
        <w:t xml:space="preserve">көпмүшелігінің нақты осінің бойында нөлдерінің (түбірлерінің) жоқтығына эквивалентті. </w:t>
      </w:r>
      <w:r w:rsidR="00A135AE" w:rsidRPr="002417EA">
        <w:rPr>
          <w:rFonts w:ascii="Times New Roman" w:hAnsi="Times New Roman" w:cs="Times New Roman"/>
          <w:noProof/>
          <w:position w:val="-6"/>
          <w:sz w:val="28"/>
          <w:szCs w:val="28"/>
        </w:rPr>
        <w:drawing>
          <wp:inline distT="0" distB="0" distL="0" distR="0" wp14:anchorId="6EE989D6" wp14:editId="0602146C">
            <wp:extent cx="375285" cy="211455"/>
            <wp:effectExtent l="0" t="0" r="5715" b="0"/>
            <wp:docPr id="1382" name="Рисунок 1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2"/>
                    <pic:cNvPicPr>
                      <a:picLocks noChangeAspect="1" noChangeArrowheads="1"/>
                    </pic:cNvPicPr>
                  </pic:nvPicPr>
                  <pic:blipFill>
                    <a:blip r:embed="rId1809" cstate="print">
                      <a:extLst>
                        <a:ext uri="{28A0092B-C50C-407E-A947-70E740481C1C}">
                          <a14:useLocalDpi xmlns:a14="http://schemas.microsoft.com/office/drawing/2010/main" val="0"/>
                        </a:ext>
                      </a:extLst>
                    </a:blip>
                    <a:srcRect/>
                    <a:stretch>
                      <a:fillRect/>
                    </a:stretch>
                  </pic:blipFill>
                  <pic:spPr bwMode="auto">
                    <a:xfrm>
                      <a:off x="0" y="0"/>
                      <a:ext cx="375285" cy="211455"/>
                    </a:xfrm>
                    <a:prstGeom prst="rect">
                      <a:avLst/>
                    </a:prstGeom>
                    <a:noFill/>
                    <a:ln>
                      <a:noFill/>
                    </a:ln>
                  </pic:spPr>
                </pic:pic>
              </a:graphicData>
            </a:graphic>
          </wp:inline>
        </w:drawing>
      </w:r>
      <w:r w:rsidRPr="002417EA">
        <w:rPr>
          <w:rFonts w:ascii="Times New Roman" w:hAnsi="Times New Roman" w:cs="Times New Roman"/>
          <w:position w:val="-6"/>
          <w:sz w:val="28"/>
          <w:szCs w:val="28"/>
          <w:lang w:val="kk-KZ"/>
        </w:rPr>
        <w:t xml:space="preserve"> </w:t>
      </w:r>
      <w:r w:rsidRPr="002417EA">
        <w:rPr>
          <w:rFonts w:ascii="Times New Roman" w:hAnsi="Times New Roman" w:cs="Times New Roman"/>
          <w:sz w:val="28"/>
          <w:szCs w:val="28"/>
          <w:lang w:val="kk-KZ"/>
        </w:rPr>
        <w:t xml:space="preserve">және </w:t>
      </w:r>
      <w:r w:rsidR="00A135AE" w:rsidRPr="002417EA">
        <w:rPr>
          <w:rFonts w:ascii="Times New Roman" w:hAnsi="Times New Roman" w:cs="Times New Roman"/>
          <w:noProof/>
          <w:position w:val="-6"/>
          <w:sz w:val="28"/>
          <w:szCs w:val="28"/>
        </w:rPr>
        <w:drawing>
          <wp:inline distT="0" distB="0" distL="0" distR="0" wp14:anchorId="1059CE42" wp14:editId="7D976BDA">
            <wp:extent cx="375285" cy="211455"/>
            <wp:effectExtent l="0" t="0" r="5715" b="0"/>
            <wp:docPr id="1383" name="Рисунок 1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3"/>
                    <pic:cNvPicPr>
                      <a:picLocks noChangeAspect="1" noChangeArrowheads="1"/>
                    </pic:cNvPicPr>
                  </pic:nvPicPr>
                  <pic:blipFill>
                    <a:blip r:embed="rId1810" cstate="print">
                      <a:extLst>
                        <a:ext uri="{28A0092B-C50C-407E-A947-70E740481C1C}">
                          <a14:useLocalDpi xmlns:a14="http://schemas.microsoft.com/office/drawing/2010/main" val="0"/>
                        </a:ext>
                      </a:extLst>
                    </a:blip>
                    <a:srcRect/>
                    <a:stretch>
                      <a:fillRect/>
                    </a:stretch>
                  </pic:blipFill>
                  <pic:spPr bwMode="auto">
                    <a:xfrm>
                      <a:off x="0" y="0"/>
                      <a:ext cx="375285" cy="211455"/>
                    </a:xfrm>
                    <a:prstGeom prst="rect">
                      <a:avLst/>
                    </a:prstGeom>
                    <a:noFill/>
                    <a:ln>
                      <a:noFill/>
                    </a:ln>
                  </pic:spPr>
                </pic:pic>
              </a:graphicData>
            </a:graphic>
          </wp:inline>
        </w:drawing>
      </w:r>
      <w:r w:rsidRPr="002417EA">
        <w:rPr>
          <w:rFonts w:ascii="Times New Roman" w:hAnsi="Times New Roman" w:cs="Times New Roman"/>
          <w:position w:val="-12"/>
          <w:sz w:val="28"/>
          <w:szCs w:val="28"/>
          <w:lang w:val="kk-KZ"/>
        </w:rPr>
        <w:t xml:space="preserve"> </w:t>
      </w:r>
      <w:r w:rsidRPr="002417EA">
        <w:rPr>
          <w:rFonts w:ascii="Times New Roman" w:hAnsi="Times New Roman" w:cs="Times New Roman"/>
          <w:sz w:val="28"/>
          <w:szCs w:val="28"/>
          <w:lang w:val="kk-KZ"/>
        </w:rPr>
        <w:t xml:space="preserve">үшін </w:t>
      </w:r>
      <w:r w:rsidR="00A135AE" w:rsidRPr="002417EA">
        <w:rPr>
          <w:rFonts w:ascii="Times New Roman" w:hAnsi="Times New Roman" w:cs="Times New Roman"/>
          <w:noProof/>
          <w:position w:val="-12"/>
          <w:sz w:val="28"/>
          <w:szCs w:val="28"/>
        </w:rPr>
        <w:drawing>
          <wp:inline distT="0" distB="0" distL="0" distR="0" wp14:anchorId="604A62A9" wp14:editId="2EE6F71B">
            <wp:extent cx="692785" cy="231140"/>
            <wp:effectExtent l="0" t="0" r="0" b="0"/>
            <wp:docPr id="1384" name="Рисунок 1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4"/>
                    <pic:cNvPicPr>
                      <a:picLocks noChangeAspect="1" noChangeArrowheads="1"/>
                    </pic:cNvPicPr>
                  </pic:nvPicPr>
                  <pic:blipFill>
                    <a:blip r:embed="rId1811" cstate="print">
                      <a:extLst>
                        <a:ext uri="{28A0092B-C50C-407E-A947-70E740481C1C}">
                          <a14:useLocalDpi xmlns:a14="http://schemas.microsoft.com/office/drawing/2010/main" val="0"/>
                        </a:ext>
                      </a:extLst>
                    </a:blip>
                    <a:srcRect/>
                    <a:stretch>
                      <a:fillRect/>
                    </a:stretch>
                  </pic:blipFill>
                  <pic:spPr bwMode="auto">
                    <a:xfrm>
                      <a:off x="0" y="0"/>
                      <a:ext cx="692785" cy="231140"/>
                    </a:xfrm>
                    <a:prstGeom prst="rect">
                      <a:avLst/>
                    </a:prstGeom>
                    <a:noFill/>
                    <a:ln>
                      <a:noFill/>
                    </a:ln>
                  </pic:spPr>
                </pic:pic>
              </a:graphicData>
            </a:graphic>
          </wp:inline>
        </w:drawing>
      </w:r>
      <w:r w:rsidRPr="002417EA">
        <w:rPr>
          <w:rFonts w:ascii="Times New Roman" w:hAnsi="Times New Roman" w:cs="Times New Roman"/>
          <w:position w:val="-12"/>
          <w:sz w:val="28"/>
          <w:szCs w:val="28"/>
          <w:lang w:val="kk-KZ"/>
        </w:rPr>
        <w:t xml:space="preserve"> </w:t>
      </w:r>
      <w:r w:rsidRPr="002417EA">
        <w:rPr>
          <w:rFonts w:ascii="Times New Roman" w:hAnsi="Times New Roman" w:cs="Times New Roman"/>
          <w:sz w:val="28"/>
          <w:szCs w:val="28"/>
          <w:lang w:val="kk-KZ"/>
        </w:rPr>
        <w:t xml:space="preserve">болғандықтан, </w:t>
      </w:r>
      <w:r w:rsidR="00A135AE" w:rsidRPr="002417EA">
        <w:rPr>
          <w:rFonts w:ascii="Times New Roman" w:hAnsi="Times New Roman" w:cs="Times New Roman"/>
          <w:noProof/>
          <w:position w:val="-4"/>
          <w:sz w:val="28"/>
          <w:szCs w:val="28"/>
        </w:rPr>
        <w:drawing>
          <wp:inline distT="0" distB="0" distL="0" distR="0" wp14:anchorId="20B7DF70" wp14:editId="73482CAE">
            <wp:extent cx="134620" cy="211455"/>
            <wp:effectExtent l="0" t="0" r="0" b="0"/>
            <wp:docPr id="1385" name="Рисунок 1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5"/>
                    <pic:cNvPicPr>
                      <a:picLocks noChangeAspect="1" noChangeArrowheads="1"/>
                    </pic:cNvPicPr>
                  </pic:nvPicPr>
                  <pic:blipFill>
                    <a:blip r:embed="rId1812" cstate="print">
                      <a:extLst>
                        <a:ext uri="{28A0092B-C50C-407E-A947-70E740481C1C}">
                          <a14:useLocalDpi xmlns:a14="http://schemas.microsoft.com/office/drawing/2010/main" val="0"/>
                        </a:ext>
                      </a:extLst>
                    </a:blip>
                    <a:srcRect/>
                    <a:stretch>
                      <a:fillRect/>
                    </a:stretch>
                  </pic:blipFill>
                  <pic:spPr bwMode="auto">
                    <a:xfrm>
                      <a:off x="0" y="0"/>
                      <a:ext cx="134620" cy="211455"/>
                    </a:xfrm>
                    <a:prstGeom prst="rect">
                      <a:avLst/>
                    </a:prstGeom>
                    <a:noFill/>
                    <a:ln>
                      <a:noFill/>
                    </a:ln>
                  </pic:spPr>
                </pic:pic>
              </a:graphicData>
            </a:graphic>
          </wp:inline>
        </w:drawing>
      </w:r>
      <w:r w:rsidRPr="002417EA">
        <w:rPr>
          <w:rFonts w:ascii="Times New Roman" w:hAnsi="Times New Roman" w:cs="Times New Roman"/>
          <w:sz w:val="28"/>
          <w:szCs w:val="28"/>
          <w:lang w:val="kk-KZ"/>
        </w:rPr>
        <w:t xml:space="preserve">көпмүшелігінің екі коэффициенті </w:t>
      </w:r>
      <w:r w:rsidR="00A135AE" w:rsidRPr="002417EA">
        <w:rPr>
          <w:rFonts w:ascii="Times New Roman" w:hAnsi="Times New Roman" w:cs="Times New Roman"/>
          <w:noProof/>
          <w:position w:val="-12"/>
          <w:sz w:val="28"/>
          <w:szCs w:val="28"/>
        </w:rPr>
        <w:drawing>
          <wp:inline distT="0" distB="0" distL="0" distR="0" wp14:anchorId="490390B2" wp14:editId="0C917F96">
            <wp:extent cx="596900" cy="231140"/>
            <wp:effectExtent l="0" t="0" r="0" b="0"/>
            <wp:docPr id="1386" name="Рисунок 1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6"/>
                    <pic:cNvPicPr>
                      <a:picLocks noChangeAspect="1" noChangeArrowheads="1"/>
                    </pic:cNvPicPr>
                  </pic:nvPicPr>
                  <pic:blipFill>
                    <a:blip r:embed="rId1813" cstate="print">
                      <a:extLst>
                        <a:ext uri="{28A0092B-C50C-407E-A947-70E740481C1C}">
                          <a14:useLocalDpi xmlns:a14="http://schemas.microsoft.com/office/drawing/2010/main" val="0"/>
                        </a:ext>
                      </a:extLst>
                    </a:blip>
                    <a:srcRect/>
                    <a:stretch>
                      <a:fillRect/>
                    </a:stretch>
                  </pic:blipFill>
                  <pic:spPr bwMode="auto">
                    <a:xfrm>
                      <a:off x="0" y="0"/>
                      <a:ext cx="596900" cy="231140"/>
                    </a:xfrm>
                    <a:prstGeom prst="rect">
                      <a:avLst/>
                    </a:prstGeom>
                    <a:noFill/>
                    <a:ln>
                      <a:noFill/>
                    </a:ln>
                  </pic:spPr>
                </pic:pic>
              </a:graphicData>
            </a:graphic>
          </wp:inline>
        </w:drawing>
      </w:r>
      <w:r w:rsidRPr="002417EA">
        <w:rPr>
          <w:rFonts w:ascii="Times New Roman" w:hAnsi="Times New Roman" w:cs="Times New Roman"/>
          <w:sz w:val="28"/>
          <w:szCs w:val="28"/>
          <w:lang w:val="kk-KZ"/>
        </w:rPr>
        <w:t xml:space="preserve"> және </w:t>
      </w:r>
      <w:r w:rsidR="00A135AE" w:rsidRPr="002417EA">
        <w:rPr>
          <w:rFonts w:ascii="Times New Roman" w:hAnsi="Times New Roman" w:cs="Times New Roman"/>
          <w:noProof/>
          <w:position w:val="-12"/>
          <w:sz w:val="28"/>
          <w:szCs w:val="28"/>
        </w:rPr>
        <w:drawing>
          <wp:inline distT="0" distB="0" distL="0" distR="0" wp14:anchorId="28D2E1AB" wp14:editId="712A0A13">
            <wp:extent cx="596900" cy="231140"/>
            <wp:effectExtent l="0" t="0" r="0" b="0"/>
            <wp:docPr id="1387" name="Рисунок 1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7"/>
                    <pic:cNvPicPr>
                      <a:picLocks noChangeAspect="1" noChangeArrowheads="1"/>
                    </pic:cNvPicPr>
                  </pic:nvPicPr>
                  <pic:blipFill>
                    <a:blip r:embed="rId1814" cstate="print">
                      <a:extLst>
                        <a:ext uri="{28A0092B-C50C-407E-A947-70E740481C1C}">
                          <a14:useLocalDpi xmlns:a14="http://schemas.microsoft.com/office/drawing/2010/main" val="0"/>
                        </a:ext>
                      </a:extLst>
                    </a:blip>
                    <a:srcRect/>
                    <a:stretch>
                      <a:fillRect/>
                    </a:stretch>
                  </pic:blipFill>
                  <pic:spPr bwMode="auto">
                    <a:xfrm>
                      <a:off x="0" y="0"/>
                      <a:ext cx="596900" cy="231140"/>
                    </a:xfrm>
                    <a:prstGeom prst="rect">
                      <a:avLst/>
                    </a:prstGeom>
                    <a:noFill/>
                    <a:ln>
                      <a:noFill/>
                    </a:ln>
                  </pic:spPr>
                </pic:pic>
              </a:graphicData>
            </a:graphic>
          </wp:inline>
        </w:drawing>
      </w:r>
      <w:r w:rsidRPr="002417EA">
        <w:rPr>
          <w:rFonts w:ascii="Times New Roman" w:hAnsi="Times New Roman" w:cs="Times New Roman"/>
          <w:sz w:val="28"/>
          <w:szCs w:val="28"/>
          <w:lang w:val="kk-KZ"/>
        </w:rPr>
        <w:t xml:space="preserve"> нөлге тең емес екенін ескеріңіз.</w:t>
      </w:r>
    </w:p>
    <w:p w14:paraId="72941440" w14:textId="77777777" w:rsidR="003A4ABB" w:rsidRPr="002417EA" w:rsidRDefault="003A4ABB" w:rsidP="002417EA">
      <w:pPr>
        <w:spacing w:after="0" w:line="240" w:lineRule="auto"/>
        <w:jc w:val="both"/>
        <w:rPr>
          <w:rFonts w:ascii="Times New Roman" w:hAnsi="Times New Roman" w:cs="Times New Roman"/>
          <w:position w:val="-12"/>
          <w:sz w:val="28"/>
          <w:szCs w:val="28"/>
          <w:lang w:val="kk-KZ"/>
        </w:rPr>
      </w:pPr>
      <w:r w:rsidRPr="002417EA">
        <w:rPr>
          <w:rFonts w:ascii="Times New Roman" w:hAnsi="Times New Roman" w:cs="Times New Roman"/>
          <w:sz w:val="28"/>
          <w:szCs w:val="28"/>
          <w:lang w:val="kk-KZ"/>
        </w:rPr>
        <w:t>Индекс формуласына орала отырып, біз алдымен Коши индексінің</w:t>
      </w:r>
      <w:r w:rsidRPr="002417EA">
        <w:rPr>
          <w:rFonts w:ascii="Times New Roman" w:hAnsi="Times New Roman" w:cs="Times New Roman"/>
          <w:position w:val="-12"/>
          <w:sz w:val="28"/>
          <w:szCs w:val="28"/>
          <w:lang w:val="kk-KZ"/>
        </w:rPr>
        <w:t xml:space="preserve"> </w:t>
      </w:r>
    </w:p>
    <w:p w14:paraId="35D9D220" w14:textId="77777777" w:rsidR="003A4ABB" w:rsidRPr="002417EA" w:rsidRDefault="003A4ABB" w:rsidP="002417EA">
      <w:pPr>
        <w:spacing w:after="0" w:line="240" w:lineRule="auto"/>
        <w:jc w:val="both"/>
        <w:rPr>
          <w:rFonts w:ascii="Times New Roman" w:hAnsi="Times New Roman" w:cs="Times New Roman"/>
          <w:sz w:val="28"/>
          <w:szCs w:val="28"/>
          <w:lang w:val="kk-KZ"/>
        </w:rPr>
      </w:pPr>
    </w:p>
    <w:p w14:paraId="005EE308" w14:textId="396A77A2" w:rsidR="003A4ABB" w:rsidRPr="002417EA" w:rsidRDefault="00A135AE" w:rsidP="002417EA">
      <w:pPr>
        <w:spacing w:after="0" w:line="240" w:lineRule="auto"/>
        <w:jc w:val="right"/>
        <w:rPr>
          <w:rFonts w:ascii="Times New Roman" w:hAnsi="Times New Roman" w:cs="Times New Roman"/>
          <w:sz w:val="28"/>
          <w:szCs w:val="28"/>
          <w:lang w:val="kk-KZ"/>
        </w:rPr>
      </w:pPr>
      <w:r w:rsidRPr="002417EA">
        <w:rPr>
          <w:rFonts w:ascii="Times New Roman" w:hAnsi="Times New Roman" w:cs="Times New Roman"/>
          <w:noProof/>
          <w:position w:val="-12"/>
          <w:sz w:val="28"/>
          <w:szCs w:val="28"/>
        </w:rPr>
        <w:drawing>
          <wp:inline distT="0" distB="0" distL="0" distR="0" wp14:anchorId="3D283144" wp14:editId="1AD0055D">
            <wp:extent cx="1231900" cy="231140"/>
            <wp:effectExtent l="0" t="0" r="6350" b="0"/>
            <wp:docPr id="1388" name="Рисунок 1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8"/>
                    <pic:cNvPicPr>
                      <a:picLocks noChangeAspect="1" noChangeArrowheads="1"/>
                    </pic:cNvPicPr>
                  </pic:nvPicPr>
                  <pic:blipFill>
                    <a:blip r:embed="rId1815" cstate="print">
                      <a:extLst>
                        <a:ext uri="{28A0092B-C50C-407E-A947-70E740481C1C}">
                          <a14:useLocalDpi xmlns:a14="http://schemas.microsoft.com/office/drawing/2010/main" val="0"/>
                        </a:ext>
                      </a:extLst>
                    </a:blip>
                    <a:srcRect/>
                    <a:stretch>
                      <a:fillRect/>
                    </a:stretch>
                  </pic:blipFill>
                  <pic:spPr bwMode="auto">
                    <a:xfrm>
                      <a:off x="0" y="0"/>
                      <a:ext cx="1231900" cy="231140"/>
                    </a:xfrm>
                    <a:prstGeom prst="rect">
                      <a:avLst/>
                    </a:prstGeom>
                    <a:noFill/>
                    <a:ln>
                      <a:noFill/>
                    </a:ln>
                  </pic:spPr>
                </pic:pic>
              </a:graphicData>
            </a:graphic>
          </wp:inline>
        </w:drawing>
      </w:r>
      <w:r w:rsidR="003A4ABB" w:rsidRPr="002417EA">
        <w:rPr>
          <w:rFonts w:ascii="Times New Roman" w:hAnsi="Times New Roman" w:cs="Times New Roman"/>
          <w:position w:val="-34"/>
          <w:sz w:val="28"/>
          <w:szCs w:val="28"/>
          <w:lang w:val="kk-KZ"/>
        </w:rPr>
        <w:t xml:space="preserve">                             </w:t>
      </w:r>
      <w:r w:rsidR="003A4ABB" w:rsidRPr="002417EA">
        <w:rPr>
          <w:rFonts w:ascii="Times New Roman" w:hAnsi="Times New Roman" w:cs="Times New Roman"/>
          <w:position w:val="-30"/>
          <w:sz w:val="28"/>
          <w:szCs w:val="28"/>
          <w:lang w:val="kk-KZ"/>
        </w:rPr>
        <w:t xml:space="preserve">                           </w:t>
      </w:r>
      <w:r w:rsidR="003A4ABB" w:rsidRPr="002417EA">
        <w:rPr>
          <w:rFonts w:ascii="Times New Roman" w:hAnsi="Times New Roman" w:cs="Times New Roman"/>
          <w:sz w:val="28"/>
          <w:szCs w:val="28"/>
          <w:lang w:val="kk-KZ"/>
        </w:rPr>
        <w:t>(1.84)</w:t>
      </w:r>
    </w:p>
    <w:p w14:paraId="53384F5F" w14:textId="77777777" w:rsidR="003A4ABB" w:rsidRPr="002417EA" w:rsidRDefault="003A4ABB" w:rsidP="002417EA">
      <w:pPr>
        <w:spacing w:after="0" w:line="240" w:lineRule="auto"/>
        <w:rPr>
          <w:rFonts w:ascii="Times New Roman" w:hAnsi="Times New Roman" w:cs="Times New Roman"/>
          <w:sz w:val="28"/>
          <w:szCs w:val="28"/>
          <w:lang w:val="kk-KZ"/>
        </w:rPr>
      </w:pPr>
    </w:p>
    <w:p w14:paraId="3249C276" w14:textId="60FACBEF" w:rsidR="003A4ABB" w:rsidRPr="002417EA" w:rsidRDefault="003A4ABB" w:rsidP="002417EA">
      <w:pPr>
        <w:spacing w:after="0" w:line="240" w:lineRule="auto"/>
        <w:rPr>
          <w:rFonts w:ascii="Times New Roman" w:hAnsi="Times New Roman" w:cs="Times New Roman"/>
          <w:position w:val="-12"/>
          <w:sz w:val="28"/>
          <w:szCs w:val="28"/>
          <w:lang w:val="kk-KZ"/>
        </w:rPr>
      </w:pPr>
      <w:r w:rsidRPr="002417EA">
        <w:rPr>
          <w:rFonts w:ascii="Times New Roman" w:hAnsi="Times New Roman" w:cs="Times New Roman"/>
          <w:sz w:val="28"/>
          <w:szCs w:val="28"/>
          <w:lang w:val="kk-KZ"/>
        </w:rPr>
        <w:t xml:space="preserve">Шынында да, бұл теңдіктің сол жақ бөлігі жоғарғы жарты жазықтықтағы </w:t>
      </w:r>
      <w:r w:rsidR="00A135AE" w:rsidRPr="002417EA">
        <w:rPr>
          <w:rFonts w:ascii="Times New Roman" w:hAnsi="Times New Roman" w:cs="Times New Roman"/>
          <w:noProof/>
          <w:position w:val="-6"/>
          <w:sz w:val="28"/>
          <w:szCs w:val="28"/>
        </w:rPr>
        <w:drawing>
          <wp:inline distT="0" distB="0" distL="0" distR="0" wp14:anchorId="49F6D6DE" wp14:editId="6416FD28">
            <wp:extent cx="134620" cy="134620"/>
            <wp:effectExtent l="0" t="0" r="0" b="0"/>
            <wp:docPr id="1389" name="Рисунок 1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9"/>
                    <pic:cNvPicPr>
                      <a:picLocks noChangeAspect="1" noChangeArrowheads="1"/>
                    </pic:cNvPicPr>
                  </pic:nvPicPr>
                  <pic:blipFill>
                    <a:blip r:embed="rId1816" cstate="print">
                      <a:extLst>
                        <a:ext uri="{28A0092B-C50C-407E-A947-70E740481C1C}">
                          <a14:useLocalDpi xmlns:a14="http://schemas.microsoft.com/office/drawing/2010/main" val="0"/>
                        </a:ext>
                      </a:extLst>
                    </a:blip>
                    <a:srcRect/>
                    <a:stretch>
                      <a:fillRect/>
                    </a:stretch>
                  </pic:blipFill>
                  <pic:spPr bwMode="auto">
                    <a:xfrm>
                      <a:off x="0" y="0"/>
                      <a:ext cx="134620" cy="134620"/>
                    </a:xfrm>
                    <a:prstGeom prst="rect">
                      <a:avLst/>
                    </a:prstGeom>
                    <a:noFill/>
                    <a:ln>
                      <a:noFill/>
                    </a:ln>
                  </pic:spPr>
                </pic:pic>
              </a:graphicData>
            </a:graphic>
          </wp:inline>
        </w:drawing>
      </w:r>
      <w:r w:rsidRPr="002417EA">
        <w:rPr>
          <w:rFonts w:ascii="Times New Roman" w:hAnsi="Times New Roman" w:cs="Times New Roman"/>
          <w:sz w:val="28"/>
          <w:szCs w:val="28"/>
          <w:lang w:val="kk-KZ"/>
        </w:rPr>
        <w:t xml:space="preserve">-ға үзіліссіз тәуелді және бүтін сан болып қалады. Сондықтан ол </w:t>
      </w:r>
      <w:r w:rsidR="00A135AE" w:rsidRPr="002417EA">
        <w:rPr>
          <w:rFonts w:ascii="Times New Roman" w:hAnsi="Times New Roman" w:cs="Times New Roman"/>
          <w:noProof/>
          <w:position w:val="-6"/>
          <w:sz w:val="28"/>
          <w:szCs w:val="28"/>
        </w:rPr>
        <w:drawing>
          <wp:inline distT="0" distB="0" distL="0" distR="0" wp14:anchorId="1D9DE256" wp14:editId="5B1E96CF">
            <wp:extent cx="134620" cy="134620"/>
            <wp:effectExtent l="0" t="0" r="0" b="0"/>
            <wp:docPr id="1390" name="Рисунок 1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0"/>
                    <pic:cNvPicPr>
                      <a:picLocks noChangeAspect="1" noChangeArrowheads="1"/>
                    </pic:cNvPicPr>
                  </pic:nvPicPr>
                  <pic:blipFill>
                    <a:blip r:embed="rId1817" cstate="print">
                      <a:extLst>
                        <a:ext uri="{28A0092B-C50C-407E-A947-70E740481C1C}">
                          <a14:useLocalDpi xmlns:a14="http://schemas.microsoft.com/office/drawing/2010/main" val="0"/>
                        </a:ext>
                      </a:extLst>
                    </a:blip>
                    <a:srcRect/>
                    <a:stretch>
                      <a:fillRect/>
                    </a:stretch>
                  </pic:blipFill>
                  <pic:spPr bwMode="auto">
                    <a:xfrm>
                      <a:off x="0" y="0"/>
                      <a:ext cx="134620" cy="134620"/>
                    </a:xfrm>
                    <a:prstGeom prst="rect">
                      <a:avLst/>
                    </a:prstGeom>
                    <a:noFill/>
                    <a:ln>
                      <a:noFill/>
                    </a:ln>
                  </pic:spPr>
                </pic:pic>
              </a:graphicData>
            </a:graphic>
          </wp:inline>
        </w:drawing>
      </w:r>
      <w:r w:rsidRPr="002417EA">
        <w:rPr>
          <w:rFonts w:ascii="Times New Roman" w:hAnsi="Times New Roman" w:cs="Times New Roman"/>
          <w:sz w:val="28"/>
          <w:szCs w:val="28"/>
          <w:lang w:val="kk-KZ"/>
        </w:rPr>
        <w:t xml:space="preserve">-ға тәуелді емес және </w:t>
      </w:r>
      <w:r w:rsidR="00A135AE" w:rsidRPr="002417EA">
        <w:rPr>
          <w:rFonts w:ascii="Times New Roman" w:hAnsi="Times New Roman" w:cs="Times New Roman"/>
          <w:noProof/>
          <w:position w:val="-6"/>
          <w:sz w:val="28"/>
          <w:szCs w:val="28"/>
        </w:rPr>
        <w:drawing>
          <wp:inline distT="0" distB="0" distL="0" distR="0" wp14:anchorId="4D00AEFE" wp14:editId="40993ACD">
            <wp:extent cx="384810" cy="211455"/>
            <wp:effectExtent l="0" t="0" r="0" b="0"/>
            <wp:docPr id="1391" name="Рисунок 1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1"/>
                    <pic:cNvPicPr>
                      <a:picLocks noChangeAspect="1" noChangeArrowheads="1"/>
                    </pic:cNvPicPr>
                  </pic:nvPicPr>
                  <pic:blipFill>
                    <a:blip r:embed="rId1818" cstate="print">
                      <a:extLst>
                        <a:ext uri="{28A0092B-C50C-407E-A947-70E740481C1C}">
                          <a14:useLocalDpi xmlns:a14="http://schemas.microsoft.com/office/drawing/2010/main" val="0"/>
                        </a:ext>
                      </a:extLst>
                    </a:blip>
                    <a:srcRect/>
                    <a:stretch>
                      <a:fillRect/>
                    </a:stretch>
                  </pic:blipFill>
                  <pic:spPr bwMode="auto">
                    <a:xfrm>
                      <a:off x="0" y="0"/>
                      <a:ext cx="384810" cy="211455"/>
                    </a:xfrm>
                    <a:prstGeom prst="rect">
                      <a:avLst/>
                    </a:prstGeom>
                    <a:noFill/>
                    <a:ln>
                      <a:noFill/>
                    </a:ln>
                  </pic:spPr>
                </pic:pic>
              </a:graphicData>
            </a:graphic>
          </wp:inline>
        </w:drawing>
      </w:r>
      <w:r w:rsidRPr="002417EA">
        <w:rPr>
          <w:rFonts w:ascii="Times New Roman" w:hAnsi="Times New Roman" w:cs="Times New Roman"/>
          <w:sz w:val="28"/>
          <w:szCs w:val="28"/>
          <w:lang w:val="kk-KZ"/>
        </w:rPr>
        <w:t xml:space="preserve"> болғанда 1-ге тең. Әрі қарай, келесі тұжырымдалады:</w:t>
      </w:r>
      <w:r w:rsidRPr="002417EA">
        <w:rPr>
          <w:rFonts w:ascii="Times New Roman" w:hAnsi="Times New Roman" w:cs="Times New Roman"/>
          <w:position w:val="-12"/>
          <w:sz w:val="28"/>
          <w:szCs w:val="28"/>
          <w:lang w:val="kk-KZ"/>
        </w:rPr>
        <w:t xml:space="preserve"> </w:t>
      </w:r>
    </w:p>
    <w:p w14:paraId="52B5EDA7" w14:textId="77777777" w:rsidR="003A4ABB" w:rsidRPr="002417EA" w:rsidRDefault="003A4ABB" w:rsidP="002417EA">
      <w:pPr>
        <w:spacing w:after="0" w:line="240" w:lineRule="auto"/>
        <w:rPr>
          <w:rFonts w:ascii="Times New Roman" w:hAnsi="Times New Roman" w:cs="Times New Roman"/>
          <w:position w:val="-12"/>
          <w:sz w:val="28"/>
          <w:szCs w:val="28"/>
          <w:lang w:val="kk-KZ"/>
        </w:rPr>
      </w:pPr>
    </w:p>
    <w:p w14:paraId="286AEFC5" w14:textId="512AE470" w:rsidR="003A4ABB" w:rsidRPr="002417EA" w:rsidRDefault="00A135AE" w:rsidP="002417EA">
      <w:pPr>
        <w:spacing w:after="0" w:line="240" w:lineRule="auto"/>
        <w:jc w:val="right"/>
        <w:rPr>
          <w:rFonts w:ascii="Times New Roman" w:hAnsi="Times New Roman" w:cs="Times New Roman"/>
          <w:sz w:val="28"/>
          <w:szCs w:val="28"/>
          <w:lang w:val="kk-KZ"/>
        </w:rPr>
      </w:pPr>
      <w:r w:rsidRPr="002417EA">
        <w:rPr>
          <w:rFonts w:ascii="Times New Roman" w:hAnsi="Times New Roman" w:cs="Times New Roman"/>
          <w:noProof/>
          <w:position w:val="-12"/>
          <w:sz w:val="28"/>
          <w:szCs w:val="28"/>
        </w:rPr>
        <w:drawing>
          <wp:inline distT="0" distB="0" distL="0" distR="0" wp14:anchorId="2E46377E" wp14:editId="26A2DDFC">
            <wp:extent cx="1905635" cy="231140"/>
            <wp:effectExtent l="0" t="0" r="0" b="0"/>
            <wp:docPr id="1392" name="Рисунок 1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2"/>
                    <pic:cNvPicPr>
                      <a:picLocks noChangeAspect="1" noChangeArrowheads="1"/>
                    </pic:cNvPicPr>
                  </pic:nvPicPr>
                  <pic:blipFill>
                    <a:blip r:embed="rId1819" cstate="print">
                      <a:extLst>
                        <a:ext uri="{28A0092B-C50C-407E-A947-70E740481C1C}">
                          <a14:useLocalDpi xmlns:a14="http://schemas.microsoft.com/office/drawing/2010/main" val="0"/>
                        </a:ext>
                      </a:extLst>
                    </a:blip>
                    <a:srcRect/>
                    <a:stretch>
                      <a:fillRect/>
                    </a:stretch>
                  </pic:blipFill>
                  <pic:spPr bwMode="auto">
                    <a:xfrm>
                      <a:off x="0" y="0"/>
                      <a:ext cx="1905635" cy="231140"/>
                    </a:xfrm>
                    <a:prstGeom prst="rect">
                      <a:avLst/>
                    </a:prstGeom>
                    <a:noFill/>
                    <a:ln>
                      <a:noFill/>
                    </a:ln>
                  </pic:spPr>
                </pic:pic>
              </a:graphicData>
            </a:graphic>
          </wp:inline>
        </w:drawing>
      </w:r>
      <w:r w:rsidR="003A4ABB" w:rsidRPr="002417EA">
        <w:rPr>
          <w:rFonts w:ascii="Times New Roman" w:hAnsi="Times New Roman" w:cs="Times New Roman"/>
          <w:position w:val="-34"/>
          <w:sz w:val="28"/>
          <w:szCs w:val="28"/>
          <w:lang w:val="kk-KZ"/>
        </w:rPr>
        <w:t xml:space="preserve">                       </w:t>
      </w:r>
      <w:r w:rsidR="003A4ABB" w:rsidRPr="002417EA">
        <w:rPr>
          <w:rFonts w:ascii="Times New Roman" w:hAnsi="Times New Roman" w:cs="Times New Roman"/>
          <w:position w:val="-30"/>
          <w:sz w:val="28"/>
          <w:szCs w:val="28"/>
          <w:lang w:val="kk-KZ"/>
        </w:rPr>
        <w:t xml:space="preserve">                           </w:t>
      </w:r>
      <w:r w:rsidR="003A4ABB" w:rsidRPr="002417EA">
        <w:rPr>
          <w:rFonts w:ascii="Times New Roman" w:hAnsi="Times New Roman" w:cs="Times New Roman"/>
          <w:sz w:val="28"/>
          <w:szCs w:val="28"/>
          <w:lang w:val="kk-KZ"/>
        </w:rPr>
        <w:t>(1.85)</w:t>
      </w:r>
    </w:p>
    <w:p w14:paraId="297D12B6" w14:textId="77777777" w:rsidR="003A4ABB" w:rsidRPr="002417EA" w:rsidRDefault="003A4ABB" w:rsidP="002417EA">
      <w:pPr>
        <w:spacing w:after="0" w:line="240" w:lineRule="auto"/>
        <w:rPr>
          <w:rFonts w:ascii="Times New Roman" w:hAnsi="Times New Roman" w:cs="Times New Roman"/>
          <w:sz w:val="28"/>
          <w:szCs w:val="28"/>
          <w:lang w:val="kk-KZ"/>
        </w:rPr>
      </w:pPr>
    </w:p>
    <w:p w14:paraId="3E43A829" w14:textId="7E8A8C06" w:rsidR="003A4ABB" w:rsidRPr="002417EA" w:rsidRDefault="003A4ABB" w:rsidP="004F565E">
      <w:pPr>
        <w:spacing w:after="0" w:line="240" w:lineRule="auto"/>
        <w:ind w:firstLine="567"/>
        <w:jc w:val="both"/>
        <w:rPr>
          <w:rFonts w:ascii="Times New Roman" w:hAnsi="Times New Roman" w:cs="Times New Roman"/>
          <w:sz w:val="28"/>
          <w:szCs w:val="28"/>
          <w:lang w:val="kk-KZ"/>
        </w:rPr>
      </w:pPr>
      <w:r w:rsidRPr="002417EA">
        <w:rPr>
          <w:rFonts w:ascii="Times New Roman" w:hAnsi="Times New Roman" w:cs="Times New Roman"/>
          <w:sz w:val="28"/>
          <w:szCs w:val="28"/>
          <w:lang w:val="kk-KZ"/>
        </w:rPr>
        <w:t xml:space="preserve">Шынында да, </w:t>
      </w:r>
      <w:r w:rsidR="00A135AE" w:rsidRPr="002417EA">
        <w:rPr>
          <w:rFonts w:ascii="Times New Roman" w:hAnsi="Times New Roman" w:cs="Times New Roman"/>
          <w:noProof/>
          <w:position w:val="-12"/>
          <w:sz w:val="28"/>
          <w:szCs w:val="28"/>
        </w:rPr>
        <w:drawing>
          <wp:inline distT="0" distB="0" distL="0" distR="0" wp14:anchorId="56CBA1DB" wp14:editId="6A7751D0">
            <wp:extent cx="2059940" cy="231140"/>
            <wp:effectExtent l="0" t="0" r="0" b="0"/>
            <wp:docPr id="1393" name="Рисунок 1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3"/>
                    <pic:cNvPicPr>
                      <a:picLocks noChangeAspect="1" noChangeArrowheads="1"/>
                    </pic:cNvPicPr>
                  </pic:nvPicPr>
                  <pic:blipFill>
                    <a:blip r:embed="rId1820" cstate="print">
                      <a:extLst>
                        <a:ext uri="{28A0092B-C50C-407E-A947-70E740481C1C}">
                          <a14:useLocalDpi xmlns:a14="http://schemas.microsoft.com/office/drawing/2010/main" val="0"/>
                        </a:ext>
                      </a:extLst>
                    </a:blip>
                    <a:srcRect/>
                    <a:stretch>
                      <a:fillRect/>
                    </a:stretch>
                  </pic:blipFill>
                  <pic:spPr bwMode="auto">
                    <a:xfrm>
                      <a:off x="0" y="0"/>
                      <a:ext cx="2059940" cy="231140"/>
                    </a:xfrm>
                    <a:prstGeom prst="rect">
                      <a:avLst/>
                    </a:prstGeom>
                    <a:noFill/>
                    <a:ln>
                      <a:noFill/>
                    </a:ln>
                  </pic:spPr>
                </pic:pic>
              </a:graphicData>
            </a:graphic>
          </wp:inline>
        </w:drawing>
      </w:r>
      <w:r w:rsidRPr="002417EA">
        <w:rPr>
          <w:rFonts w:ascii="Times New Roman" w:hAnsi="Times New Roman" w:cs="Times New Roman"/>
          <w:position w:val="-12"/>
          <w:sz w:val="28"/>
          <w:szCs w:val="28"/>
          <w:lang w:val="kk-KZ"/>
        </w:rPr>
        <w:t xml:space="preserve"> </w:t>
      </w:r>
      <w:r w:rsidRPr="002417EA">
        <w:rPr>
          <w:rFonts w:ascii="Times New Roman" w:hAnsi="Times New Roman" w:cs="Times New Roman"/>
          <w:sz w:val="28"/>
          <w:szCs w:val="28"/>
          <w:lang w:val="kk-KZ"/>
        </w:rPr>
        <w:t xml:space="preserve">болғандықтан, </w:t>
      </w:r>
      <w:r w:rsidR="00A135AE" w:rsidRPr="002417EA">
        <w:rPr>
          <w:rFonts w:ascii="Times New Roman" w:hAnsi="Times New Roman" w:cs="Times New Roman"/>
          <w:noProof/>
          <w:position w:val="-6"/>
          <w:sz w:val="28"/>
          <w:szCs w:val="28"/>
        </w:rPr>
        <w:drawing>
          <wp:inline distT="0" distB="0" distL="0" distR="0" wp14:anchorId="5D0D3A87" wp14:editId="7C0E3199">
            <wp:extent cx="134620" cy="134620"/>
            <wp:effectExtent l="0" t="0" r="0" b="0"/>
            <wp:docPr id="1394" name="Рисунок 1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4"/>
                    <pic:cNvPicPr>
                      <a:picLocks noChangeAspect="1" noChangeArrowheads="1"/>
                    </pic:cNvPicPr>
                  </pic:nvPicPr>
                  <pic:blipFill>
                    <a:blip r:embed="rId1821" cstate="print">
                      <a:extLst>
                        <a:ext uri="{28A0092B-C50C-407E-A947-70E740481C1C}">
                          <a14:useLocalDpi xmlns:a14="http://schemas.microsoft.com/office/drawing/2010/main" val="0"/>
                        </a:ext>
                      </a:extLst>
                    </a:blip>
                    <a:srcRect/>
                    <a:stretch>
                      <a:fillRect/>
                    </a:stretch>
                  </pic:blipFill>
                  <pic:spPr bwMode="auto">
                    <a:xfrm>
                      <a:off x="0" y="0"/>
                      <a:ext cx="134620" cy="134620"/>
                    </a:xfrm>
                    <a:prstGeom prst="rect">
                      <a:avLst/>
                    </a:prstGeom>
                    <a:noFill/>
                    <a:ln>
                      <a:noFill/>
                    </a:ln>
                  </pic:spPr>
                </pic:pic>
              </a:graphicData>
            </a:graphic>
          </wp:inline>
        </w:drawing>
      </w:r>
      <w:r w:rsidRPr="002417EA">
        <w:rPr>
          <w:rFonts w:ascii="Times New Roman" w:hAnsi="Times New Roman" w:cs="Times New Roman"/>
          <w:position w:val="-12"/>
          <w:sz w:val="28"/>
          <w:szCs w:val="28"/>
          <w:lang w:val="kk-KZ"/>
        </w:rPr>
        <w:t xml:space="preserve"> </w:t>
      </w:r>
      <w:r w:rsidRPr="002417EA">
        <w:rPr>
          <w:rFonts w:ascii="Times New Roman" w:hAnsi="Times New Roman" w:cs="Times New Roman"/>
          <w:sz w:val="28"/>
          <w:szCs w:val="28"/>
          <w:lang w:val="kk-KZ"/>
        </w:rPr>
        <w:t xml:space="preserve">функцияcы </w:t>
      </w:r>
      <w:r w:rsidRPr="002417EA">
        <w:rPr>
          <w:rFonts w:ascii="Times New Roman" w:hAnsi="Times New Roman" w:cs="Times New Roman"/>
          <w:bCs/>
          <w:sz w:val="28"/>
          <w:szCs w:val="28"/>
          <w:lang w:val="kk-KZ"/>
        </w:rPr>
        <w:t>жоғарғы жарты жазықтықта</w:t>
      </w:r>
      <w:r w:rsidRPr="002417EA">
        <w:rPr>
          <w:rFonts w:ascii="Times New Roman" w:hAnsi="Times New Roman" w:cs="Times New Roman"/>
          <w:sz w:val="28"/>
          <w:szCs w:val="28"/>
          <w:lang w:val="kk-KZ"/>
        </w:rPr>
        <w:t xml:space="preserve"> мәндерін қабылдайды, мұнда </w:t>
      </w:r>
      <w:r w:rsidRPr="002417EA">
        <w:rPr>
          <w:rFonts w:ascii="Times New Roman" w:hAnsi="Times New Roman" w:cs="Times New Roman"/>
          <w:bCs/>
          <w:sz w:val="28"/>
          <w:szCs w:val="28"/>
          <w:lang w:val="kk-KZ"/>
        </w:rPr>
        <w:t>аргументтің үзіліссіз тармағын</w:t>
      </w:r>
      <w:r w:rsidRPr="002417EA">
        <w:rPr>
          <w:rFonts w:ascii="Times New Roman" w:hAnsi="Times New Roman" w:cs="Times New Roman"/>
          <w:sz w:val="28"/>
          <w:szCs w:val="28"/>
          <w:lang w:val="kk-KZ"/>
        </w:rPr>
        <w:t xml:space="preserve"> таңдауға болады. Нәтижесінде, біз </w:t>
      </w:r>
      <w:r w:rsidRPr="002417EA">
        <w:rPr>
          <w:rFonts w:ascii="Times New Roman" w:hAnsi="Times New Roman" w:cs="Times New Roman"/>
          <w:bCs/>
          <w:sz w:val="28"/>
          <w:szCs w:val="28"/>
          <w:lang w:val="kk-KZ"/>
        </w:rPr>
        <w:t>бірінші теңдікті</w:t>
      </w:r>
      <w:r w:rsidRPr="002417EA">
        <w:rPr>
          <w:rFonts w:ascii="Times New Roman" w:hAnsi="Times New Roman" w:cs="Times New Roman"/>
          <w:sz w:val="28"/>
          <w:szCs w:val="28"/>
          <w:lang w:val="kk-KZ"/>
        </w:rPr>
        <w:t xml:space="preserve"> аламыз. (1.81) сәйкес, </w:t>
      </w:r>
      <w:r w:rsidRPr="002417EA">
        <w:rPr>
          <w:rFonts w:ascii="Times New Roman" w:hAnsi="Times New Roman" w:cs="Times New Roman"/>
          <w:bCs/>
          <w:sz w:val="28"/>
          <w:szCs w:val="28"/>
          <w:lang w:val="kk-KZ"/>
        </w:rPr>
        <w:t xml:space="preserve">екінші теңдікте </w:t>
      </w:r>
      <w:r w:rsidR="00A135AE" w:rsidRPr="002417EA">
        <w:rPr>
          <w:rFonts w:ascii="Times New Roman" w:hAnsi="Times New Roman" w:cs="Times New Roman"/>
          <w:noProof/>
          <w:position w:val="-12"/>
          <w:sz w:val="28"/>
          <w:szCs w:val="28"/>
        </w:rPr>
        <w:drawing>
          <wp:inline distT="0" distB="0" distL="0" distR="0" wp14:anchorId="5F8B436E" wp14:editId="50965B47">
            <wp:extent cx="211455" cy="231140"/>
            <wp:effectExtent l="0" t="0" r="0" b="0"/>
            <wp:docPr id="1395" name="Рисунок 1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5"/>
                    <pic:cNvPicPr>
                      <a:picLocks noChangeAspect="1" noChangeArrowheads="1"/>
                    </pic:cNvPicPr>
                  </pic:nvPicPr>
                  <pic:blipFill>
                    <a:blip r:embed="rId1822" cstate="print">
                      <a:extLst>
                        <a:ext uri="{28A0092B-C50C-407E-A947-70E740481C1C}">
                          <a14:useLocalDpi xmlns:a14="http://schemas.microsoft.com/office/drawing/2010/main" val="0"/>
                        </a:ext>
                      </a:extLst>
                    </a:blip>
                    <a:srcRect/>
                    <a:stretch>
                      <a:fillRect/>
                    </a:stretch>
                  </pic:blipFill>
                  <pic:spPr bwMode="auto">
                    <a:xfrm>
                      <a:off x="0" y="0"/>
                      <a:ext cx="211455" cy="231140"/>
                    </a:xfrm>
                    <a:prstGeom prst="rect">
                      <a:avLst/>
                    </a:prstGeom>
                    <a:noFill/>
                    <a:ln>
                      <a:noFill/>
                    </a:ln>
                  </pic:spPr>
                </pic:pic>
              </a:graphicData>
            </a:graphic>
          </wp:inline>
        </w:drawing>
      </w:r>
      <w:r w:rsidRPr="002417EA">
        <w:rPr>
          <w:rFonts w:ascii="Times New Roman" w:hAnsi="Times New Roman" w:cs="Times New Roman"/>
          <w:sz w:val="28"/>
          <w:szCs w:val="28"/>
          <w:lang w:val="kk-KZ"/>
        </w:rPr>
        <w:t xml:space="preserve"> </w:t>
      </w:r>
      <w:r w:rsidRPr="002417EA">
        <w:rPr>
          <w:rFonts w:ascii="Times New Roman" w:hAnsi="Times New Roman" w:cs="Times New Roman"/>
          <w:bCs/>
          <w:sz w:val="28"/>
          <w:szCs w:val="28"/>
          <w:lang w:val="kk-KZ"/>
        </w:rPr>
        <w:t>функциясын</w:t>
      </w:r>
      <w:r w:rsidRPr="002417EA">
        <w:rPr>
          <w:rFonts w:ascii="Times New Roman" w:hAnsi="Times New Roman" w:cs="Times New Roman"/>
          <w:sz w:val="28"/>
          <w:szCs w:val="28"/>
          <w:lang w:val="kk-KZ"/>
        </w:rPr>
        <w:t xml:space="preserve"> </w:t>
      </w:r>
      <w:r w:rsidRPr="002417EA">
        <w:rPr>
          <w:rFonts w:ascii="Times New Roman" w:hAnsi="Times New Roman" w:cs="Times New Roman"/>
          <w:bCs/>
          <w:sz w:val="28"/>
          <w:szCs w:val="28"/>
          <w:lang w:val="kk-KZ"/>
        </w:rPr>
        <w:t>бірлік шеңберде</w:t>
      </w:r>
      <w:r w:rsidRPr="002417EA">
        <w:rPr>
          <w:rFonts w:ascii="Times New Roman" w:hAnsi="Times New Roman" w:cs="Times New Roman"/>
          <w:sz w:val="28"/>
          <w:szCs w:val="28"/>
          <w:lang w:val="kk-KZ"/>
        </w:rPr>
        <w:t xml:space="preserve"> </w:t>
      </w:r>
      <w:r w:rsidR="00A135AE" w:rsidRPr="002417EA">
        <w:rPr>
          <w:rFonts w:ascii="Times New Roman" w:hAnsi="Times New Roman" w:cs="Times New Roman"/>
          <w:noProof/>
          <w:position w:val="-4"/>
          <w:sz w:val="28"/>
          <w:szCs w:val="28"/>
        </w:rPr>
        <w:drawing>
          <wp:inline distT="0" distB="0" distL="0" distR="0" wp14:anchorId="7CA6AC7F" wp14:editId="5188E167">
            <wp:extent cx="134620" cy="211455"/>
            <wp:effectExtent l="0" t="0" r="0" b="0"/>
            <wp:docPr id="1396" name="Рисунок 1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6"/>
                    <pic:cNvPicPr>
                      <a:picLocks noChangeAspect="1" noChangeArrowheads="1"/>
                    </pic:cNvPicPr>
                  </pic:nvPicPr>
                  <pic:blipFill>
                    <a:blip r:embed="rId1823" cstate="print">
                      <a:extLst>
                        <a:ext uri="{28A0092B-C50C-407E-A947-70E740481C1C}">
                          <a14:useLocalDpi xmlns:a14="http://schemas.microsoft.com/office/drawing/2010/main" val="0"/>
                        </a:ext>
                      </a:extLst>
                    </a:blip>
                    <a:srcRect/>
                    <a:stretch>
                      <a:fillRect/>
                    </a:stretch>
                  </pic:blipFill>
                  <pic:spPr bwMode="auto">
                    <a:xfrm>
                      <a:off x="0" y="0"/>
                      <a:ext cx="134620" cy="211455"/>
                    </a:xfrm>
                    <a:prstGeom prst="rect">
                      <a:avLst/>
                    </a:prstGeom>
                    <a:noFill/>
                    <a:ln>
                      <a:noFill/>
                    </a:ln>
                  </pic:spPr>
                </pic:pic>
              </a:graphicData>
            </a:graphic>
          </wp:inline>
        </w:drawing>
      </w:r>
      <w:r w:rsidRPr="002417EA">
        <w:rPr>
          <w:rFonts w:ascii="Times New Roman" w:hAnsi="Times New Roman" w:cs="Times New Roman"/>
          <w:position w:val="-12"/>
          <w:sz w:val="28"/>
          <w:szCs w:val="28"/>
          <w:lang w:val="kk-KZ"/>
        </w:rPr>
        <w:t xml:space="preserve"> </w:t>
      </w:r>
      <w:r w:rsidRPr="002417EA">
        <w:rPr>
          <w:rFonts w:ascii="Times New Roman" w:hAnsi="Times New Roman" w:cs="Times New Roman"/>
          <w:sz w:val="28"/>
          <w:szCs w:val="28"/>
          <w:lang w:val="kk-KZ"/>
        </w:rPr>
        <w:t xml:space="preserve">барлық жерде нөлден өзгеше болатын </w:t>
      </w:r>
      <w:r w:rsidR="00A135AE" w:rsidRPr="002417EA">
        <w:rPr>
          <w:rFonts w:ascii="Times New Roman" w:hAnsi="Times New Roman" w:cs="Times New Roman"/>
          <w:noProof/>
          <w:position w:val="-12"/>
          <w:sz w:val="28"/>
          <w:szCs w:val="28"/>
        </w:rPr>
        <w:drawing>
          <wp:inline distT="0" distB="0" distL="0" distR="0" wp14:anchorId="213486AA" wp14:editId="7E11B9AA">
            <wp:extent cx="1703705" cy="317500"/>
            <wp:effectExtent l="0" t="0" r="0" b="6350"/>
            <wp:docPr id="1397" name="Рисунок 1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7"/>
                    <pic:cNvPicPr>
                      <a:picLocks noChangeAspect="1" noChangeArrowheads="1"/>
                    </pic:cNvPicPr>
                  </pic:nvPicPr>
                  <pic:blipFill>
                    <a:blip r:embed="rId1824" cstate="print">
                      <a:extLst>
                        <a:ext uri="{28A0092B-C50C-407E-A947-70E740481C1C}">
                          <a14:useLocalDpi xmlns:a14="http://schemas.microsoft.com/office/drawing/2010/main" val="0"/>
                        </a:ext>
                      </a:extLst>
                    </a:blip>
                    <a:srcRect/>
                    <a:stretch>
                      <a:fillRect/>
                    </a:stretch>
                  </pic:blipFill>
                  <pic:spPr bwMode="auto">
                    <a:xfrm>
                      <a:off x="0" y="0"/>
                      <a:ext cx="1703705" cy="317500"/>
                    </a:xfrm>
                    <a:prstGeom prst="rect">
                      <a:avLst/>
                    </a:prstGeom>
                    <a:noFill/>
                    <a:ln>
                      <a:noFill/>
                    </a:ln>
                  </pic:spPr>
                </pic:pic>
              </a:graphicData>
            </a:graphic>
          </wp:inline>
        </w:drawing>
      </w:r>
      <w:r w:rsidRPr="002417EA">
        <w:rPr>
          <w:rFonts w:ascii="Times New Roman" w:hAnsi="Times New Roman" w:cs="Times New Roman"/>
          <w:sz w:val="28"/>
          <w:szCs w:val="28"/>
          <w:lang w:val="kk-KZ"/>
        </w:rPr>
        <w:t xml:space="preserve"> </w:t>
      </w:r>
      <w:r w:rsidRPr="002417EA">
        <w:rPr>
          <w:rFonts w:ascii="Times New Roman" w:hAnsi="Times New Roman" w:cs="Times New Roman"/>
          <w:bCs/>
          <w:sz w:val="28"/>
          <w:szCs w:val="28"/>
          <w:lang w:val="kk-KZ"/>
        </w:rPr>
        <w:t>функциясымен</w:t>
      </w:r>
      <w:r w:rsidRPr="002417EA">
        <w:rPr>
          <w:rFonts w:ascii="Times New Roman" w:hAnsi="Times New Roman" w:cs="Times New Roman"/>
          <w:sz w:val="28"/>
          <w:szCs w:val="28"/>
          <w:lang w:val="kk-KZ"/>
        </w:rPr>
        <w:t xml:space="preserve"> алмастыруға болады. Сонымен қатар, </w:t>
      </w:r>
      <w:r w:rsidR="00A135AE" w:rsidRPr="002417EA">
        <w:rPr>
          <w:rFonts w:ascii="Times New Roman" w:hAnsi="Times New Roman" w:cs="Times New Roman"/>
          <w:noProof/>
          <w:position w:val="-6"/>
          <w:sz w:val="28"/>
          <w:szCs w:val="28"/>
        </w:rPr>
        <w:drawing>
          <wp:inline distT="0" distB="0" distL="0" distR="0" wp14:anchorId="771EEB6A" wp14:editId="0CA8805C">
            <wp:extent cx="462280" cy="231140"/>
            <wp:effectExtent l="0" t="0" r="0" b="0"/>
            <wp:docPr id="1398" name="Рисунок 1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8"/>
                    <pic:cNvPicPr>
                      <a:picLocks noChangeAspect="1" noChangeArrowheads="1"/>
                    </pic:cNvPicPr>
                  </pic:nvPicPr>
                  <pic:blipFill>
                    <a:blip r:embed="rId1825" cstate="print">
                      <a:extLst>
                        <a:ext uri="{28A0092B-C50C-407E-A947-70E740481C1C}">
                          <a14:useLocalDpi xmlns:a14="http://schemas.microsoft.com/office/drawing/2010/main" val="0"/>
                        </a:ext>
                      </a:extLst>
                    </a:blip>
                    <a:srcRect/>
                    <a:stretch>
                      <a:fillRect/>
                    </a:stretch>
                  </pic:blipFill>
                  <pic:spPr bwMode="auto">
                    <a:xfrm>
                      <a:off x="0" y="0"/>
                      <a:ext cx="462280" cy="231140"/>
                    </a:xfrm>
                    <a:prstGeom prst="rect">
                      <a:avLst/>
                    </a:prstGeom>
                    <a:noFill/>
                    <a:ln>
                      <a:noFill/>
                    </a:ln>
                  </pic:spPr>
                </pic:pic>
              </a:graphicData>
            </a:graphic>
          </wp:inline>
        </w:drawing>
      </w:r>
      <w:r w:rsidRPr="002417EA">
        <w:rPr>
          <w:rFonts w:ascii="Times New Roman" w:hAnsi="Times New Roman" w:cs="Times New Roman"/>
          <w:position w:val="-12"/>
          <w:sz w:val="28"/>
          <w:szCs w:val="28"/>
          <w:lang w:val="kk-KZ"/>
        </w:rPr>
        <w:t xml:space="preserve"> </w:t>
      </w:r>
      <w:r w:rsidRPr="002417EA">
        <w:rPr>
          <w:rFonts w:ascii="Times New Roman" w:hAnsi="Times New Roman" w:cs="Times New Roman"/>
          <w:bCs/>
          <w:sz w:val="28"/>
          <w:szCs w:val="28"/>
          <w:lang w:val="kk-KZ"/>
        </w:rPr>
        <w:t>индексі</w:t>
      </w:r>
      <w:r w:rsidRPr="002417EA">
        <w:rPr>
          <w:rFonts w:ascii="Times New Roman" w:hAnsi="Times New Roman" w:cs="Times New Roman"/>
          <w:sz w:val="28"/>
          <w:szCs w:val="28"/>
          <w:lang w:val="kk-KZ"/>
        </w:rPr>
        <w:t xml:space="preserve"> </w:t>
      </w:r>
      <w:r w:rsidR="00A135AE" w:rsidRPr="002417EA">
        <w:rPr>
          <w:rFonts w:ascii="Times New Roman" w:hAnsi="Times New Roman" w:cs="Times New Roman"/>
          <w:noProof/>
          <w:position w:val="-6"/>
          <w:sz w:val="28"/>
          <w:szCs w:val="28"/>
        </w:rPr>
        <w:drawing>
          <wp:inline distT="0" distB="0" distL="0" distR="0" wp14:anchorId="783A4288" wp14:editId="7B03CA23">
            <wp:extent cx="134620" cy="134620"/>
            <wp:effectExtent l="0" t="0" r="0" b="0"/>
            <wp:docPr id="1399" name="Рисунок 1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9"/>
                    <pic:cNvPicPr>
                      <a:picLocks noChangeAspect="1" noChangeArrowheads="1"/>
                    </pic:cNvPicPr>
                  </pic:nvPicPr>
                  <pic:blipFill>
                    <a:blip r:embed="rId1826" cstate="print">
                      <a:extLst>
                        <a:ext uri="{28A0092B-C50C-407E-A947-70E740481C1C}">
                          <a14:useLocalDpi xmlns:a14="http://schemas.microsoft.com/office/drawing/2010/main" val="0"/>
                        </a:ext>
                      </a:extLst>
                    </a:blip>
                    <a:srcRect/>
                    <a:stretch>
                      <a:fillRect/>
                    </a:stretch>
                  </pic:blipFill>
                  <pic:spPr bwMode="auto">
                    <a:xfrm>
                      <a:off x="0" y="0"/>
                      <a:ext cx="134620" cy="134620"/>
                    </a:xfrm>
                    <a:prstGeom prst="rect">
                      <a:avLst/>
                    </a:prstGeom>
                    <a:noFill/>
                    <a:ln>
                      <a:noFill/>
                    </a:ln>
                  </pic:spPr>
                </pic:pic>
              </a:graphicData>
            </a:graphic>
          </wp:inline>
        </w:drawing>
      </w:r>
      <w:r w:rsidRPr="002417EA">
        <w:rPr>
          <w:rFonts w:ascii="Times New Roman" w:hAnsi="Times New Roman" w:cs="Times New Roman"/>
          <w:sz w:val="28"/>
          <w:szCs w:val="28"/>
          <w:lang w:val="kk-KZ"/>
        </w:rPr>
        <w:t xml:space="preserve">-ға </w:t>
      </w:r>
      <w:r w:rsidRPr="002417EA">
        <w:rPr>
          <w:rFonts w:ascii="Times New Roman" w:hAnsi="Times New Roman" w:cs="Times New Roman"/>
          <w:bCs/>
          <w:sz w:val="28"/>
          <w:szCs w:val="28"/>
          <w:lang w:val="kk-KZ"/>
        </w:rPr>
        <w:t>үзіліссіз</w:t>
      </w:r>
      <w:r w:rsidRPr="002417EA">
        <w:rPr>
          <w:rFonts w:ascii="Times New Roman" w:hAnsi="Times New Roman" w:cs="Times New Roman"/>
          <w:sz w:val="28"/>
          <w:szCs w:val="28"/>
          <w:lang w:val="kk-KZ"/>
        </w:rPr>
        <w:t xml:space="preserve"> тәуелді және </w:t>
      </w:r>
      <w:r w:rsidRPr="002417EA">
        <w:rPr>
          <w:rFonts w:ascii="Times New Roman" w:hAnsi="Times New Roman" w:cs="Times New Roman"/>
          <w:bCs/>
          <w:sz w:val="28"/>
          <w:szCs w:val="28"/>
          <w:lang w:val="kk-KZ"/>
        </w:rPr>
        <w:t>бүтін сан</w:t>
      </w:r>
      <w:r w:rsidRPr="002417EA">
        <w:rPr>
          <w:rFonts w:ascii="Times New Roman" w:hAnsi="Times New Roman" w:cs="Times New Roman"/>
          <w:sz w:val="28"/>
          <w:szCs w:val="28"/>
          <w:lang w:val="kk-KZ"/>
        </w:rPr>
        <w:t xml:space="preserve"> болып қалады. </w:t>
      </w:r>
      <w:r w:rsidR="00A135AE" w:rsidRPr="002417EA">
        <w:rPr>
          <w:rFonts w:ascii="Times New Roman" w:hAnsi="Times New Roman" w:cs="Times New Roman"/>
          <w:noProof/>
          <w:position w:val="-12"/>
          <w:sz w:val="28"/>
          <w:szCs w:val="28"/>
        </w:rPr>
        <w:drawing>
          <wp:inline distT="0" distB="0" distL="0" distR="0" wp14:anchorId="6E175384" wp14:editId="1E4FB60F">
            <wp:extent cx="789305" cy="231140"/>
            <wp:effectExtent l="0" t="0" r="0" b="0"/>
            <wp:docPr id="1400" name="Рисунок 1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0"/>
                    <pic:cNvPicPr>
                      <a:picLocks noChangeAspect="1" noChangeArrowheads="1"/>
                    </pic:cNvPicPr>
                  </pic:nvPicPr>
                  <pic:blipFill>
                    <a:blip r:embed="rId1827" cstate="print">
                      <a:extLst>
                        <a:ext uri="{28A0092B-C50C-407E-A947-70E740481C1C}">
                          <a14:useLocalDpi xmlns:a14="http://schemas.microsoft.com/office/drawing/2010/main" val="0"/>
                        </a:ext>
                      </a:extLst>
                    </a:blip>
                    <a:srcRect/>
                    <a:stretch>
                      <a:fillRect/>
                    </a:stretch>
                  </pic:blipFill>
                  <pic:spPr bwMode="auto">
                    <a:xfrm>
                      <a:off x="0" y="0"/>
                      <a:ext cx="789305" cy="231140"/>
                    </a:xfrm>
                    <a:prstGeom prst="rect">
                      <a:avLst/>
                    </a:prstGeom>
                    <a:noFill/>
                    <a:ln>
                      <a:noFill/>
                    </a:ln>
                  </pic:spPr>
                </pic:pic>
              </a:graphicData>
            </a:graphic>
          </wp:inline>
        </w:drawing>
      </w:r>
      <w:r w:rsidRPr="002417EA">
        <w:rPr>
          <w:rFonts w:ascii="Times New Roman" w:hAnsi="Times New Roman" w:cs="Times New Roman"/>
          <w:position w:val="-6"/>
          <w:sz w:val="28"/>
          <w:szCs w:val="28"/>
          <w:lang w:val="kk-KZ"/>
        </w:rPr>
        <w:t xml:space="preserve"> </w:t>
      </w:r>
      <w:r w:rsidRPr="002417EA">
        <w:rPr>
          <w:rFonts w:ascii="Times New Roman" w:hAnsi="Times New Roman" w:cs="Times New Roman"/>
          <w:sz w:val="28"/>
          <w:szCs w:val="28"/>
          <w:lang w:val="kk-KZ"/>
        </w:rPr>
        <w:t xml:space="preserve">болғанда </w:t>
      </w:r>
      <w:r w:rsidR="00A135AE" w:rsidRPr="002417EA">
        <w:rPr>
          <w:rFonts w:ascii="Times New Roman" w:hAnsi="Times New Roman" w:cs="Times New Roman"/>
          <w:noProof/>
          <w:position w:val="-12"/>
          <w:sz w:val="28"/>
          <w:szCs w:val="28"/>
        </w:rPr>
        <w:drawing>
          <wp:inline distT="0" distB="0" distL="0" distR="0" wp14:anchorId="0FEBCF64" wp14:editId="1C6B00A4">
            <wp:extent cx="1289685" cy="317500"/>
            <wp:effectExtent l="0" t="0" r="5715" b="6350"/>
            <wp:docPr id="1401" name="Рисунок 1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1"/>
                    <pic:cNvPicPr>
                      <a:picLocks noChangeAspect="1" noChangeArrowheads="1"/>
                    </pic:cNvPicPr>
                  </pic:nvPicPr>
                  <pic:blipFill>
                    <a:blip r:embed="rId1828" cstate="print">
                      <a:extLst>
                        <a:ext uri="{28A0092B-C50C-407E-A947-70E740481C1C}">
                          <a14:useLocalDpi xmlns:a14="http://schemas.microsoft.com/office/drawing/2010/main" val="0"/>
                        </a:ext>
                      </a:extLst>
                    </a:blip>
                    <a:srcRect/>
                    <a:stretch>
                      <a:fillRect/>
                    </a:stretch>
                  </pic:blipFill>
                  <pic:spPr bwMode="auto">
                    <a:xfrm>
                      <a:off x="0" y="0"/>
                      <a:ext cx="1289685" cy="317500"/>
                    </a:xfrm>
                    <a:prstGeom prst="rect">
                      <a:avLst/>
                    </a:prstGeom>
                    <a:noFill/>
                    <a:ln>
                      <a:noFill/>
                    </a:ln>
                  </pic:spPr>
                </pic:pic>
              </a:graphicData>
            </a:graphic>
          </wp:inline>
        </w:drawing>
      </w:r>
      <w:r w:rsidRPr="002417EA">
        <w:rPr>
          <w:rFonts w:ascii="Times New Roman" w:hAnsi="Times New Roman" w:cs="Times New Roman"/>
          <w:position w:val="-12"/>
          <w:sz w:val="28"/>
          <w:szCs w:val="28"/>
          <w:lang w:val="kk-KZ"/>
        </w:rPr>
        <w:t xml:space="preserve"> </w:t>
      </w:r>
      <w:r w:rsidRPr="002417EA">
        <w:rPr>
          <w:rFonts w:ascii="Times New Roman" w:hAnsi="Times New Roman" w:cs="Times New Roman"/>
          <w:sz w:val="28"/>
          <w:szCs w:val="28"/>
          <w:lang w:val="kk-KZ"/>
        </w:rPr>
        <w:t xml:space="preserve">болғандықтан, (1.85)-дегі </w:t>
      </w:r>
      <w:r w:rsidRPr="002417EA">
        <w:rPr>
          <w:rFonts w:ascii="Times New Roman" w:hAnsi="Times New Roman" w:cs="Times New Roman"/>
          <w:bCs/>
          <w:sz w:val="28"/>
          <w:szCs w:val="28"/>
          <w:lang w:val="kk-KZ"/>
        </w:rPr>
        <w:t>екінші теңдік</w:t>
      </w:r>
      <w:r w:rsidRPr="002417EA">
        <w:rPr>
          <w:rFonts w:ascii="Times New Roman" w:hAnsi="Times New Roman" w:cs="Times New Roman"/>
          <w:sz w:val="28"/>
          <w:szCs w:val="28"/>
          <w:lang w:val="kk-KZ"/>
        </w:rPr>
        <w:t xml:space="preserve"> осыдан шығады.</w:t>
      </w:r>
    </w:p>
    <w:p w14:paraId="4496F0C8" w14:textId="11605DF5" w:rsidR="003A4ABB" w:rsidRPr="002417EA" w:rsidRDefault="003A4ABB" w:rsidP="00A24934">
      <w:pPr>
        <w:pStyle w:val="a5"/>
        <w:spacing w:before="0" w:beforeAutospacing="0" w:after="0" w:afterAutospacing="0"/>
        <w:ind w:firstLine="567"/>
        <w:jc w:val="both"/>
        <w:rPr>
          <w:sz w:val="28"/>
          <w:szCs w:val="28"/>
          <w:lang w:val="kk-KZ"/>
        </w:rPr>
      </w:pPr>
      <w:r w:rsidRPr="002417EA">
        <w:rPr>
          <w:sz w:val="28"/>
          <w:szCs w:val="28"/>
          <w:lang w:val="kk-KZ"/>
        </w:rPr>
        <w:t xml:space="preserve">(1.79), (1.80) және (1.84), (1.85) теңдеулерінен </w:t>
      </w:r>
      <w:r w:rsidR="00A135AE" w:rsidRPr="002417EA">
        <w:rPr>
          <w:noProof/>
          <w:position w:val="-6"/>
          <w:sz w:val="28"/>
          <w:szCs w:val="28"/>
        </w:rPr>
        <w:drawing>
          <wp:inline distT="0" distB="0" distL="0" distR="0" wp14:anchorId="647FDA1C" wp14:editId="0A52D1B3">
            <wp:extent cx="664210" cy="211455"/>
            <wp:effectExtent l="0" t="0" r="2540" b="0"/>
            <wp:docPr id="1402" name="Рисунок 1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2"/>
                    <pic:cNvPicPr>
                      <a:picLocks noChangeAspect="1" noChangeArrowheads="1"/>
                    </pic:cNvPicPr>
                  </pic:nvPicPr>
                  <pic:blipFill>
                    <a:blip r:embed="rId1829" cstate="print">
                      <a:extLst>
                        <a:ext uri="{28A0092B-C50C-407E-A947-70E740481C1C}">
                          <a14:useLocalDpi xmlns:a14="http://schemas.microsoft.com/office/drawing/2010/main" val="0"/>
                        </a:ext>
                      </a:extLst>
                    </a:blip>
                    <a:srcRect/>
                    <a:stretch>
                      <a:fillRect/>
                    </a:stretch>
                  </pic:blipFill>
                  <pic:spPr bwMode="auto">
                    <a:xfrm>
                      <a:off x="0" y="0"/>
                      <a:ext cx="664210" cy="211455"/>
                    </a:xfrm>
                    <a:prstGeom prst="rect">
                      <a:avLst/>
                    </a:prstGeom>
                    <a:noFill/>
                    <a:ln>
                      <a:noFill/>
                    </a:ln>
                  </pic:spPr>
                </pic:pic>
              </a:graphicData>
            </a:graphic>
          </wp:inline>
        </w:drawing>
      </w:r>
      <w:r w:rsidRPr="002417EA">
        <w:rPr>
          <w:sz w:val="28"/>
          <w:szCs w:val="28"/>
          <w:lang w:val="kk-KZ"/>
        </w:rPr>
        <w:t xml:space="preserve"> болғанда </w:t>
      </w:r>
      <w:r w:rsidRPr="002417EA">
        <w:rPr>
          <w:bCs/>
          <w:sz w:val="28"/>
          <w:szCs w:val="28"/>
          <w:lang w:val="kk-KZ"/>
        </w:rPr>
        <w:t>Коши индексі</w:t>
      </w:r>
      <w:r w:rsidRPr="002417EA">
        <w:rPr>
          <w:sz w:val="28"/>
          <w:szCs w:val="28"/>
          <w:lang w:val="kk-KZ"/>
        </w:rPr>
        <w:t xml:space="preserve"> </w:t>
      </w:r>
      <w:r w:rsidR="00A135AE" w:rsidRPr="002417EA">
        <w:rPr>
          <w:noProof/>
          <w:position w:val="-12"/>
          <w:sz w:val="28"/>
          <w:szCs w:val="28"/>
        </w:rPr>
        <w:drawing>
          <wp:inline distT="0" distB="0" distL="0" distR="0" wp14:anchorId="17DF5983" wp14:editId="52FE88F5">
            <wp:extent cx="817880" cy="231140"/>
            <wp:effectExtent l="0" t="0" r="1270" b="0"/>
            <wp:docPr id="1403" name="Рисунок 1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3"/>
                    <pic:cNvPicPr>
                      <a:picLocks noChangeAspect="1" noChangeArrowheads="1"/>
                    </pic:cNvPicPr>
                  </pic:nvPicPr>
                  <pic:blipFill>
                    <a:blip r:embed="rId1830" cstate="print">
                      <a:extLst>
                        <a:ext uri="{28A0092B-C50C-407E-A947-70E740481C1C}">
                          <a14:useLocalDpi xmlns:a14="http://schemas.microsoft.com/office/drawing/2010/main" val="0"/>
                        </a:ext>
                      </a:extLst>
                    </a:blip>
                    <a:srcRect/>
                    <a:stretch>
                      <a:fillRect/>
                    </a:stretch>
                  </pic:blipFill>
                  <pic:spPr bwMode="auto">
                    <a:xfrm>
                      <a:off x="0" y="0"/>
                      <a:ext cx="817880" cy="231140"/>
                    </a:xfrm>
                    <a:prstGeom prst="rect">
                      <a:avLst/>
                    </a:prstGeom>
                    <a:noFill/>
                    <a:ln>
                      <a:noFill/>
                    </a:ln>
                  </pic:spPr>
                </pic:pic>
              </a:graphicData>
            </a:graphic>
          </wp:inline>
        </w:drawing>
      </w:r>
      <w:r w:rsidRPr="002417EA">
        <w:rPr>
          <w:position w:val="-12"/>
          <w:sz w:val="28"/>
          <w:szCs w:val="28"/>
          <w:lang w:val="kk-KZ"/>
        </w:rPr>
        <w:t xml:space="preserve"> </w:t>
      </w:r>
      <w:r w:rsidRPr="002417EA">
        <w:rPr>
          <w:sz w:val="28"/>
          <w:szCs w:val="28"/>
          <w:lang w:val="kk-KZ"/>
        </w:rPr>
        <w:t xml:space="preserve">екендігі </w:t>
      </w:r>
      <w:r w:rsidRPr="002417EA">
        <w:rPr>
          <w:bCs/>
          <w:sz w:val="28"/>
          <w:szCs w:val="28"/>
          <w:lang w:val="kk-KZ"/>
        </w:rPr>
        <w:t>бірден шығады</w:t>
      </w:r>
      <w:r w:rsidRPr="002417EA">
        <w:rPr>
          <w:sz w:val="28"/>
          <w:szCs w:val="28"/>
          <w:lang w:val="kk-KZ"/>
        </w:rPr>
        <w:t xml:space="preserve">. </w:t>
      </w:r>
      <w:r w:rsidRPr="002417EA">
        <w:rPr>
          <w:bCs/>
          <w:sz w:val="28"/>
          <w:szCs w:val="28"/>
          <w:lang w:val="kk-KZ"/>
        </w:rPr>
        <w:t>1.1-ші лемма</w:t>
      </w:r>
      <w:r w:rsidRPr="002417EA">
        <w:rPr>
          <w:sz w:val="28"/>
          <w:szCs w:val="28"/>
          <w:lang w:val="kk-KZ"/>
        </w:rPr>
        <w:t xml:space="preserve"> және (1.72) </w:t>
      </w:r>
      <w:r w:rsidRPr="002417EA">
        <w:rPr>
          <w:bCs/>
          <w:sz w:val="28"/>
          <w:szCs w:val="28"/>
          <w:lang w:val="kk-KZ"/>
        </w:rPr>
        <w:t>ескере отырып</w:t>
      </w:r>
      <w:r w:rsidRPr="002417EA">
        <w:rPr>
          <w:sz w:val="28"/>
          <w:szCs w:val="28"/>
          <w:lang w:val="kk-KZ"/>
        </w:rPr>
        <w:t xml:space="preserve">, біз </w:t>
      </w:r>
      <w:r w:rsidRPr="002417EA">
        <w:rPr>
          <w:bCs/>
          <w:sz w:val="28"/>
          <w:szCs w:val="28"/>
          <w:lang w:val="kk-KZ"/>
        </w:rPr>
        <w:t xml:space="preserve">төртінші ретті эллипстік теңдеуге арналған Дирихле-Нейман жалпыланған есебінің </w:t>
      </w:r>
      <w:r w:rsidR="00A135AE" w:rsidRPr="002417EA">
        <w:rPr>
          <w:noProof/>
          <w:position w:val="-6"/>
          <w:sz w:val="28"/>
          <w:szCs w:val="28"/>
        </w:rPr>
        <w:drawing>
          <wp:inline distT="0" distB="0" distL="0" distR="0" wp14:anchorId="6E79BB4C" wp14:editId="609BEE7E">
            <wp:extent cx="462280" cy="211455"/>
            <wp:effectExtent l="0" t="0" r="0" b="0"/>
            <wp:docPr id="1404" name="Рисунок 1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4"/>
                    <pic:cNvPicPr>
                      <a:picLocks noChangeAspect="1" noChangeArrowheads="1"/>
                    </pic:cNvPicPr>
                  </pic:nvPicPr>
                  <pic:blipFill>
                    <a:blip r:embed="rId1831" cstate="print">
                      <a:extLst>
                        <a:ext uri="{28A0092B-C50C-407E-A947-70E740481C1C}">
                          <a14:useLocalDpi xmlns:a14="http://schemas.microsoft.com/office/drawing/2010/main" val="0"/>
                        </a:ext>
                      </a:extLst>
                    </a:blip>
                    <a:srcRect/>
                    <a:stretch>
                      <a:fillRect/>
                    </a:stretch>
                  </pic:blipFill>
                  <pic:spPr bwMode="auto">
                    <a:xfrm>
                      <a:off x="0" y="0"/>
                      <a:ext cx="462280" cy="211455"/>
                    </a:xfrm>
                    <a:prstGeom prst="rect">
                      <a:avLst/>
                    </a:prstGeom>
                    <a:noFill/>
                    <a:ln>
                      <a:noFill/>
                    </a:ln>
                  </pic:spPr>
                </pic:pic>
              </a:graphicData>
            </a:graphic>
          </wp:inline>
        </w:drawing>
      </w:r>
      <w:r w:rsidRPr="002417EA">
        <w:rPr>
          <w:sz w:val="28"/>
          <w:szCs w:val="28"/>
          <w:lang w:val="kk-KZ"/>
        </w:rPr>
        <w:t xml:space="preserve"> </w:t>
      </w:r>
      <w:r w:rsidRPr="002417EA">
        <w:rPr>
          <w:bCs/>
          <w:sz w:val="28"/>
          <w:szCs w:val="28"/>
          <w:lang w:val="kk-KZ"/>
        </w:rPr>
        <w:t>индексі</w:t>
      </w:r>
      <w:r w:rsidRPr="002417EA">
        <w:rPr>
          <w:sz w:val="28"/>
          <w:szCs w:val="28"/>
          <w:lang w:val="kk-KZ"/>
        </w:rPr>
        <w:t xml:space="preserve"> нөлге тең екендігін тұжырымдаймыз.</w:t>
      </w:r>
    </w:p>
    <w:p w14:paraId="6D9FF1DC" w14:textId="7B762A5C" w:rsidR="003A4ABB" w:rsidRPr="002417EA" w:rsidRDefault="003A4ABB" w:rsidP="002417EA">
      <w:pPr>
        <w:spacing w:after="0" w:line="240" w:lineRule="auto"/>
        <w:jc w:val="both"/>
        <w:rPr>
          <w:rFonts w:ascii="Times New Roman" w:hAnsi="Times New Roman" w:cs="Times New Roman"/>
          <w:sz w:val="28"/>
          <w:szCs w:val="28"/>
          <w:lang w:val="kk-KZ"/>
        </w:rPr>
      </w:pPr>
      <w:r w:rsidRPr="002417EA">
        <w:rPr>
          <w:rFonts w:ascii="Times New Roman" w:hAnsi="Times New Roman" w:cs="Times New Roman"/>
          <w:sz w:val="28"/>
          <w:szCs w:val="28"/>
          <w:lang w:val="kk-KZ"/>
        </w:rPr>
        <w:t xml:space="preserve">Ұқсас түрде, </w:t>
      </w:r>
      <w:r w:rsidR="00A135AE" w:rsidRPr="002417EA">
        <w:rPr>
          <w:rFonts w:ascii="Times New Roman" w:hAnsi="Times New Roman" w:cs="Times New Roman"/>
          <w:noProof/>
          <w:position w:val="-6"/>
          <w:sz w:val="28"/>
          <w:szCs w:val="28"/>
        </w:rPr>
        <w:drawing>
          <wp:inline distT="0" distB="0" distL="0" distR="0" wp14:anchorId="4F13421A" wp14:editId="7F1FA126">
            <wp:extent cx="596900" cy="211455"/>
            <wp:effectExtent l="0" t="0" r="0" b="0"/>
            <wp:docPr id="1405" name="Рисунок 1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5"/>
                    <pic:cNvPicPr>
                      <a:picLocks noChangeAspect="1" noChangeArrowheads="1"/>
                    </pic:cNvPicPr>
                  </pic:nvPicPr>
                  <pic:blipFill>
                    <a:blip r:embed="rId1832" cstate="print">
                      <a:extLst>
                        <a:ext uri="{28A0092B-C50C-407E-A947-70E740481C1C}">
                          <a14:useLocalDpi xmlns:a14="http://schemas.microsoft.com/office/drawing/2010/main" val="0"/>
                        </a:ext>
                      </a:extLst>
                    </a:blip>
                    <a:srcRect/>
                    <a:stretch>
                      <a:fillRect/>
                    </a:stretch>
                  </pic:blipFill>
                  <pic:spPr bwMode="auto">
                    <a:xfrm>
                      <a:off x="0" y="0"/>
                      <a:ext cx="596900" cy="211455"/>
                    </a:xfrm>
                    <a:prstGeom prst="rect">
                      <a:avLst/>
                    </a:prstGeom>
                    <a:noFill/>
                    <a:ln>
                      <a:noFill/>
                    </a:ln>
                  </pic:spPr>
                </pic:pic>
              </a:graphicData>
            </a:graphic>
          </wp:inline>
        </w:drawing>
      </w:r>
      <w:r w:rsidRPr="002417EA">
        <w:rPr>
          <w:rFonts w:ascii="Times New Roman" w:hAnsi="Times New Roman" w:cs="Times New Roman"/>
          <w:position w:val="-12"/>
          <w:sz w:val="28"/>
          <w:szCs w:val="28"/>
          <w:lang w:val="kk-KZ"/>
        </w:rPr>
        <w:t xml:space="preserve"> </w:t>
      </w:r>
      <w:r w:rsidRPr="002417EA">
        <w:rPr>
          <w:rFonts w:ascii="Times New Roman" w:hAnsi="Times New Roman" w:cs="Times New Roman"/>
          <w:sz w:val="28"/>
          <w:szCs w:val="28"/>
          <w:lang w:val="kk-KZ"/>
        </w:rPr>
        <w:t xml:space="preserve">болғанда, (1.79) және (1.82) теңдеулерінен, (1.83)-дағы бірінші қатынасты ескере отырып, біз келесіні </w:t>
      </w:r>
      <w:r w:rsidRPr="002417EA">
        <w:rPr>
          <w:rFonts w:ascii="Times New Roman" w:hAnsi="Times New Roman" w:cs="Times New Roman"/>
          <w:bCs/>
          <w:sz w:val="28"/>
          <w:szCs w:val="28"/>
          <w:lang w:val="kk-KZ"/>
        </w:rPr>
        <w:t>қорытып шығарамыз</w:t>
      </w:r>
      <w:r w:rsidRPr="002417EA">
        <w:rPr>
          <w:rFonts w:ascii="Times New Roman" w:hAnsi="Times New Roman" w:cs="Times New Roman"/>
          <w:sz w:val="28"/>
          <w:szCs w:val="28"/>
          <w:lang w:val="kk-KZ"/>
        </w:rPr>
        <w:t>:</w:t>
      </w:r>
    </w:p>
    <w:p w14:paraId="2C0E7085" w14:textId="77777777" w:rsidR="003A4ABB" w:rsidRPr="002417EA" w:rsidRDefault="003A4ABB" w:rsidP="002417EA">
      <w:pPr>
        <w:spacing w:after="0" w:line="240" w:lineRule="auto"/>
        <w:jc w:val="both"/>
        <w:rPr>
          <w:rFonts w:ascii="Times New Roman" w:hAnsi="Times New Roman" w:cs="Times New Roman"/>
          <w:sz w:val="28"/>
          <w:szCs w:val="28"/>
          <w:lang w:val="kk-KZ"/>
        </w:rPr>
      </w:pPr>
    </w:p>
    <w:p w14:paraId="40FF71DD" w14:textId="7771559D" w:rsidR="003A4ABB" w:rsidRPr="002417EA" w:rsidRDefault="00A135AE" w:rsidP="002417EA">
      <w:pPr>
        <w:spacing w:after="0" w:line="240" w:lineRule="auto"/>
        <w:jc w:val="right"/>
        <w:rPr>
          <w:rFonts w:ascii="Times New Roman" w:hAnsi="Times New Roman" w:cs="Times New Roman"/>
          <w:sz w:val="28"/>
          <w:szCs w:val="28"/>
          <w:lang w:val="kk-KZ"/>
        </w:rPr>
      </w:pPr>
      <w:r w:rsidRPr="002417EA">
        <w:rPr>
          <w:rFonts w:ascii="Times New Roman" w:hAnsi="Times New Roman" w:cs="Times New Roman"/>
          <w:noProof/>
          <w:position w:val="-12"/>
          <w:sz w:val="28"/>
          <w:szCs w:val="28"/>
        </w:rPr>
        <w:drawing>
          <wp:inline distT="0" distB="0" distL="0" distR="0" wp14:anchorId="30DBC413" wp14:editId="2F875FC2">
            <wp:extent cx="2425700" cy="231140"/>
            <wp:effectExtent l="0" t="0" r="0" b="0"/>
            <wp:docPr id="1406" name="Рисунок 1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6"/>
                    <pic:cNvPicPr>
                      <a:picLocks noChangeAspect="1" noChangeArrowheads="1"/>
                    </pic:cNvPicPr>
                  </pic:nvPicPr>
                  <pic:blipFill>
                    <a:blip r:embed="rId1833" cstate="print">
                      <a:extLst>
                        <a:ext uri="{28A0092B-C50C-407E-A947-70E740481C1C}">
                          <a14:useLocalDpi xmlns:a14="http://schemas.microsoft.com/office/drawing/2010/main" val="0"/>
                        </a:ext>
                      </a:extLst>
                    </a:blip>
                    <a:srcRect/>
                    <a:stretch>
                      <a:fillRect/>
                    </a:stretch>
                  </pic:blipFill>
                  <pic:spPr bwMode="auto">
                    <a:xfrm>
                      <a:off x="0" y="0"/>
                      <a:ext cx="2425700" cy="231140"/>
                    </a:xfrm>
                    <a:prstGeom prst="rect">
                      <a:avLst/>
                    </a:prstGeom>
                    <a:noFill/>
                    <a:ln>
                      <a:noFill/>
                    </a:ln>
                  </pic:spPr>
                </pic:pic>
              </a:graphicData>
            </a:graphic>
          </wp:inline>
        </w:drawing>
      </w:r>
      <w:r w:rsidR="003A4ABB" w:rsidRPr="002417EA">
        <w:rPr>
          <w:rFonts w:ascii="Times New Roman" w:hAnsi="Times New Roman" w:cs="Times New Roman"/>
          <w:position w:val="-34"/>
          <w:sz w:val="28"/>
          <w:szCs w:val="28"/>
          <w:lang w:val="kk-KZ"/>
        </w:rPr>
        <w:t xml:space="preserve">              </w:t>
      </w:r>
      <w:r w:rsidR="003A4ABB" w:rsidRPr="002417EA">
        <w:rPr>
          <w:rFonts w:ascii="Times New Roman" w:hAnsi="Times New Roman" w:cs="Times New Roman"/>
          <w:position w:val="-30"/>
          <w:sz w:val="28"/>
          <w:szCs w:val="28"/>
          <w:lang w:val="kk-KZ"/>
        </w:rPr>
        <w:t xml:space="preserve">                       </w:t>
      </w:r>
      <w:r w:rsidR="003A4ABB" w:rsidRPr="002417EA">
        <w:rPr>
          <w:rFonts w:ascii="Times New Roman" w:hAnsi="Times New Roman" w:cs="Times New Roman"/>
          <w:sz w:val="28"/>
          <w:szCs w:val="28"/>
          <w:lang w:val="kk-KZ"/>
        </w:rPr>
        <w:t>(1.86)</w:t>
      </w:r>
    </w:p>
    <w:p w14:paraId="22BFF312" w14:textId="77777777" w:rsidR="003A4ABB" w:rsidRPr="002417EA" w:rsidRDefault="003A4ABB" w:rsidP="002417EA">
      <w:pPr>
        <w:spacing w:after="0" w:line="240" w:lineRule="auto"/>
        <w:jc w:val="both"/>
        <w:rPr>
          <w:rFonts w:ascii="Times New Roman" w:hAnsi="Times New Roman" w:cs="Times New Roman"/>
          <w:sz w:val="28"/>
          <w:szCs w:val="28"/>
          <w:lang w:val="kk-KZ"/>
        </w:rPr>
      </w:pPr>
    </w:p>
    <w:p w14:paraId="38DCAD77" w14:textId="5C08FCD0" w:rsidR="003A4ABB" w:rsidRPr="002417EA" w:rsidRDefault="00A135AE" w:rsidP="002417EA">
      <w:pPr>
        <w:spacing w:after="0" w:line="240" w:lineRule="auto"/>
        <w:jc w:val="both"/>
        <w:rPr>
          <w:rFonts w:ascii="Times New Roman" w:hAnsi="Times New Roman" w:cs="Times New Roman"/>
          <w:sz w:val="28"/>
          <w:szCs w:val="28"/>
          <w:lang w:val="kk-KZ"/>
        </w:rPr>
      </w:pPr>
      <w:r w:rsidRPr="002417EA">
        <w:rPr>
          <w:rFonts w:ascii="Times New Roman" w:hAnsi="Times New Roman" w:cs="Times New Roman"/>
          <w:noProof/>
          <w:position w:val="-6"/>
          <w:sz w:val="28"/>
          <w:szCs w:val="28"/>
        </w:rPr>
        <w:drawing>
          <wp:inline distT="0" distB="0" distL="0" distR="0" wp14:anchorId="79FDE491" wp14:editId="2310F162">
            <wp:extent cx="231140" cy="231140"/>
            <wp:effectExtent l="0" t="0" r="0" b="0"/>
            <wp:docPr id="1407" name="Рисунок 1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7"/>
                    <pic:cNvPicPr>
                      <a:picLocks noChangeAspect="1" noChangeArrowheads="1"/>
                    </pic:cNvPicPr>
                  </pic:nvPicPr>
                  <pic:blipFill>
                    <a:blip r:embed="rId1834" cstate="print">
                      <a:extLst>
                        <a:ext uri="{28A0092B-C50C-407E-A947-70E740481C1C}">
                          <a14:useLocalDpi xmlns:a14="http://schemas.microsoft.com/office/drawing/2010/main" val="0"/>
                        </a:ext>
                      </a:extLst>
                    </a:blip>
                    <a:srcRect/>
                    <a:stretch>
                      <a:fillRect/>
                    </a:stretch>
                  </pic:blipFill>
                  <pic:spPr bwMode="auto">
                    <a:xfrm>
                      <a:off x="0" y="0"/>
                      <a:ext cx="231140" cy="231140"/>
                    </a:xfrm>
                    <a:prstGeom prst="rect">
                      <a:avLst/>
                    </a:prstGeom>
                    <a:noFill/>
                    <a:ln>
                      <a:noFill/>
                    </a:ln>
                  </pic:spPr>
                </pic:pic>
              </a:graphicData>
            </a:graphic>
          </wp:inline>
        </w:drawing>
      </w:r>
      <w:r w:rsidR="003A4ABB" w:rsidRPr="002417EA">
        <w:rPr>
          <w:rFonts w:ascii="Times New Roman" w:hAnsi="Times New Roman" w:cs="Times New Roman"/>
          <w:position w:val="-12"/>
          <w:sz w:val="28"/>
          <w:szCs w:val="28"/>
          <w:lang w:val="kk-KZ"/>
        </w:rPr>
        <w:t xml:space="preserve"> </w:t>
      </w:r>
      <w:r w:rsidR="003A4ABB" w:rsidRPr="002417EA">
        <w:rPr>
          <w:rFonts w:ascii="Times New Roman" w:hAnsi="Times New Roman" w:cs="Times New Roman"/>
          <w:sz w:val="28"/>
          <w:szCs w:val="28"/>
          <w:lang w:val="kk-KZ"/>
        </w:rPr>
        <w:t>функциясы жұп болғандықтан, сондықтан</w:t>
      </w:r>
    </w:p>
    <w:p w14:paraId="04F7835A" w14:textId="77777777" w:rsidR="003A4ABB" w:rsidRPr="002417EA" w:rsidRDefault="003A4ABB" w:rsidP="002417EA">
      <w:pPr>
        <w:spacing w:after="0" w:line="240" w:lineRule="auto"/>
        <w:jc w:val="both"/>
        <w:rPr>
          <w:rFonts w:ascii="Times New Roman" w:hAnsi="Times New Roman" w:cs="Times New Roman"/>
          <w:sz w:val="28"/>
          <w:szCs w:val="28"/>
          <w:lang w:val="kk-KZ"/>
        </w:rPr>
      </w:pPr>
    </w:p>
    <w:p w14:paraId="2676D45C" w14:textId="41D1FE19" w:rsidR="003A4ABB" w:rsidRPr="002417EA" w:rsidRDefault="00A135AE" w:rsidP="002417EA">
      <w:pPr>
        <w:spacing w:after="0" w:line="240" w:lineRule="auto"/>
        <w:jc w:val="right"/>
        <w:rPr>
          <w:rFonts w:ascii="Times New Roman" w:hAnsi="Times New Roman" w:cs="Times New Roman"/>
          <w:sz w:val="28"/>
          <w:szCs w:val="28"/>
          <w:lang w:val="kk-KZ"/>
        </w:rPr>
      </w:pPr>
      <w:r w:rsidRPr="002417EA">
        <w:rPr>
          <w:rFonts w:ascii="Times New Roman" w:hAnsi="Times New Roman" w:cs="Times New Roman"/>
          <w:noProof/>
          <w:position w:val="-16"/>
          <w:sz w:val="28"/>
          <w:szCs w:val="28"/>
        </w:rPr>
        <w:drawing>
          <wp:inline distT="0" distB="0" distL="0" distR="0" wp14:anchorId="1C367C73" wp14:editId="6FCA6001">
            <wp:extent cx="1376680" cy="231140"/>
            <wp:effectExtent l="0" t="0" r="0" b="0"/>
            <wp:docPr id="1408" name="Рисунок 1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8"/>
                    <pic:cNvPicPr>
                      <a:picLocks noChangeAspect="1" noChangeArrowheads="1"/>
                    </pic:cNvPicPr>
                  </pic:nvPicPr>
                  <pic:blipFill>
                    <a:blip r:embed="rId1835" cstate="print">
                      <a:extLst>
                        <a:ext uri="{28A0092B-C50C-407E-A947-70E740481C1C}">
                          <a14:useLocalDpi xmlns:a14="http://schemas.microsoft.com/office/drawing/2010/main" val="0"/>
                        </a:ext>
                      </a:extLst>
                    </a:blip>
                    <a:srcRect/>
                    <a:stretch>
                      <a:fillRect/>
                    </a:stretch>
                  </pic:blipFill>
                  <pic:spPr bwMode="auto">
                    <a:xfrm>
                      <a:off x="0" y="0"/>
                      <a:ext cx="1376680" cy="231140"/>
                    </a:xfrm>
                    <a:prstGeom prst="rect">
                      <a:avLst/>
                    </a:prstGeom>
                    <a:noFill/>
                    <a:ln>
                      <a:noFill/>
                    </a:ln>
                  </pic:spPr>
                </pic:pic>
              </a:graphicData>
            </a:graphic>
          </wp:inline>
        </w:drawing>
      </w:r>
      <w:r w:rsidR="003A4ABB" w:rsidRPr="002417EA">
        <w:rPr>
          <w:rFonts w:ascii="Times New Roman" w:hAnsi="Times New Roman" w:cs="Times New Roman"/>
          <w:position w:val="-34"/>
          <w:sz w:val="28"/>
          <w:szCs w:val="28"/>
          <w:lang w:val="kk-KZ"/>
        </w:rPr>
        <w:t xml:space="preserve">                       </w:t>
      </w:r>
      <w:r w:rsidR="003A4ABB" w:rsidRPr="002417EA">
        <w:rPr>
          <w:rFonts w:ascii="Times New Roman" w:hAnsi="Times New Roman" w:cs="Times New Roman"/>
          <w:position w:val="-30"/>
          <w:sz w:val="28"/>
          <w:szCs w:val="28"/>
          <w:lang w:val="kk-KZ"/>
        </w:rPr>
        <w:t xml:space="preserve">                           </w:t>
      </w:r>
      <w:r w:rsidR="003A4ABB" w:rsidRPr="002417EA">
        <w:rPr>
          <w:rFonts w:ascii="Times New Roman" w:hAnsi="Times New Roman" w:cs="Times New Roman"/>
          <w:sz w:val="28"/>
          <w:szCs w:val="28"/>
          <w:lang w:val="kk-KZ"/>
        </w:rPr>
        <w:t>(1.87)</w:t>
      </w:r>
    </w:p>
    <w:p w14:paraId="37BD9DE5" w14:textId="77777777" w:rsidR="003A4ABB" w:rsidRPr="002417EA" w:rsidRDefault="003A4ABB" w:rsidP="002417EA">
      <w:pPr>
        <w:spacing w:after="0" w:line="240" w:lineRule="auto"/>
        <w:jc w:val="both"/>
        <w:rPr>
          <w:rFonts w:ascii="Times New Roman" w:hAnsi="Times New Roman" w:cs="Times New Roman"/>
          <w:sz w:val="28"/>
          <w:szCs w:val="28"/>
          <w:lang w:val="kk-KZ"/>
        </w:rPr>
      </w:pPr>
    </w:p>
    <w:p w14:paraId="5FD4A325" w14:textId="23841DB2" w:rsidR="003A4ABB" w:rsidRPr="002417EA" w:rsidRDefault="003A4ABB" w:rsidP="002417EA">
      <w:pPr>
        <w:spacing w:after="0" w:line="240" w:lineRule="auto"/>
        <w:jc w:val="both"/>
        <w:rPr>
          <w:rFonts w:ascii="Times New Roman" w:hAnsi="Times New Roman" w:cs="Times New Roman"/>
          <w:position w:val="-6"/>
          <w:sz w:val="28"/>
          <w:szCs w:val="28"/>
          <w:lang w:val="kk-KZ"/>
        </w:rPr>
      </w:pPr>
      <w:r w:rsidRPr="002417EA">
        <w:rPr>
          <w:rFonts w:ascii="Times New Roman" w:hAnsi="Times New Roman" w:cs="Times New Roman"/>
          <w:sz w:val="28"/>
          <w:szCs w:val="28"/>
          <w:lang w:val="kk-KZ"/>
        </w:rPr>
        <w:t xml:space="preserve">мұндағы </w:t>
      </w:r>
      <w:r w:rsidR="00A135AE" w:rsidRPr="002417EA">
        <w:rPr>
          <w:rFonts w:ascii="Times New Roman" w:hAnsi="Times New Roman" w:cs="Times New Roman"/>
          <w:noProof/>
          <w:position w:val="-4"/>
          <w:sz w:val="28"/>
          <w:szCs w:val="28"/>
        </w:rPr>
        <w:drawing>
          <wp:inline distT="0" distB="0" distL="0" distR="0" wp14:anchorId="7150FF4C" wp14:editId="27FECC92">
            <wp:extent cx="231140" cy="231140"/>
            <wp:effectExtent l="0" t="0" r="0" b="0"/>
            <wp:docPr id="1409" name="Рисунок 1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9"/>
                    <pic:cNvPicPr>
                      <a:picLocks noChangeAspect="1" noChangeArrowheads="1"/>
                    </pic:cNvPicPr>
                  </pic:nvPicPr>
                  <pic:blipFill>
                    <a:blip r:embed="rId1836" cstate="print">
                      <a:extLst>
                        <a:ext uri="{28A0092B-C50C-407E-A947-70E740481C1C}">
                          <a14:useLocalDpi xmlns:a14="http://schemas.microsoft.com/office/drawing/2010/main" val="0"/>
                        </a:ext>
                      </a:extLst>
                    </a:blip>
                    <a:srcRect/>
                    <a:stretch>
                      <a:fillRect/>
                    </a:stretch>
                  </pic:blipFill>
                  <pic:spPr bwMode="auto">
                    <a:xfrm>
                      <a:off x="0" y="0"/>
                      <a:ext cx="231140" cy="231140"/>
                    </a:xfrm>
                    <a:prstGeom prst="rect">
                      <a:avLst/>
                    </a:prstGeom>
                    <a:noFill/>
                    <a:ln>
                      <a:noFill/>
                    </a:ln>
                  </pic:spPr>
                </pic:pic>
              </a:graphicData>
            </a:graphic>
          </wp:inline>
        </w:drawing>
      </w:r>
      <w:r w:rsidRPr="002417EA">
        <w:rPr>
          <w:rFonts w:ascii="Times New Roman" w:hAnsi="Times New Roman" w:cs="Times New Roman"/>
          <w:sz w:val="28"/>
          <w:szCs w:val="28"/>
          <w:lang w:val="kk-KZ"/>
        </w:rPr>
        <w:t xml:space="preserve"> оң жарты шеңбер болып табылады. </w:t>
      </w:r>
      <w:r w:rsidR="00A135AE" w:rsidRPr="002417EA">
        <w:rPr>
          <w:rFonts w:ascii="Times New Roman" w:hAnsi="Times New Roman" w:cs="Times New Roman"/>
          <w:noProof/>
          <w:position w:val="-12"/>
          <w:sz w:val="28"/>
          <w:szCs w:val="28"/>
        </w:rPr>
        <w:drawing>
          <wp:inline distT="0" distB="0" distL="0" distR="0" wp14:anchorId="4B5EF74D" wp14:editId="06E76704">
            <wp:extent cx="789305" cy="231140"/>
            <wp:effectExtent l="0" t="0" r="0" b="0"/>
            <wp:docPr id="1410" name="Рисунок 1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0"/>
                    <pic:cNvPicPr>
                      <a:picLocks noChangeAspect="1" noChangeArrowheads="1"/>
                    </pic:cNvPicPr>
                  </pic:nvPicPr>
                  <pic:blipFill>
                    <a:blip r:embed="rId1837" cstate="print">
                      <a:extLst>
                        <a:ext uri="{28A0092B-C50C-407E-A947-70E740481C1C}">
                          <a14:useLocalDpi xmlns:a14="http://schemas.microsoft.com/office/drawing/2010/main" val="0"/>
                        </a:ext>
                      </a:extLst>
                    </a:blip>
                    <a:srcRect/>
                    <a:stretch>
                      <a:fillRect/>
                    </a:stretch>
                  </pic:blipFill>
                  <pic:spPr bwMode="auto">
                    <a:xfrm>
                      <a:off x="0" y="0"/>
                      <a:ext cx="789305" cy="231140"/>
                    </a:xfrm>
                    <a:prstGeom prst="rect">
                      <a:avLst/>
                    </a:prstGeom>
                    <a:noFill/>
                    <a:ln>
                      <a:noFill/>
                    </a:ln>
                  </pic:spPr>
                </pic:pic>
              </a:graphicData>
            </a:graphic>
          </wp:inline>
        </w:drawing>
      </w:r>
      <w:r w:rsidRPr="002417EA">
        <w:rPr>
          <w:rFonts w:ascii="Times New Roman" w:hAnsi="Times New Roman" w:cs="Times New Roman"/>
          <w:position w:val="-6"/>
          <w:sz w:val="28"/>
          <w:szCs w:val="28"/>
          <w:lang w:val="kk-KZ"/>
        </w:rPr>
        <w:t xml:space="preserve"> </w:t>
      </w:r>
      <w:r w:rsidRPr="002417EA">
        <w:rPr>
          <w:rFonts w:ascii="Times New Roman" w:hAnsi="Times New Roman" w:cs="Times New Roman"/>
          <w:sz w:val="28"/>
          <w:szCs w:val="28"/>
          <w:lang w:val="kk-KZ"/>
        </w:rPr>
        <w:t xml:space="preserve">түрлендіруі бұл жарты шеңберді бүкіл </w:t>
      </w:r>
      <w:r w:rsidR="00A135AE" w:rsidRPr="002417EA">
        <w:rPr>
          <w:rFonts w:ascii="Times New Roman" w:hAnsi="Times New Roman" w:cs="Times New Roman"/>
          <w:noProof/>
          <w:position w:val="-4"/>
          <w:sz w:val="28"/>
          <w:szCs w:val="28"/>
        </w:rPr>
        <w:drawing>
          <wp:inline distT="0" distB="0" distL="0" distR="0" wp14:anchorId="15422602" wp14:editId="7124FB57">
            <wp:extent cx="211455" cy="211455"/>
            <wp:effectExtent l="0" t="0" r="0" b="0"/>
            <wp:docPr id="1411" name="Рисунок 1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1"/>
                    <pic:cNvPicPr>
                      <a:picLocks noChangeAspect="1" noChangeArrowheads="1"/>
                    </pic:cNvPicPr>
                  </pic:nvPicPr>
                  <pic:blipFill>
                    <a:blip r:embed="rId1838" cstate="print">
                      <a:extLst>
                        <a:ext uri="{28A0092B-C50C-407E-A947-70E740481C1C}">
                          <a14:useLocalDpi xmlns:a14="http://schemas.microsoft.com/office/drawing/2010/main" val="0"/>
                        </a:ext>
                      </a:extLst>
                    </a:blip>
                    <a:srcRect/>
                    <a:stretch>
                      <a:fillRect/>
                    </a:stretch>
                  </pic:blipFill>
                  <pic:spPr bwMode="auto">
                    <a:xfrm>
                      <a:off x="0" y="0"/>
                      <a:ext cx="211455" cy="211455"/>
                    </a:xfrm>
                    <a:prstGeom prst="rect">
                      <a:avLst/>
                    </a:prstGeom>
                    <a:noFill/>
                    <a:ln>
                      <a:noFill/>
                    </a:ln>
                  </pic:spPr>
                </pic:pic>
              </a:graphicData>
            </a:graphic>
          </wp:inline>
        </w:drawing>
      </w:r>
      <w:r w:rsidRPr="002417EA">
        <w:rPr>
          <w:rFonts w:ascii="Times New Roman" w:hAnsi="Times New Roman" w:cs="Times New Roman"/>
          <w:position w:val="-6"/>
          <w:sz w:val="28"/>
          <w:szCs w:val="28"/>
          <w:lang w:val="kk-KZ"/>
        </w:rPr>
        <w:t xml:space="preserve"> </w:t>
      </w:r>
      <w:r w:rsidRPr="002417EA">
        <w:rPr>
          <w:rFonts w:ascii="Times New Roman" w:hAnsi="Times New Roman" w:cs="Times New Roman"/>
          <w:sz w:val="28"/>
          <w:szCs w:val="28"/>
          <w:lang w:val="kk-KZ"/>
        </w:rPr>
        <w:t xml:space="preserve">түзуіне гомеоморфизмді жүзеге асырады, және оны сағат тіліне қарсы айналу түзудегі оң бағытқа сәйкес келеді. </w:t>
      </w:r>
      <w:r w:rsidR="00A135AE" w:rsidRPr="002417EA">
        <w:rPr>
          <w:rFonts w:ascii="Times New Roman" w:hAnsi="Times New Roman" w:cs="Times New Roman"/>
          <w:noProof/>
          <w:position w:val="-12"/>
          <w:sz w:val="28"/>
          <w:szCs w:val="28"/>
        </w:rPr>
        <w:drawing>
          <wp:inline distT="0" distB="0" distL="0" distR="0" wp14:anchorId="25B8D6D2" wp14:editId="780AB8C7">
            <wp:extent cx="1751965" cy="231140"/>
            <wp:effectExtent l="0" t="0" r="635" b="0"/>
            <wp:docPr id="1412" name="Рисунок 1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2"/>
                    <pic:cNvPicPr>
                      <a:picLocks noChangeAspect="1" noChangeArrowheads="1"/>
                    </pic:cNvPicPr>
                  </pic:nvPicPr>
                  <pic:blipFill>
                    <a:blip r:embed="rId1839" cstate="print">
                      <a:extLst>
                        <a:ext uri="{28A0092B-C50C-407E-A947-70E740481C1C}">
                          <a14:useLocalDpi xmlns:a14="http://schemas.microsoft.com/office/drawing/2010/main" val="0"/>
                        </a:ext>
                      </a:extLst>
                    </a:blip>
                    <a:srcRect/>
                    <a:stretch>
                      <a:fillRect/>
                    </a:stretch>
                  </pic:blipFill>
                  <pic:spPr bwMode="auto">
                    <a:xfrm>
                      <a:off x="0" y="0"/>
                      <a:ext cx="1751965" cy="231140"/>
                    </a:xfrm>
                    <a:prstGeom prst="rect">
                      <a:avLst/>
                    </a:prstGeom>
                    <a:noFill/>
                    <a:ln>
                      <a:noFill/>
                    </a:ln>
                  </pic:spPr>
                </pic:pic>
              </a:graphicData>
            </a:graphic>
          </wp:inline>
        </w:drawing>
      </w:r>
      <w:r w:rsidR="00293DA3">
        <w:rPr>
          <w:rFonts w:ascii="Times New Roman" w:hAnsi="Times New Roman" w:cs="Times New Roman"/>
          <w:position w:val="-6"/>
          <w:sz w:val="28"/>
          <w:szCs w:val="28"/>
          <w:lang w:val="kk-KZ"/>
        </w:rPr>
        <w:t xml:space="preserve"> </w:t>
      </w:r>
      <w:r w:rsidRPr="002417EA">
        <w:rPr>
          <w:rFonts w:ascii="Times New Roman" w:hAnsi="Times New Roman" w:cs="Times New Roman"/>
          <w:sz w:val="28"/>
          <w:szCs w:val="28"/>
          <w:lang w:val="kk-KZ"/>
        </w:rPr>
        <w:t xml:space="preserve">болғандықтан, </w:t>
      </w:r>
      <w:r w:rsidR="00A135AE" w:rsidRPr="002417EA">
        <w:rPr>
          <w:rFonts w:ascii="Times New Roman" w:hAnsi="Times New Roman" w:cs="Times New Roman"/>
          <w:noProof/>
          <w:position w:val="-12"/>
          <w:sz w:val="28"/>
          <w:szCs w:val="28"/>
        </w:rPr>
        <w:drawing>
          <wp:inline distT="0" distB="0" distL="0" distR="0" wp14:anchorId="3F1603B1" wp14:editId="20F5DA9F">
            <wp:extent cx="885825" cy="231140"/>
            <wp:effectExtent l="0" t="0" r="9525" b="0"/>
            <wp:docPr id="1413" name="Рисунок 1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3"/>
                    <pic:cNvPicPr>
                      <a:picLocks noChangeAspect="1" noChangeArrowheads="1"/>
                    </pic:cNvPicPr>
                  </pic:nvPicPr>
                  <pic:blipFill>
                    <a:blip r:embed="rId1840" cstate="print">
                      <a:extLst>
                        <a:ext uri="{28A0092B-C50C-407E-A947-70E740481C1C}">
                          <a14:useLocalDpi xmlns:a14="http://schemas.microsoft.com/office/drawing/2010/main" val="0"/>
                        </a:ext>
                      </a:extLst>
                    </a:blip>
                    <a:srcRect/>
                    <a:stretch>
                      <a:fillRect/>
                    </a:stretch>
                  </pic:blipFill>
                  <pic:spPr bwMode="auto">
                    <a:xfrm>
                      <a:off x="0" y="0"/>
                      <a:ext cx="885825" cy="231140"/>
                    </a:xfrm>
                    <a:prstGeom prst="rect">
                      <a:avLst/>
                    </a:prstGeom>
                    <a:noFill/>
                    <a:ln>
                      <a:noFill/>
                    </a:ln>
                  </pic:spPr>
                </pic:pic>
              </a:graphicData>
            </a:graphic>
          </wp:inline>
        </w:drawing>
      </w:r>
      <w:r w:rsidRPr="002417EA">
        <w:rPr>
          <w:rFonts w:ascii="Times New Roman" w:hAnsi="Times New Roman" w:cs="Times New Roman"/>
          <w:sz w:val="28"/>
          <w:szCs w:val="28"/>
          <w:lang w:val="kk-KZ"/>
        </w:rPr>
        <w:t xml:space="preserve">-мен алмастырсақ, біз (1.19)-дағы екінші теңдікті рационал функция түрінде </w:t>
      </w:r>
      <w:r w:rsidR="00A135AE" w:rsidRPr="002417EA">
        <w:rPr>
          <w:rFonts w:ascii="Times New Roman" w:hAnsi="Times New Roman" w:cs="Times New Roman"/>
          <w:noProof/>
          <w:position w:val="-12"/>
          <w:sz w:val="28"/>
          <w:szCs w:val="28"/>
        </w:rPr>
        <w:drawing>
          <wp:inline distT="0" distB="0" distL="0" distR="0" wp14:anchorId="4A986921" wp14:editId="52E190E2">
            <wp:extent cx="1443990" cy="231140"/>
            <wp:effectExtent l="0" t="0" r="3810" b="0"/>
            <wp:docPr id="1414" name="Рисунок 1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4"/>
                    <pic:cNvPicPr>
                      <a:picLocks noChangeAspect="1" noChangeArrowheads="1"/>
                    </pic:cNvPicPr>
                  </pic:nvPicPr>
                  <pic:blipFill>
                    <a:blip r:embed="rId1841" cstate="print">
                      <a:extLst>
                        <a:ext uri="{28A0092B-C50C-407E-A947-70E740481C1C}">
                          <a14:useLocalDpi xmlns:a14="http://schemas.microsoft.com/office/drawing/2010/main" val="0"/>
                        </a:ext>
                      </a:extLst>
                    </a:blip>
                    <a:srcRect/>
                    <a:stretch>
                      <a:fillRect/>
                    </a:stretch>
                  </pic:blipFill>
                  <pic:spPr bwMode="auto">
                    <a:xfrm>
                      <a:off x="0" y="0"/>
                      <a:ext cx="1443990" cy="231140"/>
                    </a:xfrm>
                    <a:prstGeom prst="rect">
                      <a:avLst/>
                    </a:prstGeom>
                    <a:noFill/>
                    <a:ln>
                      <a:noFill/>
                    </a:ln>
                  </pic:spPr>
                </pic:pic>
              </a:graphicData>
            </a:graphic>
          </wp:inline>
        </w:drawing>
      </w:r>
      <w:r w:rsidRPr="002417EA">
        <w:rPr>
          <w:rFonts w:ascii="Times New Roman" w:hAnsi="Times New Roman" w:cs="Times New Roman"/>
          <w:position w:val="-6"/>
          <w:sz w:val="28"/>
          <w:szCs w:val="28"/>
          <w:lang w:val="kk-KZ"/>
        </w:rPr>
        <w:t xml:space="preserve"> </w:t>
      </w:r>
      <w:r w:rsidRPr="002417EA">
        <w:rPr>
          <w:rFonts w:ascii="Times New Roman" w:hAnsi="Times New Roman" w:cs="Times New Roman"/>
          <w:sz w:val="28"/>
          <w:szCs w:val="28"/>
          <w:lang w:val="kk-KZ"/>
        </w:rPr>
        <w:t>деп қайта жаза аламыз. Осыдан aргумент принципі [1</w:t>
      </w:r>
      <w:r w:rsidR="00293DA3">
        <w:rPr>
          <w:rFonts w:ascii="Times New Roman" w:hAnsi="Times New Roman" w:cs="Times New Roman"/>
          <w:sz w:val="28"/>
          <w:szCs w:val="28"/>
          <w:lang w:val="kk-KZ"/>
        </w:rPr>
        <w:t>7</w:t>
      </w:r>
      <w:r w:rsidR="002E3F14">
        <w:rPr>
          <w:rFonts w:ascii="Times New Roman" w:hAnsi="Times New Roman" w:cs="Times New Roman"/>
          <w:sz w:val="28"/>
          <w:szCs w:val="28"/>
          <w:lang w:val="kk-KZ"/>
        </w:rPr>
        <w:t>, р.140-141</w:t>
      </w:r>
      <w:r w:rsidRPr="002417EA">
        <w:rPr>
          <w:rFonts w:ascii="Times New Roman" w:hAnsi="Times New Roman" w:cs="Times New Roman"/>
          <w:sz w:val="28"/>
          <w:szCs w:val="28"/>
          <w:lang w:val="kk-KZ"/>
        </w:rPr>
        <w:t>] бойынша</w:t>
      </w:r>
    </w:p>
    <w:p w14:paraId="7B83AE90" w14:textId="77777777" w:rsidR="003A4ABB" w:rsidRPr="002417EA" w:rsidRDefault="003A4ABB" w:rsidP="002417EA">
      <w:pPr>
        <w:spacing w:after="0" w:line="240" w:lineRule="auto"/>
        <w:jc w:val="both"/>
        <w:rPr>
          <w:rFonts w:ascii="Times New Roman" w:hAnsi="Times New Roman" w:cs="Times New Roman"/>
          <w:sz w:val="28"/>
          <w:szCs w:val="28"/>
          <w:lang w:val="kk-KZ"/>
        </w:rPr>
      </w:pPr>
    </w:p>
    <w:p w14:paraId="05CCB6AA" w14:textId="6E4B0A34" w:rsidR="003A4ABB" w:rsidRPr="002E3F14" w:rsidRDefault="00A135AE" w:rsidP="002417EA">
      <w:pPr>
        <w:spacing w:after="0" w:line="240" w:lineRule="auto"/>
        <w:jc w:val="center"/>
        <w:rPr>
          <w:rFonts w:ascii="Times New Roman" w:hAnsi="Times New Roman" w:cs="Times New Roman"/>
          <w:sz w:val="28"/>
          <w:szCs w:val="28"/>
          <w:lang w:val="kk-KZ"/>
        </w:rPr>
      </w:pPr>
      <w:r w:rsidRPr="002417EA">
        <w:rPr>
          <w:rFonts w:ascii="Times New Roman" w:hAnsi="Times New Roman" w:cs="Times New Roman"/>
          <w:noProof/>
          <w:position w:val="-16"/>
          <w:sz w:val="28"/>
          <w:szCs w:val="28"/>
        </w:rPr>
        <w:drawing>
          <wp:inline distT="0" distB="0" distL="0" distR="0" wp14:anchorId="5405E9EF" wp14:editId="37F933F5">
            <wp:extent cx="1732280" cy="231140"/>
            <wp:effectExtent l="0" t="0" r="1270" b="0"/>
            <wp:docPr id="1415" name="Рисунок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5"/>
                    <pic:cNvPicPr>
                      <a:picLocks noChangeAspect="1" noChangeArrowheads="1"/>
                    </pic:cNvPicPr>
                  </pic:nvPicPr>
                  <pic:blipFill>
                    <a:blip r:embed="rId1842" cstate="print">
                      <a:extLst>
                        <a:ext uri="{28A0092B-C50C-407E-A947-70E740481C1C}">
                          <a14:useLocalDpi xmlns:a14="http://schemas.microsoft.com/office/drawing/2010/main" val="0"/>
                        </a:ext>
                      </a:extLst>
                    </a:blip>
                    <a:srcRect/>
                    <a:stretch>
                      <a:fillRect/>
                    </a:stretch>
                  </pic:blipFill>
                  <pic:spPr bwMode="auto">
                    <a:xfrm>
                      <a:off x="0" y="0"/>
                      <a:ext cx="1732280" cy="231140"/>
                    </a:xfrm>
                    <a:prstGeom prst="rect">
                      <a:avLst/>
                    </a:prstGeom>
                    <a:noFill/>
                    <a:ln>
                      <a:noFill/>
                    </a:ln>
                  </pic:spPr>
                </pic:pic>
              </a:graphicData>
            </a:graphic>
          </wp:inline>
        </w:drawing>
      </w:r>
    </w:p>
    <w:p w14:paraId="19883E0D" w14:textId="77777777" w:rsidR="003A4ABB" w:rsidRPr="002417EA" w:rsidRDefault="003A4ABB" w:rsidP="002417EA">
      <w:pPr>
        <w:spacing w:after="0" w:line="240" w:lineRule="auto"/>
        <w:rPr>
          <w:rFonts w:ascii="Times New Roman" w:hAnsi="Times New Roman" w:cs="Times New Roman"/>
          <w:position w:val="-30"/>
          <w:sz w:val="28"/>
          <w:szCs w:val="28"/>
          <w:lang w:val="kk-KZ"/>
        </w:rPr>
      </w:pPr>
    </w:p>
    <w:p w14:paraId="1AC1253C" w14:textId="6A61489B" w:rsidR="003A4ABB" w:rsidRPr="002417EA" w:rsidRDefault="003A4ABB" w:rsidP="002417EA">
      <w:pPr>
        <w:spacing w:after="0" w:line="240" w:lineRule="auto"/>
        <w:jc w:val="both"/>
        <w:rPr>
          <w:rFonts w:ascii="Times New Roman" w:hAnsi="Times New Roman" w:cs="Times New Roman"/>
          <w:color w:val="1B1C1D"/>
          <w:sz w:val="28"/>
          <w:szCs w:val="28"/>
          <w:lang w:val="kk-KZ"/>
        </w:rPr>
      </w:pPr>
      <w:r w:rsidRPr="002417EA">
        <w:rPr>
          <w:rFonts w:ascii="Times New Roman" w:hAnsi="Times New Roman" w:cs="Times New Roman"/>
          <w:color w:val="1B1C1D"/>
          <w:sz w:val="28"/>
          <w:szCs w:val="28"/>
          <w:lang w:val="kk-KZ"/>
        </w:rPr>
        <w:t xml:space="preserve">мұндағы, </w:t>
      </w:r>
      <w:r w:rsidR="00A135AE" w:rsidRPr="002417EA">
        <w:rPr>
          <w:rFonts w:ascii="Times New Roman" w:hAnsi="Times New Roman" w:cs="Times New Roman"/>
          <w:noProof/>
          <w:position w:val="-6"/>
          <w:sz w:val="28"/>
          <w:szCs w:val="28"/>
        </w:rPr>
        <w:drawing>
          <wp:inline distT="0" distB="0" distL="0" distR="0" wp14:anchorId="01EC5297" wp14:editId="10B77DC9">
            <wp:extent cx="134620" cy="211455"/>
            <wp:effectExtent l="0" t="0" r="0" b="0"/>
            <wp:docPr id="1416" name="Рисунок 1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6"/>
                    <pic:cNvPicPr>
                      <a:picLocks noChangeAspect="1" noChangeArrowheads="1"/>
                    </pic:cNvPicPr>
                  </pic:nvPicPr>
                  <pic:blipFill>
                    <a:blip r:embed="rId1843" cstate="print">
                      <a:extLst>
                        <a:ext uri="{28A0092B-C50C-407E-A947-70E740481C1C}">
                          <a14:useLocalDpi xmlns:a14="http://schemas.microsoft.com/office/drawing/2010/main" val="0"/>
                        </a:ext>
                      </a:extLst>
                    </a:blip>
                    <a:srcRect/>
                    <a:stretch>
                      <a:fillRect/>
                    </a:stretch>
                  </pic:blipFill>
                  <pic:spPr bwMode="auto">
                    <a:xfrm>
                      <a:off x="0" y="0"/>
                      <a:ext cx="134620" cy="211455"/>
                    </a:xfrm>
                    <a:prstGeom prst="rect">
                      <a:avLst/>
                    </a:prstGeom>
                    <a:noFill/>
                    <a:ln>
                      <a:noFill/>
                    </a:ln>
                  </pic:spPr>
                </pic:pic>
              </a:graphicData>
            </a:graphic>
          </wp:inline>
        </w:drawing>
      </w:r>
      <w:r w:rsidRPr="002417EA">
        <w:rPr>
          <w:rFonts w:ascii="Times New Roman" w:hAnsi="Times New Roman" w:cs="Times New Roman"/>
          <w:color w:val="1B1C1D"/>
          <w:sz w:val="28"/>
          <w:szCs w:val="28"/>
          <w:lang w:val="kk-KZ"/>
        </w:rPr>
        <w:t xml:space="preserve"> деп</w:t>
      </w:r>
      <w:r w:rsidRPr="002417EA">
        <w:rPr>
          <w:rFonts w:ascii="Times New Roman" w:hAnsi="Times New Roman" w:cs="Times New Roman"/>
          <w:position w:val="-16"/>
          <w:sz w:val="28"/>
          <w:szCs w:val="28"/>
          <w:lang w:val="kk-KZ"/>
        </w:rPr>
        <w:t xml:space="preserve"> </w:t>
      </w:r>
      <w:r w:rsidR="00A135AE" w:rsidRPr="002417EA">
        <w:rPr>
          <w:rFonts w:ascii="Times New Roman" w:hAnsi="Times New Roman" w:cs="Times New Roman"/>
          <w:noProof/>
          <w:position w:val="-6"/>
          <w:sz w:val="28"/>
          <w:szCs w:val="28"/>
        </w:rPr>
        <w:drawing>
          <wp:inline distT="0" distB="0" distL="0" distR="0" wp14:anchorId="62291962" wp14:editId="6F1E4E41">
            <wp:extent cx="596900" cy="211455"/>
            <wp:effectExtent l="0" t="0" r="0" b="0"/>
            <wp:docPr id="1417" name="Рисунок 1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7"/>
                    <pic:cNvPicPr>
                      <a:picLocks noChangeAspect="1" noChangeArrowheads="1"/>
                    </pic:cNvPicPr>
                  </pic:nvPicPr>
                  <pic:blipFill>
                    <a:blip r:embed="rId1844" cstate="print">
                      <a:extLst>
                        <a:ext uri="{28A0092B-C50C-407E-A947-70E740481C1C}">
                          <a14:useLocalDpi xmlns:a14="http://schemas.microsoft.com/office/drawing/2010/main" val="0"/>
                        </a:ext>
                      </a:extLst>
                    </a:blip>
                    <a:srcRect/>
                    <a:stretch>
                      <a:fillRect/>
                    </a:stretch>
                  </pic:blipFill>
                  <pic:spPr bwMode="auto">
                    <a:xfrm>
                      <a:off x="0" y="0"/>
                      <a:ext cx="596900" cy="211455"/>
                    </a:xfrm>
                    <a:prstGeom prst="rect">
                      <a:avLst/>
                    </a:prstGeom>
                    <a:noFill/>
                    <a:ln>
                      <a:noFill/>
                    </a:ln>
                  </pic:spPr>
                </pic:pic>
              </a:graphicData>
            </a:graphic>
          </wp:inline>
        </w:drawing>
      </w:r>
      <w:r w:rsidRPr="002417EA">
        <w:rPr>
          <w:rFonts w:ascii="Times New Roman" w:hAnsi="Times New Roman" w:cs="Times New Roman"/>
          <w:position w:val="-16"/>
          <w:sz w:val="28"/>
          <w:szCs w:val="28"/>
          <w:lang w:val="kk-KZ"/>
        </w:rPr>
        <w:t xml:space="preserve"> </w:t>
      </w:r>
      <w:r w:rsidRPr="002417EA">
        <w:rPr>
          <w:rFonts w:ascii="Times New Roman" w:hAnsi="Times New Roman" w:cs="Times New Roman"/>
          <w:color w:val="1B1C1D"/>
          <w:sz w:val="28"/>
          <w:szCs w:val="28"/>
          <w:lang w:val="kk-KZ"/>
        </w:rPr>
        <w:t xml:space="preserve">жарты жазықтығындағы </w:t>
      </w:r>
      <w:r w:rsidR="00A135AE" w:rsidRPr="002417EA">
        <w:rPr>
          <w:rFonts w:ascii="Times New Roman" w:hAnsi="Times New Roman" w:cs="Times New Roman"/>
          <w:noProof/>
          <w:position w:val="-12"/>
          <w:sz w:val="28"/>
          <w:szCs w:val="28"/>
        </w:rPr>
        <w:drawing>
          <wp:inline distT="0" distB="0" distL="0" distR="0" wp14:anchorId="5DBFBD16" wp14:editId="4FA64CCD">
            <wp:extent cx="414020" cy="231140"/>
            <wp:effectExtent l="0" t="0" r="0" b="0"/>
            <wp:docPr id="1418" name="Рисунок 1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8"/>
                    <pic:cNvPicPr>
                      <a:picLocks noChangeAspect="1" noChangeArrowheads="1"/>
                    </pic:cNvPicPr>
                  </pic:nvPicPr>
                  <pic:blipFill>
                    <a:blip r:embed="rId1845" cstate="print">
                      <a:extLst>
                        <a:ext uri="{28A0092B-C50C-407E-A947-70E740481C1C}">
                          <a14:useLocalDpi xmlns:a14="http://schemas.microsoft.com/office/drawing/2010/main" val="0"/>
                        </a:ext>
                      </a:extLst>
                    </a:blip>
                    <a:srcRect/>
                    <a:stretch>
                      <a:fillRect/>
                    </a:stretch>
                  </pic:blipFill>
                  <pic:spPr bwMode="auto">
                    <a:xfrm>
                      <a:off x="0" y="0"/>
                      <a:ext cx="414020" cy="231140"/>
                    </a:xfrm>
                    <a:prstGeom prst="rect">
                      <a:avLst/>
                    </a:prstGeom>
                    <a:noFill/>
                    <a:ln>
                      <a:noFill/>
                    </a:ln>
                  </pic:spPr>
                </pic:pic>
              </a:graphicData>
            </a:graphic>
          </wp:inline>
        </w:drawing>
      </w:r>
      <w:r w:rsidRPr="002417EA">
        <w:rPr>
          <w:rFonts w:ascii="Times New Roman" w:hAnsi="Times New Roman" w:cs="Times New Roman"/>
          <w:color w:val="1B1C1D"/>
          <w:sz w:val="28"/>
          <w:szCs w:val="28"/>
          <w:lang w:val="kk-KZ"/>
        </w:rPr>
        <w:t xml:space="preserve"> көпмүшелігінің нөлдерінің (түбірлерінің) санын белгіледік. (1.86), (1.87) ескере отырып, осыдан</w:t>
      </w:r>
      <w:r w:rsidRPr="007C53FF">
        <w:rPr>
          <w:rFonts w:ascii="Times New Roman" w:hAnsi="Times New Roman" w:cs="Times New Roman"/>
          <w:color w:val="1B1C1D"/>
          <w:sz w:val="28"/>
          <w:szCs w:val="28"/>
          <w:lang w:val="kk-KZ"/>
        </w:rPr>
        <w:t xml:space="preserve"> </w:t>
      </w:r>
      <w:r w:rsidR="00A135AE" w:rsidRPr="002417EA">
        <w:rPr>
          <w:rFonts w:ascii="Times New Roman" w:hAnsi="Times New Roman" w:cs="Times New Roman"/>
          <w:noProof/>
          <w:position w:val="-12"/>
          <w:sz w:val="28"/>
          <w:szCs w:val="28"/>
        </w:rPr>
        <w:lastRenderedPageBreak/>
        <w:drawing>
          <wp:inline distT="0" distB="0" distL="0" distR="0" wp14:anchorId="1FC5E8D5" wp14:editId="5A8163EE">
            <wp:extent cx="1231900" cy="231140"/>
            <wp:effectExtent l="0" t="0" r="6350" b="0"/>
            <wp:docPr id="1419" name="Рисунок 1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9"/>
                    <pic:cNvPicPr>
                      <a:picLocks noChangeAspect="1" noChangeArrowheads="1"/>
                    </pic:cNvPicPr>
                  </pic:nvPicPr>
                  <pic:blipFill>
                    <a:blip r:embed="rId1846" cstate="print">
                      <a:extLst>
                        <a:ext uri="{28A0092B-C50C-407E-A947-70E740481C1C}">
                          <a14:useLocalDpi xmlns:a14="http://schemas.microsoft.com/office/drawing/2010/main" val="0"/>
                        </a:ext>
                      </a:extLst>
                    </a:blip>
                    <a:srcRect/>
                    <a:stretch>
                      <a:fillRect/>
                    </a:stretch>
                  </pic:blipFill>
                  <pic:spPr bwMode="auto">
                    <a:xfrm>
                      <a:off x="0" y="0"/>
                      <a:ext cx="1231900" cy="231140"/>
                    </a:xfrm>
                    <a:prstGeom prst="rect">
                      <a:avLst/>
                    </a:prstGeom>
                    <a:noFill/>
                    <a:ln>
                      <a:noFill/>
                    </a:ln>
                  </pic:spPr>
                </pic:pic>
              </a:graphicData>
            </a:graphic>
          </wp:inline>
        </w:drawing>
      </w:r>
      <w:r w:rsidRPr="002417EA">
        <w:rPr>
          <w:rFonts w:ascii="Times New Roman" w:hAnsi="Times New Roman" w:cs="Times New Roman"/>
          <w:position w:val="-16"/>
          <w:sz w:val="28"/>
          <w:szCs w:val="28"/>
          <w:lang w:val="kk-KZ"/>
        </w:rPr>
        <w:t xml:space="preserve"> </w:t>
      </w:r>
      <w:r w:rsidRPr="002417EA">
        <w:rPr>
          <w:rFonts w:ascii="Times New Roman" w:hAnsi="Times New Roman" w:cs="Times New Roman"/>
          <w:color w:val="1B1C1D"/>
          <w:sz w:val="28"/>
          <w:szCs w:val="28"/>
          <w:lang w:val="kk-KZ"/>
        </w:rPr>
        <w:t xml:space="preserve">екендігі шығады, бұл 1-ші лемма және (1.72) ескерілгенде, (1.68) есебінің индекс формуласы (1.77)-ке әкелгенде. </w:t>
      </w:r>
    </w:p>
    <w:p w14:paraId="7EBE1E39" w14:textId="55D32BC9" w:rsidR="003A4ABB" w:rsidRPr="002417EA" w:rsidRDefault="00A135AE" w:rsidP="002417EA">
      <w:pPr>
        <w:spacing w:after="0" w:line="240" w:lineRule="auto"/>
        <w:jc w:val="both"/>
        <w:rPr>
          <w:rFonts w:ascii="Times New Roman" w:hAnsi="Times New Roman" w:cs="Times New Roman"/>
          <w:position w:val="-16"/>
          <w:sz w:val="28"/>
          <w:szCs w:val="28"/>
          <w:lang w:val="kk-KZ"/>
        </w:rPr>
      </w:pPr>
      <w:r w:rsidRPr="002417EA">
        <w:rPr>
          <w:rFonts w:ascii="Times New Roman" w:hAnsi="Times New Roman" w:cs="Times New Roman"/>
          <w:noProof/>
          <w:position w:val="-14"/>
          <w:sz w:val="28"/>
          <w:szCs w:val="28"/>
        </w:rPr>
        <w:drawing>
          <wp:inline distT="0" distB="0" distL="0" distR="0" wp14:anchorId="0682062E" wp14:editId="72DAFAC4">
            <wp:extent cx="317500" cy="231140"/>
            <wp:effectExtent l="0" t="0" r="0" b="0"/>
            <wp:docPr id="1420" name="Рисунок 1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0"/>
                    <pic:cNvPicPr>
                      <a:picLocks noChangeAspect="1" noChangeArrowheads="1"/>
                    </pic:cNvPicPr>
                  </pic:nvPicPr>
                  <pic:blipFill>
                    <a:blip r:embed="rId1847" cstate="print">
                      <a:extLst>
                        <a:ext uri="{28A0092B-C50C-407E-A947-70E740481C1C}">
                          <a14:useLocalDpi xmlns:a14="http://schemas.microsoft.com/office/drawing/2010/main" val="0"/>
                        </a:ext>
                      </a:extLst>
                    </a:blip>
                    <a:srcRect/>
                    <a:stretch>
                      <a:fillRect/>
                    </a:stretch>
                  </pic:blipFill>
                  <pic:spPr bwMode="auto">
                    <a:xfrm>
                      <a:off x="0" y="0"/>
                      <a:ext cx="317500" cy="231140"/>
                    </a:xfrm>
                    <a:prstGeom prst="rect">
                      <a:avLst/>
                    </a:prstGeom>
                    <a:noFill/>
                    <a:ln>
                      <a:noFill/>
                    </a:ln>
                  </pic:spPr>
                </pic:pic>
              </a:graphicData>
            </a:graphic>
          </wp:inline>
        </w:drawing>
      </w:r>
      <w:r w:rsidR="003A4ABB" w:rsidRPr="002417EA">
        <w:rPr>
          <w:rFonts w:ascii="Times New Roman" w:hAnsi="Times New Roman" w:cs="Times New Roman"/>
          <w:position w:val="-16"/>
          <w:sz w:val="28"/>
          <w:szCs w:val="28"/>
          <w:lang w:val="kk-KZ"/>
        </w:rPr>
        <w:t xml:space="preserve"> </w:t>
      </w:r>
      <w:r w:rsidR="003A4ABB" w:rsidRPr="002417EA">
        <w:rPr>
          <w:rFonts w:ascii="Times New Roman" w:hAnsi="Times New Roman" w:cs="Times New Roman"/>
          <w:color w:val="1B1C1D"/>
          <w:sz w:val="28"/>
          <w:szCs w:val="28"/>
          <w:lang w:val="kk-KZ"/>
        </w:rPr>
        <w:t>жағдайы. (1.70) сәйкес, бұл жағдайда:</w:t>
      </w:r>
    </w:p>
    <w:p w14:paraId="5E9A7015" w14:textId="77777777" w:rsidR="003A4ABB" w:rsidRPr="002417EA" w:rsidRDefault="003A4ABB" w:rsidP="002417EA">
      <w:pPr>
        <w:spacing w:after="0" w:line="240" w:lineRule="auto"/>
        <w:jc w:val="both"/>
        <w:rPr>
          <w:rFonts w:ascii="Times New Roman" w:hAnsi="Times New Roman" w:cs="Times New Roman"/>
          <w:color w:val="1B1C1D"/>
          <w:sz w:val="28"/>
          <w:szCs w:val="28"/>
          <w:lang w:val="kk-KZ"/>
        </w:rPr>
      </w:pPr>
    </w:p>
    <w:p w14:paraId="65CACDBD" w14:textId="7A7C66F4" w:rsidR="003A4ABB" w:rsidRPr="002417EA" w:rsidRDefault="00A135AE" w:rsidP="002417EA">
      <w:pPr>
        <w:spacing w:after="0" w:line="240" w:lineRule="auto"/>
        <w:jc w:val="center"/>
        <w:rPr>
          <w:rFonts w:ascii="Times New Roman" w:hAnsi="Times New Roman" w:cs="Times New Roman"/>
          <w:color w:val="1B1C1D"/>
          <w:sz w:val="28"/>
          <w:szCs w:val="28"/>
          <w:lang w:val="kk-KZ"/>
        </w:rPr>
      </w:pPr>
      <w:r w:rsidRPr="002417EA">
        <w:rPr>
          <w:rFonts w:ascii="Times New Roman" w:hAnsi="Times New Roman" w:cs="Times New Roman"/>
          <w:noProof/>
          <w:position w:val="-36"/>
          <w:sz w:val="28"/>
          <w:szCs w:val="28"/>
        </w:rPr>
        <w:drawing>
          <wp:inline distT="0" distB="0" distL="0" distR="0" wp14:anchorId="4533BB2C" wp14:editId="291A8C12">
            <wp:extent cx="2213610" cy="596900"/>
            <wp:effectExtent l="0" t="0" r="0" b="0"/>
            <wp:docPr id="1421" name="Рисунок 1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1"/>
                    <pic:cNvPicPr>
                      <a:picLocks noChangeAspect="1" noChangeArrowheads="1"/>
                    </pic:cNvPicPr>
                  </pic:nvPicPr>
                  <pic:blipFill>
                    <a:blip r:embed="rId1848" cstate="print">
                      <a:extLst>
                        <a:ext uri="{28A0092B-C50C-407E-A947-70E740481C1C}">
                          <a14:useLocalDpi xmlns:a14="http://schemas.microsoft.com/office/drawing/2010/main" val="0"/>
                        </a:ext>
                      </a:extLst>
                    </a:blip>
                    <a:srcRect/>
                    <a:stretch>
                      <a:fillRect/>
                    </a:stretch>
                  </pic:blipFill>
                  <pic:spPr bwMode="auto">
                    <a:xfrm>
                      <a:off x="0" y="0"/>
                      <a:ext cx="2213610" cy="596900"/>
                    </a:xfrm>
                    <a:prstGeom prst="rect">
                      <a:avLst/>
                    </a:prstGeom>
                    <a:noFill/>
                    <a:ln>
                      <a:noFill/>
                    </a:ln>
                  </pic:spPr>
                </pic:pic>
              </a:graphicData>
            </a:graphic>
          </wp:inline>
        </w:drawing>
      </w:r>
    </w:p>
    <w:p w14:paraId="3043AC05" w14:textId="77777777" w:rsidR="003A4ABB" w:rsidRPr="002417EA" w:rsidRDefault="003A4ABB" w:rsidP="002417EA">
      <w:pPr>
        <w:spacing w:after="0" w:line="240" w:lineRule="auto"/>
        <w:rPr>
          <w:rFonts w:ascii="Times New Roman" w:hAnsi="Times New Roman" w:cs="Times New Roman"/>
          <w:color w:val="1B1C1D"/>
          <w:sz w:val="28"/>
          <w:szCs w:val="28"/>
        </w:rPr>
      </w:pPr>
    </w:p>
    <w:p w14:paraId="2F2B05EC" w14:textId="77777777" w:rsidR="003A4ABB" w:rsidRPr="002417EA" w:rsidRDefault="003A4ABB" w:rsidP="002417EA">
      <w:pPr>
        <w:spacing w:after="0" w:line="240" w:lineRule="auto"/>
        <w:jc w:val="both"/>
        <w:rPr>
          <w:rFonts w:ascii="Times New Roman" w:hAnsi="Times New Roman" w:cs="Times New Roman"/>
          <w:color w:val="1B1C1D"/>
          <w:sz w:val="28"/>
          <w:szCs w:val="28"/>
        </w:rPr>
      </w:pPr>
      <w:r w:rsidRPr="002417EA">
        <w:rPr>
          <w:rFonts w:ascii="Times New Roman" w:hAnsi="Times New Roman" w:cs="Times New Roman"/>
          <w:color w:val="1B1C1D"/>
          <w:sz w:val="28"/>
          <w:szCs w:val="28"/>
        </w:rPr>
        <w:t xml:space="preserve">Осы жерге келесі өрнектерді қойғанда: </w:t>
      </w:r>
    </w:p>
    <w:p w14:paraId="208EFADD" w14:textId="77777777" w:rsidR="003A4ABB" w:rsidRPr="002417EA" w:rsidRDefault="003A4ABB" w:rsidP="002417EA">
      <w:pPr>
        <w:spacing w:after="0" w:line="240" w:lineRule="auto"/>
        <w:jc w:val="both"/>
        <w:rPr>
          <w:rFonts w:ascii="Times New Roman" w:hAnsi="Times New Roman" w:cs="Times New Roman"/>
          <w:color w:val="1B1C1D"/>
          <w:sz w:val="28"/>
          <w:szCs w:val="28"/>
        </w:rPr>
      </w:pPr>
    </w:p>
    <w:p w14:paraId="283AB8BE" w14:textId="59CDE181" w:rsidR="003A4ABB" w:rsidRPr="002417EA" w:rsidRDefault="00A135AE" w:rsidP="002417EA">
      <w:pPr>
        <w:spacing w:after="0" w:line="240" w:lineRule="auto"/>
        <w:jc w:val="center"/>
        <w:rPr>
          <w:rFonts w:ascii="Times New Roman" w:hAnsi="Times New Roman" w:cs="Times New Roman"/>
          <w:position w:val="-16"/>
          <w:sz w:val="28"/>
          <w:szCs w:val="28"/>
        </w:rPr>
      </w:pPr>
      <w:r w:rsidRPr="002417EA">
        <w:rPr>
          <w:rFonts w:ascii="Times New Roman" w:hAnsi="Times New Roman" w:cs="Times New Roman"/>
          <w:noProof/>
          <w:position w:val="-12"/>
          <w:sz w:val="28"/>
          <w:szCs w:val="28"/>
        </w:rPr>
        <w:drawing>
          <wp:inline distT="0" distB="0" distL="0" distR="0" wp14:anchorId="6CA0641E" wp14:editId="69255F82">
            <wp:extent cx="3060700" cy="231140"/>
            <wp:effectExtent l="0" t="0" r="6350" b="0"/>
            <wp:docPr id="1422" name="Рисунок 1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2"/>
                    <pic:cNvPicPr>
                      <a:picLocks noChangeAspect="1" noChangeArrowheads="1"/>
                    </pic:cNvPicPr>
                  </pic:nvPicPr>
                  <pic:blipFill>
                    <a:blip r:embed="rId1849" cstate="print">
                      <a:extLst>
                        <a:ext uri="{28A0092B-C50C-407E-A947-70E740481C1C}">
                          <a14:useLocalDpi xmlns:a14="http://schemas.microsoft.com/office/drawing/2010/main" val="0"/>
                        </a:ext>
                      </a:extLst>
                    </a:blip>
                    <a:srcRect/>
                    <a:stretch>
                      <a:fillRect/>
                    </a:stretch>
                  </pic:blipFill>
                  <pic:spPr bwMode="auto">
                    <a:xfrm>
                      <a:off x="0" y="0"/>
                      <a:ext cx="3060700" cy="231140"/>
                    </a:xfrm>
                    <a:prstGeom prst="rect">
                      <a:avLst/>
                    </a:prstGeom>
                    <a:noFill/>
                    <a:ln>
                      <a:noFill/>
                    </a:ln>
                  </pic:spPr>
                </pic:pic>
              </a:graphicData>
            </a:graphic>
          </wp:inline>
        </w:drawing>
      </w:r>
    </w:p>
    <w:p w14:paraId="6FCE1D4C" w14:textId="77777777" w:rsidR="003A4ABB" w:rsidRPr="002417EA" w:rsidRDefault="003A4ABB" w:rsidP="002417EA">
      <w:pPr>
        <w:spacing w:after="0" w:line="240" w:lineRule="auto"/>
        <w:rPr>
          <w:rFonts w:ascii="Times New Roman" w:hAnsi="Times New Roman" w:cs="Times New Roman"/>
          <w:color w:val="1B1C1D"/>
          <w:sz w:val="28"/>
          <w:szCs w:val="28"/>
          <w:lang w:val="kk-KZ"/>
        </w:rPr>
      </w:pPr>
    </w:p>
    <w:p w14:paraId="5146E95D" w14:textId="67E03A70" w:rsidR="003A4ABB" w:rsidRPr="002417EA" w:rsidRDefault="003A4ABB" w:rsidP="002417EA">
      <w:pPr>
        <w:spacing w:after="0" w:line="240" w:lineRule="auto"/>
        <w:jc w:val="both"/>
        <w:rPr>
          <w:rFonts w:ascii="Times New Roman" w:hAnsi="Times New Roman" w:cs="Times New Roman"/>
          <w:position w:val="-16"/>
          <w:sz w:val="28"/>
          <w:szCs w:val="28"/>
          <w:lang w:val="kk-KZ"/>
        </w:rPr>
      </w:pPr>
      <w:r w:rsidRPr="002417EA">
        <w:rPr>
          <w:rFonts w:ascii="Times New Roman" w:hAnsi="Times New Roman" w:cs="Times New Roman"/>
          <w:color w:val="1B1C1D"/>
          <w:sz w:val="28"/>
          <w:szCs w:val="28"/>
          <w:lang w:val="kk-KZ"/>
        </w:rPr>
        <w:t xml:space="preserve"> (1.78) функциясының туындысын </w:t>
      </w:r>
      <w:r w:rsidR="00A135AE" w:rsidRPr="002417EA">
        <w:rPr>
          <w:rFonts w:ascii="Times New Roman" w:hAnsi="Times New Roman" w:cs="Times New Roman"/>
          <w:noProof/>
          <w:position w:val="-12"/>
          <w:sz w:val="28"/>
          <w:szCs w:val="28"/>
        </w:rPr>
        <w:drawing>
          <wp:inline distT="0" distB="0" distL="0" distR="0" wp14:anchorId="602DCAA2" wp14:editId="0D469574">
            <wp:extent cx="1511300" cy="231140"/>
            <wp:effectExtent l="0" t="0" r="0" b="0"/>
            <wp:docPr id="1423" name="Рисунок 1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3"/>
                    <pic:cNvPicPr>
                      <a:picLocks noChangeAspect="1" noChangeArrowheads="1"/>
                    </pic:cNvPicPr>
                  </pic:nvPicPr>
                  <pic:blipFill>
                    <a:blip r:embed="rId1850" cstate="print">
                      <a:extLst>
                        <a:ext uri="{28A0092B-C50C-407E-A947-70E740481C1C}">
                          <a14:useLocalDpi xmlns:a14="http://schemas.microsoft.com/office/drawing/2010/main" val="0"/>
                        </a:ext>
                      </a:extLst>
                    </a:blip>
                    <a:srcRect/>
                    <a:stretch>
                      <a:fillRect/>
                    </a:stretch>
                  </pic:blipFill>
                  <pic:spPr bwMode="auto">
                    <a:xfrm>
                      <a:off x="0" y="0"/>
                      <a:ext cx="1511300" cy="231140"/>
                    </a:xfrm>
                    <a:prstGeom prst="rect">
                      <a:avLst/>
                    </a:prstGeom>
                    <a:noFill/>
                    <a:ln>
                      <a:noFill/>
                    </a:ln>
                  </pic:spPr>
                </pic:pic>
              </a:graphicData>
            </a:graphic>
          </wp:inline>
        </w:drawing>
      </w:r>
      <w:r w:rsidRPr="002417EA">
        <w:rPr>
          <w:rFonts w:ascii="Times New Roman" w:hAnsi="Times New Roman" w:cs="Times New Roman"/>
          <w:color w:val="1B1C1D"/>
          <w:sz w:val="28"/>
          <w:szCs w:val="28"/>
          <w:lang w:val="kk-KZ"/>
        </w:rPr>
        <w:t xml:space="preserve"> ескере отырып, біз келесі теңдікті аламыз:</w:t>
      </w:r>
      <w:r w:rsidRPr="002417EA">
        <w:rPr>
          <w:rFonts w:ascii="Times New Roman" w:hAnsi="Times New Roman" w:cs="Times New Roman"/>
          <w:position w:val="-16"/>
          <w:sz w:val="28"/>
          <w:szCs w:val="28"/>
          <w:lang w:val="kk-KZ"/>
        </w:rPr>
        <w:t xml:space="preserve"> </w:t>
      </w:r>
    </w:p>
    <w:p w14:paraId="28737F43" w14:textId="77777777" w:rsidR="003A4ABB" w:rsidRPr="002417EA" w:rsidRDefault="003A4ABB" w:rsidP="002417EA">
      <w:pPr>
        <w:spacing w:after="0" w:line="240" w:lineRule="auto"/>
        <w:jc w:val="both"/>
        <w:rPr>
          <w:rFonts w:ascii="Times New Roman" w:hAnsi="Times New Roman" w:cs="Times New Roman"/>
          <w:position w:val="-16"/>
          <w:sz w:val="28"/>
          <w:szCs w:val="28"/>
          <w:lang w:val="kk-KZ"/>
        </w:rPr>
      </w:pPr>
    </w:p>
    <w:p w14:paraId="71E5E515" w14:textId="1F8BB14B" w:rsidR="003A4ABB" w:rsidRPr="002417EA" w:rsidRDefault="00A135AE" w:rsidP="002417EA">
      <w:pPr>
        <w:spacing w:after="0" w:line="240" w:lineRule="auto"/>
        <w:jc w:val="center"/>
        <w:rPr>
          <w:rFonts w:ascii="Times New Roman" w:hAnsi="Times New Roman" w:cs="Times New Roman"/>
          <w:position w:val="-16"/>
          <w:sz w:val="28"/>
          <w:szCs w:val="28"/>
        </w:rPr>
      </w:pPr>
      <w:r w:rsidRPr="002417EA">
        <w:rPr>
          <w:rFonts w:ascii="Times New Roman" w:hAnsi="Times New Roman" w:cs="Times New Roman"/>
          <w:noProof/>
          <w:position w:val="-12"/>
          <w:sz w:val="28"/>
          <w:szCs w:val="28"/>
        </w:rPr>
        <w:drawing>
          <wp:inline distT="0" distB="0" distL="0" distR="0" wp14:anchorId="57C38CE1" wp14:editId="7F05E0BD">
            <wp:extent cx="2839720" cy="231140"/>
            <wp:effectExtent l="0" t="0" r="0" b="0"/>
            <wp:docPr id="1424" name="Рисунок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4"/>
                    <pic:cNvPicPr>
                      <a:picLocks noChangeAspect="1" noChangeArrowheads="1"/>
                    </pic:cNvPicPr>
                  </pic:nvPicPr>
                  <pic:blipFill>
                    <a:blip r:embed="rId1851" cstate="print">
                      <a:extLst>
                        <a:ext uri="{28A0092B-C50C-407E-A947-70E740481C1C}">
                          <a14:useLocalDpi xmlns:a14="http://schemas.microsoft.com/office/drawing/2010/main" val="0"/>
                        </a:ext>
                      </a:extLst>
                    </a:blip>
                    <a:srcRect/>
                    <a:stretch>
                      <a:fillRect/>
                    </a:stretch>
                  </pic:blipFill>
                  <pic:spPr bwMode="auto">
                    <a:xfrm>
                      <a:off x="0" y="0"/>
                      <a:ext cx="2839720" cy="231140"/>
                    </a:xfrm>
                    <a:prstGeom prst="rect">
                      <a:avLst/>
                    </a:prstGeom>
                    <a:noFill/>
                    <a:ln>
                      <a:noFill/>
                    </a:ln>
                  </pic:spPr>
                </pic:pic>
              </a:graphicData>
            </a:graphic>
          </wp:inline>
        </w:drawing>
      </w:r>
    </w:p>
    <w:p w14:paraId="1B925C3B" w14:textId="77777777" w:rsidR="003A4ABB" w:rsidRPr="002417EA" w:rsidRDefault="003A4ABB" w:rsidP="002417EA">
      <w:pPr>
        <w:spacing w:after="0" w:line="240" w:lineRule="auto"/>
        <w:rPr>
          <w:rFonts w:ascii="Times New Roman" w:hAnsi="Times New Roman" w:cs="Times New Roman"/>
          <w:color w:val="1B1C1D"/>
          <w:sz w:val="28"/>
          <w:szCs w:val="28"/>
          <w:lang w:val="kk-KZ"/>
        </w:rPr>
      </w:pPr>
    </w:p>
    <w:p w14:paraId="58E8F1D0" w14:textId="3901295D" w:rsidR="003A4ABB" w:rsidRPr="002417EA" w:rsidRDefault="00A24934" w:rsidP="00A24934">
      <w:pPr>
        <w:spacing w:after="0" w:line="240" w:lineRule="auto"/>
        <w:ind w:firstLine="567"/>
        <w:jc w:val="both"/>
        <w:rPr>
          <w:rFonts w:ascii="Times New Roman" w:hAnsi="Times New Roman" w:cs="Times New Roman"/>
          <w:color w:val="1B1C1D"/>
          <w:sz w:val="28"/>
          <w:szCs w:val="28"/>
          <w:lang w:val="kk-KZ"/>
        </w:rPr>
      </w:pPr>
      <w:r>
        <w:rPr>
          <w:rFonts w:ascii="Times New Roman" w:hAnsi="Times New Roman" w:cs="Times New Roman"/>
          <w:color w:val="1B1C1D"/>
          <w:sz w:val="28"/>
          <w:szCs w:val="28"/>
          <w:lang w:val="kk-KZ"/>
        </w:rPr>
        <w:t xml:space="preserve"> </w:t>
      </w:r>
      <w:r w:rsidR="003A4ABB" w:rsidRPr="002417EA">
        <w:rPr>
          <w:rFonts w:ascii="Times New Roman" w:hAnsi="Times New Roman" w:cs="Times New Roman"/>
          <w:color w:val="1B1C1D"/>
          <w:sz w:val="28"/>
          <w:szCs w:val="28"/>
          <w:lang w:val="kk-KZ"/>
        </w:rPr>
        <w:t xml:space="preserve">Бұл (1.71) шартының қанағаттандырылатынын және Коши индексінің </w:t>
      </w:r>
      <w:r w:rsidR="00A135AE" w:rsidRPr="002417EA">
        <w:rPr>
          <w:rFonts w:ascii="Times New Roman" w:hAnsi="Times New Roman" w:cs="Times New Roman"/>
          <w:noProof/>
          <w:position w:val="-12"/>
          <w:sz w:val="28"/>
          <w:szCs w:val="28"/>
        </w:rPr>
        <w:drawing>
          <wp:inline distT="0" distB="0" distL="0" distR="0" wp14:anchorId="04008063" wp14:editId="084C3AE8">
            <wp:extent cx="817880" cy="231140"/>
            <wp:effectExtent l="0" t="0" r="1270" b="0"/>
            <wp:docPr id="1425" name="Рисунок 1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5"/>
                    <pic:cNvPicPr>
                      <a:picLocks noChangeAspect="1" noChangeArrowheads="1"/>
                    </pic:cNvPicPr>
                  </pic:nvPicPr>
                  <pic:blipFill>
                    <a:blip r:embed="rId1852" cstate="print">
                      <a:extLst>
                        <a:ext uri="{28A0092B-C50C-407E-A947-70E740481C1C}">
                          <a14:useLocalDpi xmlns:a14="http://schemas.microsoft.com/office/drawing/2010/main" val="0"/>
                        </a:ext>
                      </a:extLst>
                    </a:blip>
                    <a:srcRect/>
                    <a:stretch>
                      <a:fillRect/>
                    </a:stretch>
                  </pic:blipFill>
                  <pic:spPr bwMode="auto">
                    <a:xfrm>
                      <a:off x="0" y="0"/>
                      <a:ext cx="817880" cy="231140"/>
                    </a:xfrm>
                    <a:prstGeom prst="rect">
                      <a:avLst/>
                    </a:prstGeom>
                    <a:noFill/>
                    <a:ln>
                      <a:noFill/>
                    </a:ln>
                  </pic:spPr>
                </pic:pic>
              </a:graphicData>
            </a:graphic>
          </wp:inline>
        </w:drawing>
      </w:r>
      <w:r w:rsidR="00D0605B" w:rsidRPr="002417EA">
        <w:rPr>
          <w:rFonts w:ascii="Times New Roman" w:hAnsi="Times New Roman" w:cs="Times New Roman"/>
          <w:color w:val="1B1C1D"/>
          <w:sz w:val="28"/>
          <w:szCs w:val="28"/>
          <w:lang w:val="kk-KZ"/>
        </w:rPr>
        <w:t xml:space="preserve"> </w:t>
      </w:r>
      <w:r w:rsidR="003A4ABB" w:rsidRPr="002417EA">
        <w:rPr>
          <w:rFonts w:ascii="Times New Roman" w:hAnsi="Times New Roman" w:cs="Times New Roman"/>
          <w:color w:val="1B1C1D"/>
          <w:sz w:val="28"/>
          <w:szCs w:val="28"/>
          <w:lang w:val="kk-KZ"/>
        </w:rPr>
        <w:t xml:space="preserve">екенін көрсетеді, бұл 1-ші лемма мен (1.72) ескерілгенде, (1.65), (1.67) есебінің индексінің </w:t>
      </w:r>
      <w:r w:rsidR="00A135AE" w:rsidRPr="002417EA">
        <w:rPr>
          <w:rFonts w:ascii="Times New Roman" w:hAnsi="Times New Roman" w:cs="Times New Roman"/>
          <w:noProof/>
          <w:position w:val="-6"/>
          <w:sz w:val="28"/>
          <w:szCs w:val="28"/>
        </w:rPr>
        <w:drawing>
          <wp:inline distT="0" distB="0" distL="0" distR="0" wp14:anchorId="224A17FB" wp14:editId="3B68B72E">
            <wp:extent cx="462280" cy="211455"/>
            <wp:effectExtent l="0" t="0" r="0" b="0"/>
            <wp:docPr id="1426" name="Рисунок 1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6"/>
                    <pic:cNvPicPr>
                      <a:picLocks noChangeAspect="1" noChangeArrowheads="1"/>
                    </pic:cNvPicPr>
                  </pic:nvPicPr>
                  <pic:blipFill>
                    <a:blip r:embed="rId1853" cstate="print">
                      <a:extLst>
                        <a:ext uri="{28A0092B-C50C-407E-A947-70E740481C1C}">
                          <a14:useLocalDpi xmlns:a14="http://schemas.microsoft.com/office/drawing/2010/main" val="0"/>
                        </a:ext>
                      </a:extLst>
                    </a:blip>
                    <a:srcRect/>
                    <a:stretch>
                      <a:fillRect/>
                    </a:stretch>
                  </pic:blipFill>
                  <pic:spPr bwMode="auto">
                    <a:xfrm>
                      <a:off x="0" y="0"/>
                      <a:ext cx="462280" cy="211455"/>
                    </a:xfrm>
                    <a:prstGeom prst="rect">
                      <a:avLst/>
                    </a:prstGeom>
                    <a:noFill/>
                    <a:ln>
                      <a:noFill/>
                    </a:ln>
                  </pic:spPr>
                </pic:pic>
              </a:graphicData>
            </a:graphic>
          </wp:inline>
        </w:drawing>
      </w:r>
      <w:r w:rsidR="003A4ABB" w:rsidRPr="002417EA">
        <w:rPr>
          <w:rFonts w:ascii="Times New Roman" w:hAnsi="Times New Roman" w:cs="Times New Roman"/>
          <w:color w:val="1B1C1D"/>
          <w:sz w:val="28"/>
          <w:szCs w:val="28"/>
          <w:lang w:val="kk-KZ"/>
        </w:rPr>
        <w:t xml:space="preserve"> -ге тең болуына әкеледі.</w:t>
      </w:r>
    </w:p>
    <w:p w14:paraId="7B91A31B" w14:textId="13680E2A" w:rsidR="003A4ABB" w:rsidRPr="002417EA" w:rsidRDefault="003A4ABB" w:rsidP="002417EA">
      <w:pPr>
        <w:spacing w:after="0" w:line="240" w:lineRule="auto"/>
        <w:ind w:firstLine="708"/>
        <w:rPr>
          <w:rFonts w:ascii="Times New Roman" w:hAnsi="Times New Roman" w:cs="Times New Roman"/>
          <w:position w:val="-16"/>
          <w:sz w:val="28"/>
          <w:szCs w:val="28"/>
          <w:lang w:val="kk-KZ"/>
        </w:rPr>
      </w:pPr>
      <w:r w:rsidRPr="002417EA">
        <w:rPr>
          <w:rFonts w:ascii="Times New Roman" w:hAnsi="Times New Roman" w:cs="Times New Roman"/>
          <w:color w:val="1B1C1D"/>
          <w:sz w:val="28"/>
          <w:szCs w:val="28"/>
          <w:lang w:val="kk-KZ"/>
        </w:rPr>
        <w:t xml:space="preserve">Ескерту. </w:t>
      </w:r>
      <w:r w:rsidR="00A135AE" w:rsidRPr="002417EA">
        <w:rPr>
          <w:rFonts w:ascii="Times New Roman" w:hAnsi="Times New Roman" w:cs="Times New Roman"/>
          <w:noProof/>
          <w:position w:val="-12"/>
          <w:sz w:val="28"/>
          <w:szCs w:val="28"/>
        </w:rPr>
        <w:drawing>
          <wp:inline distT="0" distB="0" distL="0" distR="0" wp14:anchorId="0F86ACA3" wp14:editId="20526136">
            <wp:extent cx="529590" cy="231140"/>
            <wp:effectExtent l="0" t="0" r="3810" b="0"/>
            <wp:docPr id="1427" name="Рисунок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7"/>
                    <pic:cNvPicPr>
                      <a:picLocks noChangeAspect="1" noChangeArrowheads="1"/>
                    </pic:cNvPicPr>
                  </pic:nvPicPr>
                  <pic:blipFill>
                    <a:blip r:embed="rId1854" cstate="print">
                      <a:extLst>
                        <a:ext uri="{28A0092B-C50C-407E-A947-70E740481C1C}">
                          <a14:useLocalDpi xmlns:a14="http://schemas.microsoft.com/office/drawing/2010/main" val="0"/>
                        </a:ext>
                      </a:extLst>
                    </a:blip>
                    <a:srcRect/>
                    <a:stretch>
                      <a:fillRect/>
                    </a:stretch>
                  </pic:blipFill>
                  <pic:spPr bwMode="auto">
                    <a:xfrm>
                      <a:off x="0" y="0"/>
                      <a:ext cx="529590" cy="231140"/>
                    </a:xfrm>
                    <a:prstGeom prst="rect">
                      <a:avLst/>
                    </a:prstGeom>
                    <a:noFill/>
                    <a:ln>
                      <a:noFill/>
                    </a:ln>
                  </pic:spPr>
                </pic:pic>
              </a:graphicData>
            </a:graphic>
          </wp:inline>
        </w:drawing>
      </w:r>
      <w:r w:rsidRPr="002417EA">
        <w:rPr>
          <w:rFonts w:ascii="Times New Roman" w:hAnsi="Times New Roman" w:cs="Times New Roman"/>
          <w:position w:val="-16"/>
          <w:sz w:val="28"/>
          <w:szCs w:val="28"/>
          <w:lang w:val="kk-KZ"/>
        </w:rPr>
        <w:t xml:space="preserve"> </w:t>
      </w:r>
      <w:r w:rsidRPr="002417EA">
        <w:rPr>
          <w:rFonts w:ascii="Times New Roman" w:hAnsi="Times New Roman" w:cs="Times New Roman"/>
          <w:color w:val="1B1C1D"/>
          <w:sz w:val="28"/>
          <w:szCs w:val="28"/>
          <w:lang w:val="kk-KZ"/>
        </w:rPr>
        <w:t xml:space="preserve">шартына байланысты P көпмүшелігінің </w:t>
      </w:r>
      <w:r w:rsidR="00A135AE" w:rsidRPr="002417EA">
        <w:rPr>
          <w:rFonts w:ascii="Times New Roman" w:hAnsi="Times New Roman" w:cs="Times New Roman"/>
          <w:noProof/>
          <w:position w:val="-12"/>
          <w:sz w:val="28"/>
          <w:szCs w:val="28"/>
        </w:rPr>
        <w:drawing>
          <wp:inline distT="0" distB="0" distL="0" distR="0" wp14:anchorId="3C99A263" wp14:editId="24AEA1FE">
            <wp:extent cx="596900" cy="231140"/>
            <wp:effectExtent l="0" t="0" r="0" b="0"/>
            <wp:docPr id="1428" name="Рисунок 1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8"/>
                    <pic:cNvPicPr>
                      <a:picLocks noChangeAspect="1" noChangeArrowheads="1"/>
                    </pic:cNvPicPr>
                  </pic:nvPicPr>
                  <pic:blipFill>
                    <a:blip r:embed="rId1855" cstate="print">
                      <a:extLst>
                        <a:ext uri="{28A0092B-C50C-407E-A947-70E740481C1C}">
                          <a14:useLocalDpi xmlns:a14="http://schemas.microsoft.com/office/drawing/2010/main" val="0"/>
                        </a:ext>
                      </a:extLst>
                    </a:blip>
                    <a:srcRect/>
                    <a:stretch>
                      <a:fillRect/>
                    </a:stretch>
                  </pic:blipFill>
                  <pic:spPr bwMode="auto">
                    <a:xfrm>
                      <a:off x="0" y="0"/>
                      <a:ext cx="596900" cy="231140"/>
                    </a:xfrm>
                    <a:prstGeom prst="rect">
                      <a:avLst/>
                    </a:prstGeom>
                    <a:noFill/>
                    <a:ln>
                      <a:noFill/>
                    </a:ln>
                  </pic:spPr>
                </pic:pic>
              </a:graphicData>
            </a:graphic>
          </wp:inline>
        </w:drawing>
      </w:r>
      <w:r w:rsidRPr="002417EA">
        <w:rPr>
          <w:rFonts w:ascii="Times New Roman" w:hAnsi="Times New Roman" w:cs="Times New Roman"/>
          <w:position w:val="-16"/>
          <w:sz w:val="28"/>
          <w:szCs w:val="28"/>
          <w:lang w:val="kk-KZ"/>
        </w:rPr>
        <w:t xml:space="preserve"> </w:t>
      </w:r>
      <w:r w:rsidRPr="002417EA">
        <w:rPr>
          <w:rFonts w:ascii="Times New Roman" w:hAnsi="Times New Roman" w:cs="Times New Roman"/>
          <w:color w:val="1B1C1D"/>
          <w:sz w:val="28"/>
          <w:szCs w:val="28"/>
          <w:lang w:val="kk-KZ"/>
        </w:rPr>
        <w:t xml:space="preserve">және </w:t>
      </w:r>
      <w:r w:rsidR="00A135AE" w:rsidRPr="002417EA">
        <w:rPr>
          <w:rFonts w:ascii="Times New Roman" w:hAnsi="Times New Roman" w:cs="Times New Roman"/>
          <w:noProof/>
          <w:position w:val="-12"/>
          <w:sz w:val="28"/>
          <w:szCs w:val="28"/>
        </w:rPr>
        <w:drawing>
          <wp:inline distT="0" distB="0" distL="0" distR="0" wp14:anchorId="6CF77A24" wp14:editId="26ABD021">
            <wp:extent cx="596900" cy="231140"/>
            <wp:effectExtent l="0" t="0" r="0" b="0"/>
            <wp:docPr id="1429" name="Рисунок 1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9"/>
                    <pic:cNvPicPr>
                      <a:picLocks noChangeAspect="1" noChangeArrowheads="1"/>
                    </pic:cNvPicPr>
                  </pic:nvPicPr>
                  <pic:blipFill>
                    <a:blip r:embed="rId1856" cstate="print">
                      <a:extLst>
                        <a:ext uri="{28A0092B-C50C-407E-A947-70E740481C1C}">
                          <a14:useLocalDpi xmlns:a14="http://schemas.microsoft.com/office/drawing/2010/main" val="0"/>
                        </a:ext>
                      </a:extLst>
                    </a:blip>
                    <a:srcRect/>
                    <a:stretch>
                      <a:fillRect/>
                    </a:stretch>
                  </pic:blipFill>
                  <pic:spPr bwMode="auto">
                    <a:xfrm>
                      <a:off x="0" y="0"/>
                      <a:ext cx="596900" cy="231140"/>
                    </a:xfrm>
                    <a:prstGeom prst="rect">
                      <a:avLst/>
                    </a:prstGeom>
                    <a:noFill/>
                    <a:ln>
                      <a:noFill/>
                    </a:ln>
                  </pic:spPr>
                </pic:pic>
              </a:graphicData>
            </a:graphic>
          </wp:inline>
        </w:drawing>
      </w:r>
      <w:r w:rsidR="00D0605B" w:rsidRPr="002417EA">
        <w:rPr>
          <w:rFonts w:ascii="Times New Roman" w:hAnsi="Times New Roman" w:cs="Times New Roman"/>
          <w:position w:val="-16"/>
          <w:sz w:val="28"/>
          <w:szCs w:val="28"/>
          <w:lang w:val="kk-KZ"/>
        </w:rPr>
        <w:t xml:space="preserve"> </w:t>
      </w:r>
      <w:r w:rsidRPr="002417EA">
        <w:rPr>
          <w:rFonts w:ascii="Times New Roman" w:hAnsi="Times New Roman" w:cs="Times New Roman"/>
          <w:color w:val="1B1C1D"/>
          <w:sz w:val="28"/>
          <w:szCs w:val="28"/>
          <w:lang w:val="kk-KZ"/>
        </w:rPr>
        <w:t>коэффициенттерінің нөлге тең емес екенін ескерілген, ал оның түбірлері келесі формулалармен беріледі:</w:t>
      </w:r>
    </w:p>
    <w:p w14:paraId="1D2B4E41" w14:textId="77777777" w:rsidR="003A4ABB" w:rsidRPr="002417EA" w:rsidRDefault="003A4ABB" w:rsidP="002417EA">
      <w:pPr>
        <w:spacing w:after="0" w:line="240" w:lineRule="auto"/>
        <w:rPr>
          <w:rFonts w:ascii="Times New Roman" w:hAnsi="Times New Roman" w:cs="Times New Roman"/>
          <w:color w:val="1B1C1D"/>
          <w:sz w:val="28"/>
          <w:szCs w:val="28"/>
          <w:lang w:val="kk-KZ"/>
        </w:rPr>
      </w:pPr>
    </w:p>
    <w:p w14:paraId="2165C871" w14:textId="70D50F5D" w:rsidR="003A4ABB" w:rsidRPr="002417EA" w:rsidRDefault="00A135AE" w:rsidP="002417EA">
      <w:pPr>
        <w:spacing w:after="0" w:line="240" w:lineRule="auto"/>
        <w:jc w:val="center"/>
        <w:rPr>
          <w:rFonts w:ascii="Times New Roman" w:hAnsi="Times New Roman" w:cs="Times New Roman"/>
          <w:color w:val="1B1C1D"/>
          <w:sz w:val="28"/>
          <w:szCs w:val="28"/>
          <w:lang w:val="kk-KZ"/>
        </w:rPr>
      </w:pPr>
      <w:r w:rsidRPr="002417EA">
        <w:rPr>
          <w:rFonts w:ascii="Times New Roman" w:hAnsi="Times New Roman" w:cs="Times New Roman"/>
          <w:noProof/>
          <w:position w:val="-34"/>
          <w:sz w:val="28"/>
          <w:szCs w:val="28"/>
        </w:rPr>
        <w:drawing>
          <wp:inline distT="0" distB="0" distL="0" distR="0" wp14:anchorId="6D15B089" wp14:editId="683C6AAB">
            <wp:extent cx="4350385" cy="577215"/>
            <wp:effectExtent l="0" t="0" r="0" b="0"/>
            <wp:docPr id="1430" name="Рисунок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0"/>
                    <pic:cNvPicPr>
                      <a:picLocks noChangeAspect="1" noChangeArrowheads="1"/>
                    </pic:cNvPicPr>
                  </pic:nvPicPr>
                  <pic:blipFill>
                    <a:blip r:embed="rId1857" cstate="print">
                      <a:extLst>
                        <a:ext uri="{28A0092B-C50C-407E-A947-70E740481C1C}">
                          <a14:useLocalDpi xmlns:a14="http://schemas.microsoft.com/office/drawing/2010/main" val="0"/>
                        </a:ext>
                      </a:extLst>
                    </a:blip>
                    <a:srcRect/>
                    <a:stretch>
                      <a:fillRect/>
                    </a:stretch>
                  </pic:blipFill>
                  <pic:spPr bwMode="auto">
                    <a:xfrm>
                      <a:off x="0" y="0"/>
                      <a:ext cx="4350385" cy="577215"/>
                    </a:xfrm>
                    <a:prstGeom prst="rect">
                      <a:avLst/>
                    </a:prstGeom>
                    <a:noFill/>
                    <a:ln>
                      <a:noFill/>
                    </a:ln>
                  </pic:spPr>
                </pic:pic>
              </a:graphicData>
            </a:graphic>
          </wp:inline>
        </w:drawing>
      </w:r>
    </w:p>
    <w:p w14:paraId="58C74CB3" w14:textId="77777777" w:rsidR="003A4ABB" w:rsidRPr="002417EA" w:rsidRDefault="003A4ABB" w:rsidP="002417EA">
      <w:pPr>
        <w:spacing w:after="0" w:line="240" w:lineRule="auto"/>
        <w:rPr>
          <w:rFonts w:ascii="Times New Roman" w:hAnsi="Times New Roman" w:cs="Times New Roman"/>
          <w:color w:val="1B1C1D"/>
          <w:sz w:val="28"/>
          <w:szCs w:val="28"/>
          <w:lang w:val="kk-KZ"/>
        </w:rPr>
      </w:pPr>
    </w:p>
    <w:p w14:paraId="70D64AF6" w14:textId="2F0FB2E1" w:rsidR="003A4ABB" w:rsidRPr="002417EA" w:rsidRDefault="003A4ABB" w:rsidP="002417EA">
      <w:pPr>
        <w:spacing w:after="0" w:line="240" w:lineRule="auto"/>
        <w:jc w:val="both"/>
        <w:rPr>
          <w:rFonts w:ascii="Times New Roman" w:hAnsi="Times New Roman" w:cs="Times New Roman"/>
          <w:position w:val="-16"/>
          <w:sz w:val="28"/>
          <w:szCs w:val="28"/>
          <w:lang w:val="kk-KZ"/>
        </w:rPr>
      </w:pPr>
      <w:r w:rsidRPr="002417EA">
        <w:rPr>
          <w:rFonts w:ascii="Times New Roman" w:hAnsi="Times New Roman" w:cs="Times New Roman"/>
          <w:color w:val="1B1C1D"/>
          <w:sz w:val="28"/>
          <w:szCs w:val="28"/>
          <w:lang w:val="kk-KZ"/>
        </w:rPr>
        <w:t xml:space="preserve">мұндағы </w:t>
      </w:r>
      <w:r w:rsidR="00A135AE" w:rsidRPr="002417EA">
        <w:rPr>
          <w:rFonts w:ascii="Times New Roman" w:hAnsi="Times New Roman" w:cs="Times New Roman"/>
          <w:noProof/>
          <w:position w:val="-12"/>
          <w:sz w:val="28"/>
          <w:szCs w:val="28"/>
        </w:rPr>
        <w:drawing>
          <wp:inline distT="0" distB="0" distL="0" distR="0" wp14:anchorId="7422628A" wp14:editId="6548A5DB">
            <wp:extent cx="991235" cy="231140"/>
            <wp:effectExtent l="0" t="0" r="0" b="0"/>
            <wp:docPr id="1431" name="Рисунок 1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1"/>
                    <pic:cNvPicPr>
                      <a:picLocks noChangeAspect="1" noChangeArrowheads="1"/>
                    </pic:cNvPicPr>
                  </pic:nvPicPr>
                  <pic:blipFill>
                    <a:blip r:embed="rId1858" cstate="print">
                      <a:extLst>
                        <a:ext uri="{28A0092B-C50C-407E-A947-70E740481C1C}">
                          <a14:useLocalDpi xmlns:a14="http://schemas.microsoft.com/office/drawing/2010/main" val="0"/>
                        </a:ext>
                      </a:extLst>
                    </a:blip>
                    <a:srcRect/>
                    <a:stretch>
                      <a:fillRect/>
                    </a:stretch>
                  </pic:blipFill>
                  <pic:spPr bwMode="auto">
                    <a:xfrm>
                      <a:off x="0" y="0"/>
                      <a:ext cx="991235" cy="231140"/>
                    </a:xfrm>
                    <a:prstGeom prst="rect">
                      <a:avLst/>
                    </a:prstGeom>
                    <a:noFill/>
                    <a:ln>
                      <a:noFill/>
                    </a:ln>
                  </pic:spPr>
                </pic:pic>
              </a:graphicData>
            </a:graphic>
          </wp:inline>
        </w:drawing>
      </w:r>
      <w:r w:rsidRPr="002417EA">
        <w:rPr>
          <w:rFonts w:ascii="Times New Roman" w:hAnsi="Times New Roman" w:cs="Times New Roman"/>
          <w:color w:val="1B1C1D"/>
          <w:sz w:val="28"/>
          <w:szCs w:val="28"/>
          <w:lang w:val="kk-KZ"/>
        </w:rPr>
        <w:t xml:space="preserve"> екендігі ескерілген. </w:t>
      </w:r>
      <w:r w:rsidR="00A135AE" w:rsidRPr="002417EA">
        <w:rPr>
          <w:rFonts w:ascii="Times New Roman" w:hAnsi="Times New Roman" w:cs="Times New Roman"/>
          <w:noProof/>
          <w:position w:val="-14"/>
          <w:sz w:val="28"/>
          <w:szCs w:val="28"/>
        </w:rPr>
        <w:drawing>
          <wp:inline distT="0" distB="0" distL="0" distR="0" wp14:anchorId="662B4230" wp14:editId="7320756E">
            <wp:extent cx="712470" cy="288925"/>
            <wp:effectExtent l="0" t="0" r="0" b="0"/>
            <wp:docPr id="1432" name="Рисунок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2"/>
                    <pic:cNvPicPr>
                      <a:picLocks noChangeAspect="1" noChangeArrowheads="1"/>
                    </pic:cNvPicPr>
                  </pic:nvPicPr>
                  <pic:blipFill>
                    <a:blip r:embed="rId1859" cstate="print">
                      <a:extLst>
                        <a:ext uri="{28A0092B-C50C-407E-A947-70E740481C1C}">
                          <a14:useLocalDpi xmlns:a14="http://schemas.microsoft.com/office/drawing/2010/main" val="0"/>
                        </a:ext>
                      </a:extLst>
                    </a:blip>
                    <a:srcRect/>
                    <a:stretch>
                      <a:fillRect/>
                    </a:stretch>
                  </pic:blipFill>
                  <pic:spPr bwMode="auto">
                    <a:xfrm>
                      <a:off x="0" y="0"/>
                      <a:ext cx="712470" cy="288925"/>
                    </a:xfrm>
                    <a:prstGeom prst="rect">
                      <a:avLst/>
                    </a:prstGeom>
                    <a:noFill/>
                    <a:ln>
                      <a:noFill/>
                    </a:ln>
                  </pic:spPr>
                </pic:pic>
              </a:graphicData>
            </a:graphic>
          </wp:inline>
        </w:drawing>
      </w:r>
      <w:r w:rsidRPr="002417EA">
        <w:rPr>
          <w:rFonts w:ascii="Times New Roman" w:hAnsi="Times New Roman" w:cs="Times New Roman"/>
          <w:position w:val="-16"/>
          <w:sz w:val="28"/>
          <w:szCs w:val="28"/>
          <w:lang w:val="kk-KZ"/>
        </w:rPr>
        <w:t xml:space="preserve"> </w:t>
      </w:r>
      <w:r w:rsidRPr="002417EA">
        <w:rPr>
          <w:rFonts w:ascii="Times New Roman" w:hAnsi="Times New Roman" w:cs="Times New Roman"/>
          <w:color w:val="1B1C1D"/>
          <w:sz w:val="28"/>
          <w:szCs w:val="28"/>
          <w:lang w:val="kk-KZ"/>
        </w:rPr>
        <w:t xml:space="preserve">болғандықтан, </w:t>
      </w:r>
      <w:r w:rsidR="00A135AE" w:rsidRPr="002417EA">
        <w:rPr>
          <w:rFonts w:ascii="Times New Roman" w:hAnsi="Times New Roman" w:cs="Times New Roman"/>
          <w:noProof/>
          <w:position w:val="-12"/>
          <w:sz w:val="28"/>
          <w:szCs w:val="28"/>
        </w:rPr>
        <w:drawing>
          <wp:inline distT="0" distB="0" distL="0" distR="0" wp14:anchorId="24972798" wp14:editId="0374A130">
            <wp:extent cx="885825" cy="317500"/>
            <wp:effectExtent l="0" t="0" r="9525" b="0"/>
            <wp:docPr id="1433" name="Рисунок 1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3"/>
                    <pic:cNvPicPr>
                      <a:picLocks noChangeAspect="1" noChangeArrowheads="1"/>
                    </pic:cNvPicPr>
                  </pic:nvPicPr>
                  <pic:blipFill>
                    <a:blip r:embed="rId1860" cstate="print">
                      <a:extLst>
                        <a:ext uri="{28A0092B-C50C-407E-A947-70E740481C1C}">
                          <a14:useLocalDpi xmlns:a14="http://schemas.microsoft.com/office/drawing/2010/main" val="0"/>
                        </a:ext>
                      </a:extLst>
                    </a:blip>
                    <a:srcRect/>
                    <a:stretch>
                      <a:fillRect/>
                    </a:stretch>
                  </pic:blipFill>
                  <pic:spPr bwMode="auto">
                    <a:xfrm>
                      <a:off x="0" y="0"/>
                      <a:ext cx="885825" cy="317500"/>
                    </a:xfrm>
                    <a:prstGeom prst="rect">
                      <a:avLst/>
                    </a:prstGeom>
                    <a:noFill/>
                    <a:ln>
                      <a:noFill/>
                    </a:ln>
                  </pic:spPr>
                </pic:pic>
              </a:graphicData>
            </a:graphic>
          </wp:inline>
        </w:drawing>
      </w:r>
      <w:r w:rsidRPr="002417EA">
        <w:rPr>
          <w:rFonts w:ascii="Times New Roman" w:hAnsi="Times New Roman" w:cs="Times New Roman"/>
          <w:position w:val="-16"/>
          <w:sz w:val="28"/>
          <w:szCs w:val="28"/>
          <w:lang w:val="kk-KZ"/>
        </w:rPr>
        <w:t xml:space="preserve"> </w:t>
      </w:r>
      <w:r w:rsidRPr="002417EA">
        <w:rPr>
          <w:rFonts w:ascii="Times New Roman" w:hAnsi="Times New Roman" w:cs="Times New Roman"/>
          <w:color w:val="1B1C1D"/>
          <w:sz w:val="28"/>
          <w:szCs w:val="28"/>
          <w:lang w:val="kk-KZ"/>
        </w:rPr>
        <w:t>болады, сондықтан</w:t>
      </w:r>
    </w:p>
    <w:p w14:paraId="6806BAB2" w14:textId="77777777" w:rsidR="003A4ABB" w:rsidRPr="002417EA" w:rsidRDefault="003A4ABB" w:rsidP="002417EA">
      <w:pPr>
        <w:spacing w:after="0" w:line="240" w:lineRule="auto"/>
        <w:rPr>
          <w:rFonts w:ascii="Times New Roman" w:hAnsi="Times New Roman" w:cs="Times New Roman"/>
          <w:color w:val="1B1C1D"/>
          <w:sz w:val="28"/>
          <w:szCs w:val="28"/>
          <w:lang w:val="kk-KZ"/>
        </w:rPr>
      </w:pPr>
    </w:p>
    <w:p w14:paraId="65353E44" w14:textId="6C31F655" w:rsidR="003A4ABB" w:rsidRPr="002417EA" w:rsidRDefault="00A135AE" w:rsidP="002417EA">
      <w:pPr>
        <w:spacing w:after="0" w:line="240" w:lineRule="auto"/>
        <w:jc w:val="right"/>
        <w:rPr>
          <w:rFonts w:ascii="Times New Roman" w:hAnsi="Times New Roman" w:cs="Times New Roman"/>
          <w:color w:val="1B1C1D"/>
          <w:sz w:val="28"/>
          <w:szCs w:val="28"/>
          <w:lang w:val="kk-KZ"/>
        </w:rPr>
      </w:pPr>
      <w:r w:rsidRPr="002417EA">
        <w:rPr>
          <w:rFonts w:ascii="Times New Roman" w:hAnsi="Times New Roman" w:cs="Times New Roman"/>
          <w:noProof/>
          <w:position w:val="-34"/>
          <w:sz w:val="28"/>
          <w:szCs w:val="28"/>
        </w:rPr>
        <w:drawing>
          <wp:inline distT="0" distB="0" distL="0" distR="0" wp14:anchorId="55D6CB3C" wp14:editId="029A155B">
            <wp:extent cx="3734435" cy="577215"/>
            <wp:effectExtent l="0" t="0" r="0" b="0"/>
            <wp:docPr id="1434" name="Рисунок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4"/>
                    <pic:cNvPicPr>
                      <a:picLocks noChangeAspect="1" noChangeArrowheads="1"/>
                    </pic:cNvPicPr>
                  </pic:nvPicPr>
                  <pic:blipFill>
                    <a:blip r:embed="rId1861" cstate="print">
                      <a:extLst>
                        <a:ext uri="{28A0092B-C50C-407E-A947-70E740481C1C}">
                          <a14:useLocalDpi xmlns:a14="http://schemas.microsoft.com/office/drawing/2010/main" val="0"/>
                        </a:ext>
                      </a:extLst>
                    </a:blip>
                    <a:srcRect/>
                    <a:stretch>
                      <a:fillRect/>
                    </a:stretch>
                  </pic:blipFill>
                  <pic:spPr bwMode="auto">
                    <a:xfrm>
                      <a:off x="0" y="0"/>
                      <a:ext cx="3734435" cy="577215"/>
                    </a:xfrm>
                    <a:prstGeom prst="rect">
                      <a:avLst/>
                    </a:prstGeom>
                    <a:noFill/>
                    <a:ln>
                      <a:noFill/>
                    </a:ln>
                  </pic:spPr>
                </pic:pic>
              </a:graphicData>
            </a:graphic>
          </wp:inline>
        </w:drawing>
      </w:r>
      <w:r w:rsidR="003A4ABB" w:rsidRPr="002417EA">
        <w:rPr>
          <w:rFonts w:ascii="Times New Roman" w:hAnsi="Times New Roman" w:cs="Times New Roman"/>
          <w:color w:val="1B1C1D"/>
          <w:sz w:val="28"/>
          <w:szCs w:val="28"/>
          <w:lang w:val="kk-KZ"/>
        </w:rPr>
        <w:t xml:space="preserve">                 (1.89)</w:t>
      </w:r>
    </w:p>
    <w:p w14:paraId="46A29D5B" w14:textId="77777777" w:rsidR="003A4ABB" w:rsidRPr="002417EA" w:rsidRDefault="003A4ABB" w:rsidP="002417EA">
      <w:pPr>
        <w:spacing w:after="0" w:line="240" w:lineRule="auto"/>
        <w:rPr>
          <w:rFonts w:ascii="Times New Roman" w:hAnsi="Times New Roman" w:cs="Times New Roman"/>
          <w:color w:val="1B1C1D"/>
          <w:sz w:val="28"/>
          <w:szCs w:val="28"/>
          <w:lang w:val="kk-KZ"/>
        </w:rPr>
      </w:pPr>
    </w:p>
    <w:p w14:paraId="677B800D" w14:textId="1491D2B9" w:rsidR="003A4ABB" w:rsidRPr="002417EA" w:rsidRDefault="00A135AE" w:rsidP="002417EA">
      <w:pPr>
        <w:spacing w:after="0" w:line="240" w:lineRule="auto"/>
        <w:jc w:val="both"/>
        <w:rPr>
          <w:rFonts w:ascii="Times New Roman" w:hAnsi="Times New Roman" w:cs="Times New Roman"/>
          <w:position w:val="-16"/>
          <w:sz w:val="28"/>
          <w:szCs w:val="28"/>
        </w:rPr>
      </w:pPr>
      <w:r w:rsidRPr="002417EA">
        <w:rPr>
          <w:rFonts w:ascii="Times New Roman" w:hAnsi="Times New Roman" w:cs="Times New Roman"/>
          <w:noProof/>
          <w:position w:val="-12"/>
          <w:sz w:val="28"/>
          <w:szCs w:val="28"/>
        </w:rPr>
        <w:drawing>
          <wp:inline distT="0" distB="0" distL="0" distR="0" wp14:anchorId="2C3F8E8C" wp14:editId="71B70042">
            <wp:extent cx="462280" cy="231140"/>
            <wp:effectExtent l="0" t="0" r="0" b="0"/>
            <wp:docPr id="1435" name="Рисунок 1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5"/>
                    <pic:cNvPicPr>
                      <a:picLocks noChangeAspect="1" noChangeArrowheads="1"/>
                    </pic:cNvPicPr>
                  </pic:nvPicPr>
                  <pic:blipFill>
                    <a:blip r:embed="rId1862" cstate="print">
                      <a:extLst>
                        <a:ext uri="{28A0092B-C50C-407E-A947-70E740481C1C}">
                          <a14:useLocalDpi xmlns:a14="http://schemas.microsoft.com/office/drawing/2010/main" val="0"/>
                        </a:ext>
                      </a:extLst>
                    </a:blip>
                    <a:srcRect/>
                    <a:stretch>
                      <a:fillRect/>
                    </a:stretch>
                  </pic:blipFill>
                  <pic:spPr bwMode="auto">
                    <a:xfrm>
                      <a:off x="0" y="0"/>
                      <a:ext cx="462280" cy="231140"/>
                    </a:xfrm>
                    <a:prstGeom prst="rect">
                      <a:avLst/>
                    </a:prstGeom>
                    <a:noFill/>
                    <a:ln>
                      <a:noFill/>
                    </a:ln>
                  </pic:spPr>
                </pic:pic>
              </a:graphicData>
            </a:graphic>
          </wp:inline>
        </w:drawing>
      </w:r>
      <w:r w:rsidR="003A4ABB" w:rsidRPr="002417EA">
        <w:rPr>
          <w:rFonts w:ascii="Times New Roman" w:hAnsi="Times New Roman" w:cs="Times New Roman"/>
          <w:position w:val="-16"/>
          <w:sz w:val="28"/>
          <w:szCs w:val="28"/>
          <w:lang w:val="kk-KZ"/>
        </w:rPr>
        <w:t xml:space="preserve"> </w:t>
      </w:r>
      <w:r w:rsidR="003A4ABB" w:rsidRPr="002417EA">
        <w:rPr>
          <w:rFonts w:ascii="Times New Roman" w:hAnsi="Times New Roman" w:cs="Times New Roman"/>
          <w:color w:val="1B1C1D"/>
          <w:sz w:val="28"/>
          <w:szCs w:val="28"/>
          <w:lang w:val="kk-KZ"/>
        </w:rPr>
        <w:t xml:space="preserve">деп алайық, және сәйкесінше, (1.89) теңдеуінің түбірлерін </w:t>
      </w:r>
      <w:r w:rsidRPr="002417EA">
        <w:rPr>
          <w:rFonts w:ascii="Times New Roman" w:hAnsi="Times New Roman" w:cs="Times New Roman"/>
          <w:noProof/>
          <w:position w:val="-12"/>
          <w:sz w:val="28"/>
          <w:szCs w:val="28"/>
        </w:rPr>
        <w:drawing>
          <wp:inline distT="0" distB="0" distL="0" distR="0" wp14:anchorId="1D4C4ADB" wp14:editId="41DEC7F8">
            <wp:extent cx="231140" cy="231140"/>
            <wp:effectExtent l="0" t="0" r="0" b="0"/>
            <wp:docPr id="1436" name="Рисунок 1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6"/>
                    <pic:cNvPicPr>
                      <a:picLocks noChangeAspect="1" noChangeArrowheads="1"/>
                    </pic:cNvPicPr>
                  </pic:nvPicPr>
                  <pic:blipFill>
                    <a:blip r:embed="rId1863" cstate="print">
                      <a:extLst>
                        <a:ext uri="{28A0092B-C50C-407E-A947-70E740481C1C}">
                          <a14:useLocalDpi xmlns:a14="http://schemas.microsoft.com/office/drawing/2010/main" val="0"/>
                        </a:ext>
                      </a:extLst>
                    </a:blip>
                    <a:srcRect/>
                    <a:stretch>
                      <a:fillRect/>
                    </a:stretch>
                  </pic:blipFill>
                  <pic:spPr bwMode="auto">
                    <a:xfrm>
                      <a:off x="0" y="0"/>
                      <a:ext cx="231140" cy="231140"/>
                    </a:xfrm>
                    <a:prstGeom prst="rect">
                      <a:avLst/>
                    </a:prstGeom>
                    <a:noFill/>
                    <a:ln>
                      <a:noFill/>
                    </a:ln>
                  </pic:spPr>
                </pic:pic>
              </a:graphicData>
            </a:graphic>
          </wp:inline>
        </w:drawing>
      </w:r>
      <w:r w:rsidR="003A4ABB" w:rsidRPr="002417EA">
        <w:rPr>
          <w:rFonts w:ascii="Times New Roman" w:hAnsi="Times New Roman" w:cs="Times New Roman"/>
          <w:color w:val="1B1C1D"/>
          <w:sz w:val="28"/>
          <w:szCs w:val="28"/>
          <w:lang w:val="kk-KZ"/>
        </w:rPr>
        <w:t xml:space="preserve"> деп белгілейік. </w:t>
      </w:r>
      <w:r w:rsidRPr="002417EA">
        <w:rPr>
          <w:rFonts w:ascii="Times New Roman" w:hAnsi="Times New Roman" w:cs="Times New Roman"/>
          <w:noProof/>
          <w:position w:val="-12"/>
          <w:sz w:val="28"/>
          <w:szCs w:val="28"/>
        </w:rPr>
        <w:drawing>
          <wp:inline distT="0" distB="0" distL="0" distR="0" wp14:anchorId="12E07DAA" wp14:editId="3CC6435E">
            <wp:extent cx="211455" cy="231140"/>
            <wp:effectExtent l="0" t="0" r="0" b="0"/>
            <wp:docPr id="1437" name="Рисунок 1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7"/>
                    <pic:cNvPicPr>
                      <a:picLocks noChangeAspect="1" noChangeArrowheads="1"/>
                    </pic:cNvPicPr>
                  </pic:nvPicPr>
                  <pic:blipFill>
                    <a:blip r:embed="rId1864" cstate="print">
                      <a:extLst>
                        <a:ext uri="{28A0092B-C50C-407E-A947-70E740481C1C}">
                          <a14:useLocalDpi xmlns:a14="http://schemas.microsoft.com/office/drawing/2010/main" val="0"/>
                        </a:ext>
                      </a:extLst>
                    </a:blip>
                    <a:srcRect/>
                    <a:stretch>
                      <a:fillRect/>
                    </a:stretch>
                  </pic:blipFill>
                  <pic:spPr bwMode="auto">
                    <a:xfrm>
                      <a:off x="0" y="0"/>
                      <a:ext cx="211455" cy="231140"/>
                    </a:xfrm>
                    <a:prstGeom prst="rect">
                      <a:avLst/>
                    </a:prstGeom>
                    <a:noFill/>
                    <a:ln>
                      <a:noFill/>
                    </a:ln>
                  </pic:spPr>
                </pic:pic>
              </a:graphicData>
            </a:graphic>
          </wp:inline>
        </w:drawing>
      </w:r>
      <w:r w:rsidR="003A4ABB" w:rsidRPr="002417EA">
        <w:rPr>
          <w:rFonts w:ascii="Times New Roman" w:hAnsi="Times New Roman" w:cs="Times New Roman"/>
          <w:position w:val="-16"/>
          <w:sz w:val="28"/>
          <w:szCs w:val="28"/>
          <w:lang w:val="kk-KZ"/>
        </w:rPr>
        <w:t xml:space="preserve"> </w:t>
      </w:r>
      <w:r w:rsidR="003A4ABB" w:rsidRPr="002417EA">
        <w:rPr>
          <w:rFonts w:ascii="Times New Roman" w:hAnsi="Times New Roman" w:cs="Times New Roman"/>
          <w:color w:val="1B1C1D"/>
          <w:sz w:val="28"/>
          <w:szCs w:val="28"/>
          <w:lang w:val="kk-KZ"/>
        </w:rPr>
        <w:t xml:space="preserve">көпмүшелігін </w:t>
      </w:r>
      <w:r w:rsidRPr="002417EA">
        <w:rPr>
          <w:rFonts w:ascii="Times New Roman" w:hAnsi="Times New Roman" w:cs="Times New Roman"/>
          <w:noProof/>
          <w:position w:val="-12"/>
          <w:sz w:val="28"/>
          <w:szCs w:val="28"/>
        </w:rPr>
        <w:drawing>
          <wp:inline distT="0" distB="0" distL="0" distR="0" wp14:anchorId="4941AEE2" wp14:editId="328C85FE">
            <wp:extent cx="231140" cy="231140"/>
            <wp:effectExtent l="0" t="0" r="0" b="0"/>
            <wp:docPr id="1438" name="Рисунок 1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8"/>
                    <pic:cNvPicPr>
                      <a:picLocks noChangeAspect="1" noChangeArrowheads="1"/>
                    </pic:cNvPicPr>
                  </pic:nvPicPr>
                  <pic:blipFill>
                    <a:blip r:embed="rId1865" cstate="print">
                      <a:extLst>
                        <a:ext uri="{28A0092B-C50C-407E-A947-70E740481C1C}">
                          <a14:useLocalDpi xmlns:a14="http://schemas.microsoft.com/office/drawing/2010/main" val="0"/>
                        </a:ext>
                      </a:extLst>
                    </a:blip>
                    <a:srcRect/>
                    <a:stretch>
                      <a:fillRect/>
                    </a:stretch>
                  </pic:blipFill>
                  <pic:spPr bwMode="auto">
                    <a:xfrm>
                      <a:off x="0" y="0"/>
                      <a:ext cx="231140" cy="231140"/>
                    </a:xfrm>
                    <a:prstGeom prst="rect">
                      <a:avLst/>
                    </a:prstGeom>
                    <a:noFill/>
                    <a:ln>
                      <a:noFill/>
                    </a:ln>
                  </pic:spPr>
                </pic:pic>
              </a:graphicData>
            </a:graphic>
          </wp:inline>
        </w:drawing>
      </w:r>
      <w:r w:rsidR="003A4ABB" w:rsidRPr="002417EA">
        <w:rPr>
          <w:rFonts w:ascii="Times New Roman" w:hAnsi="Times New Roman" w:cs="Times New Roman"/>
          <w:color w:val="1B1C1D"/>
          <w:sz w:val="28"/>
          <w:szCs w:val="28"/>
          <w:lang w:val="kk-KZ"/>
        </w:rPr>
        <w:t xml:space="preserve"> яғни </w:t>
      </w:r>
      <w:r w:rsidRPr="002417EA">
        <w:rPr>
          <w:rFonts w:ascii="Times New Roman" w:hAnsi="Times New Roman" w:cs="Times New Roman"/>
          <w:noProof/>
          <w:position w:val="-12"/>
          <w:sz w:val="28"/>
          <w:szCs w:val="28"/>
        </w:rPr>
        <w:drawing>
          <wp:inline distT="0" distB="0" distL="0" distR="0" wp14:anchorId="77DF02EB" wp14:editId="36E1434D">
            <wp:extent cx="1328420" cy="231140"/>
            <wp:effectExtent l="0" t="0" r="5080" b="0"/>
            <wp:docPr id="1439" name="Рисунок 1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9"/>
                    <pic:cNvPicPr>
                      <a:picLocks noChangeAspect="1" noChangeArrowheads="1"/>
                    </pic:cNvPicPr>
                  </pic:nvPicPr>
                  <pic:blipFill>
                    <a:blip r:embed="rId1866" cstate="print">
                      <a:extLst>
                        <a:ext uri="{28A0092B-C50C-407E-A947-70E740481C1C}">
                          <a14:useLocalDpi xmlns:a14="http://schemas.microsoft.com/office/drawing/2010/main" val="0"/>
                        </a:ext>
                      </a:extLst>
                    </a:blip>
                    <a:srcRect/>
                    <a:stretch>
                      <a:fillRect/>
                    </a:stretch>
                  </pic:blipFill>
                  <pic:spPr bwMode="auto">
                    <a:xfrm>
                      <a:off x="0" y="0"/>
                      <a:ext cx="1328420" cy="231140"/>
                    </a:xfrm>
                    <a:prstGeom prst="rect">
                      <a:avLst/>
                    </a:prstGeom>
                    <a:noFill/>
                    <a:ln>
                      <a:noFill/>
                    </a:ln>
                  </pic:spPr>
                </pic:pic>
              </a:graphicData>
            </a:graphic>
          </wp:inline>
        </w:drawing>
      </w:r>
      <w:r w:rsidR="003A4ABB" w:rsidRPr="002417EA">
        <w:rPr>
          <w:rFonts w:ascii="Times New Roman" w:hAnsi="Times New Roman" w:cs="Times New Roman"/>
          <w:position w:val="-16"/>
          <w:sz w:val="28"/>
          <w:szCs w:val="28"/>
          <w:lang w:val="kk-KZ"/>
        </w:rPr>
        <w:t xml:space="preserve"> </w:t>
      </w:r>
      <w:r w:rsidR="003A4ABB" w:rsidRPr="002417EA">
        <w:rPr>
          <w:rFonts w:ascii="Times New Roman" w:hAnsi="Times New Roman" w:cs="Times New Roman"/>
          <w:color w:val="1B1C1D"/>
          <w:sz w:val="28"/>
          <w:szCs w:val="28"/>
          <w:lang w:val="kk-KZ"/>
        </w:rPr>
        <w:t xml:space="preserve"> функциясына ұқсас түрде құрамыз.</w:t>
      </w:r>
      <w:r w:rsidR="003A4ABB" w:rsidRPr="002417EA">
        <w:rPr>
          <w:rFonts w:ascii="Times New Roman" w:hAnsi="Times New Roman" w:cs="Times New Roman"/>
          <w:position w:val="-16"/>
          <w:sz w:val="28"/>
          <w:szCs w:val="28"/>
          <w:lang w:val="kk-KZ"/>
        </w:rPr>
        <w:t xml:space="preserve"> </w:t>
      </w:r>
      <w:r w:rsidR="003A4ABB" w:rsidRPr="002417EA">
        <w:rPr>
          <w:rFonts w:ascii="Times New Roman" w:hAnsi="Times New Roman" w:cs="Times New Roman"/>
          <w:color w:val="1B1C1D"/>
          <w:sz w:val="28"/>
          <w:szCs w:val="28"/>
          <w:lang w:val="kk-KZ"/>
        </w:rPr>
        <w:t xml:space="preserve">Бұл көпмүшелік (1.76) теңдеуінен </w:t>
      </w:r>
      <w:r w:rsidRPr="002417EA">
        <w:rPr>
          <w:rFonts w:ascii="Times New Roman" w:hAnsi="Times New Roman" w:cs="Times New Roman"/>
          <w:noProof/>
          <w:position w:val="-12"/>
          <w:sz w:val="28"/>
          <w:szCs w:val="28"/>
        </w:rPr>
        <w:drawing>
          <wp:inline distT="0" distB="0" distL="0" distR="0" wp14:anchorId="417FE403" wp14:editId="130E76C9">
            <wp:extent cx="134620" cy="211455"/>
            <wp:effectExtent l="0" t="0" r="0" b="0"/>
            <wp:docPr id="1440" name="Рисунок 1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0"/>
                    <pic:cNvPicPr>
                      <a:picLocks noChangeAspect="1" noChangeArrowheads="1"/>
                    </pic:cNvPicPr>
                  </pic:nvPicPr>
                  <pic:blipFill>
                    <a:blip r:embed="rId1867" cstate="print">
                      <a:extLst>
                        <a:ext uri="{28A0092B-C50C-407E-A947-70E740481C1C}">
                          <a14:useLocalDpi xmlns:a14="http://schemas.microsoft.com/office/drawing/2010/main" val="0"/>
                        </a:ext>
                      </a:extLst>
                    </a:blip>
                    <a:srcRect/>
                    <a:stretch>
                      <a:fillRect/>
                    </a:stretch>
                  </pic:blipFill>
                  <pic:spPr bwMode="auto">
                    <a:xfrm>
                      <a:off x="0" y="0"/>
                      <a:ext cx="134620" cy="211455"/>
                    </a:xfrm>
                    <a:prstGeom prst="rect">
                      <a:avLst/>
                    </a:prstGeom>
                    <a:noFill/>
                    <a:ln>
                      <a:noFill/>
                    </a:ln>
                  </pic:spPr>
                </pic:pic>
              </a:graphicData>
            </a:graphic>
          </wp:inline>
        </w:drawing>
      </w:r>
      <w:r w:rsidR="003A4ABB" w:rsidRPr="002417EA">
        <w:rPr>
          <w:rFonts w:ascii="Times New Roman" w:hAnsi="Times New Roman" w:cs="Times New Roman"/>
          <w:color w:val="1B1C1D"/>
          <w:sz w:val="28"/>
          <w:szCs w:val="28"/>
          <w:lang w:val="kk-KZ"/>
        </w:rPr>
        <w:t xml:space="preserve">-ды </w:t>
      </w:r>
      <w:r w:rsidRPr="002417EA">
        <w:rPr>
          <w:rFonts w:ascii="Times New Roman" w:hAnsi="Times New Roman" w:cs="Times New Roman"/>
          <w:noProof/>
          <w:position w:val="-12"/>
          <w:sz w:val="28"/>
          <w:szCs w:val="28"/>
        </w:rPr>
        <w:drawing>
          <wp:inline distT="0" distB="0" distL="0" distR="0" wp14:anchorId="625B1DA1" wp14:editId="70D6573B">
            <wp:extent cx="231140" cy="231140"/>
            <wp:effectExtent l="0" t="0" r="0" b="0"/>
            <wp:docPr id="1441" name="Рисунок 1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1"/>
                    <pic:cNvPicPr>
                      <a:picLocks noChangeAspect="1" noChangeArrowheads="1"/>
                    </pic:cNvPicPr>
                  </pic:nvPicPr>
                  <pic:blipFill>
                    <a:blip r:embed="rId1868" cstate="print">
                      <a:extLst>
                        <a:ext uri="{28A0092B-C50C-407E-A947-70E740481C1C}">
                          <a14:useLocalDpi xmlns:a14="http://schemas.microsoft.com/office/drawing/2010/main" val="0"/>
                        </a:ext>
                      </a:extLst>
                    </a:blip>
                    <a:srcRect/>
                    <a:stretch>
                      <a:fillRect/>
                    </a:stretch>
                  </pic:blipFill>
                  <pic:spPr bwMode="auto">
                    <a:xfrm>
                      <a:off x="0" y="0"/>
                      <a:ext cx="231140" cy="231140"/>
                    </a:xfrm>
                    <a:prstGeom prst="rect">
                      <a:avLst/>
                    </a:prstGeom>
                    <a:noFill/>
                    <a:ln>
                      <a:noFill/>
                    </a:ln>
                  </pic:spPr>
                </pic:pic>
              </a:graphicData>
            </a:graphic>
          </wp:inline>
        </w:drawing>
      </w:r>
      <w:r w:rsidR="003A4ABB" w:rsidRPr="002417EA">
        <w:rPr>
          <w:rFonts w:ascii="Times New Roman" w:hAnsi="Times New Roman" w:cs="Times New Roman"/>
          <w:color w:val="1B1C1D"/>
          <w:sz w:val="28"/>
          <w:szCs w:val="28"/>
          <w:lang w:val="kk-KZ"/>
        </w:rPr>
        <w:t>-ге алмастыру арқылы алынады.</w:t>
      </w:r>
      <w:r w:rsidR="003A4ABB" w:rsidRPr="002417EA">
        <w:rPr>
          <w:rFonts w:ascii="Times New Roman" w:hAnsi="Times New Roman" w:cs="Times New Roman"/>
          <w:position w:val="-16"/>
          <w:sz w:val="28"/>
          <w:szCs w:val="28"/>
          <w:lang w:val="kk-KZ"/>
        </w:rPr>
        <w:t xml:space="preserve"> </w:t>
      </w:r>
      <w:r w:rsidRPr="002417EA">
        <w:rPr>
          <w:rFonts w:ascii="Times New Roman" w:hAnsi="Times New Roman" w:cs="Times New Roman"/>
          <w:noProof/>
          <w:position w:val="-12"/>
          <w:sz w:val="28"/>
          <w:szCs w:val="28"/>
        </w:rPr>
        <w:drawing>
          <wp:inline distT="0" distB="0" distL="0" distR="0" wp14:anchorId="5C8CA1D2" wp14:editId="0915E97E">
            <wp:extent cx="134620" cy="231140"/>
            <wp:effectExtent l="0" t="0" r="0" b="0"/>
            <wp:docPr id="1442" name="Рисунок 1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2"/>
                    <pic:cNvPicPr>
                      <a:picLocks noChangeAspect="1" noChangeArrowheads="1"/>
                    </pic:cNvPicPr>
                  </pic:nvPicPr>
                  <pic:blipFill>
                    <a:blip r:embed="rId1869" cstate="print">
                      <a:extLst>
                        <a:ext uri="{28A0092B-C50C-407E-A947-70E740481C1C}">
                          <a14:useLocalDpi xmlns:a14="http://schemas.microsoft.com/office/drawing/2010/main" val="0"/>
                        </a:ext>
                      </a:extLst>
                    </a:blip>
                    <a:srcRect/>
                    <a:stretch>
                      <a:fillRect/>
                    </a:stretch>
                  </pic:blipFill>
                  <pic:spPr bwMode="auto">
                    <a:xfrm>
                      <a:off x="0" y="0"/>
                      <a:ext cx="134620" cy="231140"/>
                    </a:xfrm>
                    <a:prstGeom prst="rect">
                      <a:avLst/>
                    </a:prstGeom>
                    <a:noFill/>
                    <a:ln>
                      <a:noFill/>
                    </a:ln>
                  </pic:spPr>
                </pic:pic>
              </a:graphicData>
            </a:graphic>
          </wp:inline>
        </w:drawing>
      </w:r>
      <w:r w:rsidR="003A4ABB" w:rsidRPr="002417EA">
        <w:rPr>
          <w:rFonts w:ascii="Times New Roman" w:hAnsi="Times New Roman" w:cs="Times New Roman"/>
          <w:color w:val="1B1C1D"/>
          <w:sz w:val="28"/>
          <w:szCs w:val="28"/>
          <w:lang w:val="kk-KZ"/>
        </w:rPr>
        <w:t xml:space="preserve">көпмүшелігінің </w:t>
      </w:r>
      <w:r w:rsidRPr="002417EA">
        <w:rPr>
          <w:rFonts w:ascii="Times New Roman" w:hAnsi="Times New Roman" w:cs="Times New Roman"/>
          <w:noProof/>
          <w:position w:val="-12"/>
          <w:sz w:val="28"/>
          <w:szCs w:val="28"/>
        </w:rPr>
        <w:drawing>
          <wp:inline distT="0" distB="0" distL="0" distR="0" wp14:anchorId="1A28EA8E" wp14:editId="05B47D7C">
            <wp:extent cx="211455" cy="317500"/>
            <wp:effectExtent l="0" t="0" r="0" b="6350"/>
            <wp:docPr id="1443" name="Рисунок 1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3"/>
                    <pic:cNvPicPr>
                      <a:picLocks noChangeAspect="1" noChangeArrowheads="1"/>
                    </pic:cNvPicPr>
                  </pic:nvPicPr>
                  <pic:blipFill>
                    <a:blip r:embed="rId1870" cstate="print">
                      <a:extLst>
                        <a:ext uri="{28A0092B-C50C-407E-A947-70E740481C1C}">
                          <a14:useLocalDpi xmlns:a14="http://schemas.microsoft.com/office/drawing/2010/main" val="0"/>
                        </a:ext>
                      </a:extLst>
                    </a:blip>
                    <a:srcRect/>
                    <a:stretch>
                      <a:fillRect/>
                    </a:stretch>
                  </pic:blipFill>
                  <pic:spPr bwMode="auto">
                    <a:xfrm>
                      <a:off x="0" y="0"/>
                      <a:ext cx="211455" cy="317500"/>
                    </a:xfrm>
                    <a:prstGeom prst="rect">
                      <a:avLst/>
                    </a:prstGeom>
                    <a:noFill/>
                    <a:ln>
                      <a:noFill/>
                    </a:ln>
                  </pic:spPr>
                </pic:pic>
              </a:graphicData>
            </a:graphic>
          </wp:inline>
        </w:drawing>
      </w:r>
      <w:r w:rsidR="003A4ABB" w:rsidRPr="002417EA">
        <w:rPr>
          <w:rFonts w:ascii="Times New Roman" w:hAnsi="Times New Roman" w:cs="Times New Roman"/>
          <w:color w:val="1B1C1D"/>
          <w:sz w:val="28"/>
          <w:szCs w:val="28"/>
          <w:lang w:val="kk-KZ"/>
        </w:rPr>
        <w:t>-мен келесі қатынастар арқылы байланысты екенін көру оңай:</w:t>
      </w:r>
      <w:r w:rsidR="003A4ABB" w:rsidRPr="002417EA">
        <w:rPr>
          <w:rFonts w:ascii="Times New Roman" w:hAnsi="Times New Roman" w:cs="Times New Roman"/>
          <w:position w:val="-16"/>
          <w:sz w:val="28"/>
          <w:szCs w:val="28"/>
        </w:rPr>
        <w:t xml:space="preserve"> </w:t>
      </w:r>
    </w:p>
    <w:p w14:paraId="07EC6451" w14:textId="77777777" w:rsidR="003A4ABB" w:rsidRPr="002417EA" w:rsidRDefault="003A4ABB" w:rsidP="002417EA">
      <w:pPr>
        <w:spacing w:after="0" w:line="240" w:lineRule="auto"/>
        <w:rPr>
          <w:rFonts w:ascii="Times New Roman" w:hAnsi="Times New Roman" w:cs="Times New Roman"/>
          <w:position w:val="-16"/>
          <w:sz w:val="28"/>
          <w:szCs w:val="28"/>
          <w:lang w:val="kk-KZ"/>
        </w:rPr>
      </w:pPr>
    </w:p>
    <w:p w14:paraId="12D138FE" w14:textId="72E2FAD5" w:rsidR="003A4ABB" w:rsidRPr="002417EA" w:rsidRDefault="00A135AE" w:rsidP="002417EA">
      <w:pPr>
        <w:spacing w:after="0" w:line="240" w:lineRule="auto"/>
        <w:jc w:val="center"/>
        <w:rPr>
          <w:rFonts w:ascii="Times New Roman" w:hAnsi="Times New Roman" w:cs="Times New Roman"/>
          <w:position w:val="-12"/>
          <w:sz w:val="28"/>
          <w:szCs w:val="28"/>
          <w:lang w:val="kk-KZ"/>
        </w:rPr>
      </w:pPr>
      <w:r w:rsidRPr="002417EA">
        <w:rPr>
          <w:rFonts w:ascii="Times New Roman" w:hAnsi="Times New Roman" w:cs="Times New Roman"/>
          <w:noProof/>
          <w:position w:val="-12"/>
          <w:sz w:val="28"/>
          <w:szCs w:val="28"/>
        </w:rPr>
        <w:lastRenderedPageBreak/>
        <w:drawing>
          <wp:inline distT="0" distB="0" distL="0" distR="0" wp14:anchorId="2EBB0754" wp14:editId="2D2EAE57">
            <wp:extent cx="2146300" cy="317500"/>
            <wp:effectExtent l="0" t="0" r="6350" b="6350"/>
            <wp:docPr id="1444" name="Рисунок 1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4"/>
                    <pic:cNvPicPr>
                      <a:picLocks noChangeAspect="1" noChangeArrowheads="1"/>
                    </pic:cNvPicPr>
                  </pic:nvPicPr>
                  <pic:blipFill>
                    <a:blip r:embed="rId1871" cstate="print">
                      <a:extLst>
                        <a:ext uri="{28A0092B-C50C-407E-A947-70E740481C1C}">
                          <a14:useLocalDpi xmlns:a14="http://schemas.microsoft.com/office/drawing/2010/main" val="0"/>
                        </a:ext>
                      </a:extLst>
                    </a:blip>
                    <a:srcRect/>
                    <a:stretch>
                      <a:fillRect/>
                    </a:stretch>
                  </pic:blipFill>
                  <pic:spPr bwMode="auto">
                    <a:xfrm>
                      <a:off x="0" y="0"/>
                      <a:ext cx="2146300" cy="317500"/>
                    </a:xfrm>
                    <a:prstGeom prst="rect">
                      <a:avLst/>
                    </a:prstGeom>
                    <a:noFill/>
                    <a:ln>
                      <a:noFill/>
                    </a:ln>
                  </pic:spPr>
                </pic:pic>
              </a:graphicData>
            </a:graphic>
          </wp:inline>
        </w:drawing>
      </w:r>
    </w:p>
    <w:p w14:paraId="7F841946" w14:textId="77777777" w:rsidR="00D0605B" w:rsidRPr="002417EA" w:rsidRDefault="00D0605B" w:rsidP="002417EA">
      <w:pPr>
        <w:spacing w:after="0" w:line="240" w:lineRule="auto"/>
        <w:rPr>
          <w:rFonts w:ascii="Times New Roman" w:hAnsi="Times New Roman" w:cs="Times New Roman"/>
          <w:position w:val="-16"/>
          <w:sz w:val="28"/>
          <w:szCs w:val="28"/>
          <w:lang w:val="kk-KZ"/>
        </w:rPr>
      </w:pPr>
    </w:p>
    <w:p w14:paraId="09CA8AB1" w14:textId="07BC411C" w:rsidR="003A4ABB" w:rsidRPr="002417EA" w:rsidRDefault="003A4ABB" w:rsidP="002417EA">
      <w:pPr>
        <w:spacing w:after="0" w:line="240" w:lineRule="auto"/>
        <w:jc w:val="both"/>
        <w:rPr>
          <w:rFonts w:ascii="Times New Roman" w:hAnsi="Times New Roman" w:cs="Times New Roman"/>
          <w:color w:val="1B1C1D"/>
          <w:sz w:val="28"/>
          <w:szCs w:val="28"/>
          <w:lang w:val="kk-KZ"/>
        </w:rPr>
      </w:pPr>
      <w:r w:rsidRPr="002417EA">
        <w:rPr>
          <w:rFonts w:ascii="Times New Roman" w:hAnsi="Times New Roman" w:cs="Times New Roman"/>
          <w:color w:val="1B1C1D"/>
          <w:sz w:val="28"/>
          <w:szCs w:val="28"/>
          <w:lang w:val="kk-KZ"/>
        </w:rPr>
        <w:t xml:space="preserve">мұнда (1.76)-ден </w:t>
      </w:r>
      <w:r w:rsidR="00A135AE" w:rsidRPr="002417EA">
        <w:rPr>
          <w:rFonts w:ascii="Times New Roman" w:hAnsi="Times New Roman" w:cs="Times New Roman"/>
          <w:noProof/>
          <w:position w:val="-12"/>
          <w:sz w:val="28"/>
          <w:szCs w:val="28"/>
        </w:rPr>
        <w:drawing>
          <wp:inline distT="0" distB="0" distL="0" distR="0" wp14:anchorId="5814EEC4" wp14:editId="4700E0C8">
            <wp:extent cx="134620" cy="231140"/>
            <wp:effectExtent l="0" t="0" r="0" b="0"/>
            <wp:docPr id="1445" name="Рисунок 1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5"/>
                    <pic:cNvPicPr>
                      <a:picLocks noChangeAspect="1" noChangeArrowheads="1"/>
                    </pic:cNvPicPr>
                  </pic:nvPicPr>
                  <pic:blipFill>
                    <a:blip r:embed="rId1872" cstate="print">
                      <a:extLst>
                        <a:ext uri="{28A0092B-C50C-407E-A947-70E740481C1C}">
                          <a14:useLocalDpi xmlns:a14="http://schemas.microsoft.com/office/drawing/2010/main" val="0"/>
                        </a:ext>
                      </a:extLst>
                    </a:blip>
                    <a:srcRect/>
                    <a:stretch>
                      <a:fillRect/>
                    </a:stretch>
                  </pic:blipFill>
                  <pic:spPr bwMode="auto">
                    <a:xfrm>
                      <a:off x="0" y="0"/>
                      <a:ext cx="134620" cy="231140"/>
                    </a:xfrm>
                    <a:prstGeom prst="rect">
                      <a:avLst/>
                    </a:prstGeom>
                    <a:noFill/>
                    <a:ln>
                      <a:noFill/>
                    </a:ln>
                  </pic:spPr>
                </pic:pic>
              </a:graphicData>
            </a:graphic>
          </wp:inline>
        </w:drawing>
      </w:r>
      <w:r w:rsidRPr="002417EA">
        <w:rPr>
          <w:rFonts w:ascii="Times New Roman" w:hAnsi="Times New Roman" w:cs="Times New Roman"/>
          <w:position w:val="-12"/>
          <w:sz w:val="28"/>
          <w:szCs w:val="28"/>
          <w:lang w:val="kk-KZ"/>
        </w:rPr>
        <w:t xml:space="preserve"> </w:t>
      </w:r>
      <w:r w:rsidRPr="002417EA">
        <w:rPr>
          <w:rFonts w:ascii="Times New Roman" w:hAnsi="Times New Roman" w:cs="Times New Roman"/>
          <w:color w:val="1B1C1D"/>
          <w:sz w:val="28"/>
          <w:szCs w:val="28"/>
          <w:lang w:val="kk-KZ"/>
        </w:rPr>
        <w:t xml:space="preserve">және </w:t>
      </w:r>
      <w:r w:rsidR="00A135AE" w:rsidRPr="002417EA">
        <w:rPr>
          <w:rFonts w:ascii="Times New Roman" w:hAnsi="Times New Roman" w:cs="Times New Roman"/>
          <w:noProof/>
          <w:position w:val="-12"/>
          <w:sz w:val="28"/>
          <w:szCs w:val="28"/>
        </w:rPr>
        <w:drawing>
          <wp:inline distT="0" distB="0" distL="0" distR="0" wp14:anchorId="3618B975" wp14:editId="179C2C08">
            <wp:extent cx="211455" cy="231140"/>
            <wp:effectExtent l="0" t="0" r="0" b="0"/>
            <wp:docPr id="1446" name="Рисунок 1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6"/>
                    <pic:cNvPicPr>
                      <a:picLocks noChangeAspect="1" noChangeArrowheads="1"/>
                    </pic:cNvPicPr>
                  </pic:nvPicPr>
                  <pic:blipFill>
                    <a:blip r:embed="rId1873" cstate="print">
                      <a:extLst>
                        <a:ext uri="{28A0092B-C50C-407E-A947-70E740481C1C}">
                          <a14:useLocalDpi xmlns:a14="http://schemas.microsoft.com/office/drawing/2010/main" val="0"/>
                        </a:ext>
                      </a:extLst>
                    </a:blip>
                    <a:srcRect/>
                    <a:stretch>
                      <a:fillRect/>
                    </a:stretch>
                  </pic:blipFill>
                  <pic:spPr bwMode="auto">
                    <a:xfrm>
                      <a:off x="0" y="0"/>
                      <a:ext cx="211455" cy="231140"/>
                    </a:xfrm>
                    <a:prstGeom prst="rect">
                      <a:avLst/>
                    </a:prstGeom>
                    <a:noFill/>
                    <a:ln>
                      <a:noFill/>
                    </a:ln>
                  </pic:spPr>
                </pic:pic>
              </a:graphicData>
            </a:graphic>
          </wp:inline>
        </w:drawing>
      </w:r>
      <w:r w:rsidRPr="002417EA">
        <w:rPr>
          <w:rFonts w:ascii="Times New Roman" w:hAnsi="Times New Roman" w:cs="Times New Roman"/>
          <w:position w:val="-12"/>
          <w:sz w:val="28"/>
          <w:szCs w:val="28"/>
          <w:lang w:val="kk-KZ"/>
        </w:rPr>
        <w:t xml:space="preserve"> </w:t>
      </w:r>
      <w:r w:rsidRPr="002417EA">
        <w:rPr>
          <w:rFonts w:ascii="Times New Roman" w:hAnsi="Times New Roman" w:cs="Times New Roman"/>
          <w:color w:val="1B1C1D"/>
          <w:sz w:val="28"/>
          <w:szCs w:val="28"/>
          <w:lang w:val="kk-KZ"/>
        </w:rPr>
        <w:t xml:space="preserve">түбірлерін орнын ауыстыру арқылы алынады. Бұл қатынастар </w:t>
      </w:r>
      <w:r w:rsidR="00A135AE" w:rsidRPr="002417EA">
        <w:rPr>
          <w:rFonts w:ascii="Times New Roman" w:hAnsi="Times New Roman" w:cs="Times New Roman"/>
          <w:noProof/>
          <w:position w:val="-12"/>
          <w:sz w:val="28"/>
          <w:szCs w:val="28"/>
        </w:rPr>
        <w:drawing>
          <wp:inline distT="0" distB="0" distL="0" distR="0" wp14:anchorId="6D8F98B0" wp14:editId="033E043E">
            <wp:extent cx="211455" cy="231140"/>
            <wp:effectExtent l="0" t="0" r="0" b="0"/>
            <wp:docPr id="1447" name="Рисунок 1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7"/>
                    <pic:cNvPicPr>
                      <a:picLocks noChangeAspect="1" noChangeArrowheads="1"/>
                    </pic:cNvPicPr>
                  </pic:nvPicPr>
                  <pic:blipFill>
                    <a:blip r:embed="rId1874" cstate="print">
                      <a:extLst>
                        <a:ext uri="{28A0092B-C50C-407E-A947-70E740481C1C}">
                          <a14:useLocalDpi xmlns:a14="http://schemas.microsoft.com/office/drawing/2010/main" val="0"/>
                        </a:ext>
                      </a:extLst>
                    </a:blip>
                    <a:srcRect/>
                    <a:stretch>
                      <a:fillRect/>
                    </a:stretch>
                  </pic:blipFill>
                  <pic:spPr bwMode="auto">
                    <a:xfrm>
                      <a:off x="0" y="0"/>
                      <a:ext cx="211455" cy="231140"/>
                    </a:xfrm>
                    <a:prstGeom prst="rect">
                      <a:avLst/>
                    </a:prstGeom>
                    <a:noFill/>
                    <a:ln>
                      <a:noFill/>
                    </a:ln>
                  </pic:spPr>
                </pic:pic>
              </a:graphicData>
            </a:graphic>
          </wp:inline>
        </w:drawing>
      </w:r>
      <w:r w:rsidRPr="002417EA">
        <w:rPr>
          <w:rFonts w:ascii="Times New Roman" w:hAnsi="Times New Roman" w:cs="Times New Roman"/>
          <w:color w:val="1B1C1D"/>
          <w:sz w:val="28"/>
          <w:szCs w:val="28"/>
          <w:lang w:val="kk-KZ"/>
        </w:rPr>
        <w:t xml:space="preserve">көпмүшелігінің </w:t>
      </w:r>
      <w:r w:rsidR="00A135AE" w:rsidRPr="002417EA">
        <w:rPr>
          <w:rFonts w:ascii="Times New Roman" w:hAnsi="Times New Roman" w:cs="Times New Roman"/>
          <w:noProof/>
          <w:position w:val="-12"/>
          <w:sz w:val="28"/>
          <w:szCs w:val="28"/>
        </w:rPr>
        <w:drawing>
          <wp:inline distT="0" distB="0" distL="0" distR="0" wp14:anchorId="38E19A50" wp14:editId="487393DB">
            <wp:extent cx="231140" cy="231140"/>
            <wp:effectExtent l="0" t="0" r="0" b="0"/>
            <wp:docPr id="1448" name="Рисунок 1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8"/>
                    <pic:cNvPicPr>
                      <a:picLocks noChangeAspect="1" noChangeArrowheads="1"/>
                    </pic:cNvPicPr>
                  </pic:nvPicPr>
                  <pic:blipFill>
                    <a:blip r:embed="rId1875" cstate="print">
                      <a:extLst>
                        <a:ext uri="{28A0092B-C50C-407E-A947-70E740481C1C}">
                          <a14:useLocalDpi xmlns:a14="http://schemas.microsoft.com/office/drawing/2010/main" val="0"/>
                        </a:ext>
                      </a:extLst>
                    </a:blip>
                    <a:srcRect/>
                    <a:stretch>
                      <a:fillRect/>
                    </a:stretch>
                  </pic:blipFill>
                  <pic:spPr bwMode="auto">
                    <a:xfrm>
                      <a:off x="0" y="0"/>
                      <a:ext cx="231140" cy="231140"/>
                    </a:xfrm>
                    <a:prstGeom prst="rect">
                      <a:avLst/>
                    </a:prstGeom>
                    <a:noFill/>
                    <a:ln>
                      <a:noFill/>
                    </a:ln>
                  </pic:spPr>
                </pic:pic>
              </a:graphicData>
            </a:graphic>
          </wp:inline>
        </w:drawing>
      </w:r>
      <w:r w:rsidRPr="002417EA">
        <w:rPr>
          <w:rFonts w:ascii="Times New Roman" w:hAnsi="Times New Roman" w:cs="Times New Roman"/>
          <w:position w:val="-12"/>
          <w:sz w:val="28"/>
          <w:szCs w:val="28"/>
          <w:lang w:val="kk-KZ"/>
        </w:rPr>
        <w:t xml:space="preserve"> </w:t>
      </w:r>
      <w:r w:rsidRPr="002417EA">
        <w:rPr>
          <w:rFonts w:ascii="Times New Roman" w:hAnsi="Times New Roman" w:cs="Times New Roman"/>
          <w:color w:val="1B1C1D"/>
          <w:sz w:val="28"/>
          <w:szCs w:val="28"/>
          <w:lang w:val="kk-KZ"/>
        </w:rPr>
        <w:t>түбірлері (1.89)-ден осы орнын ауыстыру арқылы алынатынын көрсетеді, яғни:</w:t>
      </w:r>
    </w:p>
    <w:p w14:paraId="3A37704F" w14:textId="77777777" w:rsidR="003A4ABB" w:rsidRPr="002417EA" w:rsidRDefault="003A4ABB" w:rsidP="002417EA">
      <w:pPr>
        <w:spacing w:after="0" w:line="240" w:lineRule="auto"/>
        <w:rPr>
          <w:rFonts w:ascii="Times New Roman" w:hAnsi="Times New Roman" w:cs="Times New Roman"/>
          <w:color w:val="1B1C1D"/>
          <w:sz w:val="28"/>
          <w:szCs w:val="28"/>
          <w:lang w:val="kk-KZ"/>
        </w:rPr>
      </w:pPr>
    </w:p>
    <w:p w14:paraId="7BDC4F87" w14:textId="15996651" w:rsidR="003A4ABB" w:rsidRPr="002417EA" w:rsidRDefault="00A135AE" w:rsidP="002417EA">
      <w:pPr>
        <w:spacing w:after="0" w:line="240" w:lineRule="auto"/>
        <w:jc w:val="center"/>
        <w:rPr>
          <w:rFonts w:ascii="Times New Roman" w:hAnsi="Times New Roman" w:cs="Times New Roman"/>
          <w:color w:val="1B1C1D"/>
          <w:sz w:val="28"/>
          <w:szCs w:val="28"/>
          <w:lang w:val="kk-KZ"/>
        </w:rPr>
      </w:pPr>
      <w:r w:rsidRPr="002417EA">
        <w:rPr>
          <w:rFonts w:ascii="Times New Roman" w:hAnsi="Times New Roman" w:cs="Times New Roman"/>
          <w:noProof/>
          <w:position w:val="-34"/>
          <w:sz w:val="28"/>
          <w:szCs w:val="28"/>
        </w:rPr>
        <w:drawing>
          <wp:inline distT="0" distB="0" distL="0" distR="0" wp14:anchorId="41E9CB00" wp14:editId="4C528A88">
            <wp:extent cx="3734435" cy="577215"/>
            <wp:effectExtent l="0" t="0" r="0" b="0"/>
            <wp:docPr id="1449" name="Рисунок 1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9"/>
                    <pic:cNvPicPr>
                      <a:picLocks noChangeAspect="1" noChangeArrowheads="1"/>
                    </pic:cNvPicPr>
                  </pic:nvPicPr>
                  <pic:blipFill>
                    <a:blip r:embed="rId1876" cstate="print">
                      <a:extLst>
                        <a:ext uri="{28A0092B-C50C-407E-A947-70E740481C1C}">
                          <a14:useLocalDpi xmlns:a14="http://schemas.microsoft.com/office/drawing/2010/main" val="0"/>
                        </a:ext>
                      </a:extLst>
                    </a:blip>
                    <a:srcRect/>
                    <a:stretch>
                      <a:fillRect/>
                    </a:stretch>
                  </pic:blipFill>
                  <pic:spPr bwMode="auto">
                    <a:xfrm>
                      <a:off x="0" y="0"/>
                      <a:ext cx="3734435" cy="577215"/>
                    </a:xfrm>
                    <a:prstGeom prst="rect">
                      <a:avLst/>
                    </a:prstGeom>
                    <a:noFill/>
                    <a:ln>
                      <a:noFill/>
                    </a:ln>
                  </pic:spPr>
                </pic:pic>
              </a:graphicData>
            </a:graphic>
          </wp:inline>
        </w:drawing>
      </w:r>
    </w:p>
    <w:p w14:paraId="4DE3DD29" w14:textId="77777777" w:rsidR="003A4ABB" w:rsidRPr="002417EA" w:rsidRDefault="003A4ABB" w:rsidP="002417EA">
      <w:pPr>
        <w:spacing w:after="0" w:line="240" w:lineRule="auto"/>
        <w:rPr>
          <w:rFonts w:ascii="Times New Roman" w:hAnsi="Times New Roman" w:cs="Times New Roman"/>
          <w:color w:val="1B1C1D"/>
          <w:sz w:val="28"/>
          <w:szCs w:val="28"/>
          <w:lang w:val="kk-KZ"/>
        </w:rPr>
      </w:pPr>
    </w:p>
    <w:p w14:paraId="39A8561F" w14:textId="16D0E924" w:rsidR="003A4ABB" w:rsidRPr="002417EA" w:rsidRDefault="003A4ABB" w:rsidP="002417EA">
      <w:pPr>
        <w:spacing w:after="0" w:line="240" w:lineRule="auto"/>
        <w:jc w:val="both"/>
        <w:rPr>
          <w:rFonts w:ascii="Times New Roman" w:hAnsi="Times New Roman" w:cs="Times New Roman"/>
          <w:color w:val="1B1C1D"/>
          <w:sz w:val="28"/>
          <w:szCs w:val="28"/>
          <w:lang w:val="kk-KZ"/>
        </w:rPr>
      </w:pPr>
      <w:r w:rsidRPr="002417EA">
        <w:rPr>
          <w:rFonts w:ascii="Times New Roman" w:hAnsi="Times New Roman" w:cs="Times New Roman"/>
          <w:color w:val="1B1C1D"/>
          <w:sz w:val="28"/>
          <w:szCs w:val="28"/>
          <w:lang w:val="kk-KZ"/>
        </w:rPr>
        <w:t xml:space="preserve">және </w:t>
      </w:r>
      <w:r w:rsidR="00A135AE" w:rsidRPr="002417EA">
        <w:rPr>
          <w:rFonts w:ascii="Times New Roman" w:hAnsi="Times New Roman" w:cs="Times New Roman"/>
          <w:noProof/>
          <w:position w:val="-12"/>
          <w:sz w:val="28"/>
          <w:szCs w:val="28"/>
        </w:rPr>
        <w:drawing>
          <wp:inline distT="0" distB="0" distL="0" distR="0" wp14:anchorId="411D93F8" wp14:editId="7295AFD8">
            <wp:extent cx="231140" cy="231140"/>
            <wp:effectExtent l="0" t="0" r="0" b="0"/>
            <wp:docPr id="1450" name="Рисунок 1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0"/>
                    <pic:cNvPicPr>
                      <a:picLocks noChangeAspect="1" noChangeArrowheads="1"/>
                    </pic:cNvPicPr>
                  </pic:nvPicPr>
                  <pic:blipFill>
                    <a:blip r:embed="rId1877" cstate="print">
                      <a:extLst>
                        <a:ext uri="{28A0092B-C50C-407E-A947-70E740481C1C}">
                          <a14:useLocalDpi xmlns:a14="http://schemas.microsoft.com/office/drawing/2010/main" val="0"/>
                        </a:ext>
                      </a:extLst>
                    </a:blip>
                    <a:srcRect/>
                    <a:stretch>
                      <a:fillRect/>
                    </a:stretch>
                  </pic:blipFill>
                  <pic:spPr bwMode="auto">
                    <a:xfrm>
                      <a:off x="0" y="0"/>
                      <a:ext cx="231140" cy="231140"/>
                    </a:xfrm>
                    <a:prstGeom prst="rect">
                      <a:avLst/>
                    </a:prstGeom>
                    <a:noFill/>
                    <a:ln>
                      <a:noFill/>
                    </a:ln>
                  </pic:spPr>
                </pic:pic>
              </a:graphicData>
            </a:graphic>
          </wp:inline>
        </w:drawing>
      </w:r>
      <w:r w:rsidRPr="002417EA">
        <w:rPr>
          <w:rFonts w:ascii="Times New Roman" w:hAnsi="Times New Roman" w:cs="Times New Roman"/>
          <w:position w:val="-12"/>
          <w:sz w:val="28"/>
          <w:szCs w:val="28"/>
          <w:lang w:val="kk-KZ"/>
        </w:rPr>
        <w:t xml:space="preserve"> </w:t>
      </w:r>
      <w:r w:rsidRPr="002417EA">
        <w:rPr>
          <w:rFonts w:ascii="Times New Roman" w:hAnsi="Times New Roman" w:cs="Times New Roman"/>
          <w:color w:val="1B1C1D"/>
          <w:sz w:val="28"/>
          <w:szCs w:val="28"/>
          <w:lang w:val="kk-KZ"/>
        </w:rPr>
        <w:t xml:space="preserve">түрлендіруі бойынша </w:t>
      </w:r>
      <w:r w:rsidR="00A135AE" w:rsidRPr="002417EA">
        <w:rPr>
          <w:rFonts w:ascii="Times New Roman" w:hAnsi="Times New Roman" w:cs="Times New Roman"/>
          <w:noProof/>
          <w:position w:val="-6"/>
          <w:sz w:val="28"/>
          <w:szCs w:val="28"/>
        </w:rPr>
        <w:drawing>
          <wp:inline distT="0" distB="0" distL="0" distR="0" wp14:anchorId="26C26A2F" wp14:editId="148AD239">
            <wp:extent cx="817880" cy="211455"/>
            <wp:effectExtent l="0" t="0" r="1270" b="0"/>
            <wp:docPr id="1451" name="Рисунок 1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1"/>
                    <pic:cNvPicPr>
                      <a:picLocks noChangeAspect="1" noChangeArrowheads="1"/>
                    </pic:cNvPicPr>
                  </pic:nvPicPr>
                  <pic:blipFill>
                    <a:blip r:embed="rId1878" cstate="print">
                      <a:extLst>
                        <a:ext uri="{28A0092B-C50C-407E-A947-70E740481C1C}">
                          <a14:useLocalDpi xmlns:a14="http://schemas.microsoft.com/office/drawing/2010/main" val="0"/>
                        </a:ext>
                      </a:extLst>
                    </a:blip>
                    <a:srcRect/>
                    <a:stretch>
                      <a:fillRect/>
                    </a:stretch>
                  </pic:blipFill>
                  <pic:spPr bwMode="auto">
                    <a:xfrm>
                      <a:off x="0" y="0"/>
                      <a:ext cx="817880" cy="211455"/>
                    </a:xfrm>
                    <a:prstGeom prst="rect">
                      <a:avLst/>
                    </a:prstGeom>
                    <a:noFill/>
                    <a:ln>
                      <a:noFill/>
                    </a:ln>
                  </pic:spPr>
                </pic:pic>
              </a:graphicData>
            </a:graphic>
          </wp:inline>
        </w:drawing>
      </w:r>
      <w:r w:rsidRPr="002417EA">
        <w:rPr>
          <w:rFonts w:ascii="Times New Roman" w:hAnsi="Times New Roman" w:cs="Times New Roman"/>
          <w:color w:val="1B1C1D"/>
          <w:sz w:val="28"/>
          <w:szCs w:val="28"/>
          <w:lang w:val="kk-KZ"/>
        </w:rPr>
        <w:t>-ге өтеді, бұл түрлендіру жоғарғы жарты жазықтықты өзіне бейнелейді. [4</w:t>
      </w:r>
      <w:r w:rsidR="00375B77" w:rsidRPr="00375B77">
        <w:rPr>
          <w:rFonts w:ascii="Times New Roman" w:hAnsi="Times New Roman" w:cs="Times New Roman"/>
          <w:color w:val="1B1C1D"/>
          <w:sz w:val="28"/>
          <w:szCs w:val="28"/>
          <w:lang w:val="kk-KZ"/>
        </w:rPr>
        <w:t>5</w:t>
      </w:r>
      <w:r w:rsidR="002D627F" w:rsidRPr="002D627F">
        <w:rPr>
          <w:rFonts w:ascii="Times New Roman" w:hAnsi="Times New Roman" w:cs="Times New Roman"/>
          <w:color w:val="1B1C1D"/>
          <w:sz w:val="28"/>
          <w:szCs w:val="28"/>
          <w:lang w:val="kk-KZ"/>
        </w:rPr>
        <w:t>, p. 167</w:t>
      </w:r>
      <w:r w:rsidRPr="002417EA">
        <w:rPr>
          <w:rFonts w:ascii="Times New Roman" w:hAnsi="Times New Roman" w:cs="Times New Roman"/>
          <w:color w:val="1B1C1D"/>
          <w:sz w:val="28"/>
          <w:szCs w:val="28"/>
          <w:lang w:val="kk-KZ"/>
        </w:rPr>
        <w:t xml:space="preserve">] еңбегіндегі 1-ші лемманың белгілеулерінде </w:t>
      </w:r>
      <w:r w:rsidR="00A135AE" w:rsidRPr="002417EA">
        <w:rPr>
          <w:rFonts w:ascii="Times New Roman" w:hAnsi="Times New Roman" w:cs="Times New Roman"/>
          <w:noProof/>
          <w:position w:val="-12"/>
          <w:sz w:val="28"/>
          <w:szCs w:val="28"/>
        </w:rPr>
        <w:drawing>
          <wp:inline distT="0" distB="0" distL="0" distR="0" wp14:anchorId="0B7065CB" wp14:editId="7DB83B61">
            <wp:extent cx="596900" cy="231140"/>
            <wp:effectExtent l="0" t="0" r="0" b="0"/>
            <wp:docPr id="1452" name="Рисунок 1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2"/>
                    <pic:cNvPicPr>
                      <a:picLocks noChangeAspect="1" noChangeArrowheads="1"/>
                    </pic:cNvPicPr>
                  </pic:nvPicPr>
                  <pic:blipFill>
                    <a:blip r:embed="rId1879" cstate="print">
                      <a:extLst>
                        <a:ext uri="{28A0092B-C50C-407E-A947-70E740481C1C}">
                          <a14:useLocalDpi xmlns:a14="http://schemas.microsoft.com/office/drawing/2010/main" val="0"/>
                        </a:ext>
                      </a:extLst>
                    </a:blip>
                    <a:srcRect/>
                    <a:stretch>
                      <a:fillRect/>
                    </a:stretch>
                  </pic:blipFill>
                  <pic:spPr bwMode="auto">
                    <a:xfrm>
                      <a:off x="0" y="0"/>
                      <a:ext cx="596900" cy="231140"/>
                    </a:xfrm>
                    <a:prstGeom prst="rect">
                      <a:avLst/>
                    </a:prstGeom>
                    <a:noFill/>
                    <a:ln>
                      <a:noFill/>
                    </a:ln>
                  </pic:spPr>
                </pic:pic>
              </a:graphicData>
            </a:graphic>
          </wp:inline>
        </w:drawing>
      </w:r>
      <w:r w:rsidRPr="002417EA">
        <w:rPr>
          <w:rFonts w:ascii="Times New Roman" w:hAnsi="Times New Roman" w:cs="Times New Roman"/>
          <w:color w:val="1B1C1D"/>
          <w:sz w:val="28"/>
          <w:szCs w:val="28"/>
          <w:lang w:val="kk-KZ"/>
        </w:rPr>
        <w:t xml:space="preserve"> және </w:t>
      </w:r>
      <w:r w:rsidR="00A135AE" w:rsidRPr="002417EA">
        <w:rPr>
          <w:rFonts w:ascii="Times New Roman" w:hAnsi="Times New Roman" w:cs="Times New Roman"/>
          <w:noProof/>
          <w:position w:val="-12"/>
          <w:sz w:val="28"/>
          <w:szCs w:val="28"/>
        </w:rPr>
        <w:drawing>
          <wp:inline distT="0" distB="0" distL="0" distR="0" wp14:anchorId="71FDD29E" wp14:editId="4F8B46CE">
            <wp:extent cx="692785" cy="231140"/>
            <wp:effectExtent l="0" t="0" r="0" b="0"/>
            <wp:docPr id="1453" name="Рисунок 1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3"/>
                    <pic:cNvPicPr>
                      <a:picLocks noChangeAspect="1" noChangeArrowheads="1"/>
                    </pic:cNvPicPr>
                  </pic:nvPicPr>
                  <pic:blipFill>
                    <a:blip r:embed="rId1880" cstate="print">
                      <a:extLst>
                        <a:ext uri="{28A0092B-C50C-407E-A947-70E740481C1C}">
                          <a14:useLocalDpi xmlns:a14="http://schemas.microsoft.com/office/drawing/2010/main" val="0"/>
                        </a:ext>
                      </a:extLst>
                    </a:blip>
                    <a:srcRect/>
                    <a:stretch>
                      <a:fillRect/>
                    </a:stretch>
                  </pic:blipFill>
                  <pic:spPr bwMode="auto">
                    <a:xfrm>
                      <a:off x="0" y="0"/>
                      <a:ext cx="692785" cy="231140"/>
                    </a:xfrm>
                    <a:prstGeom prst="rect">
                      <a:avLst/>
                    </a:prstGeom>
                    <a:noFill/>
                    <a:ln>
                      <a:noFill/>
                    </a:ln>
                  </pic:spPr>
                </pic:pic>
              </a:graphicData>
            </a:graphic>
          </wp:inline>
        </w:drawing>
      </w:r>
      <w:r w:rsidRPr="002417EA">
        <w:rPr>
          <w:rFonts w:ascii="Times New Roman" w:hAnsi="Times New Roman" w:cs="Times New Roman"/>
          <w:position w:val="-12"/>
          <w:sz w:val="28"/>
          <w:szCs w:val="28"/>
          <w:lang w:val="kk-KZ"/>
        </w:rPr>
        <w:t xml:space="preserve"> </w:t>
      </w:r>
      <w:r w:rsidRPr="002417EA">
        <w:rPr>
          <w:rFonts w:ascii="Times New Roman" w:hAnsi="Times New Roman" w:cs="Times New Roman"/>
          <w:color w:val="1B1C1D"/>
          <w:sz w:val="28"/>
          <w:szCs w:val="28"/>
          <w:lang w:val="kk-KZ"/>
        </w:rPr>
        <w:t>жиындарының сәйкес келетінін көру оңай; нақтырақ айтқанда,</w:t>
      </w:r>
      <w:r w:rsidRPr="002417EA">
        <w:rPr>
          <w:rFonts w:ascii="Times New Roman" w:hAnsi="Times New Roman" w:cs="Times New Roman"/>
          <w:position w:val="-12"/>
          <w:sz w:val="28"/>
          <w:szCs w:val="28"/>
          <w:lang w:val="kk-KZ"/>
        </w:rPr>
        <w:t xml:space="preserve"> </w:t>
      </w:r>
      <w:r w:rsidR="00A135AE" w:rsidRPr="002417EA">
        <w:rPr>
          <w:rFonts w:ascii="Times New Roman" w:hAnsi="Times New Roman" w:cs="Times New Roman"/>
          <w:noProof/>
          <w:position w:val="-12"/>
          <w:sz w:val="28"/>
          <w:szCs w:val="28"/>
        </w:rPr>
        <w:drawing>
          <wp:inline distT="0" distB="0" distL="0" distR="0" wp14:anchorId="3185E83E" wp14:editId="3DA7682A">
            <wp:extent cx="1386673" cy="241276"/>
            <wp:effectExtent l="0" t="0" r="4445" b="6985"/>
            <wp:docPr id="1454" name="Рисунок 1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4"/>
                    <pic:cNvPicPr>
                      <a:picLocks noChangeAspect="1" noChangeArrowheads="1"/>
                    </pic:cNvPicPr>
                  </pic:nvPicPr>
                  <pic:blipFill>
                    <a:blip r:embed="rId1881" cstate="print">
                      <a:extLst>
                        <a:ext uri="{28A0092B-C50C-407E-A947-70E740481C1C}">
                          <a14:useLocalDpi xmlns:a14="http://schemas.microsoft.com/office/drawing/2010/main" val="0"/>
                        </a:ext>
                      </a:extLst>
                    </a:blip>
                    <a:srcRect/>
                    <a:stretch>
                      <a:fillRect/>
                    </a:stretch>
                  </pic:blipFill>
                  <pic:spPr bwMode="auto">
                    <a:xfrm>
                      <a:off x="0" y="0"/>
                      <a:ext cx="1386841" cy="241305"/>
                    </a:xfrm>
                    <a:prstGeom prst="rect">
                      <a:avLst/>
                    </a:prstGeom>
                    <a:noFill/>
                    <a:ln>
                      <a:noFill/>
                    </a:ln>
                  </pic:spPr>
                </pic:pic>
              </a:graphicData>
            </a:graphic>
          </wp:inline>
        </w:drawing>
      </w:r>
      <w:r w:rsidRPr="002417EA">
        <w:rPr>
          <w:rFonts w:ascii="Times New Roman" w:hAnsi="Times New Roman" w:cs="Times New Roman"/>
          <w:position w:val="-12"/>
          <w:sz w:val="28"/>
          <w:szCs w:val="28"/>
          <w:lang w:val="kk-KZ"/>
        </w:rPr>
        <w:t xml:space="preserve"> </w:t>
      </w:r>
      <w:r w:rsidRPr="002417EA">
        <w:rPr>
          <w:rFonts w:ascii="Times New Roman" w:hAnsi="Times New Roman" w:cs="Times New Roman"/>
          <w:color w:val="1B1C1D"/>
          <w:sz w:val="28"/>
          <w:szCs w:val="28"/>
          <w:lang w:val="kk-KZ"/>
        </w:rPr>
        <w:t xml:space="preserve">Сондықтан, 2-ші теоремадағы </w:t>
      </w:r>
      <w:r w:rsidR="00A135AE" w:rsidRPr="002417EA">
        <w:rPr>
          <w:rFonts w:ascii="Times New Roman" w:hAnsi="Times New Roman" w:cs="Times New Roman"/>
          <w:noProof/>
          <w:position w:val="-12"/>
          <w:sz w:val="28"/>
          <w:szCs w:val="28"/>
        </w:rPr>
        <w:drawing>
          <wp:inline distT="0" distB="0" distL="0" distR="0" wp14:anchorId="792B5B47" wp14:editId="65B65999">
            <wp:extent cx="596900" cy="231140"/>
            <wp:effectExtent l="0" t="0" r="0" b="0"/>
            <wp:docPr id="1455" name="Рисунок 1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5"/>
                    <pic:cNvPicPr>
                      <a:picLocks noChangeAspect="1" noChangeArrowheads="1"/>
                    </pic:cNvPicPr>
                  </pic:nvPicPr>
                  <pic:blipFill>
                    <a:blip r:embed="rId1882" cstate="print">
                      <a:extLst>
                        <a:ext uri="{28A0092B-C50C-407E-A947-70E740481C1C}">
                          <a14:useLocalDpi xmlns:a14="http://schemas.microsoft.com/office/drawing/2010/main" val="0"/>
                        </a:ext>
                      </a:extLst>
                    </a:blip>
                    <a:srcRect/>
                    <a:stretch>
                      <a:fillRect/>
                    </a:stretch>
                  </pic:blipFill>
                  <pic:spPr bwMode="auto">
                    <a:xfrm>
                      <a:off x="0" y="0"/>
                      <a:ext cx="596900" cy="231140"/>
                    </a:xfrm>
                    <a:prstGeom prst="rect">
                      <a:avLst/>
                    </a:prstGeom>
                    <a:noFill/>
                    <a:ln>
                      <a:noFill/>
                    </a:ln>
                  </pic:spPr>
                </pic:pic>
              </a:graphicData>
            </a:graphic>
          </wp:inline>
        </w:drawing>
      </w:r>
      <w:r w:rsidRPr="002417EA">
        <w:rPr>
          <w:rFonts w:ascii="Times New Roman" w:hAnsi="Times New Roman" w:cs="Times New Roman"/>
          <w:position w:val="-12"/>
          <w:sz w:val="28"/>
          <w:szCs w:val="28"/>
          <w:lang w:val="kk-KZ"/>
        </w:rPr>
        <w:t xml:space="preserve"> </w:t>
      </w:r>
      <w:r w:rsidRPr="002417EA">
        <w:rPr>
          <w:rFonts w:ascii="Times New Roman" w:hAnsi="Times New Roman" w:cs="Times New Roman"/>
          <w:color w:val="1B1C1D"/>
          <w:sz w:val="28"/>
          <w:szCs w:val="28"/>
          <w:lang w:val="kk-KZ"/>
        </w:rPr>
        <w:t>саны [4</w:t>
      </w:r>
      <w:r w:rsidR="00375B77">
        <w:rPr>
          <w:rFonts w:ascii="Times New Roman" w:hAnsi="Times New Roman" w:cs="Times New Roman"/>
          <w:color w:val="1B1C1D"/>
          <w:sz w:val="28"/>
          <w:szCs w:val="28"/>
          <w:lang w:val="kk-KZ"/>
        </w:rPr>
        <w:t>5</w:t>
      </w:r>
      <w:r w:rsidR="002D627F" w:rsidRPr="002D627F">
        <w:rPr>
          <w:rFonts w:ascii="Times New Roman" w:hAnsi="Times New Roman" w:cs="Times New Roman"/>
          <w:color w:val="1B1C1D"/>
          <w:sz w:val="28"/>
          <w:szCs w:val="28"/>
          <w:lang w:val="kk-KZ"/>
        </w:rPr>
        <w:t>, p. 167-168</w:t>
      </w:r>
      <w:r w:rsidRPr="002417EA">
        <w:rPr>
          <w:rFonts w:ascii="Times New Roman" w:hAnsi="Times New Roman" w:cs="Times New Roman"/>
          <w:color w:val="1B1C1D"/>
          <w:sz w:val="28"/>
          <w:szCs w:val="28"/>
          <w:lang w:val="kk-KZ"/>
        </w:rPr>
        <w:t xml:space="preserve">]-тегі 1.1-ші леммадағы </w:t>
      </w:r>
      <w:r w:rsidR="00A135AE" w:rsidRPr="002417EA">
        <w:rPr>
          <w:rFonts w:ascii="Times New Roman" w:hAnsi="Times New Roman" w:cs="Times New Roman"/>
          <w:noProof/>
          <w:position w:val="-6"/>
          <w:sz w:val="28"/>
          <w:szCs w:val="28"/>
        </w:rPr>
        <w:drawing>
          <wp:inline distT="0" distB="0" distL="0" distR="0" wp14:anchorId="0F599AF2" wp14:editId="3FA09389">
            <wp:extent cx="190918" cy="190918"/>
            <wp:effectExtent l="0" t="0" r="0" b="0"/>
            <wp:docPr id="1456" name="Рисунок 1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6"/>
                    <pic:cNvPicPr>
                      <a:picLocks noChangeAspect="1" noChangeArrowheads="1"/>
                    </pic:cNvPicPr>
                  </pic:nvPicPr>
                  <pic:blipFill>
                    <a:blip r:embed="rId1883" cstate="print">
                      <a:extLst>
                        <a:ext uri="{28A0092B-C50C-407E-A947-70E740481C1C}">
                          <a14:useLocalDpi xmlns:a14="http://schemas.microsoft.com/office/drawing/2010/main" val="0"/>
                        </a:ext>
                      </a:extLst>
                    </a:blip>
                    <a:srcRect/>
                    <a:stretch>
                      <a:fillRect/>
                    </a:stretch>
                  </pic:blipFill>
                  <pic:spPr bwMode="auto">
                    <a:xfrm>
                      <a:off x="0" y="0"/>
                      <a:ext cx="196753" cy="196753"/>
                    </a:xfrm>
                    <a:prstGeom prst="rect">
                      <a:avLst/>
                    </a:prstGeom>
                    <a:noFill/>
                    <a:ln>
                      <a:noFill/>
                    </a:ln>
                  </pic:spPr>
                </pic:pic>
              </a:graphicData>
            </a:graphic>
          </wp:inline>
        </w:drawing>
      </w:r>
      <w:r w:rsidRPr="002417EA">
        <w:rPr>
          <w:rFonts w:ascii="Times New Roman" w:hAnsi="Times New Roman" w:cs="Times New Roman"/>
          <w:position w:val="-12"/>
          <w:sz w:val="28"/>
          <w:szCs w:val="28"/>
          <w:lang w:val="kk-KZ"/>
        </w:rPr>
        <w:t xml:space="preserve"> </w:t>
      </w:r>
      <w:r w:rsidRPr="002417EA">
        <w:rPr>
          <w:rFonts w:ascii="Times New Roman" w:hAnsi="Times New Roman" w:cs="Times New Roman"/>
          <w:color w:val="1B1C1D"/>
          <w:sz w:val="28"/>
          <w:szCs w:val="28"/>
          <w:lang w:val="kk-KZ"/>
        </w:rPr>
        <w:t>санымен сәйкес келеді. Осыған сәйкес, 2-ші теорема [4</w:t>
      </w:r>
      <w:r w:rsidR="00375B77">
        <w:rPr>
          <w:rFonts w:ascii="Times New Roman" w:hAnsi="Times New Roman" w:cs="Times New Roman"/>
          <w:color w:val="1B1C1D"/>
          <w:sz w:val="28"/>
          <w:szCs w:val="28"/>
          <w:lang w:val="kk-KZ"/>
        </w:rPr>
        <w:t>5</w:t>
      </w:r>
      <w:r w:rsidR="002D627F" w:rsidRPr="002D627F">
        <w:rPr>
          <w:rFonts w:ascii="Times New Roman" w:hAnsi="Times New Roman" w:cs="Times New Roman"/>
          <w:color w:val="1B1C1D"/>
          <w:sz w:val="28"/>
          <w:szCs w:val="28"/>
          <w:lang w:val="kk-KZ"/>
        </w:rPr>
        <w:t>, p.</w:t>
      </w:r>
      <w:r w:rsidR="002D627F">
        <w:rPr>
          <w:rFonts w:ascii="Times New Roman" w:hAnsi="Times New Roman" w:cs="Times New Roman"/>
          <w:color w:val="1B1C1D"/>
          <w:sz w:val="28"/>
          <w:szCs w:val="28"/>
          <w:lang w:val="kk-KZ"/>
        </w:rPr>
        <w:t xml:space="preserve"> </w:t>
      </w:r>
      <w:r w:rsidR="002D627F" w:rsidRPr="002D627F">
        <w:rPr>
          <w:rFonts w:ascii="Times New Roman" w:hAnsi="Times New Roman" w:cs="Times New Roman"/>
          <w:color w:val="1B1C1D"/>
          <w:sz w:val="28"/>
          <w:szCs w:val="28"/>
          <w:lang w:val="kk-KZ"/>
        </w:rPr>
        <w:t>168</w:t>
      </w:r>
      <w:r w:rsidRPr="002417EA">
        <w:rPr>
          <w:rFonts w:ascii="Times New Roman" w:hAnsi="Times New Roman" w:cs="Times New Roman"/>
          <w:color w:val="1B1C1D"/>
          <w:sz w:val="28"/>
          <w:szCs w:val="28"/>
          <w:lang w:val="kk-KZ"/>
        </w:rPr>
        <w:t xml:space="preserve">]-тегі 1-ші теоремамен үйлеседі. </w:t>
      </w:r>
    </w:p>
    <w:p w14:paraId="09FCB024" w14:textId="07913AAF" w:rsidR="003A4ABB" w:rsidRPr="002417EA" w:rsidRDefault="003A4ABB" w:rsidP="002417EA">
      <w:pPr>
        <w:spacing w:after="0" w:line="240" w:lineRule="auto"/>
        <w:jc w:val="both"/>
        <w:rPr>
          <w:rFonts w:ascii="Times New Roman" w:hAnsi="Times New Roman" w:cs="Times New Roman"/>
          <w:color w:val="1B1C1D"/>
          <w:sz w:val="28"/>
          <w:szCs w:val="28"/>
          <w:lang w:val="kk-KZ"/>
        </w:rPr>
      </w:pPr>
      <w:r w:rsidRPr="002417EA">
        <w:rPr>
          <w:rFonts w:ascii="Times New Roman" w:hAnsi="Times New Roman" w:cs="Times New Roman"/>
          <w:color w:val="1B1C1D"/>
          <w:sz w:val="28"/>
          <w:szCs w:val="28"/>
          <w:lang w:val="kk-KZ"/>
        </w:rPr>
        <w:t>Бұған қоса, [4</w:t>
      </w:r>
      <w:r w:rsidR="00375B77">
        <w:rPr>
          <w:rFonts w:ascii="Times New Roman" w:hAnsi="Times New Roman" w:cs="Times New Roman"/>
          <w:color w:val="1B1C1D"/>
          <w:sz w:val="28"/>
          <w:szCs w:val="28"/>
          <w:lang w:val="kk-KZ"/>
        </w:rPr>
        <w:t>5</w:t>
      </w:r>
      <w:r w:rsidR="002D627F" w:rsidRPr="002D627F">
        <w:rPr>
          <w:rFonts w:ascii="Times New Roman" w:hAnsi="Times New Roman" w:cs="Times New Roman"/>
          <w:color w:val="1B1C1D"/>
          <w:sz w:val="28"/>
          <w:szCs w:val="28"/>
          <w:lang w:val="kk-KZ"/>
        </w:rPr>
        <w:t xml:space="preserve"> p. 170</w:t>
      </w:r>
      <w:r w:rsidRPr="002417EA">
        <w:rPr>
          <w:rFonts w:ascii="Times New Roman" w:hAnsi="Times New Roman" w:cs="Times New Roman"/>
          <w:color w:val="1B1C1D"/>
          <w:sz w:val="28"/>
          <w:szCs w:val="28"/>
          <w:lang w:val="kk-KZ"/>
        </w:rPr>
        <w:t xml:space="preserve">]-тегі 2-ші теоремада кейбір арнайы </w:t>
      </w:r>
      <w:r w:rsidR="00A135AE" w:rsidRPr="002417EA">
        <w:rPr>
          <w:rFonts w:ascii="Times New Roman" w:hAnsi="Times New Roman" w:cs="Times New Roman"/>
          <w:noProof/>
          <w:position w:val="-12"/>
          <w:sz w:val="28"/>
          <w:szCs w:val="28"/>
        </w:rPr>
        <w:drawing>
          <wp:inline distT="0" distB="0" distL="0" distR="0" wp14:anchorId="7B99FBF8" wp14:editId="01202ED4">
            <wp:extent cx="462280" cy="231140"/>
            <wp:effectExtent l="0" t="0" r="0" b="0"/>
            <wp:docPr id="1457" name="Рисунок 1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7"/>
                    <pic:cNvPicPr>
                      <a:picLocks noChangeAspect="1" noChangeArrowheads="1"/>
                    </pic:cNvPicPr>
                  </pic:nvPicPr>
                  <pic:blipFill>
                    <a:blip r:embed="rId1884" cstate="print">
                      <a:extLst>
                        <a:ext uri="{28A0092B-C50C-407E-A947-70E740481C1C}">
                          <a14:useLocalDpi xmlns:a14="http://schemas.microsoft.com/office/drawing/2010/main" val="0"/>
                        </a:ext>
                      </a:extLst>
                    </a:blip>
                    <a:srcRect/>
                    <a:stretch>
                      <a:fillRect/>
                    </a:stretch>
                  </pic:blipFill>
                  <pic:spPr bwMode="auto">
                    <a:xfrm>
                      <a:off x="0" y="0"/>
                      <a:ext cx="462280" cy="231140"/>
                    </a:xfrm>
                    <a:prstGeom prst="rect">
                      <a:avLst/>
                    </a:prstGeom>
                    <a:noFill/>
                    <a:ln>
                      <a:noFill/>
                    </a:ln>
                  </pic:spPr>
                </pic:pic>
              </a:graphicData>
            </a:graphic>
          </wp:inline>
        </w:drawing>
      </w:r>
      <w:r w:rsidRPr="002417EA">
        <w:rPr>
          <w:rFonts w:ascii="Times New Roman" w:hAnsi="Times New Roman" w:cs="Times New Roman"/>
          <w:position w:val="-12"/>
          <w:sz w:val="28"/>
          <w:szCs w:val="28"/>
          <w:lang w:val="kk-KZ"/>
        </w:rPr>
        <w:t xml:space="preserve"> </w:t>
      </w:r>
      <w:r w:rsidRPr="002417EA">
        <w:rPr>
          <w:rFonts w:ascii="Times New Roman" w:hAnsi="Times New Roman" w:cs="Times New Roman"/>
          <w:color w:val="1B1C1D"/>
          <w:sz w:val="28"/>
          <w:szCs w:val="28"/>
          <w:lang w:val="kk-KZ"/>
        </w:rPr>
        <w:t xml:space="preserve">жұптары үшін (1.68) есебінің Фредгольм қасиетінің және оның индексінің айқын сипаттамасын береді. </w:t>
      </w:r>
    </w:p>
    <w:p w14:paraId="3DFE167E" w14:textId="3E7448EA" w:rsidR="003A4ABB" w:rsidRPr="002417EA" w:rsidRDefault="003A4ABB" w:rsidP="002417EA">
      <w:pPr>
        <w:spacing w:after="0" w:line="240" w:lineRule="auto"/>
        <w:ind w:firstLine="720"/>
        <w:jc w:val="both"/>
        <w:rPr>
          <w:rFonts w:ascii="Times New Roman" w:hAnsi="Times New Roman" w:cs="Times New Roman"/>
          <w:color w:val="1B1C1D"/>
          <w:sz w:val="28"/>
          <w:szCs w:val="28"/>
          <w:lang w:val="kk-KZ"/>
        </w:rPr>
      </w:pPr>
      <w:r w:rsidRPr="002417EA">
        <w:rPr>
          <w:rFonts w:ascii="Times New Roman" w:hAnsi="Times New Roman" w:cs="Times New Roman"/>
          <w:b/>
          <w:color w:val="1B1C1D"/>
          <w:sz w:val="28"/>
          <w:szCs w:val="28"/>
          <w:lang w:val="kk-KZ"/>
        </w:rPr>
        <w:t>Теорема 1.6</w:t>
      </w:r>
      <w:r w:rsidR="00F23B57">
        <w:rPr>
          <w:rFonts w:ascii="Times New Roman" w:hAnsi="Times New Roman" w:cs="Times New Roman"/>
          <w:b/>
          <w:color w:val="1B1C1D"/>
          <w:sz w:val="28"/>
          <w:szCs w:val="28"/>
          <w:lang w:val="kk-KZ"/>
        </w:rPr>
        <w:t>.</w:t>
      </w:r>
      <w:r w:rsidR="002F04EB">
        <w:rPr>
          <w:rFonts w:ascii="Times New Roman" w:hAnsi="Times New Roman" w:cs="Times New Roman"/>
          <w:color w:val="1B1C1D"/>
          <w:sz w:val="28"/>
          <w:szCs w:val="28"/>
          <w:lang w:val="kk-KZ"/>
        </w:rPr>
        <w:t xml:space="preserve"> [2</w:t>
      </w:r>
      <w:r w:rsidR="002F04EB" w:rsidRPr="002A03EA">
        <w:rPr>
          <w:rFonts w:ascii="Times New Roman" w:hAnsi="Times New Roman" w:cs="Times New Roman"/>
          <w:color w:val="1B1C1D"/>
          <w:sz w:val="28"/>
          <w:szCs w:val="28"/>
          <w:lang w:val="kk-KZ"/>
        </w:rPr>
        <w:t>2</w:t>
      </w:r>
      <w:r w:rsidRPr="002417EA">
        <w:rPr>
          <w:rFonts w:ascii="Times New Roman" w:hAnsi="Times New Roman" w:cs="Times New Roman"/>
          <w:color w:val="1B1C1D"/>
          <w:sz w:val="28"/>
          <w:szCs w:val="28"/>
          <w:lang w:val="kk-KZ"/>
        </w:rPr>
        <w:t xml:space="preserve">]-те. (1.66) белгілеулеріндегі </w:t>
      </w:r>
      <w:r w:rsidR="00A135AE" w:rsidRPr="002417EA">
        <w:rPr>
          <w:rFonts w:ascii="Times New Roman" w:hAnsi="Times New Roman" w:cs="Times New Roman"/>
          <w:noProof/>
          <w:position w:val="-12"/>
          <w:sz w:val="28"/>
          <w:szCs w:val="28"/>
        </w:rPr>
        <w:drawing>
          <wp:inline distT="0" distB="0" distL="0" distR="0" wp14:anchorId="5D6452ED" wp14:editId="58DFC2BF">
            <wp:extent cx="462280" cy="231140"/>
            <wp:effectExtent l="0" t="0" r="0" b="0"/>
            <wp:docPr id="1458" name="Рисунок 1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8"/>
                    <pic:cNvPicPr>
                      <a:picLocks noChangeAspect="1" noChangeArrowheads="1"/>
                    </pic:cNvPicPr>
                  </pic:nvPicPr>
                  <pic:blipFill>
                    <a:blip r:embed="rId1885" cstate="print">
                      <a:extLst>
                        <a:ext uri="{28A0092B-C50C-407E-A947-70E740481C1C}">
                          <a14:useLocalDpi xmlns:a14="http://schemas.microsoft.com/office/drawing/2010/main" val="0"/>
                        </a:ext>
                      </a:extLst>
                    </a:blip>
                    <a:srcRect/>
                    <a:stretch>
                      <a:fillRect/>
                    </a:stretch>
                  </pic:blipFill>
                  <pic:spPr bwMode="auto">
                    <a:xfrm>
                      <a:off x="0" y="0"/>
                      <a:ext cx="462280" cy="231140"/>
                    </a:xfrm>
                    <a:prstGeom prst="rect">
                      <a:avLst/>
                    </a:prstGeom>
                    <a:noFill/>
                    <a:ln>
                      <a:noFill/>
                    </a:ln>
                  </pic:spPr>
                </pic:pic>
              </a:graphicData>
            </a:graphic>
          </wp:inline>
        </w:drawing>
      </w:r>
      <w:r w:rsidRPr="002417EA">
        <w:rPr>
          <w:rFonts w:ascii="Times New Roman" w:hAnsi="Times New Roman" w:cs="Times New Roman"/>
          <w:position w:val="-12"/>
          <w:sz w:val="28"/>
          <w:szCs w:val="28"/>
          <w:lang w:val="kk-KZ"/>
        </w:rPr>
        <w:t xml:space="preserve"> </w:t>
      </w:r>
      <w:r w:rsidRPr="002417EA">
        <w:rPr>
          <w:rFonts w:ascii="Times New Roman" w:hAnsi="Times New Roman" w:cs="Times New Roman"/>
          <w:color w:val="1B1C1D"/>
          <w:sz w:val="28"/>
          <w:szCs w:val="28"/>
          <w:lang w:val="kk-KZ"/>
        </w:rPr>
        <w:t>жұбы келесі типтердің біріне жатсын:</w:t>
      </w:r>
    </w:p>
    <w:p w14:paraId="57B1A934" w14:textId="77777777" w:rsidR="003A4ABB" w:rsidRPr="002417EA" w:rsidRDefault="003A4ABB" w:rsidP="002417EA">
      <w:pPr>
        <w:spacing w:after="0" w:line="240" w:lineRule="auto"/>
        <w:jc w:val="both"/>
        <w:rPr>
          <w:rFonts w:ascii="Times New Roman" w:hAnsi="Times New Roman" w:cs="Times New Roman"/>
          <w:color w:val="1B1C1D"/>
          <w:sz w:val="28"/>
          <w:szCs w:val="28"/>
          <w:lang w:val="kk-KZ"/>
        </w:rPr>
      </w:pPr>
    </w:p>
    <w:p w14:paraId="55B50A07" w14:textId="2ADE0BAC" w:rsidR="003A4ABB" w:rsidRPr="002417EA" w:rsidRDefault="00A135AE" w:rsidP="002417EA">
      <w:pPr>
        <w:spacing w:after="0" w:line="240" w:lineRule="auto"/>
        <w:jc w:val="right"/>
        <w:rPr>
          <w:rFonts w:ascii="Times New Roman" w:hAnsi="Times New Roman" w:cs="Times New Roman"/>
          <w:sz w:val="28"/>
          <w:szCs w:val="28"/>
          <w:lang w:val="kk-KZ"/>
        </w:rPr>
      </w:pPr>
      <w:r w:rsidRPr="002417EA">
        <w:rPr>
          <w:rFonts w:ascii="Times New Roman" w:hAnsi="Times New Roman" w:cs="Times New Roman"/>
          <w:noProof/>
          <w:position w:val="-14"/>
          <w:sz w:val="28"/>
          <w:szCs w:val="28"/>
        </w:rPr>
        <w:drawing>
          <wp:inline distT="0" distB="0" distL="0" distR="0" wp14:anchorId="6CCE356C" wp14:editId="3CC34941">
            <wp:extent cx="914400" cy="231140"/>
            <wp:effectExtent l="0" t="0" r="0" b="0"/>
            <wp:docPr id="1459" name="Рисунок 1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9"/>
                    <pic:cNvPicPr>
                      <a:picLocks noChangeAspect="1" noChangeArrowheads="1"/>
                    </pic:cNvPicPr>
                  </pic:nvPicPr>
                  <pic:blipFill>
                    <a:blip r:embed="rId1886" cstate="print">
                      <a:extLst>
                        <a:ext uri="{28A0092B-C50C-407E-A947-70E740481C1C}">
                          <a14:useLocalDpi xmlns:a14="http://schemas.microsoft.com/office/drawing/2010/main" val="0"/>
                        </a:ext>
                      </a:extLst>
                    </a:blip>
                    <a:srcRect/>
                    <a:stretch>
                      <a:fillRect/>
                    </a:stretch>
                  </pic:blipFill>
                  <pic:spPr bwMode="auto">
                    <a:xfrm>
                      <a:off x="0" y="0"/>
                      <a:ext cx="914400" cy="231140"/>
                    </a:xfrm>
                    <a:prstGeom prst="rect">
                      <a:avLst/>
                    </a:prstGeom>
                    <a:noFill/>
                    <a:ln>
                      <a:noFill/>
                    </a:ln>
                  </pic:spPr>
                </pic:pic>
              </a:graphicData>
            </a:graphic>
          </wp:inline>
        </w:drawing>
      </w:r>
      <w:r w:rsidR="003A4ABB" w:rsidRPr="002417EA">
        <w:rPr>
          <w:rFonts w:ascii="Times New Roman" w:hAnsi="Times New Roman" w:cs="Times New Roman"/>
          <w:position w:val="-34"/>
          <w:sz w:val="28"/>
          <w:szCs w:val="28"/>
          <w:lang w:val="kk-KZ"/>
        </w:rPr>
        <w:t xml:space="preserve">                                    </w:t>
      </w:r>
      <w:r w:rsidR="003A4ABB" w:rsidRPr="002417EA">
        <w:rPr>
          <w:rFonts w:ascii="Times New Roman" w:hAnsi="Times New Roman" w:cs="Times New Roman"/>
          <w:position w:val="-30"/>
          <w:sz w:val="28"/>
          <w:szCs w:val="28"/>
          <w:lang w:val="kk-KZ"/>
        </w:rPr>
        <w:t xml:space="preserve">                           </w:t>
      </w:r>
      <w:r w:rsidRPr="002417EA">
        <w:rPr>
          <w:rFonts w:ascii="Times New Roman" w:hAnsi="Times New Roman" w:cs="Times New Roman"/>
          <w:noProof/>
          <w:position w:val="-12"/>
          <w:sz w:val="28"/>
          <w:szCs w:val="28"/>
        </w:rPr>
        <w:drawing>
          <wp:inline distT="0" distB="0" distL="0" distR="0" wp14:anchorId="3DE45C95" wp14:editId="550D91B1">
            <wp:extent cx="231140" cy="231140"/>
            <wp:effectExtent l="0" t="0" r="0" b="0"/>
            <wp:docPr id="1460" name="Рисунок 1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0"/>
                    <pic:cNvPicPr>
                      <a:picLocks noChangeAspect="1" noChangeArrowheads="1"/>
                    </pic:cNvPicPr>
                  </pic:nvPicPr>
                  <pic:blipFill>
                    <a:blip r:embed="rId1887" cstate="print">
                      <a:extLst>
                        <a:ext uri="{28A0092B-C50C-407E-A947-70E740481C1C}">
                          <a14:useLocalDpi xmlns:a14="http://schemas.microsoft.com/office/drawing/2010/main" val="0"/>
                        </a:ext>
                      </a:extLst>
                    </a:blip>
                    <a:srcRect/>
                    <a:stretch>
                      <a:fillRect/>
                    </a:stretch>
                  </pic:blipFill>
                  <pic:spPr bwMode="auto">
                    <a:xfrm>
                      <a:off x="0" y="0"/>
                      <a:ext cx="231140" cy="231140"/>
                    </a:xfrm>
                    <a:prstGeom prst="rect">
                      <a:avLst/>
                    </a:prstGeom>
                    <a:noFill/>
                    <a:ln>
                      <a:noFill/>
                    </a:ln>
                  </pic:spPr>
                </pic:pic>
              </a:graphicData>
            </a:graphic>
          </wp:inline>
        </w:drawing>
      </w:r>
    </w:p>
    <w:p w14:paraId="1D4E9C17" w14:textId="30903C26" w:rsidR="003A4ABB" w:rsidRPr="002417EA" w:rsidRDefault="00A135AE" w:rsidP="002417EA">
      <w:pPr>
        <w:spacing w:after="0" w:line="240" w:lineRule="auto"/>
        <w:jc w:val="right"/>
        <w:rPr>
          <w:rFonts w:ascii="Times New Roman" w:hAnsi="Times New Roman" w:cs="Times New Roman"/>
          <w:position w:val="-12"/>
          <w:sz w:val="28"/>
          <w:szCs w:val="28"/>
          <w:lang w:val="kk-KZ"/>
        </w:rPr>
      </w:pPr>
      <w:r w:rsidRPr="002417EA">
        <w:rPr>
          <w:rFonts w:ascii="Times New Roman" w:hAnsi="Times New Roman" w:cs="Times New Roman"/>
          <w:noProof/>
          <w:position w:val="-12"/>
          <w:sz w:val="28"/>
          <w:szCs w:val="28"/>
        </w:rPr>
        <w:drawing>
          <wp:inline distT="0" distB="0" distL="0" distR="0" wp14:anchorId="7CC08CC7" wp14:editId="2766DF46">
            <wp:extent cx="1328420" cy="231140"/>
            <wp:effectExtent l="0" t="0" r="5080" b="0"/>
            <wp:docPr id="1461" name="Рисунок 1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1"/>
                    <pic:cNvPicPr>
                      <a:picLocks noChangeAspect="1" noChangeArrowheads="1"/>
                    </pic:cNvPicPr>
                  </pic:nvPicPr>
                  <pic:blipFill>
                    <a:blip r:embed="rId1888" cstate="print">
                      <a:extLst>
                        <a:ext uri="{28A0092B-C50C-407E-A947-70E740481C1C}">
                          <a14:useLocalDpi xmlns:a14="http://schemas.microsoft.com/office/drawing/2010/main" val="0"/>
                        </a:ext>
                      </a:extLst>
                    </a:blip>
                    <a:srcRect/>
                    <a:stretch>
                      <a:fillRect/>
                    </a:stretch>
                  </pic:blipFill>
                  <pic:spPr bwMode="auto">
                    <a:xfrm>
                      <a:off x="0" y="0"/>
                      <a:ext cx="1328420" cy="231140"/>
                    </a:xfrm>
                    <a:prstGeom prst="rect">
                      <a:avLst/>
                    </a:prstGeom>
                    <a:noFill/>
                    <a:ln>
                      <a:noFill/>
                    </a:ln>
                  </pic:spPr>
                </pic:pic>
              </a:graphicData>
            </a:graphic>
          </wp:inline>
        </w:drawing>
      </w:r>
      <w:r w:rsidR="003A4ABB" w:rsidRPr="002417EA">
        <w:rPr>
          <w:rFonts w:ascii="Times New Roman" w:hAnsi="Times New Roman" w:cs="Times New Roman"/>
          <w:position w:val="-34"/>
          <w:sz w:val="28"/>
          <w:szCs w:val="28"/>
          <w:lang w:val="kk-KZ"/>
        </w:rPr>
        <w:t xml:space="preserve">                                    </w:t>
      </w:r>
      <w:r w:rsidR="003A4ABB" w:rsidRPr="002417EA">
        <w:rPr>
          <w:rFonts w:ascii="Times New Roman" w:hAnsi="Times New Roman" w:cs="Times New Roman"/>
          <w:position w:val="-30"/>
          <w:sz w:val="28"/>
          <w:szCs w:val="28"/>
          <w:lang w:val="kk-KZ"/>
        </w:rPr>
        <w:t xml:space="preserve">                     </w:t>
      </w:r>
      <w:r w:rsidRPr="002417EA">
        <w:rPr>
          <w:rFonts w:ascii="Times New Roman" w:hAnsi="Times New Roman" w:cs="Times New Roman"/>
          <w:noProof/>
          <w:position w:val="-12"/>
          <w:sz w:val="28"/>
          <w:szCs w:val="28"/>
        </w:rPr>
        <w:drawing>
          <wp:inline distT="0" distB="0" distL="0" distR="0" wp14:anchorId="01E5A788" wp14:editId="5CFA36DB">
            <wp:extent cx="317500" cy="231140"/>
            <wp:effectExtent l="0" t="0" r="6350" b="0"/>
            <wp:docPr id="1462" name="Рисунок 1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2"/>
                    <pic:cNvPicPr>
                      <a:picLocks noChangeAspect="1" noChangeArrowheads="1"/>
                    </pic:cNvPicPr>
                  </pic:nvPicPr>
                  <pic:blipFill>
                    <a:blip r:embed="rId1889" cstate="print">
                      <a:extLst>
                        <a:ext uri="{28A0092B-C50C-407E-A947-70E740481C1C}">
                          <a14:useLocalDpi xmlns:a14="http://schemas.microsoft.com/office/drawing/2010/main" val="0"/>
                        </a:ext>
                      </a:extLst>
                    </a:blip>
                    <a:srcRect/>
                    <a:stretch>
                      <a:fillRect/>
                    </a:stretch>
                  </pic:blipFill>
                  <pic:spPr bwMode="auto">
                    <a:xfrm>
                      <a:off x="0" y="0"/>
                      <a:ext cx="317500" cy="231140"/>
                    </a:xfrm>
                    <a:prstGeom prst="rect">
                      <a:avLst/>
                    </a:prstGeom>
                    <a:noFill/>
                    <a:ln>
                      <a:noFill/>
                    </a:ln>
                  </pic:spPr>
                </pic:pic>
              </a:graphicData>
            </a:graphic>
          </wp:inline>
        </w:drawing>
      </w:r>
    </w:p>
    <w:p w14:paraId="6BC6E742" w14:textId="18FD1A65" w:rsidR="003A4ABB" w:rsidRPr="002417EA" w:rsidRDefault="00A135AE" w:rsidP="002417EA">
      <w:pPr>
        <w:spacing w:after="0" w:line="240" w:lineRule="auto"/>
        <w:jc w:val="right"/>
        <w:rPr>
          <w:rFonts w:ascii="Times New Roman" w:hAnsi="Times New Roman" w:cs="Times New Roman"/>
          <w:sz w:val="28"/>
          <w:szCs w:val="28"/>
          <w:lang w:val="kk-KZ"/>
        </w:rPr>
      </w:pPr>
      <w:r w:rsidRPr="002417EA">
        <w:rPr>
          <w:rFonts w:ascii="Times New Roman" w:hAnsi="Times New Roman" w:cs="Times New Roman"/>
          <w:noProof/>
          <w:position w:val="-12"/>
          <w:sz w:val="28"/>
          <w:szCs w:val="28"/>
        </w:rPr>
        <w:drawing>
          <wp:inline distT="0" distB="0" distL="0" distR="0" wp14:anchorId="6258BBFC" wp14:editId="43907C4B">
            <wp:extent cx="1376680" cy="231140"/>
            <wp:effectExtent l="0" t="0" r="0" b="0"/>
            <wp:docPr id="1463" name="Рисунок 1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3"/>
                    <pic:cNvPicPr>
                      <a:picLocks noChangeAspect="1" noChangeArrowheads="1"/>
                    </pic:cNvPicPr>
                  </pic:nvPicPr>
                  <pic:blipFill>
                    <a:blip r:embed="rId1890" cstate="print">
                      <a:extLst>
                        <a:ext uri="{28A0092B-C50C-407E-A947-70E740481C1C}">
                          <a14:useLocalDpi xmlns:a14="http://schemas.microsoft.com/office/drawing/2010/main" val="0"/>
                        </a:ext>
                      </a:extLst>
                    </a:blip>
                    <a:srcRect/>
                    <a:stretch>
                      <a:fillRect/>
                    </a:stretch>
                  </pic:blipFill>
                  <pic:spPr bwMode="auto">
                    <a:xfrm>
                      <a:off x="0" y="0"/>
                      <a:ext cx="1376680" cy="231140"/>
                    </a:xfrm>
                    <a:prstGeom prst="rect">
                      <a:avLst/>
                    </a:prstGeom>
                    <a:noFill/>
                    <a:ln>
                      <a:noFill/>
                    </a:ln>
                  </pic:spPr>
                </pic:pic>
              </a:graphicData>
            </a:graphic>
          </wp:inline>
        </w:drawing>
      </w:r>
      <w:r w:rsidR="003A4ABB" w:rsidRPr="002417EA">
        <w:rPr>
          <w:rFonts w:ascii="Times New Roman" w:hAnsi="Times New Roman" w:cs="Times New Roman"/>
          <w:position w:val="-34"/>
          <w:sz w:val="28"/>
          <w:szCs w:val="28"/>
          <w:lang w:val="kk-KZ"/>
        </w:rPr>
        <w:t xml:space="preserve">                                    </w:t>
      </w:r>
      <w:r w:rsidR="003A4ABB" w:rsidRPr="002417EA">
        <w:rPr>
          <w:rFonts w:ascii="Times New Roman" w:hAnsi="Times New Roman" w:cs="Times New Roman"/>
          <w:position w:val="-30"/>
          <w:sz w:val="28"/>
          <w:szCs w:val="28"/>
          <w:lang w:val="kk-KZ"/>
        </w:rPr>
        <w:t xml:space="preserve">                     </w:t>
      </w:r>
      <w:r w:rsidRPr="002417EA">
        <w:rPr>
          <w:rFonts w:ascii="Times New Roman" w:hAnsi="Times New Roman" w:cs="Times New Roman"/>
          <w:noProof/>
          <w:position w:val="-12"/>
          <w:sz w:val="28"/>
          <w:szCs w:val="28"/>
        </w:rPr>
        <w:drawing>
          <wp:inline distT="0" distB="0" distL="0" distR="0" wp14:anchorId="01309981" wp14:editId="7F3827D3">
            <wp:extent cx="317500" cy="231140"/>
            <wp:effectExtent l="0" t="0" r="6350" b="0"/>
            <wp:docPr id="1464" name="Рисунок 1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4"/>
                    <pic:cNvPicPr>
                      <a:picLocks noChangeAspect="1" noChangeArrowheads="1"/>
                    </pic:cNvPicPr>
                  </pic:nvPicPr>
                  <pic:blipFill>
                    <a:blip r:embed="rId1891" cstate="print">
                      <a:extLst>
                        <a:ext uri="{28A0092B-C50C-407E-A947-70E740481C1C}">
                          <a14:useLocalDpi xmlns:a14="http://schemas.microsoft.com/office/drawing/2010/main" val="0"/>
                        </a:ext>
                      </a:extLst>
                    </a:blip>
                    <a:srcRect/>
                    <a:stretch>
                      <a:fillRect/>
                    </a:stretch>
                  </pic:blipFill>
                  <pic:spPr bwMode="auto">
                    <a:xfrm>
                      <a:off x="0" y="0"/>
                      <a:ext cx="317500" cy="231140"/>
                    </a:xfrm>
                    <a:prstGeom prst="rect">
                      <a:avLst/>
                    </a:prstGeom>
                    <a:noFill/>
                    <a:ln>
                      <a:noFill/>
                    </a:ln>
                  </pic:spPr>
                </pic:pic>
              </a:graphicData>
            </a:graphic>
          </wp:inline>
        </w:drawing>
      </w:r>
    </w:p>
    <w:p w14:paraId="48A2C510" w14:textId="77777777" w:rsidR="003A4ABB" w:rsidRPr="002417EA" w:rsidRDefault="003A4ABB" w:rsidP="002417EA">
      <w:pPr>
        <w:spacing w:after="0" w:line="240" w:lineRule="auto"/>
        <w:rPr>
          <w:rFonts w:ascii="Times New Roman" w:hAnsi="Times New Roman" w:cs="Times New Roman"/>
          <w:sz w:val="28"/>
          <w:szCs w:val="28"/>
          <w:lang w:val="kk-KZ"/>
        </w:rPr>
      </w:pPr>
    </w:p>
    <w:p w14:paraId="276EDAD8" w14:textId="77777777" w:rsidR="003A4ABB" w:rsidRPr="002417EA" w:rsidRDefault="003A4ABB" w:rsidP="002417EA">
      <w:pPr>
        <w:spacing w:after="0" w:line="240" w:lineRule="auto"/>
        <w:jc w:val="both"/>
        <w:rPr>
          <w:rFonts w:ascii="Times New Roman" w:hAnsi="Times New Roman" w:cs="Times New Roman"/>
          <w:color w:val="1B1C1D"/>
          <w:sz w:val="28"/>
          <w:szCs w:val="28"/>
          <w:lang w:val="kk-KZ"/>
        </w:rPr>
      </w:pPr>
      <w:r w:rsidRPr="002417EA">
        <w:rPr>
          <w:rFonts w:ascii="Times New Roman" w:hAnsi="Times New Roman" w:cs="Times New Roman"/>
          <w:color w:val="1B1C1D"/>
          <w:sz w:val="28"/>
          <w:szCs w:val="28"/>
          <w:lang w:val="kk-KZ"/>
        </w:rPr>
        <w:t>және сәйкесінше</w:t>
      </w:r>
    </w:p>
    <w:p w14:paraId="62CE56C0" w14:textId="77777777" w:rsidR="003A4ABB" w:rsidRPr="002417EA" w:rsidRDefault="003A4ABB" w:rsidP="002417EA">
      <w:pPr>
        <w:spacing w:after="0" w:line="240" w:lineRule="auto"/>
        <w:jc w:val="both"/>
        <w:rPr>
          <w:rFonts w:ascii="Times New Roman" w:hAnsi="Times New Roman" w:cs="Times New Roman"/>
          <w:color w:val="1B1C1D"/>
          <w:sz w:val="28"/>
          <w:szCs w:val="28"/>
          <w:lang w:val="kk-KZ"/>
        </w:rPr>
      </w:pPr>
    </w:p>
    <w:p w14:paraId="20E2EC21" w14:textId="3148C4F1" w:rsidR="003A4ABB" w:rsidRPr="002417EA" w:rsidRDefault="00A135AE" w:rsidP="002417EA">
      <w:pPr>
        <w:spacing w:after="0" w:line="240" w:lineRule="auto"/>
        <w:jc w:val="right"/>
        <w:rPr>
          <w:rFonts w:ascii="Times New Roman" w:hAnsi="Times New Roman" w:cs="Times New Roman"/>
          <w:sz w:val="28"/>
          <w:szCs w:val="28"/>
          <w:lang w:val="kk-KZ"/>
        </w:rPr>
      </w:pPr>
      <w:r w:rsidRPr="002417EA">
        <w:rPr>
          <w:rFonts w:ascii="Times New Roman" w:hAnsi="Times New Roman" w:cs="Times New Roman"/>
          <w:noProof/>
          <w:position w:val="-68"/>
          <w:sz w:val="28"/>
          <w:szCs w:val="28"/>
        </w:rPr>
        <w:drawing>
          <wp:inline distT="0" distB="0" distL="0" distR="0" wp14:anchorId="407DA402" wp14:editId="54FB11F5">
            <wp:extent cx="2771775" cy="942975"/>
            <wp:effectExtent l="0" t="0" r="0" b="9525"/>
            <wp:docPr id="1465" name="Рисунок 1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
                    <pic:cNvPicPr>
                      <a:picLocks noChangeAspect="1" noChangeArrowheads="1"/>
                    </pic:cNvPicPr>
                  </pic:nvPicPr>
                  <pic:blipFill>
                    <a:blip r:embed="rId1892" cstate="print">
                      <a:extLst>
                        <a:ext uri="{28A0092B-C50C-407E-A947-70E740481C1C}">
                          <a14:useLocalDpi xmlns:a14="http://schemas.microsoft.com/office/drawing/2010/main" val="0"/>
                        </a:ext>
                      </a:extLst>
                    </a:blip>
                    <a:srcRect/>
                    <a:stretch>
                      <a:fillRect/>
                    </a:stretch>
                  </pic:blipFill>
                  <pic:spPr bwMode="auto">
                    <a:xfrm>
                      <a:off x="0" y="0"/>
                      <a:ext cx="2771775" cy="942975"/>
                    </a:xfrm>
                    <a:prstGeom prst="rect">
                      <a:avLst/>
                    </a:prstGeom>
                    <a:noFill/>
                    <a:ln>
                      <a:noFill/>
                    </a:ln>
                  </pic:spPr>
                </pic:pic>
              </a:graphicData>
            </a:graphic>
          </wp:inline>
        </w:drawing>
      </w:r>
      <w:r w:rsidR="003A4ABB" w:rsidRPr="002417EA">
        <w:rPr>
          <w:rFonts w:ascii="Times New Roman" w:hAnsi="Times New Roman" w:cs="Times New Roman"/>
          <w:position w:val="-34"/>
          <w:sz w:val="28"/>
          <w:szCs w:val="28"/>
          <w:lang w:val="kk-KZ"/>
        </w:rPr>
        <w:t xml:space="preserve">  </w:t>
      </w:r>
      <w:r w:rsidR="002417EA" w:rsidRPr="002417EA">
        <w:rPr>
          <w:rFonts w:ascii="Times New Roman" w:hAnsi="Times New Roman" w:cs="Times New Roman"/>
          <w:position w:val="-34"/>
          <w:sz w:val="28"/>
          <w:szCs w:val="28"/>
          <w:lang w:val="kk-KZ"/>
        </w:rPr>
        <w:t xml:space="preserve">                       </w:t>
      </w:r>
      <w:r w:rsidR="003A4ABB" w:rsidRPr="002417EA">
        <w:rPr>
          <w:rFonts w:ascii="Times New Roman" w:hAnsi="Times New Roman" w:cs="Times New Roman"/>
          <w:position w:val="-30"/>
          <w:sz w:val="28"/>
          <w:szCs w:val="28"/>
          <w:lang w:val="kk-KZ"/>
        </w:rPr>
        <w:t xml:space="preserve">     </w:t>
      </w:r>
      <w:r w:rsidRPr="002417EA">
        <w:rPr>
          <w:rFonts w:ascii="Times New Roman" w:hAnsi="Times New Roman" w:cs="Times New Roman"/>
          <w:noProof/>
          <w:position w:val="-12"/>
          <w:sz w:val="28"/>
          <w:szCs w:val="28"/>
        </w:rPr>
        <w:drawing>
          <wp:inline distT="0" distB="0" distL="0" distR="0" wp14:anchorId="2F09B8C5" wp14:editId="6882EDFF">
            <wp:extent cx="462280" cy="231140"/>
            <wp:effectExtent l="0" t="0" r="0" b="0"/>
            <wp:docPr id="1466" name="Рисунок 1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6"/>
                    <pic:cNvPicPr>
                      <a:picLocks noChangeAspect="1" noChangeArrowheads="1"/>
                    </pic:cNvPicPr>
                  </pic:nvPicPr>
                  <pic:blipFill>
                    <a:blip r:embed="rId1893" cstate="print">
                      <a:extLst>
                        <a:ext uri="{28A0092B-C50C-407E-A947-70E740481C1C}">
                          <a14:useLocalDpi xmlns:a14="http://schemas.microsoft.com/office/drawing/2010/main" val="0"/>
                        </a:ext>
                      </a:extLst>
                    </a:blip>
                    <a:srcRect/>
                    <a:stretch>
                      <a:fillRect/>
                    </a:stretch>
                  </pic:blipFill>
                  <pic:spPr bwMode="auto">
                    <a:xfrm>
                      <a:off x="0" y="0"/>
                      <a:ext cx="462280" cy="231140"/>
                    </a:xfrm>
                    <a:prstGeom prst="rect">
                      <a:avLst/>
                    </a:prstGeom>
                    <a:noFill/>
                    <a:ln>
                      <a:noFill/>
                    </a:ln>
                  </pic:spPr>
                </pic:pic>
              </a:graphicData>
            </a:graphic>
          </wp:inline>
        </w:drawing>
      </w:r>
    </w:p>
    <w:p w14:paraId="3C896270" w14:textId="77777777" w:rsidR="003A4ABB" w:rsidRPr="002417EA" w:rsidRDefault="003A4ABB" w:rsidP="002417EA">
      <w:pPr>
        <w:spacing w:after="0" w:line="240" w:lineRule="auto"/>
        <w:rPr>
          <w:rFonts w:ascii="Times New Roman" w:hAnsi="Times New Roman" w:cs="Times New Roman"/>
          <w:color w:val="1B1C1D"/>
          <w:sz w:val="28"/>
          <w:szCs w:val="28"/>
          <w:lang w:val="kk-KZ"/>
        </w:rPr>
      </w:pPr>
    </w:p>
    <w:p w14:paraId="7D924238" w14:textId="7C7CF486" w:rsidR="003A4ABB" w:rsidRPr="002417EA" w:rsidRDefault="00152387" w:rsidP="00152387">
      <w:pPr>
        <w:spacing w:after="0" w:line="240" w:lineRule="auto"/>
        <w:ind w:firstLine="567"/>
        <w:jc w:val="both"/>
        <w:rPr>
          <w:rFonts w:ascii="Times New Roman" w:hAnsi="Times New Roman" w:cs="Times New Roman"/>
          <w:position w:val="-12"/>
          <w:sz w:val="28"/>
          <w:szCs w:val="28"/>
          <w:lang w:val="kk-KZ"/>
        </w:rPr>
      </w:pPr>
      <w:r>
        <w:rPr>
          <w:rFonts w:ascii="Times New Roman" w:hAnsi="Times New Roman" w:cs="Times New Roman"/>
          <w:color w:val="1B1C1D"/>
          <w:sz w:val="28"/>
          <w:szCs w:val="28"/>
          <w:lang w:val="kk-KZ"/>
        </w:rPr>
        <w:t>(1.65), (1.68) есебінің ф</w:t>
      </w:r>
      <w:r w:rsidR="003A4ABB" w:rsidRPr="002417EA">
        <w:rPr>
          <w:rFonts w:ascii="Times New Roman" w:hAnsi="Times New Roman" w:cs="Times New Roman"/>
          <w:color w:val="1B1C1D"/>
          <w:sz w:val="28"/>
          <w:szCs w:val="28"/>
          <w:lang w:val="kk-KZ"/>
        </w:rPr>
        <w:t>редгольм</w:t>
      </w:r>
      <w:r>
        <w:rPr>
          <w:rFonts w:ascii="Times New Roman" w:hAnsi="Times New Roman" w:cs="Times New Roman"/>
          <w:color w:val="1B1C1D"/>
          <w:sz w:val="28"/>
          <w:szCs w:val="28"/>
          <w:lang w:val="kk-KZ"/>
        </w:rPr>
        <w:t>дық</w:t>
      </w:r>
      <w:r w:rsidR="003A4ABB" w:rsidRPr="002417EA">
        <w:rPr>
          <w:rFonts w:ascii="Times New Roman" w:hAnsi="Times New Roman" w:cs="Times New Roman"/>
          <w:color w:val="1B1C1D"/>
          <w:sz w:val="28"/>
          <w:szCs w:val="28"/>
          <w:lang w:val="kk-KZ"/>
        </w:rPr>
        <w:t xml:space="preserve"> қасиеті </w:t>
      </w:r>
      <w:r w:rsidR="00A135AE" w:rsidRPr="002417EA">
        <w:rPr>
          <w:rFonts w:ascii="Times New Roman" w:hAnsi="Times New Roman" w:cs="Times New Roman"/>
          <w:noProof/>
          <w:position w:val="-6"/>
          <w:sz w:val="28"/>
          <w:szCs w:val="28"/>
        </w:rPr>
        <w:drawing>
          <wp:inline distT="0" distB="0" distL="0" distR="0" wp14:anchorId="23022CEB" wp14:editId="1EEFB735">
            <wp:extent cx="414020" cy="211455"/>
            <wp:effectExtent l="0" t="0" r="5080" b="0"/>
            <wp:docPr id="1467" name="Рисунок 1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7"/>
                    <pic:cNvPicPr>
                      <a:picLocks noChangeAspect="1" noChangeArrowheads="1"/>
                    </pic:cNvPicPr>
                  </pic:nvPicPr>
                  <pic:blipFill>
                    <a:blip r:embed="rId1894" cstate="print">
                      <a:extLst>
                        <a:ext uri="{28A0092B-C50C-407E-A947-70E740481C1C}">
                          <a14:useLocalDpi xmlns:a14="http://schemas.microsoft.com/office/drawing/2010/main" val="0"/>
                        </a:ext>
                      </a:extLst>
                    </a:blip>
                    <a:srcRect/>
                    <a:stretch>
                      <a:fillRect/>
                    </a:stretch>
                  </pic:blipFill>
                  <pic:spPr bwMode="auto">
                    <a:xfrm>
                      <a:off x="0" y="0"/>
                      <a:ext cx="414020" cy="211455"/>
                    </a:xfrm>
                    <a:prstGeom prst="rect">
                      <a:avLst/>
                    </a:prstGeom>
                    <a:noFill/>
                    <a:ln>
                      <a:noFill/>
                    </a:ln>
                  </pic:spPr>
                </pic:pic>
              </a:graphicData>
            </a:graphic>
          </wp:inline>
        </w:drawing>
      </w:r>
      <w:r w:rsidR="003A4ABB" w:rsidRPr="002417EA">
        <w:rPr>
          <w:rFonts w:ascii="Times New Roman" w:hAnsi="Times New Roman" w:cs="Times New Roman"/>
          <w:position w:val="-12"/>
          <w:sz w:val="28"/>
          <w:szCs w:val="28"/>
          <w:lang w:val="kk-KZ"/>
        </w:rPr>
        <w:t xml:space="preserve"> </w:t>
      </w:r>
      <w:r w:rsidR="003A4ABB" w:rsidRPr="002417EA">
        <w:rPr>
          <w:rFonts w:ascii="Times New Roman" w:hAnsi="Times New Roman" w:cs="Times New Roman"/>
          <w:color w:val="1B1C1D"/>
          <w:sz w:val="28"/>
          <w:szCs w:val="28"/>
          <w:lang w:val="kk-KZ"/>
        </w:rPr>
        <w:t xml:space="preserve">шартына эквивалентті, </w:t>
      </w:r>
      <w:r w:rsidR="00A135AE" w:rsidRPr="002417EA">
        <w:rPr>
          <w:rFonts w:ascii="Times New Roman" w:hAnsi="Times New Roman" w:cs="Times New Roman"/>
          <w:noProof/>
          <w:position w:val="-6"/>
          <w:sz w:val="28"/>
          <w:szCs w:val="28"/>
        </w:rPr>
        <w:drawing>
          <wp:inline distT="0" distB="0" distL="0" distR="0" wp14:anchorId="2581F490" wp14:editId="71C2FDC7">
            <wp:extent cx="414020" cy="211455"/>
            <wp:effectExtent l="0" t="0" r="5080" b="0"/>
            <wp:docPr id="1468" name="Рисунок 1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8"/>
                    <pic:cNvPicPr>
                      <a:picLocks noChangeAspect="1" noChangeArrowheads="1"/>
                    </pic:cNvPicPr>
                  </pic:nvPicPr>
                  <pic:blipFill>
                    <a:blip r:embed="rId1895" cstate="print">
                      <a:extLst>
                        <a:ext uri="{28A0092B-C50C-407E-A947-70E740481C1C}">
                          <a14:useLocalDpi xmlns:a14="http://schemas.microsoft.com/office/drawing/2010/main" val="0"/>
                        </a:ext>
                      </a:extLst>
                    </a:blip>
                    <a:srcRect/>
                    <a:stretch>
                      <a:fillRect/>
                    </a:stretch>
                  </pic:blipFill>
                  <pic:spPr bwMode="auto">
                    <a:xfrm>
                      <a:off x="0" y="0"/>
                      <a:ext cx="414020" cy="211455"/>
                    </a:xfrm>
                    <a:prstGeom prst="rect">
                      <a:avLst/>
                    </a:prstGeom>
                    <a:noFill/>
                    <a:ln>
                      <a:noFill/>
                    </a:ln>
                  </pic:spPr>
                </pic:pic>
              </a:graphicData>
            </a:graphic>
          </wp:inline>
        </w:drawing>
      </w:r>
      <w:r w:rsidR="003A4ABB" w:rsidRPr="002417EA">
        <w:rPr>
          <w:rFonts w:ascii="Times New Roman" w:hAnsi="Times New Roman" w:cs="Times New Roman"/>
          <w:color w:val="1B1C1D"/>
          <w:sz w:val="28"/>
          <w:szCs w:val="28"/>
          <w:lang w:val="kk-KZ"/>
        </w:rPr>
        <w:t xml:space="preserve"> болғанда оның индексі </w:t>
      </w:r>
      <w:r w:rsidR="00A135AE" w:rsidRPr="002417EA">
        <w:rPr>
          <w:rFonts w:ascii="Times New Roman" w:hAnsi="Times New Roman" w:cs="Times New Roman"/>
          <w:noProof/>
          <w:position w:val="-6"/>
          <w:sz w:val="28"/>
          <w:szCs w:val="28"/>
        </w:rPr>
        <w:drawing>
          <wp:inline distT="0" distB="0" distL="0" distR="0" wp14:anchorId="058FECD7" wp14:editId="09B2C44B">
            <wp:extent cx="462280" cy="211455"/>
            <wp:effectExtent l="0" t="0" r="0" b="0"/>
            <wp:docPr id="1469" name="Рисунок 1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9"/>
                    <pic:cNvPicPr>
                      <a:picLocks noChangeAspect="1" noChangeArrowheads="1"/>
                    </pic:cNvPicPr>
                  </pic:nvPicPr>
                  <pic:blipFill>
                    <a:blip r:embed="rId1896" cstate="print">
                      <a:extLst>
                        <a:ext uri="{28A0092B-C50C-407E-A947-70E740481C1C}">
                          <a14:useLocalDpi xmlns:a14="http://schemas.microsoft.com/office/drawing/2010/main" val="0"/>
                        </a:ext>
                      </a:extLst>
                    </a:blip>
                    <a:srcRect/>
                    <a:stretch>
                      <a:fillRect/>
                    </a:stretch>
                  </pic:blipFill>
                  <pic:spPr bwMode="auto">
                    <a:xfrm>
                      <a:off x="0" y="0"/>
                      <a:ext cx="462280" cy="211455"/>
                    </a:xfrm>
                    <a:prstGeom prst="rect">
                      <a:avLst/>
                    </a:prstGeom>
                    <a:noFill/>
                    <a:ln>
                      <a:noFill/>
                    </a:ln>
                  </pic:spPr>
                </pic:pic>
              </a:graphicData>
            </a:graphic>
          </wp:inline>
        </w:drawing>
      </w:r>
      <w:r w:rsidR="003A4ABB" w:rsidRPr="002417EA">
        <w:rPr>
          <w:rFonts w:ascii="Times New Roman" w:hAnsi="Times New Roman" w:cs="Times New Roman"/>
          <w:color w:val="1B1C1D"/>
          <w:sz w:val="28"/>
          <w:szCs w:val="28"/>
          <w:lang w:val="kk-KZ"/>
        </w:rPr>
        <w:t xml:space="preserve"> және </w:t>
      </w:r>
      <w:r w:rsidR="00A135AE" w:rsidRPr="002417EA">
        <w:rPr>
          <w:rFonts w:ascii="Times New Roman" w:hAnsi="Times New Roman" w:cs="Times New Roman"/>
          <w:noProof/>
          <w:position w:val="-6"/>
          <w:sz w:val="28"/>
          <w:szCs w:val="28"/>
        </w:rPr>
        <w:drawing>
          <wp:inline distT="0" distB="0" distL="0" distR="0" wp14:anchorId="7D7DB43E" wp14:editId="69D77D1F">
            <wp:extent cx="414020" cy="211455"/>
            <wp:effectExtent l="0" t="0" r="5080" b="0"/>
            <wp:docPr id="1470" name="Рисунок 1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0"/>
                    <pic:cNvPicPr>
                      <a:picLocks noChangeAspect="1" noChangeArrowheads="1"/>
                    </pic:cNvPicPr>
                  </pic:nvPicPr>
                  <pic:blipFill>
                    <a:blip r:embed="rId1897" cstate="print">
                      <a:extLst>
                        <a:ext uri="{28A0092B-C50C-407E-A947-70E740481C1C}">
                          <a14:useLocalDpi xmlns:a14="http://schemas.microsoft.com/office/drawing/2010/main" val="0"/>
                        </a:ext>
                      </a:extLst>
                    </a:blip>
                    <a:srcRect/>
                    <a:stretch>
                      <a:fillRect/>
                    </a:stretch>
                  </pic:blipFill>
                  <pic:spPr bwMode="auto">
                    <a:xfrm>
                      <a:off x="0" y="0"/>
                      <a:ext cx="414020" cy="211455"/>
                    </a:xfrm>
                    <a:prstGeom prst="rect">
                      <a:avLst/>
                    </a:prstGeom>
                    <a:noFill/>
                    <a:ln>
                      <a:noFill/>
                    </a:ln>
                  </pic:spPr>
                </pic:pic>
              </a:graphicData>
            </a:graphic>
          </wp:inline>
        </w:drawing>
      </w:r>
      <w:r w:rsidR="003A4ABB" w:rsidRPr="002417EA">
        <w:rPr>
          <w:rFonts w:ascii="Times New Roman" w:hAnsi="Times New Roman" w:cs="Times New Roman"/>
          <w:color w:val="1B1C1D"/>
          <w:sz w:val="28"/>
          <w:szCs w:val="28"/>
          <w:lang w:val="kk-KZ"/>
        </w:rPr>
        <w:t xml:space="preserve"> болғанда оның индексі </w:t>
      </w:r>
      <w:r w:rsidR="00A135AE" w:rsidRPr="002417EA">
        <w:rPr>
          <w:rFonts w:ascii="Times New Roman" w:hAnsi="Times New Roman" w:cs="Times New Roman"/>
          <w:noProof/>
          <w:position w:val="-6"/>
          <w:sz w:val="28"/>
          <w:szCs w:val="28"/>
        </w:rPr>
        <w:drawing>
          <wp:inline distT="0" distB="0" distL="0" distR="0" wp14:anchorId="5A789AF2" wp14:editId="538A457E">
            <wp:extent cx="462280" cy="211455"/>
            <wp:effectExtent l="0" t="0" r="0" b="0"/>
            <wp:docPr id="1471" name="Рисунок 1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1"/>
                    <pic:cNvPicPr>
                      <a:picLocks noChangeAspect="1" noChangeArrowheads="1"/>
                    </pic:cNvPicPr>
                  </pic:nvPicPr>
                  <pic:blipFill>
                    <a:blip r:embed="rId1898" cstate="print">
                      <a:extLst>
                        <a:ext uri="{28A0092B-C50C-407E-A947-70E740481C1C}">
                          <a14:useLocalDpi xmlns:a14="http://schemas.microsoft.com/office/drawing/2010/main" val="0"/>
                        </a:ext>
                      </a:extLst>
                    </a:blip>
                    <a:srcRect/>
                    <a:stretch>
                      <a:fillRect/>
                    </a:stretch>
                  </pic:blipFill>
                  <pic:spPr bwMode="auto">
                    <a:xfrm>
                      <a:off x="0" y="0"/>
                      <a:ext cx="462280" cy="211455"/>
                    </a:xfrm>
                    <a:prstGeom prst="rect">
                      <a:avLst/>
                    </a:prstGeom>
                    <a:noFill/>
                    <a:ln>
                      <a:noFill/>
                    </a:ln>
                  </pic:spPr>
                </pic:pic>
              </a:graphicData>
            </a:graphic>
          </wp:inline>
        </w:drawing>
      </w:r>
      <w:r w:rsidR="003A4ABB" w:rsidRPr="002417EA">
        <w:rPr>
          <w:rFonts w:ascii="Times New Roman" w:hAnsi="Times New Roman" w:cs="Times New Roman"/>
          <w:position w:val="-12"/>
          <w:sz w:val="28"/>
          <w:szCs w:val="28"/>
          <w:lang w:val="kk-KZ"/>
        </w:rPr>
        <w:t xml:space="preserve"> </w:t>
      </w:r>
      <w:r w:rsidR="003A4ABB" w:rsidRPr="002417EA">
        <w:rPr>
          <w:rFonts w:ascii="Times New Roman" w:hAnsi="Times New Roman" w:cs="Times New Roman"/>
          <w:color w:val="1B1C1D"/>
          <w:sz w:val="28"/>
          <w:szCs w:val="28"/>
          <w:lang w:val="kk-KZ"/>
        </w:rPr>
        <w:t xml:space="preserve">тең. </w:t>
      </w:r>
      <w:r w:rsidR="00D0605B" w:rsidRPr="002417EA">
        <w:rPr>
          <w:rFonts w:ascii="Times New Roman" w:hAnsi="Times New Roman" w:cs="Times New Roman"/>
          <w:position w:val="-12"/>
          <w:sz w:val="28"/>
          <w:szCs w:val="28"/>
          <w:lang w:val="kk-KZ"/>
        </w:rPr>
        <w:t xml:space="preserve"> </w:t>
      </w:r>
      <w:r w:rsidR="003A4ABB" w:rsidRPr="002417EA">
        <w:rPr>
          <w:rFonts w:ascii="Times New Roman" w:hAnsi="Times New Roman" w:cs="Times New Roman"/>
          <w:color w:val="1B1C1D"/>
          <w:sz w:val="28"/>
          <w:szCs w:val="28"/>
          <w:lang w:val="kk-KZ"/>
        </w:rPr>
        <w:t xml:space="preserve">Келесі лемма көрсеткендей, бұл теоремада </w:t>
      </w:r>
      <w:r w:rsidR="00A135AE" w:rsidRPr="002417EA">
        <w:rPr>
          <w:rFonts w:ascii="Times New Roman" w:hAnsi="Times New Roman" w:cs="Times New Roman"/>
          <w:noProof/>
          <w:position w:val="-12"/>
          <w:sz w:val="28"/>
          <w:szCs w:val="28"/>
        </w:rPr>
        <w:drawing>
          <wp:inline distT="0" distB="0" distL="0" distR="0" wp14:anchorId="5FDD0975" wp14:editId="17B18B33">
            <wp:extent cx="317500" cy="231140"/>
            <wp:effectExtent l="0" t="0" r="6350" b="0"/>
            <wp:docPr id="1472" name="Рисунок 1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2"/>
                    <pic:cNvPicPr>
                      <a:picLocks noChangeAspect="1" noChangeArrowheads="1"/>
                    </pic:cNvPicPr>
                  </pic:nvPicPr>
                  <pic:blipFill>
                    <a:blip r:embed="rId1899" cstate="print">
                      <a:extLst>
                        <a:ext uri="{28A0092B-C50C-407E-A947-70E740481C1C}">
                          <a14:useLocalDpi xmlns:a14="http://schemas.microsoft.com/office/drawing/2010/main" val="0"/>
                        </a:ext>
                      </a:extLst>
                    </a:blip>
                    <a:srcRect/>
                    <a:stretch>
                      <a:fillRect/>
                    </a:stretch>
                  </pic:blipFill>
                  <pic:spPr bwMode="auto">
                    <a:xfrm>
                      <a:off x="0" y="0"/>
                      <a:ext cx="317500" cy="231140"/>
                    </a:xfrm>
                    <a:prstGeom prst="rect">
                      <a:avLst/>
                    </a:prstGeom>
                    <a:noFill/>
                    <a:ln>
                      <a:noFill/>
                    </a:ln>
                  </pic:spPr>
                </pic:pic>
              </a:graphicData>
            </a:graphic>
          </wp:inline>
        </w:drawing>
      </w:r>
      <w:r w:rsidR="003A4ABB" w:rsidRPr="002417EA">
        <w:rPr>
          <w:rFonts w:ascii="Times New Roman" w:hAnsi="Times New Roman" w:cs="Times New Roman"/>
          <w:color w:val="1B1C1D"/>
          <w:sz w:val="28"/>
          <w:szCs w:val="28"/>
          <w:lang w:val="kk-KZ"/>
        </w:rPr>
        <w:t xml:space="preserve"> жағдайына қатысты (1.90) теңдеуіндегі </w:t>
      </w:r>
      <w:r w:rsidR="00A135AE" w:rsidRPr="002417EA">
        <w:rPr>
          <w:rFonts w:ascii="Times New Roman" w:hAnsi="Times New Roman" w:cs="Times New Roman"/>
          <w:noProof/>
          <w:position w:val="-6"/>
          <w:sz w:val="28"/>
          <w:szCs w:val="28"/>
        </w:rPr>
        <w:drawing>
          <wp:inline distT="0" distB="0" distL="0" distR="0" wp14:anchorId="3DC0BBA6" wp14:editId="39966F9A">
            <wp:extent cx="134620" cy="211455"/>
            <wp:effectExtent l="0" t="0" r="0" b="0"/>
            <wp:docPr id="1473" name="Рисунок 1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3"/>
                    <pic:cNvPicPr>
                      <a:picLocks noChangeAspect="1" noChangeArrowheads="1"/>
                    </pic:cNvPicPr>
                  </pic:nvPicPr>
                  <pic:blipFill>
                    <a:blip r:embed="rId1900" cstate="print">
                      <a:extLst>
                        <a:ext uri="{28A0092B-C50C-407E-A947-70E740481C1C}">
                          <a14:useLocalDpi xmlns:a14="http://schemas.microsoft.com/office/drawing/2010/main" val="0"/>
                        </a:ext>
                      </a:extLst>
                    </a:blip>
                    <a:srcRect/>
                    <a:stretch>
                      <a:fillRect/>
                    </a:stretch>
                  </pic:blipFill>
                  <pic:spPr bwMode="auto">
                    <a:xfrm>
                      <a:off x="0" y="0"/>
                      <a:ext cx="134620" cy="211455"/>
                    </a:xfrm>
                    <a:prstGeom prst="rect">
                      <a:avLst/>
                    </a:prstGeom>
                    <a:noFill/>
                    <a:ln>
                      <a:noFill/>
                    </a:ln>
                  </pic:spPr>
                </pic:pic>
              </a:graphicData>
            </a:graphic>
          </wp:inline>
        </w:drawing>
      </w:r>
      <w:r w:rsidR="003A4ABB" w:rsidRPr="002417EA">
        <w:rPr>
          <w:rFonts w:ascii="Times New Roman" w:hAnsi="Times New Roman" w:cs="Times New Roman"/>
          <w:color w:val="1B1C1D"/>
          <w:sz w:val="28"/>
          <w:szCs w:val="28"/>
          <w:lang w:val="kk-KZ"/>
        </w:rPr>
        <w:t xml:space="preserve"> түйіндесi </w:t>
      </w:r>
      <w:r w:rsidR="00A135AE" w:rsidRPr="002417EA">
        <w:rPr>
          <w:rFonts w:ascii="Times New Roman" w:hAnsi="Times New Roman" w:cs="Times New Roman"/>
          <w:noProof/>
          <w:position w:val="-6"/>
          <w:sz w:val="28"/>
          <w:szCs w:val="28"/>
        </w:rPr>
        <w:drawing>
          <wp:inline distT="0" distB="0" distL="0" distR="0" wp14:anchorId="25EBA998" wp14:editId="48C1A4F9">
            <wp:extent cx="231140" cy="211455"/>
            <wp:effectExtent l="0" t="0" r="0" b="0"/>
            <wp:docPr id="1474" name="Рисунок 1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4"/>
                    <pic:cNvPicPr>
                      <a:picLocks noChangeAspect="1" noChangeArrowheads="1"/>
                    </pic:cNvPicPr>
                  </pic:nvPicPr>
                  <pic:blipFill>
                    <a:blip r:embed="rId1901" cstate="print">
                      <a:extLst>
                        <a:ext uri="{28A0092B-C50C-407E-A947-70E740481C1C}">
                          <a14:useLocalDpi xmlns:a14="http://schemas.microsoft.com/office/drawing/2010/main" val="0"/>
                        </a:ext>
                      </a:extLst>
                    </a:blip>
                    <a:srcRect/>
                    <a:stretch>
                      <a:fillRect/>
                    </a:stretch>
                  </pic:blipFill>
                  <pic:spPr bwMode="auto">
                    <a:xfrm>
                      <a:off x="0" y="0"/>
                      <a:ext cx="231140" cy="211455"/>
                    </a:xfrm>
                    <a:prstGeom prst="rect">
                      <a:avLst/>
                    </a:prstGeom>
                    <a:noFill/>
                    <a:ln>
                      <a:noFill/>
                    </a:ln>
                  </pic:spPr>
                </pic:pic>
              </a:graphicData>
            </a:graphic>
          </wp:inline>
        </w:drawing>
      </w:r>
      <w:r w:rsidR="003A4ABB" w:rsidRPr="002417EA">
        <w:rPr>
          <w:rFonts w:ascii="Times New Roman" w:hAnsi="Times New Roman" w:cs="Times New Roman"/>
          <w:color w:val="1B1C1D"/>
          <w:sz w:val="28"/>
          <w:szCs w:val="28"/>
          <w:lang w:val="kk-KZ"/>
        </w:rPr>
        <w:t xml:space="preserve">арқылы алмастыру қажет. </w:t>
      </w:r>
      <w:r w:rsidR="00A135AE" w:rsidRPr="002417EA">
        <w:rPr>
          <w:rFonts w:ascii="Times New Roman" w:hAnsi="Times New Roman" w:cs="Times New Roman"/>
          <w:noProof/>
          <w:position w:val="-12"/>
          <w:sz w:val="28"/>
          <w:szCs w:val="28"/>
        </w:rPr>
        <w:drawing>
          <wp:inline distT="0" distB="0" distL="0" distR="0" wp14:anchorId="5CD60156" wp14:editId="2986C9B9">
            <wp:extent cx="231140" cy="231140"/>
            <wp:effectExtent l="0" t="0" r="0" b="0"/>
            <wp:docPr id="1475" name="Рисунок 1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5"/>
                    <pic:cNvPicPr>
                      <a:picLocks noChangeAspect="1" noChangeArrowheads="1"/>
                    </pic:cNvPicPr>
                  </pic:nvPicPr>
                  <pic:blipFill>
                    <a:blip r:embed="rId1902" cstate="print">
                      <a:extLst>
                        <a:ext uri="{28A0092B-C50C-407E-A947-70E740481C1C}">
                          <a14:useLocalDpi xmlns:a14="http://schemas.microsoft.com/office/drawing/2010/main" val="0"/>
                        </a:ext>
                      </a:extLst>
                    </a:blip>
                    <a:srcRect/>
                    <a:stretch>
                      <a:fillRect/>
                    </a:stretch>
                  </pic:blipFill>
                  <pic:spPr bwMode="auto">
                    <a:xfrm>
                      <a:off x="0" y="0"/>
                      <a:ext cx="231140" cy="231140"/>
                    </a:xfrm>
                    <a:prstGeom prst="rect">
                      <a:avLst/>
                    </a:prstGeom>
                    <a:noFill/>
                    <a:ln>
                      <a:noFill/>
                    </a:ln>
                  </pic:spPr>
                </pic:pic>
              </a:graphicData>
            </a:graphic>
          </wp:inline>
        </w:drawing>
      </w:r>
      <w:r w:rsidR="003A4ABB" w:rsidRPr="002417EA">
        <w:rPr>
          <w:rFonts w:ascii="Times New Roman" w:hAnsi="Times New Roman" w:cs="Times New Roman"/>
          <w:color w:val="1B1C1D"/>
          <w:sz w:val="28"/>
          <w:szCs w:val="28"/>
          <w:lang w:val="kk-KZ"/>
        </w:rPr>
        <w:t xml:space="preserve"> және </w:t>
      </w:r>
      <w:r w:rsidR="00A135AE" w:rsidRPr="002417EA">
        <w:rPr>
          <w:rFonts w:ascii="Times New Roman" w:hAnsi="Times New Roman" w:cs="Times New Roman"/>
          <w:noProof/>
          <w:position w:val="-12"/>
          <w:sz w:val="28"/>
          <w:szCs w:val="28"/>
        </w:rPr>
        <w:drawing>
          <wp:inline distT="0" distB="0" distL="0" distR="0" wp14:anchorId="18FE2745" wp14:editId="1E23B6EC">
            <wp:extent cx="317500" cy="231140"/>
            <wp:effectExtent l="0" t="0" r="6350" b="0"/>
            <wp:docPr id="1476" name="Рисунок 1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6"/>
                    <pic:cNvPicPr>
                      <a:picLocks noChangeAspect="1" noChangeArrowheads="1"/>
                    </pic:cNvPicPr>
                  </pic:nvPicPr>
                  <pic:blipFill>
                    <a:blip r:embed="rId1903" cstate="print">
                      <a:extLst>
                        <a:ext uri="{28A0092B-C50C-407E-A947-70E740481C1C}">
                          <a14:useLocalDpi xmlns:a14="http://schemas.microsoft.com/office/drawing/2010/main" val="0"/>
                        </a:ext>
                      </a:extLst>
                    </a:blip>
                    <a:srcRect/>
                    <a:stretch>
                      <a:fillRect/>
                    </a:stretch>
                  </pic:blipFill>
                  <pic:spPr bwMode="auto">
                    <a:xfrm>
                      <a:off x="0" y="0"/>
                      <a:ext cx="317500" cy="231140"/>
                    </a:xfrm>
                    <a:prstGeom prst="rect">
                      <a:avLst/>
                    </a:prstGeom>
                    <a:noFill/>
                    <a:ln>
                      <a:noFill/>
                    </a:ln>
                  </pic:spPr>
                </pic:pic>
              </a:graphicData>
            </a:graphic>
          </wp:inline>
        </w:drawing>
      </w:r>
      <w:r w:rsidR="003A4ABB" w:rsidRPr="002417EA">
        <w:rPr>
          <w:rFonts w:ascii="Times New Roman" w:hAnsi="Times New Roman" w:cs="Times New Roman"/>
          <w:color w:val="1B1C1D"/>
          <w:sz w:val="28"/>
          <w:szCs w:val="28"/>
          <w:lang w:val="kk-KZ"/>
        </w:rPr>
        <w:t xml:space="preserve"> жұптары үшін бұл теореманың [</w:t>
      </w:r>
      <w:r w:rsidR="001B131A">
        <w:rPr>
          <w:rFonts w:ascii="Times New Roman" w:hAnsi="Times New Roman" w:cs="Times New Roman"/>
          <w:color w:val="1B1C1D"/>
          <w:sz w:val="28"/>
          <w:szCs w:val="28"/>
          <w:lang w:val="kk-KZ"/>
        </w:rPr>
        <w:t>2</w:t>
      </w:r>
      <w:r w:rsidR="003A4ABB" w:rsidRPr="002417EA">
        <w:rPr>
          <w:rFonts w:ascii="Times New Roman" w:hAnsi="Times New Roman" w:cs="Times New Roman"/>
          <w:color w:val="1B1C1D"/>
          <w:sz w:val="28"/>
          <w:szCs w:val="28"/>
          <w:lang w:val="kk-KZ"/>
        </w:rPr>
        <w:t xml:space="preserve">4]-тегі дәлелдеуі тікелей есептеулер арқылы көрсетілген. </w:t>
      </w:r>
      <w:r w:rsidR="00A135AE" w:rsidRPr="002417EA">
        <w:rPr>
          <w:rFonts w:ascii="Times New Roman" w:hAnsi="Times New Roman" w:cs="Times New Roman"/>
          <w:noProof/>
          <w:position w:val="-12"/>
          <w:sz w:val="28"/>
          <w:szCs w:val="28"/>
        </w:rPr>
        <w:drawing>
          <wp:inline distT="0" distB="0" distL="0" distR="0" wp14:anchorId="6935528A" wp14:editId="3552BF73">
            <wp:extent cx="317500" cy="231140"/>
            <wp:effectExtent l="0" t="0" r="6350" b="0"/>
            <wp:docPr id="1477" name="Рисунок 1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7"/>
                    <pic:cNvPicPr>
                      <a:picLocks noChangeAspect="1" noChangeArrowheads="1"/>
                    </pic:cNvPicPr>
                  </pic:nvPicPr>
                  <pic:blipFill>
                    <a:blip r:embed="rId1904" cstate="print">
                      <a:extLst>
                        <a:ext uri="{28A0092B-C50C-407E-A947-70E740481C1C}">
                          <a14:useLocalDpi xmlns:a14="http://schemas.microsoft.com/office/drawing/2010/main" val="0"/>
                        </a:ext>
                      </a:extLst>
                    </a:blip>
                    <a:srcRect/>
                    <a:stretch>
                      <a:fillRect/>
                    </a:stretch>
                  </pic:blipFill>
                  <pic:spPr bwMode="auto">
                    <a:xfrm>
                      <a:off x="0" y="0"/>
                      <a:ext cx="317500" cy="231140"/>
                    </a:xfrm>
                    <a:prstGeom prst="rect">
                      <a:avLst/>
                    </a:prstGeom>
                    <a:noFill/>
                    <a:ln>
                      <a:noFill/>
                    </a:ln>
                  </pic:spPr>
                </pic:pic>
              </a:graphicData>
            </a:graphic>
          </wp:inline>
        </w:drawing>
      </w:r>
      <w:r w:rsidR="003A4ABB" w:rsidRPr="002417EA">
        <w:rPr>
          <w:rFonts w:ascii="Times New Roman" w:hAnsi="Times New Roman" w:cs="Times New Roman"/>
          <w:color w:val="1B1C1D"/>
          <w:sz w:val="28"/>
          <w:szCs w:val="28"/>
          <w:lang w:val="kk-KZ"/>
        </w:rPr>
        <w:t xml:space="preserve"> жағдайында ол [</w:t>
      </w:r>
      <w:r w:rsidR="001B131A">
        <w:rPr>
          <w:rFonts w:ascii="Times New Roman" w:hAnsi="Times New Roman" w:cs="Times New Roman"/>
          <w:color w:val="1B1C1D"/>
          <w:sz w:val="28"/>
          <w:szCs w:val="28"/>
          <w:lang w:val="kk-KZ"/>
        </w:rPr>
        <w:t>2</w:t>
      </w:r>
      <w:r w:rsidR="003A4ABB" w:rsidRPr="002417EA">
        <w:rPr>
          <w:rFonts w:ascii="Times New Roman" w:hAnsi="Times New Roman" w:cs="Times New Roman"/>
          <w:color w:val="1B1C1D"/>
          <w:sz w:val="28"/>
          <w:szCs w:val="28"/>
          <w:lang w:val="kk-KZ"/>
        </w:rPr>
        <w:t>5</w:t>
      </w:r>
      <w:r w:rsidR="00375B77">
        <w:rPr>
          <w:rFonts w:ascii="Times New Roman" w:hAnsi="Times New Roman" w:cs="Times New Roman"/>
          <w:color w:val="1B1C1D"/>
          <w:sz w:val="28"/>
          <w:szCs w:val="28"/>
          <w:lang w:val="kk-KZ"/>
        </w:rPr>
        <w:t>, 2911-бетте</w:t>
      </w:r>
      <w:r w:rsidR="003A4ABB" w:rsidRPr="002417EA">
        <w:rPr>
          <w:rFonts w:ascii="Times New Roman" w:hAnsi="Times New Roman" w:cs="Times New Roman"/>
          <w:color w:val="1B1C1D"/>
          <w:sz w:val="28"/>
          <w:szCs w:val="28"/>
          <w:lang w:val="kk-KZ"/>
        </w:rPr>
        <w:t>]-тегі 1.6-шы теоремаға негізделгендіктен, аталған қателіктің себебі де осы болып табылады.</w:t>
      </w:r>
    </w:p>
    <w:p w14:paraId="6F034EE2" w14:textId="06F5F323" w:rsidR="003A4ABB" w:rsidRPr="002417EA" w:rsidRDefault="003A4ABB" w:rsidP="00F23B57">
      <w:pPr>
        <w:spacing w:after="0" w:line="240" w:lineRule="auto"/>
        <w:ind w:firstLine="567"/>
        <w:jc w:val="both"/>
        <w:rPr>
          <w:rFonts w:ascii="Times New Roman" w:hAnsi="Times New Roman" w:cs="Times New Roman"/>
          <w:color w:val="1B1C1D"/>
          <w:sz w:val="28"/>
          <w:szCs w:val="28"/>
          <w:lang w:val="kk-KZ"/>
        </w:rPr>
      </w:pPr>
      <w:r w:rsidRPr="002417EA">
        <w:rPr>
          <w:rFonts w:ascii="Times New Roman" w:hAnsi="Times New Roman" w:cs="Times New Roman"/>
          <w:b/>
          <w:color w:val="1B1C1D"/>
          <w:sz w:val="28"/>
          <w:szCs w:val="28"/>
          <w:lang w:val="kk-KZ"/>
        </w:rPr>
        <w:lastRenderedPageBreak/>
        <w:t>Лемма 1.4.</w:t>
      </w:r>
      <w:r w:rsidRPr="002417EA">
        <w:rPr>
          <w:rFonts w:ascii="Times New Roman" w:hAnsi="Times New Roman" w:cs="Times New Roman"/>
          <w:color w:val="1B1C1D"/>
          <w:sz w:val="28"/>
          <w:szCs w:val="28"/>
          <w:lang w:val="kk-KZ"/>
        </w:rPr>
        <w:t xml:space="preserve"> Айталық, </w:t>
      </w:r>
      <w:r w:rsidR="00A135AE" w:rsidRPr="002417EA">
        <w:rPr>
          <w:rFonts w:ascii="Times New Roman" w:hAnsi="Times New Roman" w:cs="Times New Roman"/>
          <w:noProof/>
          <w:position w:val="-12"/>
          <w:sz w:val="28"/>
          <w:szCs w:val="28"/>
        </w:rPr>
        <w:drawing>
          <wp:inline distT="0" distB="0" distL="0" distR="0" wp14:anchorId="3DAC551F" wp14:editId="02B5792A">
            <wp:extent cx="1328420" cy="231140"/>
            <wp:effectExtent l="0" t="0" r="5080" b="0"/>
            <wp:docPr id="1478" name="Рисунок 1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8"/>
                    <pic:cNvPicPr>
                      <a:picLocks noChangeAspect="1" noChangeArrowheads="1"/>
                    </pic:cNvPicPr>
                  </pic:nvPicPr>
                  <pic:blipFill>
                    <a:blip r:embed="rId1905" cstate="print">
                      <a:extLst>
                        <a:ext uri="{28A0092B-C50C-407E-A947-70E740481C1C}">
                          <a14:useLocalDpi xmlns:a14="http://schemas.microsoft.com/office/drawing/2010/main" val="0"/>
                        </a:ext>
                      </a:extLst>
                    </a:blip>
                    <a:srcRect/>
                    <a:stretch>
                      <a:fillRect/>
                    </a:stretch>
                  </pic:blipFill>
                  <pic:spPr bwMode="auto">
                    <a:xfrm>
                      <a:off x="0" y="0"/>
                      <a:ext cx="1328420" cy="231140"/>
                    </a:xfrm>
                    <a:prstGeom prst="rect">
                      <a:avLst/>
                    </a:prstGeom>
                    <a:noFill/>
                    <a:ln>
                      <a:noFill/>
                    </a:ln>
                  </pic:spPr>
                </pic:pic>
              </a:graphicData>
            </a:graphic>
          </wp:inline>
        </w:drawing>
      </w:r>
      <w:r w:rsidRPr="002417EA">
        <w:rPr>
          <w:rFonts w:ascii="Times New Roman" w:hAnsi="Times New Roman" w:cs="Times New Roman"/>
          <w:position w:val="-12"/>
          <w:sz w:val="28"/>
          <w:szCs w:val="28"/>
          <w:lang w:val="kk-KZ"/>
        </w:rPr>
        <w:t xml:space="preserve"> </w:t>
      </w:r>
      <w:r w:rsidRPr="002417EA">
        <w:rPr>
          <w:rFonts w:ascii="Times New Roman" w:hAnsi="Times New Roman" w:cs="Times New Roman"/>
          <w:color w:val="1B1C1D"/>
          <w:sz w:val="28"/>
          <w:szCs w:val="28"/>
          <w:lang w:val="kk-KZ"/>
        </w:rPr>
        <w:t xml:space="preserve">болсын, мұндағы </w:t>
      </w:r>
      <w:r w:rsidR="00A135AE" w:rsidRPr="002417EA">
        <w:rPr>
          <w:rFonts w:ascii="Times New Roman" w:hAnsi="Times New Roman" w:cs="Times New Roman"/>
          <w:noProof/>
          <w:position w:val="-6"/>
          <w:sz w:val="28"/>
          <w:szCs w:val="28"/>
        </w:rPr>
        <w:drawing>
          <wp:inline distT="0" distB="0" distL="0" distR="0" wp14:anchorId="174A49B3" wp14:editId="234E489B">
            <wp:extent cx="529590" cy="211455"/>
            <wp:effectExtent l="0" t="0" r="3810" b="0"/>
            <wp:docPr id="1479" name="Рисунок 1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9"/>
                    <pic:cNvPicPr>
                      <a:picLocks noChangeAspect="1" noChangeArrowheads="1"/>
                    </pic:cNvPicPr>
                  </pic:nvPicPr>
                  <pic:blipFill>
                    <a:blip r:embed="rId1906" cstate="print">
                      <a:extLst>
                        <a:ext uri="{28A0092B-C50C-407E-A947-70E740481C1C}">
                          <a14:useLocalDpi xmlns:a14="http://schemas.microsoft.com/office/drawing/2010/main" val="0"/>
                        </a:ext>
                      </a:extLst>
                    </a:blip>
                    <a:srcRect/>
                    <a:stretch>
                      <a:fillRect/>
                    </a:stretch>
                  </pic:blipFill>
                  <pic:spPr bwMode="auto">
                    <a:xfrm>
                      <a:off x="0" y="0"/>
                      <a:ext cx="529590" cy="211455"/>
                    </a:xfrm>
                    <a:prstGeom prst="rect">
                      <a:avLst/>
                    </a:prstGeom>
                    <a:noFill/>
                    <a:ln>
                      <a:noFill/>
                    </a:ln>
                  </pic:spPr>
                </pic:pic>
              </a:graphicData>
            </a:graphic>
          </wp:inline>
        </w:drawing>
      </w:r>
      <w:r w:rsidRPr="002417EA">
        <w:rPr>
          <w:rFonts w:ascii="Times New Roman" w:hAnsi="Times New Roman" w:cs="Times New Roman"/>
          <w:color w:val="1B1C1D"/>
          <w:sz w:val="28"/>
          <w:szCs w:val="28"/>
          <w:lang w:val="kk-KZ"/>
        </w:rPr>
        <w:t xml:space="preserve"> және </w:t>
      </w:r>
      <w:r w:rsidR="00A135AE" w:rsidRPr="002417EA">
        <w:rPr>
          <w:rFonts w:ascii="Times New Roman" w:hAnsi="Times New Roman" w:cs="Times New Roman"/>
          <w:noProof/>
          <w:position w:val="-6"/>
          <w:sz w:val="28"/>
          <w:szCs w:val="28"/>
        </w:rPr>
        <w:drawing>
          <wp:inline distT="0" distB="0" distL="0" distR="0" wp14:anchorId="17FA1DCA" wp14:editId="6AB64958">
            <wp:extent cx="384810" cy="211455"/>
            <wp:effectExtent l="0" t="0" r="0" b="0"/>
            <wp:docPr id="1480" name="Рисунок 1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0"/>
                    <pic:cNvPicPr>
                      <a:picLocks noChangeAspect="1" noChangeArrowheads="1"/>
                    </pic:cNvPicPr>
                  </pic:nvPicPr>
                  <pic:blipFill>
                    <a:blip r:embed="rId1907" cstate="print">
                      <a:extLst>
                        <a:ext uri="{28A0092B-C50C-407E-A947-70E740481C1C}">
                          <a14:useLocalDpi xmlns:a14="http://schemas.microsoft.com/office/drawing/2010/main" val="0"/>
                        </a:ext>
                      </a:extLst>
                    </a:blip>
                    <a:srcRect/>
                    <a:stretch>
                      <a:fillRect/>
                    </a:stretch>
                  </pic:blipFill>
                  <pic:spPr bwMode="auto">
                    <a:xfrm>
                      <a:off x="0" y="0"/>
                      <a:ext cx="384810" cy="211455"/>
                    </a:xfrm>
                    <a:prstGeom prst="rect">
                      <a:avLst/>
                    </a:prstGeom>
                    <a:noFill/>
                    <a:ln>
                      <a:noFill/>
                    </a:ln>
                  </pic:spPr>
                </pic:pic>
              </a:graphicData>
            </a:graphic>
          </wp:inline>
        </w:drawing>
      </w:r>
      <w:r w:rsidRPr="002417EA">
        <w:rPr>
          <w:rFonts w:ascii="Times New Roman" w:hAnsi="Times New Roman" w:cs="Times New Roman"/>
          <w:color w:val="1B1C1D"/>
          <w:sz w:val="28"/>
          <w:szCs w:val="28"/>
          <w:lang w:val="kk-KZ"/>
        </w:rPr>
        <w:t>. Онда (1.65), (1.68) есебінің Фредгольм қасиеті келесі шартқа эквивалентті</w:t>
      </w:r>
    </w:p>
    <w:p w14:paraId="6CF62DB5" w14:textId="77777777" w:rsidR="003A4ABB" w:rsidRPr="002417EA" w:rsidRDefault="003A4ABB" w:rsidP="002417EA">
      <w:pPr>
        <w:spacing w:after="0" w:line="240" w:lineRule="auto"/>
        <w:rPr>
          <w:rFonts w:ascii="Times New Roman" w:hAnsi="Times New Roman" w:cs="Times New Roman"/>
          <w:color w:val="1B1C1D"/>
          <w:sz w:val="28"/>
          <w:szCs w:val="28"/>
          <w:lang w:val="kk-KZ"/>
        </w:rPr>
      </w:pPr>
    </w:p>
    <w:p w14:paraId="3B447177" w14:textId="06A16844" w:rsidR="003A4ABB" w:rsidRPr="002417EA" w:rsidRDefault="00A135AE" w:rsidP="002417EA">
      <w:pPr>
        <w:spacing w:after="0" w:line="240" w:lineRule="auto"/>
        <w:jc w:val="right"/>
        <w:rPr>
          <w:rFonts w:ascii="Times New Roman" w:hAnsi="Times New Roman" w:cs="Times New Roman"/>
          <w:sz w:val="28"/>
          <w:szCs w:val="28"/>
          <w:lang w:val="kk-KZ"/>
        </w:rPr>
      </w:pPr>
      <w:r w:rsidRPr="002417EA">
        <w:rPr>
          <w:rFonts w:ascii="Times New Roman" w:hAnsi="Times New Roman" w:cs="Times New Roman"/>
          <w:noProof/>
          <w:position w:val="-14"/>
          <w:sz w:val="28"/>
          <w:szCs w:val="28"/>
        </w:rPr>
        <w:drawing>
          <wp:inline distT="0" distB="0" distL="0" distR="0" wp14:anchorId="715585FA" wp14:editId="1E719658">
            <wp:extent cx="1607185" cy="317500"/>
            <wp:effectExtent l="0" t="0" r="0" b="6350"/>
            <wp:docPr id="1481" name="Рисунок 1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1"/>
                    <pic:cNvPicPr>
                      <a:picLocks noChangeAspect="1" noChangeArrowheads="1"/>
                    </pic:cNvPicPr>
                  </pic:nvPicPr>
                  <pic:blipFill>
                    <a:blip r:embed="rId1908" cstate="print">
                      <a:extLst>
                        <a:ext uri="{28A0092B-C50C-407E-A947-70E740481C1C}">
                          <a14:useLocalDpi xmlns:a14="http://schemas.microsoft.com/office/drawing/2010/main" val="0"/>
                        </a:ext>
                      </a:extLst>
                    </a:blip>
                    <a:srcRect/>
                    <a:stretch>
                      <a:fillRect/>
                    </a:stretch>
                  </pic:blipFill>
                  <pic:spPr bwMode="auto">
                    <a:xfrm>
                      <a:off x="0" y="0"/>
                      <a:ext cx="1607185" cy="317500"/>
                    </a:xfrm>
                    <a:prstGeom prst="rect">
                      <a:avLst/>
                    </a:prstGeom>
                    <a:noFill/>
                    <a:ln>
                      <a:noFill/>
                    </a:ln>
                  </pic:spPr>
                </pic:pic>
              </a:graphicData>
            </a:graphic>
          </wp:inline>
        </w:drawing>
      </w:r>
      <w:r w:rsidR="003A4ABB" w:rsidRPr="002417EA">
        <w:rPr>
          <w:rFonts w:ascii="Times New Roman" w:hAnsi="Times New Roman" w:cs="Times New Roman"/>
          <w:position w:val="-6"/>
          <w:sz w:val="28"/>
          <w:szCs w:val="28"/>
          <w:lang w:val="kk-KZ"/>
        </w:rPr>
        <w:t xml:space="preserve">          </w:t>
      </w:r>
      <w:r w:rsidR="003A4ABB" w:rsidRPr="002417EA">
        <w:rPr>
          <w:rFonts w:ascii="Times New Roman" w:hAnsi="Times New Roman" w:cs="Times New Roman"/>
          <w:position w:val="-34"/>
          <w:sz w:val="28"/>
          <w:szCs w:val="28"/>
          <w:lang w:val="kk-KZ"/>
        </w:rPr>
        <w:t xml:space="preserve">                </w:t>
      </w:r>
      <w:r w:rsidR="003A4ABB" w:rsidRPr="002417EA">
        <w:rPr>
          <w:rFonts w:ascii="Times New Roman" w:hAnsi="Times New Roman" w:cs="Times New Roman"/>
          <w:position w:val="-30"/>
          <w:sz w:val="28"/>
          <w:szCs w:val="28"/>
          <w:lang w:val="kk-KZ"/>
        </w:rPr>
        <w:t xml:space="preserve">                           </w:t>
      </w:r>
      <w:r w:rsidR="003A4ABB" w:rsidRPr="002417EA">
        <w:rPr>
          <w:rFonts w:ascii="Times New Roman" w:hAnsi="Times New Roman" w:cs="Times New Roman"/>
          <w:sz w:val="28"/>
          <w:szCs w:val="28"/>
          <w:lang w:val="kk-KZ"/>
        </w:rPr>
        <w:t>(1.91)</w:t>
      </w:r>
    </w:p>
    <w:p w14:paraId="4BC1ADAF" w14:textId="77777777" w:rsidR="003A4ABB" w:rsidRPr="002417EA" w:rsidRDefault="003A4ABB" w:rsidP="002417EA">
      <w:pPr>
        <w:spacing w:after="0" w:line="240" w:lineRule="auto"/>
        <w:rPr>
          <w:rFonts w:ascii="Times New Roman" w:hAnsi="Times New Roman" w:cs="Times New Roman"/>
          <w:color w:val="1B1C1D"/>
          <w:sz w:val="28"/>
          <w:szCs w:val="28"/>
          <w:lang w:val="kk-KZ"/>
        </w:rPr>
      </w:pPr>
    </w:p>
    <w:p w14:paraId="6030E90A" w14:textId="77777777" w:rsidR="003A4ABB" w:rsidRPr="002417EA" w:rsidRDefault="003A4ABB" w:rsidP="002417EA">
      <w:pPr>
        <w:spacing w:after="0" w:line="240" w:lineRule="auto"/>
        <w:rPr>
          <w:rFonts w:ascii="Times New Roman" w:hAnsi="Times New Roman" w:cs="Times New Roman"/>
          <w:color w:val="1B1C1D"/>
          <w:sz w:val="28"/>
          <w:szCs w:val="28"/>
          <w:lang w:val="kk-KZ"/>
        </w:rPr>
      </w:pPr>
      <w:r w:rsidRPr="002417EA">
        <w:rPr>
          <w:rFonts w:ascii="Times New Roman" w:hAnsi="Times New Roman" w:cs="Times New Roman"/>
          <w:color w:val="1B1C1D"/>
          <w:sz w:val="28"/>
          <w:szCs w:val="28"/>
          <w:lang w:val="kk-KZ"/>
        </w:rPr>
        <w:t>және оның индексі келесі формуламен беріледі:</w:t>
      </w:r>
    </w:p>
    <w:p w14:paraId="4F691600" w14:textId="77777777" w:rsidR="003A4ABB" w:rsidRPr="002417EA" w:rsidRDefault="003A4ABB" w:rsidP="002417EA">
      <w:pPr>
        <w:spacing w:after="0" w:line="240" w:lineRule="auto"/>
        <w:rPr>
          <w:rFonts w:ascii="Times New Roman" w:hAnsi="Times New Roman" w:cs="Times New Roman"/>
          <w:color w:val="1B1C1D"/>
          <w:sz w:val="28"/>
          <w:szCs w:val="28"/>
          <w:lang w:val="kk-KZ"/>
        </w:rPr>
      </w:pPr>
    </w:p>
    <w:p w14:paraId="0D7DD106" w14:textId="5CBD6428" w:rsidR="003A4ABB" w:rsidRPr="002417EA" w:rsidRDefault="00A135AE" w:rsidP="002417EA">
      <w:pPr>
        <w:spacing w:after="0" w:line="240" w:lineRule="auto"/>
        <w:jc w:val="right"/>
        <w:rPr>
          <w:rFonts w:ascii="Times New Roman" w:hAnsi="Times New Roman" w:cs="Times New Roman"/>
          <w:color w:val="1B1C1D"/>
          <w:sz w:val="28"/>
          <w:szCs w:val="28"/>
          <w:lang w:val="kk-KZ"/>
        </w:rPr>
      </w:pPr>
      <w:r w:rsidRPr="002417EA">
        <w:rPr>
          <w:rFonts w:ascii="Times New Roman" w:hAnsi="Times New Roman" w:cs="Times New Roman"/>
          <w:noProof/>
          <w:position w:val="-36"/>
          <w:sz w:val="28"/>
          <w:szCs w:val="28"/>
        </w:rPr>
        <w:drawing>
          <wp:inline distT="0" distB="0" distL="0" distR="0" wp14:anchorId="7901BF7A" wp14:editId="3848D26D">
            <wp:extent cx="1125855" cy="529590"/>
            <wp:effectExtent l="0" t="0" r="0" b="3810"/>
            <wp:docPr id="1482" name="Рисунок 1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2"/>
                    <pic:cNvPicPr>
                      <a:picLocks noChangeAspect="1" noChangeArrowheads="1"/>
                    </pic:cNvPicPr>
                  </pic:nvPicPr>
                  <pic:blipFill>
                    <a:blip r:embed="rId1909" cstate="print">
                      <a:extLst>
                        <a:ext uri="{28A0092B-C50C-407E-A947-70E740481C1C}">
                          <a14:useLocalDpi xmlns:a14="http://schemas.microsoft.com/office/drawing/2010/main" val="0"/>
                        </a:ext>
                      </a:extLst>
                    </a:blip>
                    <a:srcRect/>
                    <a:stretch>
                      <a:fillRect/>
                    </a:stretch>
                  </pic:blipFill>
                  <pic:spPr bwMode="auto">
                    <a:xfrm>
                      <a:off x="0" y="0"/>
                      <a:ext cx="1125855" cy="529590"/>
                    </a:xfrm>
                    <a:prstGeom prst="rect">
                      <a:avLst/>
                    </a:prstGeom>
                    <a:noFill/>
                    <a:ln>
                      <a:noFill/>
                    </a:ln>
                  </pic:spPr>
                </pic:pic>
              </a:graphicData>
            </a:graphic>
          </wp:inline>
        </w:drawing>
      </w:r>
      <w:r w:rsidR="003A4ABB" w:rsidRPr="002417EA">
        <w:rPr>
          <w:rFonts w:ascii="Times New Roman" w:hAnsi="Times New Roman" w:cs="Times New Roman"/>
          <w:position w:val="-6"/>
          <w:sz w:val="28"/>
          <w:szCs w:val="28"/>
          <w:lang w:val="kk-KZ"/>
        </w:rPr>
        <w:t xml:space="preserve">          </w:t>
      </w:r>
      <w:r w:rsidR="003A4ABB" w:rsidRPr="002417EA">
        <w:rPr>
          <w:rFonts w:ascii="Times New Roman" w:hAnsi="Times New Roman" w:cs="Times New Roman"/>
          <w:position w:val="-34"/>
          <w:sz w:val="28"/>
          <w:szCs w:val="28"/>
          <w:lang w:val="kk-KZ"/>
        </w:rPr>
        <w:t xml:space="preserve">                       </w:t>
      </w:r>
      <w:r w:rsidR="003A4ABB" w:rsidRPr="002417EA">
        <w:rPr>
          <w:rFonts w:ascii="Times New Roman" w:hAnsi="Times New Roman" w:cs="Times New Roman"/>
          <w:position w:val="-30"/>
          <w:sz w:val="28"/>
          <w:szCs w:val="28"/>
          <w:lang w:val="kk-KZ"/>
        </w:rPr>
        <w:t xml:space="preserve">                           </w:t>
      </w:r>
      <w:r w:rsidR="003A4ABB" w:rsidRPr="002417EA">
        <w:rPr>
          <w:rFonts w:ascii="Times New Roman" w:hAnsi="Times New Roman" w:cs="Times New Roman"/>
          <w:sz w:val="28"/>
          <w:szCs w:val="28"/>
          <w:lang w:val="kk-KZ"/>
        </w:rPr>
        <w:t>(1.92)</w:t>
      </w:r>
    </w:p>
    <w:p w14:paraId="2EC8908C" w14:textId="77777777" w:rsidR="003A4ABB" w:rsidRPr="002417EA" w:rsidRDefault="003A4ABB" w:rsidP="002417EA">
      <w:pPr>
        <w:spacing w:after="0" w:line="240" w:lineRule="auto"/>
        <w:rPr>
          <w:rFonts w:ascii="Times New Roman" w:hAnsi="Times New Roman" w:cs="Times New Roman"/>
          <w:color w:val="1B1C1D"/>
          <w:sz w:val="28"/>
          <w:szCs w:val="28"/>
          <w:lang w:val="kk-KZ"/>
        </w:rPr>
      </w:pPr>
    </w:p>
    <w:p w14:paraId="5F5E1BA1" w14:textId="77777777" w:rsidR="003A4ABB" w:rsidRPr="002417EA" w:rsidRDefault="003A4ABB" w:rsidP="002417EA">
      <w:pPr>
        <w:spacing w:after="0" w:line="240" w:lineRule="auto"/>
        <w:rPr>
          <w:rFonts w:ascii="Times New Roman" w:hAnsi="Times New Roman" w:cs="Times New Roman"/>
          <w:color w:val="1B1C1D"/>
          <w:sz w:val="28"/>
          <w:szCs w:val="28"/>
          <w:lang w:val="kk-KZ"/>
        </w:rPr>
      </w:pPr>
      <w:r w:rsidRPr="002417EA">
        <w:rPr>
          <w:rFonts w:ascii="Times New Roman" w:hAnsi="Times New Roman" w:cs="Times New Roman"/>
          <w:color w:val="1B1C1D"/>
          <w:sz w:val="28"/>
          <w:szCs w:val="28"/>
          <w:lang w:val="kk-KZ"/>
        </w:rPr>
        <w:t>Дәлелдеуі. (1.78) функциясының келесі қасиетке ие екендігін тексеру оңай:</w:t>
      </w:r>
    </w:p>
    <w:p w14:paraId="3856E859" w14:textId="77777777" w:rsidR="003A4ABB" w:rsidRPr="002417EA" w:rsidRDefault="003A4ABB" w:rsidP="002417EA">
      <w:pPr>
        <w:spacing w:after="0" w:line="240" w:lineRule="auto"/>
        <w:rPr>
          <w:rFonts w:ascii="Times New Roman" w:hAnsi="Times New Roman" w:cs="Times New Roman"/>
          <w:color w:val="1B1C1D"/>
          <w:sz w:val="28"/>
          <w:szCs w:val="28"/>
          <w:lang w:val="kk-KZ"/>
        </w:rPr>
      </w:pPr>
    </w:p>
    <w:p w14:paraId="791C77A5" w14:textId="42F6EC67" w:rsidR="003A4ABB" w:rsidRPr="002417EA" w:rsidRDefault="00A135AE" w:rsidP="002417EA">
      <w:pPr>
        <w:spacing w:after="0" w:line="240" w:lineRule="auto"/>
        <w:jc w:val="center"/>
        <w:rPr>
          <w:rFonts w:ascii="Times New Roman" w:hAnsi="Times New Roman" w:cs="Times New Roman"/>
          <w:color w:val="1B1C1D"/>
          <w:sz w:val="28"/>
          <w:szCs w:val="28"/>
          <w:lang w:val="kk-KZ"/>
        </w:rPr>
      </w:pPr>
      <w:r w:rsidRPr="002417EA">
        <w:rPr>
          <w:rFonts w:ascii="Times New Roman" w:hAnsi="Times New Roman" w:cs="Times New Roman"/>
          <w:noProof/>
          <w:position w:val="-12"/>
          <w:sz w:val="28"/>
          <w:szCs w:val="28"/>
        </w:rPr>
        <w:drawing>
          <wp:inline distT="0" distB="0" distL="0" distR="0" wp14:anchorId="531BAEAB" wp14:editId="0EBB4FF4">
            <wp:extent cx="1828800" cy="231140"/>
            <wp:effectExtent l="0" t="0" r="0" b="0"/>
            <wp:docPr id="1483" name="Рисунок 1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3"/>
                    <pic:cNvPicPr>
                      <a:picLocks noChangeAspect="1" noChangeArrowheads="1"/>
                    </pic:cNvPicPr>
                  </pic:nvPicPr>
                  <pic:blipFill>
                    <a:blip r:embed="rId1910" cstate="print">
                      <a:extLst>
                        <a:ext uri="{28A0092B-C50C-407E-A947-70E740481C1C}">
                          <a14:useLocalDpi xmlns:a14="http://schemas.microsoft.com/office/drawing/2010/main" val="0"/>
                        </a:ext>
                      </a:extLst>
                    </a:blip>
                    <a:srcRect/>
                    <a:stretch>
                      <a:fillRect/>
                    </a:stretch>
                  </pic:blipFill>
                  <pic:spPr bwMode="auto">
                    <a:xfrm>
                      <a:off x="0" y="0"/>
                      <a:ext cx="1828800" cy="231140"/>
                    </a:xfrm>
                    <a:prstGeom prst="rect">
                      <a:avLst/>
                    </a:prstGeom>
                    <a:noFill/>
                    <a:ln>
                      <a:noFill/>
                    </a:ln>
                  </pic:spPr>
                </pic:pic>
              </a:graphicData>
            </a:graphic>
          </wp:inline>
        </w:drawing>
      </w:r>
    </w:p>
    <w:p w14:paraId="5426E290" w14:textId="77777777" w:rsidR="003A4ABB" w:rsidRPr="002417EA" w:rsidRDefault="003A4ABB" w:rsidP="002417EA">
      <w:pPr>
        <w:spacing w:after="0" w:line="240" w:lineRule="auto"/>
        <w:rPr>
          <w:rFonts w:ascii="Times New Roman" w:hAnsi="Times New Roman" w:cs="Times New Roman"/>
          <w:color w:val="1B1C1D"/>
          <w:sz w:val="28"/>
          <w:szCs w:val="28"/>
          <w:lang w:val="kk-KZ"/>
        </w:rPr>
      </w:pPr>
    </w:p>
    <w:p w14:paraId="72CE7E42" w14:textId="49F1C2E9" w:rsidR="003A4ABB" w:rsidRPr="002417EA" w:rsidRDefault="003A4ABB" w:rsidP="002417EA">
      <w:pPr>
        <w:spacing w:after="0" w:line="240" w:lineRule="auto"/>
        <w:jc w:val="both"/>
        <w:rPr>
          <w:rFonts w:ascii="Times New Roman" w:hAnsi="Times New Roman" w:cs="Times New Roman"/>
          <w:color w:val="1B1C1D"/>
          <w:sz w:val="28"/>
          <w:szCs w:val="28"/>
          <w:lang w:val="kk-KZ"/>
        </w:rPr>
      </w:pPr>
      <w:r w:rsidRPr="002417EA">
        <w:rPr>
          <w:rFonts w:ascii="Times New Roman" w:hAnsi="Times New Roman" w:cs="Times New Roman"/>
          <w:color w:val="1B1C1D"/>
          <w:sz w:val="28"/>
          <w:szCs w:val="28"/>
          <w:lang w:val="kk-KZ"/>
        </w:rPr>
        <w:t xml:space="preserve">Сондықтан, қарастырылып отырған жағдайда, </w:t>
      </w:r>
      <w:r w:rsidR="00A135AE" w:rsidRPr="002417EA">
        <w:rPr>
          <w:rFonts w:ascii="Times New Roman" w:hAnsi="Times New Roman" w:cs="Times New Roman"/>
          <w:noProof/>
          <w:position w:val="-6"/>
          <w:sz w:val="28"/>
          <w:szCs w:val="28"/>
        </w:rPr>
        <w:drawing>
          <wp:inline distT="0" distB="0" distL="0" distR="0" wp14:anchorId="6808BFFE" wp14:editId="0CBD0191">
            <wp:extent cx="596900" cy="211455"/>
            <wp:effectExtent l="0" t="0" r="0" b="0"/>
            <wp:docPr id="1484" name="Рисунок 1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4"/>
                    <pic:cNvPicPr>
                      <a:picLocks noChangeAspect="1" noChangeArrowheads="1"/>
                    </pic:cNvPicPr>
                  </pic:nvPicPr>
                  <pic:blipFill>
                    <a:blip r:embed="rId1911" cstate="print">
                      <a:extLst>
                        <a:ext uri="{28A0092B-C50C-407E-A947-70E740481C1C}">
                          <a14:useLocalDpi xmlns:a14="http://schemas.microsoft.com/office/drawing/2010/main" val="0"/>
                        </a:ext>
                      </a:extLst>
                    </a:blip>
                    <a:srcRect/>
                    <a:stretch>
                      <a:fillRect/>
                    </a:stretch>
                  </pic:blipFill>
                  <pic:spPr bwMode="auto">
                    <a:xfrm>
                      <a:off x="0" y="0"/>
                      <a:ext cx="596900" cy="211455"/>
                    </a:xfrm>
                    <a:prstGeom prst="rect">
                      <a:avLst/>
                    </a:prstGeom>
                    <a:noFill/>
                    <a:ln>
                      <a:noFill/>
                    </a:ln>
                  </pic:spPr>
                </pic:pic>
              </a:graphicData>
            </a:graphic>
          </wp:inline>
        </w:drawing>
      </w:r>
      <w:r w:rsidRPr="002417EA">
        <w:rPr>
          <w:rFonts w:ascii="Times New Roman" w:hAnsi="Times New Roman" w:cs="Times New Roman"/>
          <w:position w:val="-6"/>
          <w:sz w:val="28"/>
          <w:szCs w:val="28"/>
          <w:lang w:val="kk-KZ"/>
        </w:rPr>
        <w:t xml:space="preserve"> </w:t>
      </w:r>
      <w:r w:rsidRPr="002417EA">
        <w:rPr>
          <w:rFonts w:ascii="Times New Roman" w:hAnsi="Times New Roman" w:cs="Times New Roman"/>
          <w:color w:val="1B1C1D"/>
          <w:sz w:val="28"/>
          <w:szCs w:val="28"/>
          <w:lang w:val="kk-KZ"/>
        </w:rPr>
        <w:t>болғанда, (1.69) теңдігі келесі түрге ие болады:</w:t>
      </w:r>
    </w:p>
    <w:p w14:paraId="76CEA2E8" w14:textId="77777777" w:rsidR="003A4ABB" w:rsidRPr="002417EA" w:rsidRDefault="003A4ABB" w:rsidP="002417EA">
      <w:pPr>
        <w:spacing w:after="0" w:line="240" w:lineRule="auto"/>
        <w:jc w:val="both"/>
        <w:rPr>
          <w:rFonts w:ascii="Times New Roman" w:hAnsi="Times New Roman" w:cs="Times New Roman"/>
          <w:color w:val="1B1C1D"/>
          <w:sz w:val="28"/>
          <w:szCs w:val="28"/>
          <w:lang w:val="kk-KZ"/>
        </w:rPr>
      </w:pPr>
    </w:p>
    <w:p w14:paraId="704CA513" w14:textId="335EA409" w:rsidR="003A4ABB" w:rsidRPr="002417EA" w:rsidRDefault="00A135AE" w:rsidP="002417EA">
      <w:pPr>
        <w:spacing w:after="0" w:line="240" w:lineRule="auto"/>
        <w:jc w:val="right"/>
        <w:rPr>
          <w:rFonts w:ascii="Times New Roman" w:hAnsi="Times New Roman" w:cs="Times New Roman"/>
          <w:sz w:val="28"/>
          <w:szCs w:val="28"/>
          <w:lang w:val="kk-KZ"/>
        </w:rPr>
      </w:pPr>
      <w:r w:rsidRPr="002417EA">
        <w:rPr>
          <w:rFonts w:ascii="Times New Roman" w:hAnsi="Times New Roman" w:cs="Times New Roman"/>
          <w:noProof/>
          <w:position w:val="-34"/>
          <w:sz w:val="28"/>
          <w:szCs w:val="28"/>
        </w:rPr>
        <w:drawing>
          <wp:inline distT="0" distB="0" distL="0" distR="0" wp14:anchorId="32BA665D" wp14:editId="12A73310">
            <wp:extent cx="3435985" cy="529590"/>
            <wp:effectExtent l="0" t="0" r="0" b="3810"/>
            <wp:docPr id="1485" name="Рисунок 1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5"/>
                    <pic:cNvPicPr>
                      <a:picLocks noChangeAspect="1" noChangeArrowheads="1"/>
                    </pic:cNvPicPr>
                  </pic:nvPicPr>
                  <pic:blipFill>
                    <a:blip r:embed="rId1912" cstate="print">
                      <a:extLst>
                        <a:ext uri="{28A0092B-C50C-407E-A947-70E740481C1C}">
                          <a14:useLocalDpi xmlns:a14="http://schemas.microsoft.com/office/drawing/2010/main" val="0"/>
                        </a:ext>
                      </a:extLst>
                    </a:blip>
                    <a:srcRect/>
                    <a:stretch>
                      <a:fillRect/>
                    </a:stretch>
                  </pic:blipFill>
                  <pic:spPr bwMode="auto">
                    <a:xfrm>
                      <a:off x="0" y="0"/>
                      <a:ext cx="3435985" cy="529590"/>
                    </a:xfrm>
                    <a:prstGeom prst="rect">
                      <a:avLst/>
                    </a:prstGeom>
                    <a:noFill/>
                    <a:ln>
                      <a:noFill/>
                    </a:ln>
                  </pic:spPr>
                </pic:pic>
              </a:graphicData>
            </a:graphic>
          </wp:inline>
        </w:drawing>
      </w:r>
      <w:r w:rsidR="003A4ABB" w:rsidRPr="002417EA">
        <w:rPr>
          <w:rFonts w:ascii="Times New Roman" w:hAnsi="Times New Roman" w:cs="Times New Roman"/>
          <w:position w:val="-6"/>
          <w:sz w:val="28"/>
          <w:szCs w:val="28"/>
          <w:lang w:val="kk-KZ"/>
        </w:rPr>
        <w:t xml:space="preserve">  </w:t>
      </w:r>
      <w:r w:rsidR="003A4ABB" w:rsidRPr="002417EA">
        <w:rPr>
          <w:rFonts w:ascii="Times New Roman" w:hAnsi="Times New Roman" w:cs="Times New Roman"/>
          <w:position w:val="-34"/>
          <w:sz w:val="28"/>
          <w:szCs w:val="28"/>
          <w:lang w:val="kk-KZ"/>
        </w:rPr>
        <w:t xml:space="preserve">     </w:t>
      </w:r>
      <w:r w:rsidR="003A4ABB" w:rsidRPr="002417EA">
        <w:rPr>
          <w:rFonts w:ascii="Times New Roman" w:hAnsi="Times New Roman" w:cs="Times New Roman"/>
          <w:position w:val="-30"/>
          <w:sz w:val="28"/>
          <w:szCs w:val="28"/>
          <w:lang w:val="kk-KZ"/>
        </w:rPr>
        <w:t xml:space="preserve">                </w:t>
      </w:r>
      <w:r w:rsidR="003A4ABB" w:rsidRPr="002417EA">
        <w:rPr>
          <w:rFonts w:ascii="Times New Roman" w:hAnsi="Times New Roman" w:cs="Times New Roman"/>
          <w:sz w:val="28"/>
          <w:szCs w:val="28"/>
          <w:lang w:val="kk-KZ"/>
        </w:rPr>
        <w:t>(1.93)</w:t>
      </w:r>
    </w:p>
    <w:p w14:paraId="4765C16A" w14:textId="77777777" w:rsidR="003A4ABB" w:rsidRPr="002417EA" w:rsidRDefault="003A4ABB" w:rsidP="002417EA">
      <w:pPr>
        <w:spacing w:after="0" w:line="240" w:lineRule="auto"/>
        <w:jc w:val="both"/>
        <w:rPr>
          <w:rFonts w:ascii="Times New Roman" w:hAnsi="Times New Roman" w:cs="Times New Roman"/>
          <w:color w:val="1B1C1D"/>
          <w:sz w:val="28"/>
          <w:szCs w:val="28"/>
          <w:lang w:val="kk-KZ"/>
        </w:rPr>
      </w:pPr>
    </w:p>
    <w:p w14:paraId="25B9CE8F" w14:textId="3F29D760" w:rsidR="003A4ABB" w:rsidRPr="002417EA" w:rsidRDefault="003A4ABB" w:rsidP="002417EA">
      <w:pPr>
        <w:spacing w:after="0" w:line="240" w:lineRule="auto"/>
        <w:jc w:val="both"/>
        <w:rPr>
          <w:rFonts w:ascii="Times New Roman" w:hAnsi="Times New Roman" w:cs="Times New Roman"/>
          <w:color w:val="1B1C1D"/>
          <w:sz w:val="28"/>
          <w:szCs w:val="28"/>
          <w:lang w:val="kk-KZ"/>
        </w:rPr>
      </w:pPr>
      <w:r w:rsidRPr="002417EA">
        <w:rPr>
          <w:rFonts w:ascii="Times New Roman" w:hAnsi="Times New Roman" w:cs="Times New Roman"/>
          <w:color w:val="1B1C1D"/>
          <w:sz w:val="28"/>
          <w:szCs w:val="28"/>
          <w:lang w:val="kk-KZ"/>
        </w:rPr>
        <w:t xml:space="preserve">Біз </w:t>
      </w:r>
      <w:r w:rsidR="00A135AE" w:rsidRPr="002417EA">
        <w:rPr>
          <w:rFonts w:ascii="Times New Roman" w:hAnsi="Times New Roman" w:cs="Times New Roman"/>
          <w:noProof/>
          <w:position w:val="-12"/>
          <w:sz w:val="28"/>
          <w:szCs w:val="28"/>
        </w:rPr>
        <w:drawing>
          <wp:inline distT="0" distB="0" distL="0" distR="0" wp14:anchorId="33F5D7A0" wp14:editId="27353473">
            <wp:extent cx="231140" cy="231140"/>
            <wp:effectExtent l="0" t="0" r="0" b="0"/>
            <wp:docPr id="1486" name="Рисунок 1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6"/>
                    <pic:cNvPicPr>
                      <a:picLocks noChangeAspect="1" noChangeArrowheads="1"/>
                    </pic:cNvPicPr>
                  </pic:nvPicPr>
                  <pic:blipFill>
                    <a:blip r:embed="rId1913" cstate="print">
                      <a:extLst>
                        <a:ext uri="{28A0092B-C50C-407E-A947-70E740481C1C}">
                          <a14:useLocalDpi xmlns:a14="http://schemas.microsoft.com/office/drawing/2010/main" val="0"/>
                        </a:ext>
                      </a:extLst>
                    </a:blip>
                    <a:srcRect/>
                    <a:stretch>
                      <a:fillRect/>
                    </a:stretch>
                  </pic:blipFill>
                  <pic:spPr bwMode="auto">
                    <a:xfrm>
                      <a:off x="0" y="0"/>
                      <a:ext cx="231140" cy="231140"/>
                    </a:xfrm>
                    <a:prstGeom prst="rect">
                      <a:avLst/>
                    </a:prstGeom>
                    <a:noFill/>
                    <a:ln>
                      <a:noFill/>
                    </a:ln>
                  </pic:spPr>
                </pic:pic>
              </a:graphicData>
            </a:graphic>
          </wp:inline>
        </w:drawing>
      </w:r>
      <w:r w:rsidRPr="002417EA">
        <w:rPr>
          <w:rFonts w:ascii="Times New Roman" w:hAnsi="Times New Roman" w:cs="Times New Roman"/>
          <w:color w:val="1B1C1D"/>
          <w:sz w:val="28"/>
          <w:szCs w:val="28"/>
          <w:lang w:val="kk-KZ"/>
        </w:rPr>
        <w:t xml:space="preserve"> арқылы </w:t>
      </w:r>
      <w:r w:rsidR="00A135AE" w:rsidRPr="002417EA">
        <w:rPr>
          <w:rFonts w:ascii="Times New Roman" w:hAnsi="Times New Roman" w:cs="Times New Roman"/>
          <w:noProof/>
          <w:position w:val="-4"/>
          <w:sz w:val="28"/>
          <w:szCs w:val="28"/>
        </w:rPr>
        <w:drawing>
          <wp:inline distT="0" distB="0" distL="0" distR="0" wp14:anchorId="795DE6CB" wp14:editId="36CE4684">
            <wp:extent cx="134620" cy="211455"/>
            <wp:effectExtent l="0" t="0" r="0" b="0"/>
            <wp:docPr id="1487" name="Рисунок 1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7"/>
                    <pic:cNvPicPr>
                      <a:picLocks noChangeAspect="1" noChangeArrowheads="1"/>
                    </pic:cNvPicPr>
                  </pic:nvPicPr>
                  <pic:blipFill>
                    <a:blip r:embed="rId1914" cstate="print">
                      <a:extLst>
                        <a:ext uri="{28A0092B-C50C-407E-A947-70E740481C1C}">
                          <a14:useLocalDpi xmlns:a14="http://schemas.microsoft.com/office/drawing/2010/main" val="0"/>
                        </a:ext>
                      </a:extLst>
                    </a:blip>
                    <a:srcRect/>
                    <a:stretch>
                      <a:fillRect/>
                    </a:stretch>
                  </pic:blipFill>
                  <pic:spPr bwMode="auto">
                    <a:xfrm>
                      <a:off x="0" y="0"/>
                      <a:ext cx="134620" cy="211455"/>
                    </a:xfrm>
                    <a:prstGeom prst="rect">
                      <a:avLst/>
                    </a:prstGeom>
                    <a:noFill/>
                    <a:ln>
                      <a:noFill/>
                    </a:ln>
                  </pic:spPr>
                </pic:pic>
              </a:graphicData>
            </a:graphic>
          </wp:inline>
        </w:drawing>
      </w:r>
      <w:r w:rsidRPr="002417EA">
        <w:rPr>
          <w:rFonts w:ascii="Times New Roman" w:hAnsi="Times New Roman" w:cs="Times New Roman"/>
          <w:position w:val="-12"/>
          <w:sz w:val="28"/>
          <w:szCs w:val="28"/>
          <w:lang w:val="kk-KZ"/>
        </w:rPr>
        <w:t xml:space="preserve"> </w:t>
      </w:r>
      <w:r w:rsidRPr="002417EA">
        <w:rPr>
          <w:rFonts w:ascii="Times New Roman" w:hAnsi="Times New Roman" w:cs="Times New Roman"/>
          <w:color w:val="1B1C1D"/>
          <w:sz w:val="28"/>
          <w:szCs w:val="28"/>
          <w:lang w:val="kk-KZ"/>
        </w:rPr>
        <w:t xml:space="preserve">шеңберінің </w:t>
      </w:r>
      <w:r w:rsidR="00A135AE" w:rsidRPr="002417EA">
        <w:rPr>
          <w:rFonts w:ascii="Times New Roman" w:hAnsi="Times New Roman" w:cs="Times New Roman"/>
          <w:noProof/>
          <w:position w:val="-12"/>
          <w:sz w:val="28"/>
          <w:szCs w:val="28"/>
        </w:rPr>
        <w:drawing>
          <wp:inline distT="0" distB="0" distL="0" distR="0" wp14:anchorId="226BF980" wp14:editId="17AE866F">
            <wp:extent cx="914400" cy="231140"/>
            <wp:effectExtent l="0" t="0" r="0" b="0"/>
            <wp:docPr id="1488" name="Рисунок 1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8"/>
                    <pic:cNvPicPr>
                      <a:picLocks noChangeAspect="1" noChangeArrowheads="1"/>
                    </pic:cNvPicPr>
                  </pic:nvPicPr>
                  <pic:blipFill>
                    <a:blip r:embed="rId1915" cstate="print">
                      <a:extLst>
                        <a:ext uri="{28A0092B-C50C-407E-A947-70E740481C1C}">
                          <a14:useLocalDpi xmlns:a14="http://schemas.microsoft.com/office/drawing/2010/main" val="0"/>
                        </a:ext>
                      </a:extLst>
                    </a:blip>
                    <a:srcRect/>
                    <a:stretch>
                      <a:fillRect/>
                    </a:stretch>
                  </pic:blipFill>
                  <pic:spPr bwMode="auto">
                    <a:xfrm>
                      <a:off x="0" y="0"/>
                      <a:ext cx="914400" cy="231140"/>
                    </a:xfrm>
                    <a:prstGeom prst="rect">
                      <a:avLst/>
                    </a:prstGeom>
                    <a:noFill/>
                    <a:ln>
                      <a:noFill/>
                    </a:ln>
                  </pic:spPr>
                </pic:pic>
              </a:graphicData>
            </a:graphic>
          </wp:inline>
        </w:drawing>
      </w:r>
      <w:r w:rsidRPr="002417EA">
        <w:rPr>
          <w:rFonts w:ascii="Times New Roman" w:hAnsi="Times New Roman" w:cs="Times New Roman"/>
          <w:position w:val="-12"/>
          <w:sz w:val="28"/>
          <w:szCs w:val="28"/>
          <w:lang w:val="kk-KZ"/>
        </w:rPr>
        <w:t xml:space="preserve"> </w:t>
      </w:r>
      <w:r w:rsidRPr="002417EA">
        <w:rPr>
          <w:rFonts w:ascii="Times New Roman" w:hAnsi="Times New Roman" w:cs="Times New Roman"/>
          <w:color w:val="1B1C1D"/>
          <w:sz w:val="28"/>
          <w:szCs w:val="28"/>
          <w:lang w:val="kk-KZ"/>
        </w:rPr>
        <w:t xml:space="preserve">бейнелеуі бойынша образын (бейнеленген жиынын) белгілейміз. </w:t>
      </w:r>
      <w:r w:rsidR="00A135AE" w:rsidRPr="002417EA">
        <w:rPr>
          <w:rFonts w:ascii="Times New Roman" w:hAnsi="Times New Roman" w:cs="Times New Roman"/>
          <w:noProof/>
          <w:position w:val="-12"/>
          <w:sz w:val="28"/>
          <w:szCs w:val="28"/>
        </w:rPr>
        <w:drawing>
          <wp:inline distT="0" distB="0" distL="0" distR="0" wp14:anchorId="234F71CD" wp14:editId="15D746CB">
            <wp:extent cx="596900" cy="231140"/>
            <wp:effectExtent l="0" t="0" r="0" b="0"/>
            <wp:docPr id="1489" name="Рисунок 1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9"/>
                    <pic:cNvPicPr>
                      <a:picLocks noChangeAspect="1" noChangeArrowheads="1"/>
                    </pic:cNvPicPr>
                  </pic:nvPicPr>
                  <pic:blipFill>
                    <a:blip r:embed="rId1916" cstate="print">
                      <a:extLst>
                        <a:ext uri="{28A0092B-C50C-407E-A947-70E740481C1C}">
                          <a14:useLocalDpi xmlns:a14="http://schemas.microsoft.com/office/drawing/2010/main" val="0"/>
                        </a:ext>
                      </a:extLst>
                    </a:blip>
                    <a:srcRect/>
                    <a:stretch>
                      <a:fillRect/>
                    </a:stretch>
                  </pic:blipFill>
                  <pic:spPr bwMode="auto">
                    <a:xfrm>
                      <a:off x="0" y="0"/>
                      <a:ext cx="596900" cy="231140"/>
                    </a:xfrm>
                    <a:prstGeom prst="rect">
                      <a:avLst/>
                    </a:prstGeom>
                    <a:noFill/>
                    <a:ln>
                      <a:noFill/>
                    </a:ln>
                  </pic:spPr>
                </pic:pic>
              </a:graphicData>
            </a:graphic>
          </wp:inline>
        </w:drawing>
      </w:r>
      <w:r w:rsidRPr="002417EA">
        <w:rPr>
          <w:rFonts w:ascii="Times New Roman" w:hAnsi="Times New Roman" w:cs="Times New Roman"/>
          <w:color w:val="1B1C1D"/>
          <w:sz w:val="28"/>
          <w:szCs w:val="28"/>
          <w:lang w:val="kk-KZ"/>
        </w:rPr>
        <w:t xml:space="preserve"> мен сәйкес келгендіктен</w:t>
      </w:r>
    </w:p>
    <w:p w14:paraId="64360FA0" w14:textId="77777777" w:rsidR="003A4ABB" w:rsidRPr="002417EA" w:rsidRDefault="003A4ABB" w:rsidP="002417EA">
      <w:pPr>
        <w:spacing w:after="0" w:line="240" w:lineRule="auto"/>
        <w:rPr>
          <w:rFonts w:ascii="Times New Roman" w:hAnsi="Times New Roman" w:cs="Times New Roman"/>
          <w:color w:val="1B1C1D"/>
          <w:sz w:val="28"/>
          <w:szCs w:val="28"/>
          <w:lang w:val="kk-KZ"/>
        </w:rPr>
      </w:pPr>
    </w:p>
    <w:p w14:paraId="09025880" w14:textId="75B7A720" w:rsidR="003A4ABB" w:rsidRPr="002417EA" w:rsidRDefault="00A135AE" w:rsidP="002417EA">
      <w:pPr>
        <w:spacing w:after="0" w:line="240" w:lineRule="auto"/>
        <w:jc w:val="right"/>
        <w:rPr>
          <w:rFonts w:ascii="Times New Roman" w:hAnsi="Times New Roman" w:cs="Times New Roman"/>
          <w:sz w:val="28"/>
          <w:szCs w:val="28"/>
          <w:lang w:val="kk-KZ"/>
        </w:rPr>
      </w:pPr>
      <w:r w:rsidRPr="002417EA">
        <w:rPr>
          <w:rFonts w:ascii="Times New Roman" w:hAnsi="Times New Roman" w:cs="Times New Roman"/>
          <w:noProof/>
          <w:position w:val="-28"/>
          <w:sz w:val="28"/>
          <w:szCs w:val="28"/>
        </w:rPr>
        <w:drawing>
          <wp:inline distT="0" distB="0" distL="0" distR="0" wp14:anchorId="39CD9832" wp14:editId="642EE297">
            <wp:extent cx="991235" cy="462280"/>
            <wp:effectExtent l="0" t="0" r="0" b="0"/>
            <wp:docPr id="1490" name="Рисунок 1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0"/>
                    <pic:cNvPicPr>
                      <a:picLocks noChangeAspect="1" noChangeArrowheads="1"/>
                    </pic:cNvPicPr>
                  </pic:nvPicPr>
                  <pic:blipFill>
                    <a:blip r:embed="rId1917" cstate="print">
                      <a:extLst>
                        <a:ext uri="{28A0092B-C50C-407E-A947-70E740481C1C}">
                          <a14:useLocalDpi xmlns:a14="http://schemas.microsoft.com/office/drawing/2010/main" val="0"/>
                        </a:ext>
                      </a:extLst>
                    </a:blip>
                    <a:srcRect/>
                    <a:stretch>
                      <a:fillRect/>
                    </a:stretch>
                  </pic:blipFill>
                  <pic:spPr bwMode="auto">
                    <a:xfrm>
                      <a:off x="0" y="0"/>
                      <a:ext cx="991235" cy="462280"/>
                    </a:xfrm>
                    <a:prstGeom prst="rect">
                      <a:avLst/>
                    </a:prstGeom>
                    <a:noFill/>
                    <a:ln>
                      <a:noFill/>
                    </a:ln>
                  </pic:spPr>
                </pic:pic>
              </a:graphicData>
            </a:graphic>
          </wp:inline>
        </w:drawing>
      </w:r>
      <w:r w:rsidR="003A4ABB" w:rsidRPr="002417EA">
        <w:rPr>
          <w:rFonts w:ascii="Times New Roman" w:hAnsi="Times New Roman" w:cs="Times New Roman"/>
          <w:position w:val="-6"/>
          <w:sz w:val="28"/>
          <w:szCs w:val="28"/>
          <w:lang w:val="kk-KZ"/>
        </w:rPr>
        <w:t xml:space="preserve">                            </w:t>
      </w:r>
      <w:r w:rsidR="003A4ABB" w:rsidRPr="002417EA">
        <w:rPr>
          <w:rFonts w:ascii="Times New Roman" w:hAnsi="Times New Roman" w:cs="Times New Roman"/>
          <w:position w:val="-34"/>
          <w:sz w:val="28"/>
          <w:szCs w:val="28"/>
          <w:lang w:val="kk-KZ"/>
        </w:rPr>
        <w:t xml:space="preserve">     </w:t>
      </w:r>
      <w:r w:rsidR="003A4ABB" w:rsidRPr="002417EA">
        <w:rPr>
          <w:rFonts w:ascii="Times New Roman" w:hAnsi="Times New Roman" w:cs="Times New Roman"/>
          <w:position w:val="-30"/>
          <w:sz w:val="28"/>
          <w:szCs w:val="28"/>
          <w:lang w:val="kk-KZ"/>
        </w:rPr>
        <w:t xml:space="preserve">                </w:t>
      </w:r>
      <w:r w:rsidR="003A4ABB" w:rsidRPr="002417EA">
        <w:rPr>
          <w:rFonts w:ascii="Times New Roman" w:hAnsi="Times New Roman" w:cs="Times New Roman"/>
          <w:sz w:val="28"/>
          <w:szCs w:val="28"/>
          <w:lang w:val="kk-KZ"/>
        </w:rPr>
        <w:t>(1.94)</w:t>
      </w:r>
    </w:p>
    <w:p w14:paraId="3A09E524" w14:textId="77777777" w:rsidR="003A4ABB" w:rsidRPr="002417EA" w:rsidRDefault="003A4ABB" w:rsidP="002417EA">
      <w:pPr>
        <w:spacing w:after="0" w:line="240" w:lineRule="auto"/>
        <w:rPr>
          <w:rFonts w:ascii="Times New Roman" w:hAnsi="Times New Roman" w:cs="Times New Roman"/>
          <w:color w:val="1B1C1D"/>
          <w:sz w:val="28"/>
          <w:szCs w:val="28"/>
          <w:lang w:val="kk-KZ"/>
        </w:rPr>
      </w:pPr>
    </w:p>
    <w:p w14:paraId="28A86A39" w14:textId="07391AF3" w:rsidR="003A4ABB" w:rsidRPr="002417EA" w:rsidRDefault="00A135AE" w:rsidP="002417EA">
      <w:pPr>
        <w:spacing w:after="0" w:line="240" w:lineRule="auto"/>
        <w:jc w:val="both"/>
        <w:rPr>
          <w:rFonts w:ascii="Times New Roman" w:hAnsi="Times New Roman" w:cs="Times New Roman"/>
          <w:color w:val="1B1C1D"/>
          <w:sz w:val="28"/>
          <w:szCs w:val="28"/>
          <w:lang w:val="kk-KZ"/>
        </w:rPr>
      </w:pPr>
      <w:r w:rsidRPr="002417EA">
        <w:rPr>
          <w:rFonts w:ascii="Times New Roman" w:hAnsi="Times New Roman" w:cs="Times New Roman"/>
          <w:noProof/>
          <w:position w:val="-12"/>
          <w:sz w:val="28"/>
          <w:szCs w:val="28"/>
        </w:rPr>
        <w:drawing>
          <wp:inline distT="0" distB="0" distL="0" distR="0" wp14:anchorId="1F547E06" wp14:editId="427B1749">
            <wp:extent cx="692785" cy="231140"/>
            <wp:effectExtent l="0" t="0" r="0" b="0"/>
            <wp:docPr id="1491" name="Рисунок 1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1"/>
                    <pic:cNvPicPr>
                      <a:picLocks noChangeAspect="1" noChangeArrowheads="1"/>
                    </pic:cNvPicPr>
                  </pic:nvPicPr>
                  <pic:blipFill>
                    <a:blip r:embed="rId1918" cstate="print">
                      <a:extLst>
                        <a:ext uri="{28A0092B-C50C-407E-A947-70E740481C1C}">
                          <a14:useLocalDpi xmlns:a14="http://schemas.microsoft.com/office/drawing/2010/main" val="0"/>
                        </a:ext>
                      </a:extLst>
                    </a:blip>
                    <a:srcRect/>
                    <a:stretch>
                      <a:fillRect/>
                    </a:stretch>
                  </pic:blipFill>
                  <pic:spPr bwMode="auto">
                    <a:xfrm>
                      <a:off x="0" y="0"/>
                      <a:ext cx="692785" cy="231140"/>
                    </a:xfrm>
                    <a:prstGeom prst="rect">
                      <a:avLst/>
                    </a:prstGeom>
                    <a:noFill/>
                    <a:ln>
                      <a:noFill/>
                    </a:ln>
                  </pic:spPr>
                </pic:pic>
              </a:graphicData>
            </a:graphic>
          </wp:inline>
        </w:drawing>
      </w:r>
      <w:r w:rsidR="003A4ABB" w:rsidRPr="002417EA">
        <w:rPr>
          <w:rFonts w:ascii="Times New Roman" w:hAnsi="Times New Roman" w:cs="Times New Roman"/>
          <w:position w:val="-12"/>
          <w:sz w:val="28"/>
          <w:szCs w:val="28"/>
          <w:lang w:val="kk-KZ"/>
        </w:rPr>
        <w:t xml:space="preserve"> </w:t>
      </w:r>
      <w:r w:rsidR="003A4ABB" w:rsidRPr="002417EA">
        <w:rPr>
          <w:rFonts w:ascii="Times New Roman" w:hAnsi="Times New Roman" w:cs="Times New Roman"/>
          <w:color w:val="1B1C1D"/>
          <w:sz w:val="28"/>
          <w:szCs w:val="28"/>
          <w:lang w:val="kk-KZ"/>
        </w:rPr>
        <w:t xml:space="preserve">болғанда, </w:t>
      </w:r>
      <w:r w:rsidRPr="002417EA">
        <w:rPr>
          <w:rFonts w:ascii="Times New Roman" w:hAnsi="Times New Roman" w:cs="Times New Roman"/>
          <w:noProof/>
          <w:position w:val="-12"/>
          <w:sz w:val="28"/>
          <w:szCs w:val="28"/>
        </w:rPr>
        <w:drawing>
          <wp:inline distT="0" distB="0" distL="0" distR="0" wp14:anchorId="07736714" wp14:editId="2100FB80">
            <wp:extent cx="231140" cy="231140"/>
            <wp:effectExtent l="0" t="0" r="0" b="0"/>
            <wp:docPr id="1492" name="Рисунок 1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2"/>
                    <pic:cNvPicPr>
                      <a:picLocks noChangeAspect="1" noChangeArrowheads="1"/>
                    </pic:cNvPicPr>
                  </pic:nvPicPr>
                  <pic:blipFill>
                    <a:blip r:embed="rId1919" cstate="print">
                      <a:extLst>
                        <a:ext uri="{28A0092B-C50C-407E-A947-70E740481C1C}">
                          <a14:useLocalDpi xmlns:a14="http://schemas.microsoft.com/office/drawing/2010/main" val="0"/>
                        </a:ext>
                      </a:extLst>
                    </a:blip>
                    <a:srcRect/>
                    <a:stretch>
                      <a:fillRect/>
                    </a:stretch>
                  </pic:blipFill>
                  <pic:spPr bwMode="auto">
                    <a:xfrm>
                      <a:off x="0" y="0"/>
                      <a:ext cx="231140" cy="231140"/>
                    </a:xfrm>
                    <a:prstGeom prst="rect">
                      <a:avLst/>
                    </a:prstGeom>
                    <a:noFill/>
                    <a:ln>
                      <a:noFill/>
                    </a:ln>
                  </pic:spPr>
                </pic:pic>
              </a:graphicData>
            </a:graphic>
          </wp:inline>
        </w:drawing>
      </w:r>
      <w:r w:rsidR="003A4ABB" w:rsidRPr="002417EA">
        <w:rPr>
          <w:rFonts w:ascii="Times New Roman" w:hAnsi="Times New Roman" w:cs="Times New Roman"/>
          <w:position w:val="-12"/>
          <w:sz w:val="28"/>
          <w:szCs w:val="28"/>
          <w:lang w:val="kk-KZ"/>
        </w:rPr>
        <w:t xml:space="preserve"> </w:t>
      </w:r>
      <w:r w:rsidR="003A4ABB" w:rsidRPr="002417EA">
        <w:rPr>
          <w:rFonts w:ascii="Times New Roman" w:hAnsi="Times New Roman" w:cs="Times New Roman"/>
          <w:color w:val="1B1C1D"/>
          <w:sz w:val="28"/>
          <w:szCs w:val="28"/>
          <w:lang w:val="kk-KZ"/>
        </w:rPr>
        <w:t xml:space="preserve">қисығы </w:t>
      </w:r>
      <w:r w:rsidRPr="002417EA">
        <w:rPr>
          <w:rFonts w:ascii="Times New Roman" w:hAnsi="Times New Roman" w:cs="Times New Roman"/>
          <w:noProof/>
          <w:position w:val="-4"/>
          <w:sz w:val="28"/>
          <w:szCs w:val="28"/>
        </w:rPr>
        <w:drawing>
          <wp:inline distT="0" distB="0" distL="0" distR="0" wp14:anchorId="714614E6" wp14:editId="2E660310">
            <wp:extent cx="211455" cy="211455"/>
            <wp:effectExtent l="0" t="0" r="0" b="0"/>
            <wp:docPr id="1493" name="Рисунок 1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3"/>
                    <pic:cNvPicPr>
                      <a:picLocks noChangeAspect="1" noChangeArrowheads="1"/>
                    </pic:cNvPicPr>
                  </pic:nvPicPr>
                  <pic:blipFill>
                    <a:blip r:embed="rId1920" cstate="print">
                      <a:extLst>
                        <a:ext uri="{28A0092B-C50C-407E-A947-70E740481C1C}">
                          <a14:useLocalDpi xmlns:a14="http://schemas.microsoft.com/office/drawing/2010/main" val="0"/>
                        </a:ext>
                      </a:extLst>
                    </a:blip>
                    <a:srcRect/>
                    <a:stretch>
                      <a:fillRect/>
                    </a:stretch>
                  </pic:blipFill>
                  <pic:spPr bwMode="auto">
                    <a:xfrm>
                      <a:off x="0" y="0"/>
                      <a:ext cx="211455" cy="211455"/>
                    </a:xfrm>
                    <a:prstGeom prst="rect">
                      <a:avLst/>
                    </a:prstGeom>
                    <a:noFill/>
                    <a:ln>
                      <a:noFill/>
                    </a:ln>
                  </pic:spPr>
                </pic:pic>
              </a:graphicData>
            </a:graphic>
          </wp:inline>
        </w:drawing>
      </w:r>
      <w:r w:rsidR="003A4ABB" w:rsidRPr="002417EA">
        <w:rPr>
          <w:rFonts w:ascii="Times New Roman" w:hAnsi="Times New Roman" w:cs="Times New Roman"/>
          <w:color w:val="1B1C1D"/>
          <w:sz w:val="28"/>
          <w:szCs w:val="28"/>
          <w:lang w:val="kk-KZ"/>
        </w:rPr>
        <w:t xml:space="preserve"> түзуі  бөлшек-сызықтық түрлендіруінің </w:t>
      </w:r>
      <w:r w:rsidRPr="002417EA">
        <w:rPr>
          <w:rFonts w:ascii="Times New Roman" w:hAnsi="Times New Roman" w:cs="Times New Roman"/>
          <w:noProof/>
          <w:position w:val="-10"/>
          <w:sz w:val="28"/>
          <w:szCs w:val="28"/>
        </w:rPr>
        <w:drawing>
          <wp:inline distT="0" distB="0" distL="0" distR="0" wp14:anchorId="289CA2F5" wp14:editId="084B6314">
            <wp:extent cx="134620" cy="211455"/>
            <wp:effectExtent l="0" t="0" r="0" b="0"/>
            <wp:docPr id="1494" name="Рисунок 1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4"/>
                    <pic:cNvPicPr>
                      <a:picLocks noChangeAspect="1" noChangeArrowheads="1"/>
                    </pic:cNvPicPr>
                  </pic:nvPicPr>
                  <pic:blipFill>
                    <a:blip r:embed="rId1921" cstate="print">
                      <a:extLst>
                        <a:ext uri="{28A0092B-C50C-407E-A947-70E740481C1C}">
                          <a14:useLocalDpi xmlns:a14="http://schemas.microsoft.com/office/drawing/2010/main" val="0"/>
                        </a:ext>
                      </a:extLst>
                    </a:blip>
                    <a:srcRect/>
                    <a:stretch>
                      <a:fillRect/>
                    </a:stretch>
                  </pic:blipFill>
                  <pic:spPr bwMode="auto">
                    <a:xfrm>
                      <a:off x="0" y="0"/>
                      <a:ext cx="134620" cy="211455"/>
                    </a:xfrm>
                    <a:prstGeom prst="rect">
                      <a:avLst/>
                    </a:prstGeom>
                    <a:noFill/>
                    <a:ln>
                      <a:noFill/>
                    </a:ln>
                  </pic:spPr>
                </pic:pic>
              </a:graphicData>
            </a:graphic>
          </wp:inline>
        </w:drawing>
      </w:r>
      <w:r w:rsidR="003A4ABB" w:rsidRPr="002417EA">
        <w:rPr>
          <w:rFonts w:ascii="Times New Roman" w:hAnsi="Times New Roman" w:cs="Times New Roman"/>
          <w:color w:val="1B1C1D"/>
          <w:sz w:val="28"/>
          <w:szCs w:val="28"/>
          <w:lang w:val="kk-KZ"/>
        </w:rPr>
        <w:t xml:space="preserve">образымен сәйкес келеді және жоғарғы жарты жазықтықта орналасқан шеңбер болып табылады. -1-ден алынған алтыншы дәрежелі </w:t>
      </w:r>
      <w:r w:rsidRPr="002417EA">
        <w:rPr>
          <w:rFonts w:ascii="Times New Roman" w:hAnsi="Times New Roman" w:cs="Times New Roman"/>
          <w:noProof/>
          <w:position w:val="-12"/>
          <w:sz w:val="28"/>
          <w:szCs w:val="28"/>
        </w:rPr>
        <w:drawing>
          <wp:inline distT="0" distB="0" distL="0" distR="0" wp14:anchorId="1C245DF5" wp14:editId="08CE4CB0">
            <wp:extent cx="991235" cy="231140"/>
            <wp:effectExtent l="0" t="0" r="0" b="0"/>
            <wp:docPr id="1495" name="Рисунок 1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5"/>
                    <pic:cNvPicPr>
                      <a:picLocks noChangeAspect="1" noChangeArrowheads="1"/>
                    </pic:cNvPicPr>
                  </pic:nvPicPr>
                  <pic:blipFill>
                    <a:blip r:embed="rId1922" cstate="print">
                      <a:extLst>
                        <a:ext uri="{28A0092B-C50C-407E-A947-70E740481C1C}">
                          <a14:useLocalDpi xmlns:a14="http://schemas.microsoft.com/office/drawing/2010/main" val="0"/>
                        </a:ext>
                      </a:extLst>
                    </a:blip>
                    <a:srcRect/>
                    <a:stretch>
                      <a:fillRect/>
                    </a:stretch>
                  </pic:blipFill>
                  <pic:spPr bwMode="auto">
                    <a:xfrm>
                      <a:off x="0" y="0"/>
                      <a:ext cx="991235" cy="231140"/>
                    </a:xfrm>
                    <a:prstGeom prst="rect">
                      <a:avLst/>
                    </a:prstGeom>
                    <a:noFill/>
                    <a:ln>
                      <a:noFill/>
                    </a:ln>
                  </pic:spPr>
                </pic:pic>
              </a:graphicData>
            </a:graphic>
          </wp:inline>
        </w:drawing>
      </w:r>
      <w:r w:rsidR="003A4ABB" w:rsidRPr="002417EA">
        <w:rPr>
          <w:rFonts w:ascii="Times New Roman" w:hAnsi="Times New Roman" w:cs="Times New Roman"/>
          <w:position w:val="-12"/>
          <w:sz w:val="28"/>
          <w:szCs w:val="28"/>
          <w:lang w:val="kk-KZ"/>
        </w:rPr>
        <w:t xml:space="preserve"> </w:t>
      </w:r>
      <w:r w:rsidR="003A4ABB" w:rsidRPr="002417EA">
        <w:rPr>
          <w:rFonts w:ascii="Times New Roman" w:hAnsi="Times New Roman" w:cs="Times New Roman"/>
          <w:color w:val="1B1C1D"/>
          <w:sz w:val="28"/>
          <w:szCs w:val="28"/>
          <w:lang w:val="kk-KZ"/>
        </w:rPr>
        <w:t xml:space="preserve">мұндағы </w:t>
      </w:r>
      <w:r w:rsidRPr="002417EA">
        <w:rPr>
          <w:rFonts w:ascii="Times New Roman" w:hAnsi="Times New Roman" w:cs="Times New Roman"/>
          <w:noProof/>
          <w:position w:val="-6"/>
          <w:sz w:val="28"/>
          <w:szCs w:val="28"/>
        </w:rPr>
        <w:drawing>
          <wp:inline distT="0" distB="0" distL="0" distR="0" wp14:anchorId="3A354863" wp14:editId="06D6C880">
            <wp:extent cx="664210" cy="211455"/>
            <wp:effectExtent l="0" t="0" r="2540" b="0"/>
            <wp:docPr id="1496" name="Рисунок 1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6"/>
                    <pic:cNvPicPr>
                      <a:picLocks noChangeAspect="1" noChangeArrowheads="1"/>
                    </pic:cNvPicPr>
                  </pic:nvPicPr>
                  <pic:blipFill>
                    <a:blip r:embed="rId1923" cstate="print">
                      <a:extLst>
                        <a:ext uri="{28A0092B-C50C-407E-A947-70E740481C1C}">
                          <a14:useLocalDpi xmlns:a14="http://schemas.microsoft.com/office/drawing/2010/main" val="0"/>
                        </a:ext>
                      </a:extLst>
                    </a:blip>
                    <a:srcRect/>
                    <a:stretch>
                      <a:fillRect/>
                    </a:stretch>
                  </pic:blipFill>
                  <pic:spPr bwMode="auto">
                    <a:xfrm>
                      <a:off x="0" y="0"/>
                      <a:ext cx="664210" cy="211455"/>
                    </a:xfrm>
                    <a:prstGeom prst="rect">
                      <a:avLst/>
                    </a:prstGeom>
                    <a:noFill/>
                    <a:ln>
                      <a:noFill/>
                    </a:ln>
                  </pic:spPr>
                </pic:pic>
              </a:graphicData>
            </a:graphic>
          </wp:inline>
        </w:drawing>
      </w:r>
      <w:r w:rsidR="003A4ABB" w:rsidRPr="002417EA">
        <w:rPr>
          <w:rFonts w:ascii="Times New Roman" w:hAnsi="Times New Roman" w:cs="Times New Roman"/>
          <w:color w:val="1B1C1D"/>
          <w:sz w:val="28"/>
          <w:szCs w:val="28"/>
          <w:lang w:val="kk-KZ"/>
        </w:rPr>
        <w:t xml:space="preserve"> түбірлерін ескере отырып, біз келесіні жаза аламыз:</w:t>
      </w:r>
    </w:p>
    <w:p w14:paraId="5FFFE5DF" w14:textId="77777777" w:rsidR="003A4ABB" w:rsidRPr="002417EA" w:rsidRDefault="003A4ABB" w:rsidP="002417EA">
      <w:pPr>
        <w:spacing w:after="0" w:line="240" w:lineRule="auto"/>
        <w:rPr>
          <w:rFonts w:ascii="Times New Roman" w:hAnsi="Times New Roman" w:cs="Times New Roman"/>
          <w:color w:val="1B1C1D"/>
          <w:sz w:val="28"/>
          <w:szCs w:val="28"/>
          <w:lang w:val="kk-KZ"/>
        </w:rPr>
      </w:pPr>
    </w:p>
    <w:p w14:paraId="77227BB1" w14:textId="6210640C" w:rsidR="003A4ABB" w:rsidRPr="002417EA" w:rsidRDefault="00A135AE" w:rsidP="002417EA">
      <w:pPr>
        <w:spacing w:after="0" w:line="240" w:lineRule="auto"/>
        <w:jc w:val="center"/>
        <w:rPr>
          <w:rFonts w:ascii="Times New Roman" w:hAnsi="Times New Roman" w:cs="Times New Roman"/>
          <w:color w:val="1B1C1D"/>
          <w:sz w:val="28"/>
          <w:szCs w:val="28"/>
          <w:lang w:val="kk-KZ"/>
        </w:rPr>
      </w:pPr>
      <w:r w:rsidRPr="002417EA">
        <w:rPr>
          <w:rFonts w:ascii="Times New Roman" w:hAnsi="Times New Roman" w:cs="Times New Roman"/>
          <w:noProof/>
          <w:position w:val="-18"/>
          <w:sz w:val="28"/>
          <w:szCs w:val="28"/>
        </w:rPr>
        <w:drawing>
          <wp:inline distT="0" distB="0" distL="0" distR="0" wp14:anchorId="2926C346" wp14:editId="49627ADE">
            <wp:extent cx="2521585" cy="337185"/>
            <wp:effectExtent l="0" t="0" r="0" b="5715"/>
            <wp:docPr id="1497" name="Рисунок 1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7"/>
                    <pic:cNvPicPr>
                      <a:picLocks noChangeAspect="1" noChangeArrowheads="1"/>
                    </pic:cNvPicPr>
                  </pic:nvPicPr>
                  <pic:blipFill>
                    <a:blip r:embed="rId1924" cstate="print">
                      <a:extLst>
                        <a:ext uri="{28A0092B-C50C-407E-A947-70E740481C1C}">
                          <a14:useLocalDpi xmlns:a14="http://schemas.microsoft.com/office/drawing/2010/main" val="0"/>
                        </a:ext>
                      </a:extLst>
                    </a:blip>
                    <a:srcRect/>
                    <a:stretch>
                      <a:fillRect/>
                    </a:stretch>
                  </pic:blipFill>
                  <pic:spPr bwMode="auto">
                    <a:xfrm>
                      <a:off x="0" y="0"/>
                      <a:ext cx="2521585" cy="337185"/>
                    </a:xfrm>
                    <a:prstGeom prst="rect">
                      <a:avLst/>
                    </a:prstGeom>
                    <a:noFill/>
                    <a:ln>
                      <a:noFill/>
                    </a:ln>
                  </pic:spPr>
                </pic:pic>
              </a:graphicData>
            </a:graphic>
          </wp:inline>
        </w:drawing>
      </w:r>
    </w:p>
    <w:p w14:paraId="00F033C9" w14:textId="77777777" w:rsidR="003A4ABB" w:rsidRPr="002417EA" w:rsidRDefault="003A4ABB" w:rsidP="002417EA">
      <w:pPr>
        <w:spacing w:after="0" w:line="240" w:lineRule="auto"/>
        <w:rPr>
          <w:rFonts w:ascii="Times New Roman" w:hAnsi="Times New Roman" w:cs="Times New Roman"/>
          <w:color w:val="1B1C1D"/>
          <w:sz w:val="28"/>
          <w:szCs w:val="28"/>
          <w:lang w:val="kk-KZ"/>
        </w:rPr>
      </w:pPr>
    </w:p>
    <w:p w14:paraId="19FF4A83" w14:textId="14BAAEBF" w:rsidR="003A4ABB" w:rsidRPr="002417EA" w:rsidRDefault="003A4ABB" w:rsidP="00152387">
      <w:pPr>
        <w:spacing w:after="0" w:line="240" w:lineRule="auto"/>
        <w:ind w:firstLine="567"/>
        <w:jc w:val="both"/>
        <w:rPr>
          <w:rFonts w:ascii="Times New Roman" w:hAnsi="Times New Roman" w:cs="Times New Roman"/>
          <w:color w:val="1B1C1D"/>
          <w:sz w:val="28"/>
          <w:szCs w:val="28"/>
          <w:lang w:val="kk-KZ"/>
        </w:rPr>
      </w:pPr>
      <w:r w:rsidRPr="002417EA">
        <w:rPr>
          <w:rFonts w:ascii="Times New Roman" w:hAnsi="Times New Roman" w:cs="Times New Roman"/>
          <w:color w:val="1B1C1D"/>
          <w:sz w:val="28"/>
          <w:szCs w:val="28"/>
          <w:lang w:val="kk-KZ"/>
        </w:rPr>
        <w:t xml:space="preserve">Атап айтқанда, </w:t>
      </w:r>
      <w:r w:rsidR="00A135AE" w:rsidRPr="002417EA">
        <w:rPr>
          <w:rFonts w:ascii="Times New Roman" w:hAnsi="Times New Roman" w:cs="Times New Roman"/>
          <w:noProof/>
          <w:position w:val="-12"/>
          <w:sz w:val="28"/>
          <w:szCs w:val="28"/>
        </w:rPr>
        <w:drawing>
          <wp:inline distT="0" distB="0" distL="0" distR="0" wp14:anchorId="4F1E2EF1" wp14:editId="6BE3943C">
            <wp:extent cx="577215" cy="231140"/>
            <wp:effectExtent l="0" t="0" r="0" b="0"/>
            <wp:docPr id="1498" name="Рисунок 1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8"/>
                    <pic:cNvPicPr>
                      <a:picLocks noChangeAspect="1" noChangeArrowheads="1"/>
                    </pic:cNvPicPr>
                  </pic:nvPicPr>
                  <pic:blipFill>
                    <a:blip r:embed="rId1925" cstate="print">
                      <a:extLst>
                        <a:ext uri="{28A0092B-C50C-407E-A947-70E740481C1C}">
                          <a14:useLocalDpi xmlns:a14="http://schemas.microsoft.com/office/drawing/2010/main" val="0"/>
                        </a:ext>
                      </a:extLst>
                    </a:blip>
                    <a:srcRect/>
                    <a:stretch>
                      <a:fillRect/>
                    </a:stretch>
                  </pic:blipFill>
                  <pic:spPr bwMode="auto">
                    <a:xfrm>
                      <a:off x="0" y="0"/>
                      <a:ext cx="577215" cy="231140"/>
                    </a:xfrm>
                    <a:prstGeom prst="rect">
                      <a:avLst/>
                    </a:prstGeom>
                    <a:noFill/>
                    <a:ln>
                      <a:noFill/>
                    </a:ln>
                  </pic:spPr>
                </pic:pic>
              </a:graphicData>
            </a:graphic>
          </wp:inline>
        </w:drawing>
      </w:r>
      <w:r w:rsidRPr="002417EA">
        <w:rPr>
          <w:rFonts w:ascii="Times New Roman" w:hAnsi="Times New Roman" w:cs="Times New Roman"/>
          <w:position w:val="-12"/>
          <w:sz w:val="28"/>
          <w:szCs w:val="28"/>
          <w:lang w:val="kk-KZ"/>
        </w:rPr>
        <w:t xml:space="preserve"> </w:t>
      </w:r>
      <w:r w:rsidRPr="002417EA">
        <w:rPr>
          <w:rFonts w:ascii="Times New Roman" w:hAnsi="Times New Roman" w:cs="Times New Roman"/>
          <w:color w:val="1B1C1D"/>
          <w:sz w:val="28"/>
          <w:szCs w:val="28"/>
          <w:lang w:val="kk-KZ"/>
        </w:rPr>
        <w:t xml:space="preserve">шарты </w:t>
      </w:r>
      <w:r w:rsidR="00A135AE" w:rsidRPr="002417EA">
        <w:rPr>
          <w:rFonts w:ascii="Times New Roman" w:hAnsi="Times New Roman" w:cs="Times New Roman"/>
          <w:noProof/>
          <w:position w:val="-12"/>
          <w:sz w:val="28"/>
          <w:szCs w:val="28"/>
        </w:rPr>
        <w:drawing>
          <wp:inline distT="0" distB="0" distL="0" distR="0" wp14:anchorId="53FBBD93" wp14:editId="68CD2A8E">
            <wp:extent cx="231140" cy="231140"/>
            <wp:effectExtent l="0" t="0" r="0" b="0"/>
            <wp:docPr id="1499" name="Рисунок 1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9"/>
                    <pic:cNvPicPr>
                      <a:picLocks noChangeAspect="1" noChangeArrowheads="1"/>
                    </pic:cNvPicPr>
                  </pic:nvPicPr>
                  <pic:blipFill>
                    <a:blip r:embed="rId1926" cstate="print">
                      <a:extLst>
                        <a:ext uri="{28A0092B-C50C-407E-A947-70E740481C1C}">
                          <a14:useLocalDpi xmlns:a14="http://schemas.microsoft.com/office/drawing/2010/main" val="0"/>
                        </a:ext>
                      </a:extLst>
                    </a:blip>
                    <a:srcRect/>
                    <a:stretch>
                      <a:fillRect/>
                    </a:stretch>
                  </pic:blipFill>
                  <pic:spPr bwMode="auto">
                    <a:xfrm>
                      <a:off x="0" y="0"/>
                      <a:ext cx="231140" cy="231140"/>
                    </a:xfrm>
                    <a:prstGeom prst="rect">
                      <a:avLst/>
                    </a:prstGeom>
                    <a:noFill/>
                    <a:ln>
                      <a:noFill/>
                    </a:ln>
                  </pic:spPr>
                </pic:pic>
              </a:graphicData>
            </a:graphic>
          </wp:inline>
        </w:drawing>
      </w:r>
      <w:r w:rsidRPr="002417EA">
        <w:rPr>
          <w:rFonts w:ascii="Times New Roman" w:hAnsi="Times New Roman" w:cs="Times New Roman"/>
          <w:position w:val="-4"/>
          <w:sz w:val="28"/>
          <w:szCs w:val="28"/>
          <w:lang w:val="kk-KZ"/>
        </w:rPr>
        <w:t xml:space="preserve"> </w:t>
      </w:r>
      <w:r w:rsidRPr="002417EA">
        <w:rPr>
          <w:rFonts w:ascii="Times New Roman" w:hAnsi="Times New Roman" w:cs="Times New Roman"/>
          <w:color w:val="1B1C1D"/>
          <w:sz w:val="28"/>
          <w:szCs w:val="28"/>
          <w:lang w:val="kk-KZ"/>
        </w:rPr>
        <w:t xml:space="preserve">матрицасының керіленуі үшін қажетті </w:t>
      </w:r>
      <w:r w:rsidR="00D0605B" w:rsidRPr="002417EA">
        <w:rPr>
          <w:rFonts w:ascii="Times New Roman" w:hAnsi="Times New Roman" w:cs="Times New Roman"/>
          <w:color w:val="1B1C1D"/>
          <w:sz w:val="28"/>
          <w:szCs w:val="28"/>
          <w:lang w:val="kk-KZ"/>
        </w:rPr>
        <w:t xml:space="preserve">және жеткілікті болып табылады. </w:t>
      </w:r>
      <w:r w:rsidRPr="002417EA">
        <w:rPr>
          <w:rFonts w:ascii="Times New Roman" w:hAnsi="Times New Roman" w:cs="Times New Roman"/>
          <w:color w:val="1B1C1D"/>
          <w:sz w:val="28"/>
          <w:szCs w:val="28"/>
          <w:lang w:val="kk-KZ"/>
        </w:rPr>
        <w:t xml:space="preserve">(1.93) түрлендіруі </w:t>
      </w:r>
      <w:r w:rsidR="00A135AE" w:rsidRPr="002417EA">
        <w:rPr>
          <w:rFonts w:ascii="Times New Roman" w:hAnsi="Times New Roman" w:cs="Times New Roman"/>
          <w:noProof/>
          <w:position w:val="-12"/>
          <w:sz w:val="28"/>
          <w:szCs w:val="28"/>
        </w:rPr>
        <w:drawing>
          <wp:inline distT="0" distB="0" distL="0" distR="0" wp14:anchorId="7BA48B10" wp14:editId="7E6417BD">
            <wp:extent cx="692785" cy="231140"/>
            <wp:effectExtent l="0" t="0" r="0" b="0"/>
            <wp:docPr id="1500" name="Рисунок 1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0"/>
                    <pic:cNvPicPr>
                      <a:picLocks noChangeAspect="1" noChangeArrowheads="1"/>
                    </pic:cNvPicPr>
                  </pic:nvPicPr>
                  <pic:blipFill>
                    <a:blip r:embed="rId1927" cstate="print">
                      <a:extLst>
                        <a:ext uri="{28A0092B-C50C-407E-A947-70E740481C1C}">
                          <a14:useLocalDpi xmlns:a14="http://schemas.microsoft.com/office/drawing/2010/main" val="0"/>
                        </a:ext>
                      </a:extLst>
                    </a:blip>
                    <a:srcRect/>
                    <a:stretch>
                      <a:fillRect/>
                    </a:stretch>
                  </pic:blipFill>
                  <pic:spPr bwMode="auto">
                    <a:xfrm>
                      <a:off x="0" y="0"/>
                      <a:ext cx="692785" cy="231140"/>
                    </a:xfrm>
                    <a:prstGeom prst="rect">
                      <a:avLst/>
                    </a:prstGeom>
                    <a:noFill/>
                    <a:ln>
                      <a:noFill/>
                    </a:ln>
                  </pic:spPr>
                </pic:pic>
              </a:graphicData>
            </a:graphic>
          </wp:inline>
        </w:drawing>
      </w:r>
      <w:r w:rsidRPr="002417EA">
        <w:rPr>
          <w:rFonts w:ascii="Times New Roman" w:hAnsi="Times New Roman" w:cs="Times New Roman"/>
          <w:position w:val="-12"/>
          <w:sz w:val="28"/>
          <w:szCs w:val="28"/>
          <w:lang w:val="kk-KZ"/>
        </w:rPr>
        <w:t xml:space="preserve"> </w:t>
      </w:r>
      <w:r w:rsidRPr="002417EA">
        <w:rPr>
          <w:rFonts w:ascii="Times New Roman" w:hAnsi="Times New Roman" w:cs="Times New Roman"/>
          <w:color w:val="1B1C1D"/>
          <w:sz w:val="28"/>
          <w:szCs w:val="28"/>
          <w:lang w:val="kk-KZ"/>
        </w:rPr>
        <w:t xml:space="preserve">теңдігі </w:t>
      </w:r>
      <w:r w:rsidR="00A135AE" w:rsidRPr="002417EA">
        <w:rPr>
          <w:rFonts w:ascii="Times New Roman" w:hAnsi="Times New Roman" w:cs="Times New Roman"/>
          <w:noProof/>
          <w:position w:val="-12"/>
          <w:sz w:val="28"/>
          <w:szCs w:val="28"/>
        </w:rPr>
        <w:drawing>
          <wp:inline distT="0" distB="0" distL="0" distR="0" wp14:anchorId="7277DCC5" wp14:editId="1B61B821">
            <wp:extent cx="692785" cy="231140"/>
            <wp:effectExtent l="0" t="0" r="0" b="0"/>
            <wp:docPr id="1501" name="Рисунок 1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1"/>
                    <pic:cNvPicPr>
                      <a:picLocks noChangeAspect="1" noChangeArrowheads="1"/>
                    </pic:cNvPicPr>
                  </pic:nvPicPr>
                  <pic:blipFill>
                    <a:blip r:embed="rId1928" cstate="print">
                      <a:extLst>
                        <a:ext uri="{28A0092B-C50C-407E-A947-70E740481C1C}">
                          <a14:useLocalDpi xmlns:a14="http://schemas.microsoft.com/office/drawing/2010/main" val="0"/>
                        </a:ext>
                      </a:extLst>
                    </a:blip>
                    <a:srcRect/>
                    <a:stretch>
                      <a:fillRect/>
                    </a:stretch>
                  </pic:blipFill>
                  <pic:spPr bwMode="auto">
                    <a:xfrm>
                      <a:off x="0" y="0"/>
                      <a:ext cx="692785" cy="231140"/>
                    </a:xfrm>
                    <a:prstGeom prst="rect">
                      <a:avLst/>
                    </a:prstGeom>
                    <a:noFill/>
                    <a:ln>
                      <a:noFill/>
                    </a:ln>
                  </pic:spPr>
                </pic:pic>
              </a:graphicData>
            </a:graphic>
          </wp:inline>
        </w:drawing>
      </w:r>
      <w:r w:rsidRPr="002417EA">
        <w:rPr>
          <w:rFonts w:ascii="Times New Roman" w:hAnsi="Times New Roman" w:cs="Times New Roman"/>
          <w:position w:val="-12"/>
          <w:sz w:val="28"/>
          <w:szCs w:val="28"/>
          <w:lang w:val="kk-KZ"/>
        </w:rPr>
        <w:t xml:space="preserve"> </w:t>
      </w:r>
      <w:r w:rsidRPr="002417EA">
        <w:rPr>
          <w:rFonts w:ascii="Times New Roman" w:hAnsi="Times New Roman" w:cs="Times New Roman"/>
          <w:color w:val="1B1C1D"/>
          <w:sz w:val="28"/>
          <w:szCs w:val="28"/>
          <w:lang w:val="kk-KZ"/>
        </w:rPr>
        <w:t xml:space="preserve">теңдігіне эквивалентті болғандықтан, инволютивті болып табылады. Сондықтан, </w:t>
      </w:r>
      <w:r w:rsidR="00A135AE" w:rsidRPr="002417EA">
        <w:rPr>
          <w:rFonts w:ascii="Times New Roman" w:hAnsi="Times New Roman" w:cs="Times New Roman"/>
          <w:noProof/>
          <w:position w:val="-12"/>
          <w:sz w:val="28"/>
          <w:szCs w:val="28"/>
        </w:rPr>
        <w:drawing>
          <wp:inline distT="0" distB="0" distL="0" distR="0" wp14:anchorId="7B5D6A6C" wp14:editId="52837798">
            <wp:extent cx="211455" cy="231140"/>
            <wp:effectExtent l="0" t="0" r="0" b="0"/>
            <wp:docPr id="1502" name="Рисунок 1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2"/>
                    <pic:cNvPicPr>
                      <a:picLocks noChangeAspect="1" noChangeArrowheads="1"/>
                    </pic:cNvPicPr>
                  </pic:nvPicPr>
                  <pic:blipFill>
                    <a:blip r:embed="rId1929" cstate="print">
                      <a:extLst>
                        <a:ext uri="{28A0092B-C50C-407E-A947-70E740481C1C}">
                          <a14:useLocalDpi xmlns:a14="http://schemas.microsoft.com/office/drawing/2010/main" val="0"/>
                        </a:ext>
                      </a:extLst>
                    </a:blip>
                    <a:srcRect/>
                    <a:stretch>
                      <a:fillRect/>
                    </a:stretch>
                  </pic:blipFill>
                  <pic:spPr bwMode="auto">
                    <a:xfrm>
                      <a:off x="0" y="0"/>
                      <a:ext cx="211455" cy="231140"/>
                    </a:xfrm>
                    <a:prstGeom prst="rect">
                      <a:avLst/>
                    </a:prstGeom>
                    <a:noFill/>
                    <a:ln>
                      <a:noFill/>
                    </a:ln>
                  </pic:spPr>
                </pic:pic>
              </a:graphicData>
            </a:graphic>
          </wp:inline>
        </w:drawing>
      </w:r>
      <w:r w:rsidRPr="002417EA">
        <w:rPr>
          <w:rFonts w:ascii="Times New Roman" w:hAnsi="Times New Roman" w:cs="Times New Roman"/>
          <w:position w:val="-12"/>
          <w:sz w:val="28"/>
          <w:szCs w:val="28"/>
          <w:lang w:val="kk-KZ"/>
        </w:rPr>
        <w:t xml:space="preserve"> </w:t>
      </w:r>
      <w:r w:rsidRPr="002417EA">
        <w:rPr>
          <w:rFonts w:ascii="Times New Roman" w:hAnsi="Times New Roman" w:cs="Times New Roman"/>
          <w:color w:val="1B1C1D"/>
          <w:sz w:val="28"/>
          <w:szCs w:val="28"/>
          <w:lang w:val="kk-KZ"/>
        </w:rPr>
        <w:t xml:space="preserve">нүктесі </w:t>
      </w:r>
      <w:r w:rsidR="00A135AE" w:rsidRPr="002417EA">
        <w:rPr>
          <w:rFonts w:ascii="Times New Roman" w:hAnsi="Times New Roman" w:cs="Times New Roman"/>
          <w:noProof/>
          <w:position w:val="-12"/>
          <w:sz w:val="28"/>
          <w:szCs w:val="28"/>
        </w:rPr>
        <w:drawing>
          <wp:inline distT="0" distB="0" distL="0" distR="0" wp14:anchorId="49C8B0FD" wp14:editId="1B6B59DF">
            <wp:extent cx="231140" cy="231140"/>
            <wp:effectExtent l="0" t="0" r="0" b="0"/>
            <wp:docPr id="1503" name="Рисунок 1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3"/>
                    <pic:cNvPicPr>
                      <a:picLocks noChangeAspect="1" noChangeArrowheads="1"/>
                    </pic:cNvPicPr>
                  </pic:nvPicPr>
                  <pic:blipFill>
                    <a:blip r:embed="rId1930" cstate="print">
                      <a:extLst>
                        <a:ext uri="{28A0092B-C50C-407E-A947-70E740481C1C}">
                          <a14:useLocalDpi xmlns:a14="http://schemas.microsoft.com/office/drawing/2010/main" val="0"/>
                        </a:ext>
                      </a:extLst>
                    </a:blip>
                    <a:srcRect/>
                    <a:stretch>
                      <a:fillRect/>
                    </a:stretch>
                  </pic:blipFill>
                  <pic:spPr bwMode="auto">
                    <a:xfrm>
                      <a:off x="0" y="0"/>
                      <a:ext cx="231140" cy="231140"/>
                    </a:xfrm>
                    <a:prstGeom prst="rect">
                      <a:avLst/>
                    </a:prstGeom>
                    <a:noFill/>
                    <a:ln>
                      <a:noFill/>
                    </a:ln>
                  </pic:spPr>
                </pic:pic>
              </a:graphicData>
            </a:graphic>
          </wp:inline>
        </w:drawing>
      </w:r>
      <w:r w:rsidRPr="002417EA">
        <w:rPr>
          <w:rFonts w:ascii="Times New Roman" w:hAnsi="Times New Roman" w:cs="Times New Roman"/>
          <w:position w:val="-12"/>
          <w:sz w:val="28"/>
          <w:szCs w:val="28"/>
          <w:lang w:val="kk-KZ"/>
        </w:rPr>
        <w:t xml:space="preserve"> </w:t>
      </w:r>
      <w:r w:rsidRPr="002417EA">
        <w:rPr>
          <w:rFonts w:ascii="Times New Roman" w:hAnsi="Times New Roman" w:cs="Times New Roman"/>
          <w:color w:val="1B1C1D"/>
          <w:sz w:val="28"/>
          <w:szCs w:val="28"/>
          <w:lang w:val="kk-KZ"/>
        </w:rPr>
        <w:t>шеңберінде жатпайды тек және тек қана егер</w:t>
      </w:r>
    </w:p>
    <w:p w14:paraId="71DA48AC" w14:textId="77777777" w:rsidR="003A4ABB" w:rsidRPr="002417EA" w:rsidRDefault="003A4ABB" w:rsidP="002417EA">
      <w:pPr>
        <w:spacing w:after="0" w:line="240" w:lineRule="auto"/>
        <w:jc w:val="both"/>
        <w:rPr>
          <w:rFonts w:ascii="Times New Roman" w:hAnsi="Times New Roman" w:cs="Times New Roman"/>
          <w:color w:val="1B1C1D"/>
          <w:sz w:val="28"/>
          <w:szCs w:val="28"/>
          <w:lang w:val="kk-KZ"/>
        </w:rPr>
      </w:pPr>
    </w:p>
    <w:p w14:paraId="5E22E5F5" w14:textId="3DE32E6F" w:rsidR="003A4ABB" w:rsidRPr="007C53FF" w:rsidRDefault="00A135AE" w:rsidP="00D0605B">
      <w:pPr>
        <w:spacing w:after="0" w:line="240" w:lineRule="auto"/>
        <w:jc w:val="right"/>
        <w:rPr>
          <w:rFonts w:ascii="Times New Roman" w:hAnsi="Times New Roman" w:cs="Times New Roman"/>
          <w:sz w:val="28"/>
          <w:szCs w:val="28"/>
          <w:lang w:val="kk-KZ"/>
        </w:rPr>
      </w:pPr>
      <w:r>
        <w:rPr>
          <w:rFonts w:ascii="Times New Roman" w:hAnsi="Times New Roman" w:cs="Times New Roman"/>
          <w:noProof/>
          <w:position w:val="-40"/>
          <w:sz w:val="28"/>
          <w:szCs w:val="28"/>
        </w:rPr>
        <w:lastRenderedPageBreak/>
        <w:drawing>
          <wp:inline distT="0" distB="0" distL="0" distR="0" wp14:anchorId="333AA836" wp14:editId="4E62C317">
            <wp:extent cx="2646680" cy="596900"/>
            <wp:effectExtent l="0" t="0" r="1270" b="0"/>
            <wp:docPr id="1504" name="Рисунок 1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4"/>
                    <pic:cNvPicPr>
                      <a:picLocks noChangeAspect="1" noChangeArrowheads="1"/>
                    </pic:cNvPicPr>
                  </pic:nvPicPr>
                  <pic:blipFill>
                    <a:blip r:embed="rId1931" cstate="print">
                      <a:extLst>
                        <a:ext uri="{28A0092B-C50C-407E-A947-70E740481C1C}">
                          <a14:useLocalDpi xmlns:a14="http://schemas.microsoft.com/office/drawing/2010/main" val="0"/>
                        </a:ext>
                      </a:extLst>
                    </a:blip>
                    <a:srcRect/>
                    <a:stretch>
                      <a:fillRect/>
                    </a:stretch>
                  </pic:blipFill>
                  <pic:spPr bwMode="auto">
                    <a:xfrm>
                      <a:off x="0" y="0"/>
                      <a:ext cx="2646680" cy="596900"/>
                    </a:xfrm>
                    <a:prstGeom prst="rect">
                      <a:avLst/>
                    </a:prstGeom>
                    <a:noFill/>
                    <a:ln>
                      <a:noFill/>
                    </a:ln>
                  </pic:spPr>
                </pic:pic>
              </a:graphicData>
            </a:graphic>
          </wp:inline>
        </w:drawing>
      </w:r>
      <w:r w:rsidR="003A4ABB" w:rsidRPr="007C53FF">
        <w:rPr>
          <w:rFonts w:ascii="Times New Roman" w:hAnsi="Times New Roman" w:cs="Times New Roman"/>
          <w:position w:val="-6"/>
          <w:sz w:val="28"/>
          <w:szCs w:val="28"/>
          <w:lang w:val="kk-KZ"/>
        </w:rPr>
        <w:t xml:space="preserve">            </w:t>
      </w:r>
      <w:r w:rsidR="003A4ABB" w:rsidRPr="007C53FF">
        <w:rPr>
          <w:rFonts w:ascii="Times New Roman" w:hAnsi="Times New Roman" w:cs="Times New Roman"/>
          <w:position w:val="-34"/>
          <w:sz w:val="28"/>
          <w:szCs w:val="28"/>
          <w:lang w:val="kk-KZ"/>
        </w:rPr>
        <w:t xml:space="preserve">     </w:t>
      </w:r>
      <w:r w:rsidR="003A4ABB" w:rsidRPr="007C53FF">
        <w:rPr>
          <w:rFonts w:ascii="Times New Roman" w:hAnsi="Times New Roman" w:cs="Times New Roman"/>
          <w:position w:val="-30"/>
          <w:sz w:val="28"/>
          <w:szCs w:val="28"/>
          <w:lang w:val="kk-KZ"/>
        </w:rPr>
        <w:t xml:space="preserve">                </w:t>
      </w:r>
      <w:r w:rsidR="003A4ABB" w:rsidRPr="007C53FF">
        <w:rPr>
          <w:rFonts w:ascii="Times New Roman" w:hAnsi="Times New Roman" w:cs="Times New Roman"/>
          <w:sz w:val="28"/>
          <w:szCs w:val="28"/>
          <w:lang w:val="kk-KZ"/>
        </w:rPr>
        <w:t>(1.95)</w:t>
      </w:r>
    </w:p>
    <w:p w14:paraId="7BDCC6C9" w14:textId="77777777" w:rsidR="003A4ABB" w:rsidRPr="007C53FF" w:rsidRDefault="003A4ABB" w:rsidP="00D0605B">
      <w:pPr>
        <w:spacing w:after="0" w:line="240" w:lineRule="auto"/>
        <w:rPr>
          <w:rFonts w:ascii="Times New Roman" w:hAnsi="Times New Roman" w:cs="Times New Roman"/>
          <w:color w:val="1B1C1D"/>
          <w:sz w:val="28"/>
          <w:szCs w:val="28"/>
          <w:lang w:val="kk-KZ"/>
        </w:rPr>
      </w:pPr>
    </w:p>
    <w:p w14:paraId="5FC3049A" w14:textId="77777777" w:rsidR="003A4ABB" w:rsidRPr="002417EA" w:rsidRDefault="003A4ABB" w:rsidP="00152387">
      <w:pPr>
        <w:spacing w:after="0" w:line="240" w:lineRule="auto"/>
        <w:ind w:firstLine="567"/>
        <w:rPr>
          <w:rFonts w:ascii="Times New Roman" w:hAnsi="Times New Roman" w:cs="Times New Roman"/>
          <w:color w:val="1B1C1D"/>
          <w:sz w:val="28"/>
          <w:szCs w:val="28"/>
          <w:lang w:val="kk-KZ"/>
        </w:rPr>
      </w:pPr>
      <w:r w:rsidRPr="002417EA">
        <w:rPr>
          <w:rFonts w:ascii="Times New Roman" w:hAnsi="Times New Roman" w:cs="Times New Roman"/>
          <w:color w:val="1B1C1D"/>
          <w:sz w:val="28"/>
          <w:szCs w:val="28"/>
          <w:lang w:val="kk-KZ"/>
        </w:rPr>
        <w:t>Жиыннан алынған үш нүкте үшін</w:t>
      </w:r>
    </w:p>
    <w:p w14:paraId="57948440" w14:textId="77777777" w:rsidR="003A4ABB" w:rsidRPr="002417EA" w:rsidRDefault="003A4ABB" w:rsidP="00D0605B">
      <w:pPr>
        <w:spacing w:after="0" w:line="240" w:lineRule="auto"/>
        <w:rPr>
          <w:rFonts w:ascii="Times New Roman" w:hAnsi="Times New Roman" w:cs="Times New Roman"/>
          <w:color w:val="1B1C1D"/>
          <w:sz w:val="28"/>
          <w:szCs w:val="28"/>
          <w:lang w:val="kk-KZ"/>
        </w:rPr>
      </w:pPr>
    </w:p>
    <w:p w14:paraId="77A27233" w14:textId="20ED96C4" w:rsidR="003A4ABB" w:rsidRPr="002417EA" w:rsidRDefault="00A135AE" w:rsidP="00D0605B">
      <w:pPr>
        <w:spacing w:after="0" w:line="240" w:lineRule="auto"/>
        <w:jc w:val="center"/>
        <w:rPr>
          <w:rFonts w:ascii="Times New Roman" w:hAnsi="Times New Roman" w:cs="Times New Roman"/>
          <w:color w:val="1B1C1D"/>
          <w:sz w:val="28"/>
          <w:szCs w:val="28"/>
        </w:rPr>
      </w:pPr>
      <w:r w:rsidRPr="002417EA">
        <w:rPr>
          <w:rFonts w:ascii="Times New Roman" w:hAnsi="Times New Roman" w:cs="Times New Roman"/>
          <w:noProof/>
          <w:position w:val="-12"/>
          <w:sz w:val="28"/>
          <w:szCs w:val="28"/>
        </w:rPr>
        <w:drawing>
          <wp:inline distT="0" distB="0" distL="0" distR="0" wp14:anchorId="6C53F256" wp14:editId="1E9DA5C7">
            <wp:extent cx="1607185" cy="231140"/>
            <wp:effectExtent l="0" t="0" r="0" b="0"/>
            <wp:docPr id="1505" name="Рисунок 1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5"/>
                    <pic:cNvPicPr>
                      <a:picLocks noChangeAspect="1" noChangeArrowheads="1"/>
                    </pic:cNvPicPr>
                  </pic:nvPicPr>
                  <pic:blipFill>
                    <a:blip r:embed="rId1932" cstate="print">
                      <a:extLst>
                        <a:ext uri="{28A0092B-C50C-407E-A947-70E740481C1C}">
                          <a14:useLocalDpi xmlns:a14="http://schemas.microsoft.com/office/drawing/2010/main" val="0"/>
                        </a:ext>
                      </a:extLst>
                    </a:blip>
                    <a:srcRect/>
                    <a:stretch>
                      <a:fillRect/>
                    </a:stretch>
                  </pic:blipFill>
                  <pic:spPr bwMode="auto">
                    <a:xfrm>
                      <a:off x="0" y="0"/>
                      <a:ext cx="1607185" cy="231140"/>
                    </a:xfrm>
                    <a:prstGeom prst="rect">
                      <a:avLst/>
                    </a:prstGeom>
                    <a:noFill/>
                    <a:ln>
                      <a:noFill/>
                    </a:ln>
                  </pic:spPr>
                </pic:pic>
              </a:graphicData>
            </a:graphic>
          </wp:inline>
        </w:drawing>
      </w:r>
    </w:p>
    <w:p w14:paraId="2E03FE66" w14:textId="77777777" w:rsidR="003A4ABB" w:rsidRPr="002417EA" w:rsidRDefault="003A4ABB" w:rsidP="00D0605B">
      <w:pPr>
        <w:spacing w:after="0" w:line="240" w:lineRule="auto"/>
        <w:rPr>
          <w:rFonts w:ascii="Times New Roman" w:hAnsi="Times New Roman" w:cs="Times New Roman"/>
          <w:color w:val="1B1C1D"/>
          <w:sz w:val="28"/>
          <w:szCs w:val="28"/>
          <w:lang w:val="kk-KZ"/>
        </w:rPr>
      </w:pPr>
    </w:p>
    <w:p w14:paraId="6A4349DF" w14:textId="5C05A4AF" w:rsidR="003A4ABB" w:rsidRPr="002417EA" w:rsidRDefault="003A4ABB" w:rsidP="00D0605B">
      <w:pPr>
        <w:spacing w:after="0" w:line="240" w:lineRule="auto"/>
        <w:jc w:val="both"/>
        <w:rPr>
          <w:rFonts w:ascii="Times New Roman" w:hAnsi="Times New Roman" w:cs="Times New Roman"/>
          <w:color w:val="1B1C1D"/>
          <w:sz w:val="28"/>
          <w:szCs w:val="28"/>
          <w:lang w:val="kk-KZ"/>
        </w:rPr>
      </w:pPr>
      <w:r w:rsidRPr="002417EA">
        <w:rPr>
          <w:rFonts w:ascii="Times New Roman" w:hAnsi="Times New Roman" w:cs="Times New Roman"/>
          <w:color w:val="1B1C1D"/>
          <w:sz w:val="28"/>
          <w:szCs w:val="28"/>
          <w:lang w:val="kk-KZ"/>
        </w:rPr>
        <w:t xml:space="preserve">төменгі жарты жазықтықта жатыр, және </w:t>
      </w:r>
      <w:r w:rsidR="00A135AE" w:rsidRPr="002417EA">
        <w:rPr>
          <w:rFonts w:ascii="Times New Roman" w:hAnsi="Times New Roman" w:cs="Times New Roman"/>
          <w:noProof/>
          <w:position w:val="-10"/>
          <w:sz w:val="28"/>
          <w:szCs w:val="28"/>
        </w:rPr>
        <w:drawing>
          <wp:inline distT="0" distB="0" distL="0" distR="0" wp14:anchorId="6B84BB76" wp14:editId="60E5694D">
            <wp:extent cx="384810" cy="231140"/>
            <wp:effectExtent l="0" t="0" r="0" b="0"/>
            <wp:docPr id="1506" name="Рисунок 1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6"/>
                    <pic:cNvPicPr>
                      <a:picLocks noChangeAspect="1" noChangeArrowheads="1"/>
                    </pic:cNvPicPr>
                  </pic:nvPicPr>
                  <pic:blipFill>
                    <a:blip r:embed="rId1933" cstate="print">
                      <a:extLst>
                        <a:ext uri="{28A0092B-C50C-407E-A947-70E740481C1C}">
                          <a14:useLocalDpi xmlns:a14="http://schemas.microsoft.com/office/drawing/2010/main" val="0"/>
                        </a:ext>
                      </a:extLst>
                    </a:blip>
                    <a:srcRect/>
                    <a:stretch>
                      <a:fillRect/>
                    </a:stretch>
                  </pic:blipFill>
                  <pic:spPr bwMode="auto">
                    <a:xfrm>
                      <a:off x="0" y="0"/>
                      <a:ext cx="384810" cy="231140"/>
                    </a:xfrm>
                    <a:prstGeom prst="rect">
                      <a:avLst/>
                    </a:prstGeom>
                    <a:noFill/>
                    <a:ln>
                      <a:noFill/>
                    </a:ln>
                  </pic:spPr>
                </pic:pic>
              </a:graphicData>
            </a:graphic>
          </wp:inline>
        </w:drawing>
      </w:r>
      <w:r w:rsidRPr="002417EA">
        <w:rPr>
          <w:rFonts w:ascii="Times New Roman" w:hAnsi="Times New Roman" w:cs="Times New Roman"/>
          <w:position w:val="-12"/>
          <w:sz w:val="28"/>
          <w:szCs w:val="28"/>
          <w:lang w:val="kk-KZ"/>
        </w:rPr>
        <w:t xml:space="preserve"> </w:t>
      </w:r>
      <w:r w:rsidRPr="002417EA">
        <w:rPr>
          <w:rFonts w:ascii="Times New Roman" w:hAnsi="Times New Roman" w:cs="Times New Roman"/>
          <w:color w:val="1B1C1D"/>
          <w:sz w:val="28"/>
          <w:szCs w:val="28"/>
          <w:lang w:val="kk-KZ"/>
        </w:rPr>
        <w:t xml:space="preserve">болғанда, бұл шарттың қанағаттандырылатыны сөзсіз. </w:t>
      </w:r>
      <w:r w:rsidR="00A135AE" w:rsidRPr="002417EA">
        <w:rPr>
          <w:rFonts w:ascii="Times New Roman" w:hAnsi="Times New Roman" w:cs="Times New Roman"/>
          <w:noProof/>
          <w:position w:val="-10"/>
          <w:sz w:val="28"/>
          <w:szCs w:val="28"/>
        </w:rPr>
        <w:drawing>
          <wp:inline distT="0" distB="0" distL="0" distR="0" wp14:anchorId="5E187F33" wp14:editId="5498C123">
            <wp:extent cx="596900" cy="231140"/>
            <wp:effectExtent l="0" t="0" r="0" b="0"/>
            <wp:docPr id="1507" name="Рисунок 1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7"/>
                    <pic:cNvPicPr>
                      <a:picLocks noChangeAspect="1" noChangeArrowheads="1"/>
                    </pic:cNvPicPr>
                  </pic:nvPicPr>
                  <pic:blipFill>
                    <a:blip r:embed="rId1934" cstate="print">
                      <a:extLst>
                        <a:ext uri="{28A0092B-C50C-407E-A947-70E740481C1C}">
                          <a14:useLocalDpi xmlns:a14="http://schemas.microsoft.com/office/drawing/2010/main" val="0"/>
                        </a:ext>
                      </a:extLst>
                    </a:blip>
                    <a:srcRect/>
                    <a:stretch>
                      <a:fillRect/>
                    </a:stretch>
                  </pic:blipFill>
                  <pic:spPr bwMode="auto">
                    <a:xfrm>
                      <a:off x="0" y="0"/>
                      <a:ext cx="596900" cy="231140"/>
                    </a:xfrm>
                    <a:prstGeom prst="rect">
                      <a:avLst/>
                    </a:prstGeom>
                    <a:noFill/>
                    <a:ln>
                      <a:noFill/>
                    </a:ln>
                  </pic:spPr>
                </pic:pic>
              </a:graphicData>
            </a:graphic>
          </wp:inline>
        </w:drawing>
      </w:r>
      <w:r w:rsidRPr="002417EA">
        <w:rPr>
          <w:rFonts w:ascii="Times New Roman" w:hAnsi="Times New Roman" w:cs="Times New Roman"/>
          <w:position w:val="-12"/>
          <w:sz w:val="28"/>
          <w:szCs w:val="28"/>
          <w:lang w:val="kk-KZ"/>
        </w:rPr>
        <w:t xml:space="preserve"> </w:t>
      </w:r>
      <w:r w:rsidRPr="002417EA">
        <w:rPr>
          <w:rFonts w:ascii="Times New Roman" w:hAnsi="Times New Roman" w:cs="Times New Roman"/>
          <w:color w:val="1B1C1D"/>
          <w:sz w:val="28"/>
          <w:szCs w:val="28"/>
          <w:lang w:val="kk-KZ"/>
        </w:rPr>
        <w:t xml:space="preserve">және </w:t>
      </w:r>
      <w:r w:rsidR="00A135AE" w:rsidRPr="002417EA">
        <w:rPr>
          <w:rFonts w:ascii="Times New Roman" w:hAnsi="Times New Roman" w:cs="Times New Roman"/>
          <w:noProof/>
          <w:position w:val="-10"/>
          <w:sz w:val="28"/>
          <w:szCs w:val="28"/>
        </w:rPr>
        <w:drawing>
          <wp:inline distT="0" distB="0" distL="0" distR="0" wp14:anchorId="6CD49F91" wp14:editId="567D0031">
            <wp:extent cx="692785" cy="231140"/>
            <wp:effectExtent l="0" t="0" r="0" b="0"/>
            <wp:docPr id="1508" name="Рисунок 1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8"/>
                    <pic:cNvPicPr>
                      <a:picLocks noChangeAspect="1" noChangeArrowheads="1"/>
                    </pic:cNvPicPr>
                  </pic:nvPicPr>
                  <pic:blipFill>
                    <a:blip r:embed="rId1935" cstate="print">
                      <a:extLst>
                        <a:ext uri="{28A0092B-C50C-407E-A947-70E740481C1C}">
                          <a14:useLocalDpi xmlns:a14="http://schemas.microsoft.com/office/drawing/2010/main" val="0"/>
                        </a:ext>
                      </a:extLst>
                    </a:blip>
                    <a:srcRect/>
                    <a:stretch>
                      <a:fillRect/>
                    </a:stretch>
                  </pic:blipFill>
                  <pic:spPr bwMode="auto">
                    <a:xfrm>
                      <a:off x="0" y="0"/>
                      <a:ext cx="692785" cy="231140"/>
                    </a:xfrm>
                    <a:prstGeom prst="rect">
                      <a:avLst/>
                    </a:prstGeom>
                    <a:noFill/>
                    <a:ln>
                      <a:noFill/>
                    </a:ln>
                  </pic:spPr>
                </pic:pic>
              </a:graphicData>
            </a:graphic>
          </wp:inline>
        </w:drawing>
      </w:r>
      <w:r w:rsidRPr="002417EA">
        <w:rPr>
          <w:rFonts w:ascii="Times New Roman" w:hAnsi="Times New Roman" w:cs="Times New Roman"/>
          <w:position w:val="-12"/>
          <w:sz w:val="28"/>
          <w:szCs w:val="28"/>
          <w:lang w:val="kk-KZ"/>
        </w:rPr>
        <w:t xml:space="preserve"> </w:t>
      </w:r>
      <w:r w:rsidRPr="002417EA">
        <w:rPr>
          <w:rFonts w:ascii="Times New Roman" w:hAnsi="Times New Roman" w:cs="Times New Roman"/>
          <w:color w:val="1B1C1D"/>
          <w:sz w:val="28"/>
          <w:szCs w:val="28"/>
          <w:lang w:val="kk-KZ"/>
        </w:rPr>
        <w:t xml:space="preserve">нүктелері үшін бұл </w:t>
      </w:r>
      <w:r w:rsidR="00A135AE" w:rsidRPr="002417EA">
        <w:rPr>
          <w:rFonts w:ascii="Times New Roman" w:hAnsi="Times New Roman" w:cs="Times New Roman"/>
          <w:noProof/>
          <w:position w:val="-14"/>
          <w:sz w:val="28"/>
          <w:szCs w:val="28"/>
        </w:rPr>
        <w:drawing>
          <wp:inline distT="0" distB="0" distL="0" distR="0" wp14:anchorId="33FA67ED" wp14:editId="03C719B0">
            <wp:extent cx="1443990" cy="317500"/>
            <wp:effectExtent l="0" t="0" r="3810" b="6350"/>
            <wp:docPr id="1509" name="Рисунок 1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9"/>
                    <pic:cNvPicPr>
                      <a:picLocks noChangeAspect="1" noChangeArrowheads="1"/>
                    </pic:cNvPicPr>
                  </pic:nvPicPr>
                  <pic:blipFill>
                    <a:blip r:embed="rId1936" cstate="print">
                      <a:extLst>
                        <a:ext uri="{28A0092B-C50C-407E-A947-70E740481C1C}">
                          <a14:useLocalDpi xmlns:a14="http://schemas.microsoft.com/office/drawing/2010/main" val="0"/>
                        </a:ext>
                      </a:extLst>
                    </a:blip>
                    <a:srcRect/>
                    <a:stretch>
                      <a:fillRect/>
                    </a:stretch>
                  </pic:blipFill>
                  <pic:spPr bwMode="auto">
                    <a:xfrm>
                      <a:off x="0" y="0"/>
                      <a:ext cx="1443990" cy="317500"/>
                    </a:xfrm>
                    <a:prstGeom prst="rect">
                      <a:avLst/>
                    </a:prstGeom>
                    <a:noFill/>
                    <a:ln>
                      <a:noFill/>
                    </a:ln>
                  </pic:spPr>
                </pic:pic>
              </a:graphicData>
            </a:graphic>
          </wp:inline>
        </w:drawing>
      </w:r>
      <w:r w:rsidRPr="002417EA">
        <w:rPr>
          <w:rFonts w:ascii="Times New Roman" w:hAnsi="Times New Roman" w:cs="Times New Roman"/>
          <w:position w:val="-40"/>
          <w:sz w:val="28"/>
          <w:szCs w:val="28"/>
          <w:lang w:val="kk-KZ"/>
        </w:rPr>
        <w:t xml:space="preserve">  </w:t>
      </w:r>
      <w:r w:rsidRPr="002417EA">
        <w:rPr>
          <w:rFonts w:ascii="Times New Roman" w:hAnsi="Times New Roman" w:cs="Times New Roman"/>
          <w:color w:val="1B1C1D"/>
          <w:sz w:val="28"/>
          <w:szCs w:val="28"/>
          <w:lang w:val="kk-KZ"/>
        </w:rPr>
        <w:t>теңсіздігіне эквивалентті, яғни (1.91) шарты орындалады.</w:t>
      </w:r>
    </w:p>
    <w:p w14:paraId="3275E068" w14:textId="77777777" w:rsidR="003A4ABB" w:rsidRPr="002417EA" w:rsidRDefault="003A4ABB" w:rsidP="00D0605B">
      <w:pPr>
        <w:spacing w:after="0" w:line="240" w:lineRule="auto"/>
        <w:jc w:val="both"/>
        <w:rPr>
          <w:rFonts w:ascii="Times New Roman" w:hAnsi="Times New Roman" w:cs="Times New Roman"/>
          <w:color w:val="1B1C1D"/>
          <w:sz w:val="28"/>
          <w:szCs w:val="28"/>
          <w:lang w:val="kk-KZ"/>
        </w:rPr>
      </w:pPr>
      <w:r w:rsidRPr="002417EA">
        <w:rPr>
          <w:rFonts w:ascii="Times New Roman" w:hAnsi="Times New Roman" w:cs="Times New Roman"/>
          <w:color w:val="1B1C1D"/>
          <w:sz w:val="28"/>
          <w:szCs w:val="28"/>
          <w:lang w:val="kk-KZ"/>
        </w:rPr>
        <w:t>Бұл шарт орындалсын. (1.93) теңдеуінен (1.84), (1.85) ескере отырып, бізде келесі теңдікті аламыз:</w:t>
      </w:r>
    </w:p>
    <w:p w14:paraId="6F2EBAF0" w14:textId="77777777" w:rsidR="003A4ABB" w:rsidRPr="002417EA" w:rsidRDefault="003A4ABB" w:rsidP="00D0605B">
      <w:pPr>
        <w:spacing w:after="0" w:line="240" w:lineRule="auto"/>
        <w:jc w:val="both"/>
        <w:rPr>
          <w:rFonts w:ascii="Times New Roman" w:hAnsi="Times New Roman" w:cs="Times New Roman"/>
          <w:color w:val="1B1C1D"/>
          <w:sz w:val="28"/>
          <w:szCs w:val="28"/>
          <w:lang w:val="kk-KZ"/>
        </w:rPr>
      </w:pPr>
    </w:p>
    <w:p w14:paraId="6EC67C20" w14:textId="46E70C7E" w:rsidR="003A4ABB" w:rsidRPr="002417EA" w:rsidRDefault="00A135AE" w:rsidP="00D0605B">
      <w:pPr>
        <w:spacing w:after="0" w:line="240" w:lineRule="auto"/>
        <w:jc w:val="right"/>
        <w:rPr>
          <w:rFonts w:ascii="Times New Roman" w:hAnsi="Times New Roman" w:cs="Times New Roman"/>
          <w:sz w:val="28"/>
          <w:szCs w:val="28"/>
          <w:lang w:val="kk-KZ"/>
        </w:rPr>
      </w:pPr>
      <w:r w:rsidRPr="002417EA">
        <w:rPr>
          <w:rFonts w:ascii="Times New Roman" w:hAnsi="Times New Roman" w:cs="Times New Roman"/>
          <w:noProof/>
          <w:position w:val="-32"/>
          <w:sz w:val="28"/>
          <w:szCs w:val="28"/>
        </w:rPr>
        <w:drawing>
          <wp:inline distT="0" distB="0" distL="0" distR="0" wp14:anchorId="2871B874" wp14:editId="52209453">
            <wp:extent cx="2743200" cy="500380"/>
            <wp:effectExtent l="0" t="0" r="0" b="0"/>
            <wp:docPr id="1510" name="Рисунок 1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0"/>
                    <pic:cNvPicPr>
                      <a:picLocks noChangeAspect="1" noChangeArrowheads="1"/>
                    </pic:cNvPicPr>
                  </pic:nvPicPr>
                  <pic:blipFill>
                    <a:blip r:embed="rId1937" cstate="print">
                      <a:extLst>
                        <a:ext uri="{28A0092B-C50C-407E-A947-70E740481C1C}">
                          <a14:useLocalDpi xmlns:a14="http://schemas.microsoft.com/office/drawing/2010/main" val="0"/>
                        </a:ext>
                      </a:extLst>
                    </a:blip>
                    <a:srcRect/>
                    <a:stretch>
                      <a:fillRect/>
                    </a:stretch>
                  </pic:blipFill>
                  <pic:spPr bwMode="auto">
                    <a:xfrm>
                      <a:off x="0" y="0"/>
                      <a:ext cx="2743200" cy="500380"/>
                    </a:xfrm>
                    <a:prstGeom prst="rect">
                      <a:avLst/>
                    </a:prstGeom>
                    <a:noFill/>
                    <a:ln>
                      <a:noFill/>
                    </a:ln>
                  </pic:spPr>
                </pic:pic>
              </a:graphicData>
            </a:graphic>
          </wp:inline>
        </w:drawing>
      </w:r>
      <w:r w:rsidR="003A4ABB" w:rsidRPr="002417EA">
        <w:rPr>
          <w:rFonts w:ascii="Times New Roman" w:hAnsi="Times New Roman" w:cs="Times New Roman"/>
          <w:position w:val="-6"/>
          <w:sz w:val="28"/>
          <w:szCs w:val="28"/>
          <w:lang w:val="kk-KZ"/>
        </w:rPr>
        <w:t xml:space="preserve">  </w:t>
      </w:r>
      <w:r w:rsidR="003A4ABB" w:rsidRPr="002417EA">
        <w:rPr>
          <w:rFonts w:ascii="Times New Roman" w:hAnsi="Times New Roman" w:cs="Times New Roman"/>
          <w:position w:val="-34"/>
          <w:sz w:val="28"/>
          <w:szCs w:val="28"/>
          <w:lang w:val="kk-KZ"/>
        </w:rPr>
        <w:t xml:space="preserve">     </w:t>
      </w:r>
      <w:r w:rsidR="003A4ABB" w:rsidRPr="002417EA">
        <w:rPr>
          <w:rFonts w:ascii="Times New Roman" w:hAnsi="Times New Roman" w:cs="Times New Roman"/>
          <w:position w:val="-30"/>
          <w:sz w:val="28"/>
          <w:szCs w:val="28"/>
          <w:lang w:val="kk-KZ"/>
        </w:rPr>
        <w:t xml:space="preserve">                </w:t>
      </w:r>
      <w:r w:rsidR="003A4ABB" w:rsidRPr="002417EA">
        <w:rPr>
          <w:rFonts w:ascii="Times New Roman" w:hAnsi="Times New Roman" w:cs="Times New Roman"/>
          <w:sz w:val="28"/>
          <w:szCs w:val="28"/>
          <w:lang w:val="kk-KZ"/>
        </w:rPr>
        <w:t>(1.96)</w:t>
      </w:r>
    </w:p>
    <w:p w14:paraId="4F94CA0A" w14:textId="77777777" w:rsidR="003A4ABB" w:rsidRPr="002417EA" w:rsidRDefault="003A4ABB" w:rsidP="00D0605B">
      <w:pPr>
        <w:spacing w:after="0" w:line="240" w:lineRule="auto"/>
        <w:rPr>
          <w:rFonts w:ascii="Times New Roman" w:hAnsi="Times New Roman" w:cs="Times New Roman"/>
          <w:color w:val="1B1C1D"/>
          <w:sz w:val="28"/>
          <w:szCs w:val="28"/>
          <w:lang w:val="kk-KZ"/>
        </w:rPr>
      </w:pPr>
    </w:p>
    <w:p w14:paraId="1A17C990" w14:textId="09D4854B" w:rsidR="003A4ABB" w:rsidRPr="002417EA" w:rsidRDefault="003A4ABB" w:rsidP="00D0605B">
      <w:pPr>
        <w:spacing w:after="0" w:line="240" w:lineRule="auto"/>
        <w:jc w:val="both"/>
        <w:rPr>
          <w:rFonts w:ascii="Times New Roman" w:hAnsi="Times New Roman" w:cs="Times New Roman"/>
          <w:color w:val="1B1C1D"/>
          <w:sz w:val="28"/>
          <w:szCs w:val="28"/>
          <w:lang w:val="kk-KZ"/>
        </w:rPr>
      </w:pPr>
      <w:r w:rsidRPr="002417EA">
        <w:rPr>
          <w:rFonts w:ascii="Times New Roman" w:hAnsi="Times New Roman" w:cs="Times New Roman"/>
          <w:color w:val="1B1C1D"/>
          <w:sz w:val="28"/>
          <w:szCs w:val="28"/>
          <w:lang w:val="kk-KZ"/>
        </w:rPr>
        <w:t xml:space="preserve">(1.94) түрлендіруі бөлшек-сызықтықты жоғарғы жарты жазықтықта </w:t>
      </w:r>
      <w:r w:rsidR="00A135AE" w:rsidRPr="002417EA">
        <w:rPr>
          <w:rFonts w:ascii="Times New Roman" w:hAnsi="Times New Roman" w:cs="Times New Roman"/>
          <w:noProof/>
          <w:position w:val="-12"/>
          <w:sz w:val="28"/>
          <w:szCs w:val="28"/>
        </w:rPr>
        <w:drawing>
          <wp:inline distT="0" distB="0" distL="0" distR="0" wp14:anchorId="2DBE0D50" wp14:editId="54959727">
            <wp:extent cx="231140" cy="231140"/>
            <wp:effectExtent l="0" t="0" r="0" b="0"/>
            <wp:docPr id="1511" name="Рисунок 1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
                    <pic:cNvPicPr>
                      <a:picLocks noChangeAspect="1" noChangeArrowheads="1"/>
                    </pic:cNvPicPr>
                  </pic:nvPicPr>
                  <pic:blipFill>
                    <a:blip r:embed="rId1938" cstate="print">
                      <a:extLst>
                        <a:ext uri="{28A0092B-C50C-407E-A947-70E740481C1C}">
                          <a14:useLocalDpi xmlns:a14="http://schemas.microsoft.com/office/drawing/2010/main" val="0"/>
                        </a:ext>
                      </a:extLst>
                    </a:blip>
                    <a:srcRect/>
                    <a:stretch>
                      <a:fillRect/>
                    </a:stretch>
                  </pic:blipFill>
                  <pic:spPr bwMode="auto">
                    <a:xfrm>
                      <a:off x="0" y="0"/>
                      <a:ext cx="231140" cy="231140"/>
                    </a:xfrm>
                    <a:prstGeom prst="rect">
                      <a:avLst/>
                    </a:prstGeom>
                    <a:noFill/>
                    <a:ln>
                      <a:noFill/>
                    </a:ln>
                  </pic:spPr>
                </pic:pic>
              </a:graphicData>
            </a:graphic>
          </wp:inline>
        </w:drawing>
      </w:r>
      <w:r w:rsidRPr="002417EA">
        <w:rPr>
          <w:rFonts w:ascii="Times New Roman" w:hAnsi="Times New Roman" w:cs="Times New Roman"/>
          <w:position w:val="-12"/>
          <w:sz w:val="28"/>
          <w:szCs w:val="28"/>
          <w:lang w:val="kk-KZ"/>
        </w:rPr>
        <w:t xml:space="preserve"> </w:t>
      </w:r>
      <w:r w:rsidRPr="002417EA">
        <w:rPr>
          <w:rFonts w:ascii="Times New Roman" w:hAnsi="Times New Roman" w:cs="Times New Roman"/>
          <w:color w:val="1B1C1D"/>
          <w:sz w:val="28"/>
          <w:szCs w:val="28"/>
          <w:lang w:val="kk-KZ"/>
        </w:rPr>
        <w:t>шеңберінің сыртқы аймағына бейнелейді, себебі</w:t>
      </w:r>
    </w:p>
    <w:p w14:paraId="1D9C4A51" w14:textId="77777777" w:rsidR="003A4ABB" w:rsidRPr="002417EA" w:rsidRDefault="003A4ABB" w:rsidP="00D0605B">
      <w:pPr>
        <w:spacing w:after="0" w:line="240" w:lineRule="auto"/>
        <w:jc w:val="both"/>
        <w:rPr>
          <w:rFonts w:ascii="Times New Roman" w:hAnsi="Times New Roman" w:cs="Times New Roman"/>
          <w:color w:val="1B1C1D"/>
          <w:sz w:val="28"/>
          <w:szCs w:val="28"/>
          <w:lang w:val="kk-KZ"/>
        </w:rPr>
      </w:pPr>
    </w:p>
    <w:p w14:paraId="0FDBD753" w14:textId="36F11A35" w:rsidR="003A4ABB" w:rsidRPr="002417EA" w:rsidRDefault="003A4ABB" w:rsidP="00D0605B">
      <w:pPr>
        <w:spacing w:after="0" w:line="240" w:lineRule="auto"/>
        <w:jc w:val="center"/>
        <w:rPr>
          <w:rFonts w:ascii="Times New Roman" w:hAnsi="Times New Roman" w:cs="Times New Roman"/>
          <w:position w:val="-40"/>
          <w:sz w:val="28"/>
          <w:szCs w:val="28"/>
        </w:rPr>
      </w:pPr>
      <w:r w:rsidRPr="002417EA">
        <w:rPr>
          <w:rFonts w:ascii="Times New Roman" w:hAnsi="Times New Roman" w:cs="Times New Roman"/>
          <w:position w:val="-32"/>
          <w:sz w:val="28"/>
          <w:szCs w:val="28"/>
          <w:lang w:val="kk-KZ"/>
        </w:rPr>
        <w:t xml:space="preserve">                       </w:t>
      </w:r>
      <w:r w:rsidR="00A135AE" w:rsidRPr="002417EA">
        <w:rPr>
          <w:rFonts w:ascii="Times New Roman" w:hAnsi="Times New Roman" w:cs="Times New Roman"/>
          <w:noProof/>
          <w:position w:val="-40"/>
          <w:sz w:val="28"/>
          <w:szCs w:val="28"/>
        </w:rPr>
        <w:drawing>
          <wp:inline distT="0" distB="0" distL="0" distR="0" wp14:anchorId="6F11815D" wp14:editId="12D95726">
            <wp:extent cx="2329180" cy="596900"/>
            <wp:effectExtent l="0" t="0" r="0" b="0"/>
            <wp:docPr id="1512" name="Рисунок 1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2"/>
                    <pic:cNvPicPr>
                      <a:picLocks noChangeAspect="1" noChangeArrowheads="1"/>
                    </pic:cNvPicPr>
                  </pic:nvPicPr>
                  <pic:blipFill>
                    <a:blip r:embed="rId1939" cstate="print">
                      <a:extLst>
                        <a:ext uri="{28A0092B-C50C-407E-A947-70E740481C1C}">
                          <a14:useLocalDpi xmlns:a14="http://schemas.microsoft.com/office/drawing/2010/main" val="0"/>
                        </a:ext>
                      </a:extLst>
                    </a:blip>
                    <a:srcRect/>
                    <a:stretch>
                      <a:fillRect/>
                    </a:stretch>
                  </pic:blipFill>
                  <pic:spPr bwMode="auto">
                    <a:xfrm>
                      <a:off x="0" y="0"/>
                      <a:ext cx="2329180" cy="596900"/>
                    </a:xfrm>
                    <a:prstGeom prst="rect">
                      <a:avLst/>
                    </a:prstGeom>
                    <a:noFill/>
                    <a:ln>
                      <a:noFill/>
                    </a:ln>
                  </pic:spPr>
                </pic:pic>
              </a:graphicData>
            </a:graphic>
          </wp:inline>
        </w:drawing>
      </w:r>
    </w:p>
    <w:p w14:paraId="7FE05314" w14:textId="77777777" w:rsidR="003A4ABB" w:rsidRPr="002417EA" w:rsidRDefault="003A4ABB" w:rsidP="00D0605B">
      <w:pPr>
        <w:spacing w:after="0" w:line="240" w:lineRule="auto"/>
        <w:jc w:val="both"/>
        <w:rPr>
          <w:rFonts w:ascii="Times New Roman" w:hAnsi="Times New Roman" w:cs="Times New Roman"/>
          <w:b/>
          <w:color w:val="1B1C1D"/>
          <w:sz w:val="28"/>
          <w:szCs w:val="28"/>
        </w:rPr>
      </w:pPr>
    </w:p>
    <w:p w14:paraId="5BE034DA" w14:textId="3296FDFB" w:rsidR="003A4ABB" w:rsidRPr="002417EA" w:rsidRDefault="003A4ABB" w:rsidP="00D0605B">
      <w:pPr>
        <w:spacing w:after="0" w:line="240" w:lineRule="auto"/>
        <w:jc w:val="both"/>
        <w:rPr>
          <w:rFonts w:ascii="Times New Roman" w:hAnsi="Times New Roman" w:cs="Times New Roman"/>
          <w:color w:val="1B1C1D"/>
          <w:sz w:val="28"/>
          <w:szCs w:val="28"/>
        </w:rPr>
      </w:pPr>
      <w:r w:rsidRPr="002417EA">
        <w:rPr>
          <w:rFonts w:ascii="Times New Roman" w:hAnsi="Times New Roman" w:cs="Times New Roman"/>
          <w:color w:val="1B1C1D"/>
          <w:sz w:val="28"/>
          <w:szCs w:val="28"/>
        </w:rPr>
        <w:t xml:space="preserve">Сондықтан, </w:t>
      </w:r>
      <w:r w:rsidR="00A135AE" w:rsidRPr="002417EA">
        <w:rPr>
          <w:rFonts w:ascii="Times New Roman" w:hAnsi="Times New Roman" w:cs="Times New Roman"/>
          <w:noProof/>
          <w:position w:val="-4"/>
          <w:sz w:val="28"/>
          <w:szCs w:val="28"/>
        </w:rPr>
        <w:drawing>
          <wp:inline distT="0" distB="0" distL="0" distR="0" wp14:anchorId="0D9CBBAF" wp14:editId="6213F47B">
            <wp:extent cx="134620" cy="211455"/>
            <wp:effectExtent l="0" t="0" r="0" b="0"/>
            <wp:docPr id="1513" name="Рисунок 1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3"/>
                    <pic:cNvPicPr>
                      <a:picLocks noChangeAspect="1" noChangeArrowheads="1"/>
                    </pic:cNvPicPr>
                  </pic:nvPicPr>
                  <pic:blipFill>
                    <a:blip r:embed="rId1940" cstate="print">
                      <a:extLst>
                        <a:ext uri="{28A0092B-C50C-407E-A947-70E740481C1C}">
                          <a14:useLocalDpi xmlns:a14="http://schemas.microsoft.com/office/drawing/2010/main" val="0"/>
                        </a:ext>
                      </a:extLst>
                    </a:blip>
                    <a:srcRect/>
                    <a:stretch>
                      <a:fillRect/>
                    </a:stretch>
                  </pic:blipFill>
                  <pic:spPr bwMode="auto">
                    <a:xfrm>
                      <a:off x="0" y="0"/>
                      <a:ext cx="134620" cy="211455"/>
                    </a:xfrm>
                    <a:prstGeom prst="rect">
                      <a:avLst/>
                    </a:prstGeom>
                    <a:noFill/>
                    <a:ln>
                      <a:noFill/>
                    </a:ln>
                  </pic:spPr>
                </pic:pic>
              </a:graphicData>
            </a:graphic>
          </wp:inline>
        </w:drawing>
      </w:r>
      <w:r w:rsidRPr="002417EA">
        <w:rPr>
          <w:rFonts w:ascii="Times New Roman" w:hAnsi="Times New Roman" w:cs="Times New Roman"/>
          <w:color w:val="1B1C1D"/>
          <w:sz w:val="28"/>
          <w:szCs w:val="28"/>
        </w:rPr>
        <w:t xml:space="preserve"> бірлік шеңберін сағат тіліне қарсы айналып өткенде, </w:t>
      </w:r>
      <w:r w:rsidR="00A135AE" w:rsidRPr="002417EA">
        <w:rPr>
          <w:rFonts w:ascii="Times New Roman" w:hAnsi="Times New Roman" w:cs="Times New Roman"/>
          <w:noProof/>
          <w:position w:val="-12"/>
          <w:sz w:val="28"/>
          <w:szCs w:val="28"/>
        </w:rPr>
        <w:drawing>
          <wp:inline distT="0" distB="0" distL="0" distR="0" wp14:anchorId="50D8D575" wp14:editId="671E9BDF">
            <wp:extent cx="596900" cy="231140"/>
            <wp:effectExtent l="0" t="0" r="0" b="0"/>
            <wp:docPr id="1514" name="Рисунок 1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4"/>
                    <pic:cNvPicPr>
                      <a:picLocks noChangeAspect="1" noChangeArrowheads="1"/>
                    </pic:cNvPicPr>
                  </pic:nvPicPr>
                  <pic:blipFill>
                    <a:blip r:embed="rId1941" cstate="print">
                      <a:extLst>
                        <a:ext uri="{28A0092B-C50C-407E-A947-70E740481C1C}">
                          <a14:useLocalDpi xmlns:a14="http://schemas.microsoft.com/office/drawing/2010/main" val="0"/>
                        </a:ext>
                      </a:extLst>
                    </a:blip>
                    <a:srcRect/>
                    <a:stretch>
                      <a:fillRect/>
                    </a:stretch>
                  </pic:blipFill>
                  <pic:spPr bwMode="auto">
                    <a:xfrm>
                      <a:off x="0" y="0"/>
                      <a:ext cx="596900" cy="231140"/>
                    </a:xfrm>
                    <a:prstGeom prst="rect">
                      <a:avLst/>
                    </a:prstGeom>
                    <a:noFill/>
                    <a:ln>
                      <a:noFill/>
                    </a:ln>
                  </pic:spPr>
                </pic:pic>
              </a:graphicData>
            </a:graphic>
          </wp:inline>
        </w:drawing>
      </w:r>
      <w:r w:rsidRPr="002417EA">
        <w:rPr>
          <w:rFonts w:ascii="Times New Roman" w:hAnsi="Times New Roman" w:cs="Times New Roman"/>
          <w:position w:val="-12"/>
          <w:sz w:val="28"/>
          <w:szCs w:val="28"/>
          <w:lang w:val="kk-KZ"/>
        </w:rPr>
        <w:t xml:space="preserve"> </w:t>
      </w:r>
      <w:r w:rsidRPr="002417EA">
        <w:rPr>
          <w:rFonts w:ascii="Times New Roman" w:hAnsi="Times New Roman" w:cs="Times New Roman"/>
          <w:color w:val="1B1C1D"/>
          <w:sz w:val="28"/>
          <w:szCs w:val="28"/>
        </w:rPr>
        <w:t xml:space="preserve">нүктесі </w:t>
      </w:r>
      <w:r w:rsidR="00A135AE" w:rsidRPr="002417EA">
        <w:rPr>
          <w:rFonts w:ascii="Times New Roman" w:hAnsi="Times New Roman" w:cs="Times New Roman"/>
          <w:noProof/>
          <w:position w:val="-12"/>
          <w:sz w:val="28"/>
          <w:szCs w:val="28"/>
        </w:rPr>
        <w:drawing>
          <wp:inline distT="0" distB="0" distL="0" distR="0" wp14:anchorId="2981BBC7" wp14:editId="2EF16658">
            <wp:extent cx="231140" cy="231140"/>
            <wp:effectExtent l="0" t="0" r="0" b="0"/>
            <wp:docPr id="1515" name="Рисунок 1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5"/>
                    <pic:cNvPicPr>
                      <a:picLocks noChangeAspect="1" noChangeArrowheads="1"/>
                    </pic:cNvPicPr>
                  </pic:nvPicPr>
                  <pic:blipFill>
                    <a:blip r:embed="rId1942" cstate="print">
                      <a:extLst>
                        <a:ext uri="{28A0092B-C50C-407E-A947-70E740481C1C}">
                          <a14:useLocalDpi xmlns:a14="http://schemas.microsoft.com/office/drawing/2010/main" val="0"/>
                        </a:ext>
                      </a:extLst>
                    </a:blip>
                    <a:srcRect/>
                    <a:stretch>
                      <a:fillRect/>
                    </a:stretch>
                  </pic:blipFill>
                  <pic:spPr bwMode="auto">
                    <a:xfrm>
                      <a:off x="0" y="0"/>
                      <a:ext cx="231140" cy="231140"/>
                    </a:xfrm>
                    <a:prstGeom prst="rect">
                      <a:avLst/>
                    </a:prstGeom>
                    <a:noFill/>
                    <a:ln>
                      <a:noFill/>
                    </a:ln>
                  </pic:spPr>
                </pic:pic>
              </a:graphicData>
            </a:graphic>
          </wp:inline>
        </w:drawing>
      </w:r>
      <w:r w:rsidRPr="002417EA">
        <w:rPr>
          <w:rFonts w:ascii="Times New Roman" w:hAnsi="Times New Roman" w:cs="Times New Roman"/>
          <w:position w:val="-12"/>
          <w:sz w:val="28"/>
          <w:szCs w:val="28"/>
        </w:rPr>
        <w:t xml:space="preserve"> </w:t>
      </w:r>
      <w:r w:rsidRPr="002417EA">
        <w:rPr>
          <w:rFonts w:ascii="Times New Roman" w:hAnsi="Times New Roman" w:cs="Times New Roman"/>
          <w:color w:val="1B1C1D"/>
          <w:sz w:val="28"/>
          <w:szCs w:val="28"/>
        </w:rPr>
        <w:t>сағат тілімен екі рет айналып өтеді. Салдарынан, өсім (приращение)</w:t>
      </w:r>
    </w:p>
    <w:p w14:paraId="43588283" w14:textId="77777777" w:rsidR="003A4ABB" w:rsidRPr="002417EA" w:rsidRDefault="003A4ABB" w:rsidP="00D0605B">
      <w:pPr>
        <w:spacing w:after="0" w:line="240" w:lineRule="auto"/>
        <w:rPr>
          <w:rFonts w:ascii="Times New Roman" w:hAnsi="Times New Roman" w:cs="Times New Roman"/>
          <w:color w:val="1B1C1D"/>
          <w:sz w:val="28"/>
          <w:szCs w:val="28"/>
        </w:rPr>
      </w:pPr>
    </w:p>
    <w:p w14:paraId="3593A3F9" w14:textId="0336E2FE" w:rsidR="003A4ABB" w:rsidRPr="002417EA" w:rsidRDefault="00A135AE" w:rsidP="00D0605B">
      <w:pPr>
        <w:spacing w:after="0" w:line="240" w:lineRule="auto"/>
        <w:jc w:val="center"/>
        <w:rPr>
          <w:rFonts w:ascii="Times New Roman" w:hAnsi="Times New Roman" w:cs="Times New Roman"/>
          <w:position w:val="-12"/>
          <w:sz w:val="28"/>
          <w:szCs w:val="28"/>
        </w:rPr>
      </w:pPr>
      <w:r w:rsidRPr="002417EA">
        <w:rPr>
          <w:rFonts w:ascii="Times New Roman" w:hAnsi="Times New Roman" w:cs="Times New Roman"/>
          <w:noProof/>
          <w:position w:val="-16"/>
          <w:sz w:val="28"/>
          <w:szCs w:val="28"/>
        </w:rPr>
        <w:drawing>
          <wp:inline distT="0" distB="0" distL="0" distR="0" wp14:anchorId="710D85B3" wp14:editId="296AD9EB">
            <wp:extent cx="4157980" cy="231140"/>
            <wp:effectExtent l="0" t="0" r="0" b="0"/>
            <wp:docPr id="1516" name="Рисунок 1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6"/>
                    <pic:cNvPicPr>
                      <a:picLocks noChangeAspect="1" noChangeArrowheads="1"/>
                    </pic:cNvPicPr>
                  </pic:nvPicPr>
                  <pic:blipFill>
                    <a:blip r:embed="rId1943" cstate="print">
                      <a:extLst>
                        <a:ext uri="{28A0092B-C50C-407E-A947-70E740481C1C}">
                          <a14:useLocalDpi xmlns:a14="http://schemas.microsoft.com/office/drawing/2010/main" val="0"/>
                        </a:ext>
                      </a:extLst>
                    </a:blip>
                    <a:srcRect/>
                    <a:stretch>
                      <a:fillRect/>
                    </a:stretch>
                  </pic:blipFill>
                  <pic:spPr bwMode="auto">
                    <a:xfrm>
                      <a:off x="0" y="0"/>
                      <a:ext cx="4157980" cy="231140"/>
                    </a:xfrm>
                    <a:prstGeom prst="rect">
                      <a:avLst/>
                    </a:prstGeom>
                    <a:noFill/>
                    <a:ln>
                      <a:noFill/>
                    </a:ln>
                  </pic:spPr>
                </pic:pic>
              </a:graphicData>
            </a:graphic>
          </wp:inline>
        </w:drawing>
      </w:r>
    </w:p>
    <w:p w14:paraId="7C064CC3" w14:textId="77777777" w:rsidR="003A4ABB" w:rsidRPr="002417EA" w:rsidRDefault="003A4ABB" w:rsidP="00E037F5">
      <w:pPr>
        <w:spacing w:after="0" w:line="240" w:lineRule="auto"/>
        <w:rPr>
          <w:rFonts w:ascii="Times New Roman" w:hAnsi="Times New Roman" w:cs="Times New Roman"/>
          <w:position w:val="-12"/>
          <w:sz w:val="28"/>
          <w:szCs w:val="28"/>
          <w:lang w:val="kk-KZ"/>
        </w:rPr>
      </w:pPr>
    </w:p>
    <w:p w14:paraId="18BBD5B8" w14:textId="77777777" w:rsidR="003A4ABB" w:rsidRPr="002417EA" w:rsidRDefault="003A4ABB" w:rsidP="00D0605B">
      <w:pPr>
        <w:spacing w:after="0" w:line="240" w:lineRule="auto"/>
        <w:jc w:val="both"/>
        <w:rPr>
          <w:rFonts w:ascii="Times New Roman" w:hAnsi="Times New Roman" w:cs="Times New Roman"/>
          <w:color w:val="1B1C1D"/>
          <w:sz w:val="28"/>
          <w:szCs w:val="28"/>
          <w:lang w:val="kk-KZ"/>
        </w:rPr>
      </w:pPr>
      <w:r w:rsidRPr="002417EA">
        <w:rPr>
          <w:rFonts w:ascii="Times New Roman" w:hAnsi="Times New Roman" w:cs="Times New Roman"/>
          <w:color w:val="1B1C1D"/>
          <w:sz w:val="28"/>
          <w:szCs w:val="28"/>
          <w:lang w:val="kk-KZ"/>
        </w:rPr>
        <w:t>Әрі қарай, сағат тілімен алынған өсімді ескерейік:</w:t>
      </w:r>
      <w:r w:rsidRPr="002417EA">
        <w:rPr>
          <w:rFonts w:ascii="Times New Roman" w:hAnsi="Times New Roman" w:cs="Times New Roman"/>
          <w:sz w:val="28"/>
          <w:szCs w:val="28"/>
          <w:lang w:val="kk-KZ"/>
        </w:rPr>
        <w:t xml:space="preserve"> </w:t>
      </w:r>
      <w:r w:rsidRPr="002417EA">
        <w:rPr>
          <w:rFonts w:ascii="Times New Roman" w:hAnsi="Times New Roman" w:cs="Times New Roman"/>
          <w:color w:val="1B1C1D"/>
          <w:sz w:val="28"/>
          <w:szCs w:val="28"/>
          <w:lang w:val="kk-KZ"/>
        </w:rPr>
        <w:t>басқа жағдайда</w:t>
      </w:r>
    </w:p>
    <w:p w14:paraId="7902B780" w14:textId="77777777" w:rsidR="003A4ABB" w:rsidRPr="002417EA" w:rsidRDefault="003A4ABB" w:rsidP="00D0605B">
      <w:pPr>
        <w:spacing w:after="0" w:line="240" w:lineRule="auto"/>
        <w:jc w:val="both"/>
        <w:rPr>
          <w:rFonts w:ascii="Times New Roman" w:hAnsi="Times New Roman" w:cs="Times New Roman"/>
          <w:color w:val="1B1C1D"/>
          <w:sz w:val="28"/>
          <w:szCs w:val="28"/>
          <w:lang w:val="kk-KZ"/>
        </w:rPr>
      </w:pPr>
    </w:p>
    <w:p w14:paraId="7846AA86" w14:textId="6A5F2859" w:rsidR="003A4ABB" w:rsidRPr="002417EA" w:rsidRDefault="00A135AE" w:rsidP="00D0605B">
      <w:pPr>
        <w:spacing w:after="0" w:line="240" w:lineRule="auto"/>
        <w:jc w:val="center"/>
        <w:rPr>
          <w:rFonts w:ascii="Times New Roman" w:hAnsi="Times New Roman" w:cs="Times New Roman"/>
          <w:position w:val="-12"/>
          <w:sz w:val="28"/>
          <w:szCs w:val="28"/>
          <w:lang w:val="kk-KZ"/>
        </w:rPr>
      </w:pPr>
      <w:r w:rsidRPr="002417EA">
        <w:rPr>
          <w:rFonts w:ascii="Times New Roman" w:hAnsi="Times New Roman" w:cs="Times New Roman"/>
          <w:noProof/>
          <w:position w:val="-36"/>
          <w:sz w:val="28"/>
          <w:szCs w:val="28"/>
        </w:rPr>
        <w:drawing>
          <wp:inline distT="0" distB="0" distL="0" distR="0" wp14:anchorId="2ECF1E03" wp14:editId="449384EC">
            <wp:extent cx="3282315" cy="529590"/>
            <wp:effectExtent l="0" t="0" r="0" b="3810"/>
            <wp:docPr id="1517" name="Рисунок 1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7"/>
                    <pic:cNvPicPr>
                      <a:picLocks noChangeAspect="1" noChangeArrowheads="1"/>
                    </pic:cNvPicPr>
                  </pic:nvPicPr>
                  <pic:blipFill>
                    <a:blip r:embed="rId1944" cstate="print">
                      <a:extLst>
                        <a:ext uri="{28A0092B-C50C-407E-A947-70E740481C1C}">
                          <a14:useLocalDpi xmlns:a14="http://schemas.microsoft.com/office/drawing/2010/main" val="0"/>
                        </a:ext>
                      </a:extLst>
                    </a:blip>
                    <a:srcRect/>
                    <a:stretch>
                      <a:fillRect/>
                    </a:stretch>
                  </pic:blipFill>
                  <pic:spPr bwMode="auto">
                    <a:xfrm>
                      <a:off x="0" y="0"/>
                      <a:ext cx="3282315" cy="529590"/>
                    </a:xfrm>
                    <a:prstGeom prst="rect">
                      <a:avLst/>
                    </a:prstGeom>
                    <a:noFill/>
                    <a:ln>
                      <a:noFill/>
                    </a:ln>
                  </pic:spPr>
                </pic:pic>
              </a:graphicData>
            </a:graphic>
          </wp:inline>
        </w:drawing>
      </w:r>
    </w:p>
    <w:p w14:paraId="4A08CECA" w14:textId="77777777" w:rsidR="003A4ABB" w:rsidRPr="002417EA" w:rsidRDefault="003A4ABB" w:rsidP="00D0605B">
      <w:pPr>
        <w:spacing w:after="0" w:line="240" w:lineRule="auto"/>
        <w:rPr>
          <w:rFonts w:ascii="Times New Roman" w:hAnsi="Times New Roman" w:cs="Times New Roman"/>
          <w:position w:val="-12"/>
          <w:sz w:val="28"/>
          <w:szCs w:val="28"/>
          <w:lang w:val="kk-KZ"/>
        </w:rPr>
      </w:pPr>
    </w:p>
    <w:p w14:paraId="4EF1FBD1" w14:textId="7B34556D" w:rsidR="003A4ABB" w:rsidRPr="002417EA" w:rsidRDefault="003A4ABB" w:rsidP="00A24934">
      <w:pPr>
        <w:spacing w:after="0" w:line="240" w:lineRule="auto"/>
        <w:ind w:firstLine="567"/>
        <w:jc w:val="both"/>
        <w:rPr>
          <w:rFonts w:ascii="Times New Roman" w:hAnsi="Times New Roman" w:cs="Times New Roman"/>
          <w:position w:val="-6"/>
          <w:sz w:val="28"/>
          <w:szCs w:val="28"/>
          <w:lang w:val="kk-KZ"/>
        </w:rPr>
      </w:pPr>
      <w:r w:rsidRPr="002417EA">
        <w:rPr>
          <w:rFonts w:ascii="Times New Roman" w:hAnsi="Times New Roman" w:cs="Times New Roman"/>
          <w:color w:val="1B1C1D"/>
          <w:sz w:val="28"/>
          <w:szCs w:val="28"/>
          <w:lang w:val="kk-KZ"/>
        </w:rPr>
        <w:t xml:space="preserve">Бұл өрнектерді (1.96) теңдеуіне қойғанда, біз </w:t>
      </w:r>
      <w:r w:rsidR="00A135AE" w:rsidRPr="002417EA">
        <w:rPr>
          <w:rFonts w:ascii="Times New Roman" w:hAnsi="Times New Roman" w:cs="Times New Roman"/>
          <w:noProof/>
          <w:position w:val="-12"/>
          <w:sz w:val="28"/>
          <w:szCs w:val="28"/>
        </w:rPr>
        <w:drawing>
          <wp:inline distT="0" distB="0" distL="0" distR="0" wp14:anchorId="5ABF27D7" wp14:editId="57C9FE79">
            <wp:extent cx="1145540" cy="231140"/>
            <wp:effectExtent l="0" t="0" r="0" b="0"/>
            <wp:docPr id="1518" name="Рисунок 1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8"/>
                    <pic:cNvPicPr>
                      <a:picLocks noChangeAspect="1" noChangeArrowheads="1"/>
                    </pic:cNvPicPr>
                  </pic:nvPicPr>
                  <pic:blipFill>
                    <a:blip r:embed="rId1945" cstate="print">
                      <a:extLst>
                        <a:ext uri="{28A0092B-C50C-407E-A947-70E740481C1C}">
                          <a14:useLocalDpi xmlns:a14="http://schemas.microsoft.com/office/drawing/2010/main" val="0"/>
                        </a:ext>
                      </a:extLst>
                    </a:blip>
                    <a:srcRect/>
                    <a:stretch>
                      <a:fillRect/>
                    </a:stretch>
                  </pic:blipFill>
                  <pic:spPr bwMode="auto">
                    <a:xfrm>
                      <a:off x="0" y="0"/>
                      <a:ext cx="1145540" cy="231140"/>
                    </a:xfrm>
                    <a:prstGeom prst="rect">
                      <a:avLst/>
                    </a:prstGeom>
                    <a:noFill/>
                    <a:ln>
                      <a:noFill/>
                    </a:ln>
                  </pic:spPr>
                </pic:pic>
              </a:graphicData>
            </a:graphic>
          </wp:inline>
        </w:drawing>
      </w:r>
      <w:r w:rsidRPr="002417EA">
        <w:rPr>
          <w:rFonts w:ascii="Times New Roman" w:hAnsi="Times New Roman" w:cs="Times New Roman"/>
          <w:position w:val="-12"/>
          <w:sz w:val="28"/>
          <w:szCs w:val="28"/>
          <w:lang w:val="kk-KZ"/>
        </w:rPr>
        <w:t xml:space="preserve"> </w:t>
      </w:r>
      <w:r w:rsidRPr="002417EA">
        <w:rPr>
          <w:rFonts w:ascii="Times New Roman" w:hAnsi="Times New Roman" w:cs="Times New Roman"/>
          <w:color w:val="1B1C1D"/>
          <w:sz w:val="28"/>
          <w:szCs w:val="28"/>
          <w:lang w:val="kk-KZ"/>
        </w:rPr>
        <w:t xml:space="preserve">теңдігіне келеміз, мұнда </w:t>
      </w:r>
      <w:r w:rsidR="00A135AE" w:rsidRPr="002417EA">
        <w:rPr>
          <w:rFonts w:ascii="Times New Roman" w:hAnsi="Times New Roman" w:cs="Times New Roman"/>
          <w:noProof/>
          <w:position w:val="-12"/>
          <w:sz w:val="28"/>
          <w:szCs w:val="28"/>
        </w:rPr>
        <w:drawing>
          <wp:inline distT="0" distB="0" distL="0" distR="0" wp14:anchorId="72683945" wp14:editId="23F25CA3">
            <wp:extent cx="231140" cy="231140"/>
            <wp:effectExtent l="0" t="0" r="0" b="0"/>
            <wp:docPr id="1519" name="Рисунок 1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9"/>
                    <pic:cNvPicPr>
                      <a:picLocks noChangeAspect="1" noChangeArrowheads="1"/>
                    </pic:cNvPicPr>
                  </pic:nvPicPr>
                  <pic:blipFill>
                    <a:blip r:embed="rId1946" cstate="print">
                      <a:extLst>
                        <a:ext uri="{28A0092B-C50C-407E-A947-70E740481C1C}">
                          <a14:useLocalDpi xmlns:a14="http://schemas.microsoft.com/office/drawing/2010/main" val="0"/>
                        </a:ext>
                      </a:extLst>
                    </a:blip>
                    <a:srcRect/>
                    <a:stretch>
                      <a:fillRect/>
                    </a:stretch>
                  </pic:blipFill>
                  <pic:spPr bwMode="auto">
                    <a:xfrm>
                      <a:off x="0" y="0"/>
                      <a:ext cx="231140" cy="231140"/>
                    </a:xfrm>
                    <a:prstGeom prst="rect">
                      <a:avLst/>
                    </a:prstGeom>
                    <a:noFill/>
                    <a:ln>
                      <a:noFill/>
                    </a:ln>
                  </pic:spPr>
                </pic:pic>
              </a:graphicData>
            </a:graphic>
          </wp:inline>
        </w:drawing>
      </w:r>
      <w:r w:rsidRPr="002417EA">
        <w:rPr>
          <w:rFonts w:ascii="Times New Roman" w:hAnsi="Times New Roman" w:cs="Times New Roman"/>
          <w:position w:val="-12"/>
          <w:sz w:val="28"/>
          <w:szCs w:val="28"/>
          <w:lang w:val="kk-KZ"/>
        </w:rPr>
        <w:t xml:space="preserve"> </w:t>
      </w:r>
      <w:r w:rsidRPr="002417EA">
        <w:rPr>
          <w:rFonts w:ascii="Times New Roman" w:hAnsi="Times New Roman" w:cs="Times New Roman"/>
          <w:color w:val="1B1C1D"/>
          <w:sz w:val="28"/>
          <w:szCs w:val="28"/>
          <w:lang w:val="kk-KZ"/>
        </w:rPr>
        <w:t xml:space="preserve">шеңберінің ішінде жатқан </w:t>
      </w:r>
      <w:r w:rsidR="00A135AE" w:rsidRPr="002417EA">
        <w:rPr>
          <w:rFonts w:ascii="Times New Roman" w:hAnsi="Times New Roman" w:cs="Times New Roman"/>
          <w:noProof/>
          <w:position w:val="-12"/>
          <w:sz w:val="28"/>
          <w:szCs w:val="28"/>
        </w:rPr>
        <w:drawing>
          <wp:inline distT="0" distB="0" distL="0" distR="0" wp14:anchorId="236A07ED" wp14:editId="26A0F430">
            <wp:extent cx="211455" cy="231140"/>
            <wp:effectExtent l="0" t="0" r="0" b="0"/>
            <wp:docPr id="1520" name="Рисунок 1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0"/>
                    <pic:cNvPicPr>
                      <a:picLocks noChangeAspect="1" noChangeArrowheads="1"/>
                    </pic:cNvPicPr>
                  </pic:nvPicPr>
                  <pic:blipFill>
                    <a:blip r:embed="rId1947" cstate="print">
                      <a:extLst>
                        <a:ext uri="{28A0092B-C50C-407E-A947-70E740481C1C}">
                          <a14:useLocalDpi xmlns:a14="http://schemas.microsoft.com/office/drawing/2010/main" val="0"/>
                        </a:ext>
                      </a:extLst>
                    </a:blip>
                    <a:srcRect/>
                    <a:stretch>
                      <a:fillRect/>
                    </a:stretch>
                  </pic:blipFill>
                  <pic:spPr bwMode="auto">
                    <a:xfrm>
                      <a:off x="0" y="0"/>
                      <a:ext cx="211455" cy="231140"/>
                    </a:xfrm>
                    <a:prstGeom prst="rect">
                      <a:avLst/>
                    </a:prstGeom>
                    <a:noFill/>
                    <a:ln>
                      <a:noFill/>
                    </a:ln>
                  </pic:spPr>
                </pic:pic>
              </a:graphicData>
            </a:graphic>
          </wp:inline>
        </w:drawing>
      </w:r>
      <w:r w:rsidRPr="002417EA">
        <w:rPr>
          <w:rFonts w:ascii="Times New Roman" w:hAnsi="Times New Roman" w:cs="Times New Roman"/>
          <w:position w:val="-12"/>
          <w:sz w:val="28"/>
          <w:szCs w:val="28"/>
          <w:lang w:val="kk-KZ"/>
        </w:rPr>
        <w:t xml:space="preserve"> </w:t>
      </w:r>
      <w:r w:rsidRPr="002417EA">
        <w:rPr>
          <w:rFonts w:ascii="Times New Roman" w:hAnsi="Times New Roman" w:cs="Times New Roman"/>
          <w:color w:val="1B1C1D"/>
          <w:sz w:val="28"/>
          <w:szCs w:val="28"/>
          <w:lang w:val="kk-KZ"/>
        </w:rPr>
        <w:t xml:space="preserve">нүктелерінің саны </w:t>
      </w:r>
      <w:r w:rsidR="00A135AE" w:rsidRPr="002417EA">
        <w:rPr>
          <w:rFonts w:ascii="Times New Roman" w:hAnsi="Times New Roman" w:cs="Times New Roman"/>
          <w:noProof/>
          <w:position w:val="-4"/>
          <w:sz w:val="28"/>
          <w:szCs w:val="28"/>
        </w:rPr>
        <w:drawing>
          <wp:inline distT="0" distB="0" distL="0" distR="0" wp14:anchorId="35BECC51" wp14:editId="5EA64AB1">
            <wp:extent cx="96520" cy="134620"/>
            <wp:effectExtent l="0" t="0" r="0" b="0"/>
            <wp:docPr id="1521" name="Рисунок 1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1"/>
                    <pic:cNvPicPr>
                      <a:picLocks noChangeAspect="1" noChangeArrowheads="1"/>
                    </pic:cNvPicPr>
                  </pic:nvPicPr>
                  <pic:blipFill>
                    <a:blip r:embed="rId1948" cstate="print">
                      <a:extLst>
                        <a:ext uri="{28A0092B-C50C-407E-A947-70E740481C1C}">
                          <a14:useLocalDpi xmlns:a14="http://schemas.microsoft.com/office/drawing/2010/main" val="0"/>
                        </a:ext>
                      </a:extLst>
                    </a:blip>
                    <a:srcRect/>
                    <a:stretch>
                      <a:fillRect/>
                    </a:stretch>
                  </pic:blipFill>
                  <pic:spPr bwMode="auto">
                    <a:xfrm>
                      <a:off x="0" y="0"/>
                      <a:ext cx="96520" cy="134620"/>
                    </a:xfrm>
                    <a:prstGeom prst="rect">
                      <a:avLst/>
                    </a:prstGeom>
                    <a:noFill/>
                    <a:ln>
                      <a:noFill/>
                    </a:ln>
                  </pic:spPr>
                </pic:pic>
              </a:graphicData>
            </a:graphic>
          </wp:inline>
        </w:drawing>
      </w:r>
      <w:r w:rsidRPr="002417EA">
        <w:rPr>
          <w:rFonts w:ascii="Times New Roman" w:hAnsi="Times New Roman" w:cs="Times New Roman"/>
          <w:color w:val="1B1C1D"/>
          <w:sz w:val="28"/>
          <w:szCs w:val="28"/>
          <w:lang w:val="kk-KZ"/>
        </w:rPr>
        <w:t>.-ге тең.  Осыған сәйкес, есептің индексі келесідей:</w:t>
      </w:r>
      <w:r w:rsidRPr="002417EA">
        <w:rPr>
          <w:rFonts w:ascii="Times New Roman" w:hAnsi="Times New Roman" w:cs="Times New Roman"/>
          <w:position w:val="-6"/>
          <w:sz w:val="28"/>
          <w:szCs w:val="28"/>
          <w:lang w:val="kk-KZ"/>
        </w:rPr>
        <w:t xml:space="preserve"> </w:t>
      </w:r>
      <w:r w:rsidR="00A135AE" w:rsidRPr="002417EA">
        <w:rPr>
          <w:rFonts w:ascii="Times New Roman" w:hAnsi="Times New Roman" w:cs="Times New Roman"/>
          <w:noProof/>
          <w:position w:val="-12"/>
          <w:sz w:val="28"/>
          <w:szCs w:val="28"/>
        </w:rPr>
        <w:drawing>
          <wp:inline distT="0" distB="0" distL="0" distR="0" wp14:anchorId="73B10242" wp14:editId="3839FB7D">
            <wp:extent cx="914400" cy="231140"/>
            <wp:effectExtent l="0" t="0" r="0" b="0"/>
            <wp:docPr id="1522" name="Рисунок 1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2"/>
                    <pic:cNvPicPr>
                      <a:picLocks noChangeAspect="1" noChangeArrowheads="1"/>
                    </pic:cNvPicPr>
                  </pic:nvPicPr>
                  <pic:blipFill>
                    <a:blip r:embed="rId1949" cstate="print">
                      <a:extLst>
                        <a:ext uri="{28A0092B-C50C-407E-A947-70E740481C1C}">
                          <a14:useLocalDpi xmlns:a14="http://schemas.microsoft.com/office/drawing/2010/main" val="0"/>
                        </a:ext>
                      </a:extLst>
                    </a:blip>
                    <a:srcRect/>
                    <a:stretch>
                      <a:fillRect/>
                    </a:stretch>
                  </pic:blipFill>
                  <pic:spPr bwMode="auto">
                    <a:xfrm>
                      <a:off x="0" y="0"/>
                      <a:ext cx="914400" cy="231140"/>
                    </a:xfrm>
                    <a:prstGeom prst="rect">
                      <a:avLst/>
                    </a:prstGeom>
                    <a:noFill/>
                    <a:ln>
                      <a:noFill/>
                    </a:ln>
                  </pic:spPr>
                </pic:pic>
              </a:graphicData>
            </a:graphic>
          </wp:inline>
        </w:drawing>
      </w:r>
      <w:r w:rsidR="00E037F5" w:rsidRPr="002417EA">
        <w:rPr>
          <w:rFonts w:ascii="Times New Roman" w:hAnsi="Times New Roman" w:cs="Times New Roman"/>
          <w:position w:val="-6"/>
          <w:sz w:val="28"/>
          <w:szCs w:val="28"/>
          <w:lang w:val="kk-KZ"/>
        </w:rPr>
        <w:t xml:space="preserve"> </w:t>
      </w:r>
      <w:r w:rsidR="00A135AE" w:rsidRPr="002417EA">
        <w:rPr>
          <w:rFonts w:ascii="Times New Roman" w:hAnsi="Times New Roman" w:cs="Times New Roman"/>
          <w:noProof/>
          <w:position w:val="-12"/>
          <w:sz w:val="28"/>
          <w:szCs w:val="28"/>
        </w:rPr>
        <w:drawing>
          <wp:inline distT="0" distB="0" distL="0" distR="0" wp14:anchorId="68B09F13" wp14:editId="40CA949D">
            <wp:extent cx="462280" cy="231140"/>
            <wp:effectExtent l="0" t="0" r="0" b="0"/>
            <wp:docPr id="1523" name="Рисунок 1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3"/>
                    <pic:cNvPicPr>
                      <a:picLocks noChangeAspect="1" noChangeArrowheads="1"/>
                    </pic:cNvPicPr>
                  </pic:nvPicPr>
                  <pic:blipFill>
                    <a:blip r:embed="rId1950" cstate="print">
                      <a:extLst>
                        <a:ext uri="{28A0092B-C50C-407E-A947-70E740481C1C}">
                          <a14:useLocalDpi xmlns:a14="http://schemas.microsoft.com/office/drawing/2010/main" val="0"/>
                        </a:ext>
                      </a:extLst>
                    </a:blip>
                    <a:srcRect/>
                    <a:stretch>
                      <a:fillRect/>
                    </a:stretch>
                  </pic:blipFill>
                  <pic:spPr bwMode="auto">
                    <a:xfrm>
                      <a:off x="0" y="0"/>
                      <a:ext cx="462280" cy="231140"/>
                    </a:xfrm>
                    <a:prstGeom prst="rect">
                      <a:avLst/>
                    </a:prstGeom>
                    <a:noFill/>
                    <a:ln>
                      <a:noFill/>
                    </a:ln>
                  </pic:spPr>
                </pic:pic>
              </a:graphicData>
            </a:graphic>
          </wp:inline>
        </w:drawing>
      </w:r>
      <w:r w:rsidRPr="002417EA">
        <w:rPr>
          <w:rFonts w:ascii="Times New Roman" w:hAnsi="Times New Roman" w:cs="Times New Roman"/>
          <w:position w:val="-12"/>
          <w:sz w:val="28"/>
          <w:szCs w:val="28"/>
          <w:lang w:val="kk-KZ"/>
        </w:rPr>
        <w:t xml:space="preserve"> </w:t>
      </w:r>
      <w:r w:rsidRPr="002417EA">
        <w:rPr>
          <w:rFonts w:ascii="Times New Roman" w:hAnsi="Times New Roman" w:cs="Times New Roman"/>
          <w:color w:val="1B1C1D"/>
          <w:sz w:val="28"/>
          <w:szCs w:val="28"/>
          <w:lang w:val="kk-KZ"/>
        </w:rPr>
        <w:t xml:space="preserve">функциясының (1.95)-ның </w:t>
      </w:r>
      <w:r w:rsidR="00A135AE" w:rsidRPr="002417EA">
        <w:rPr>
          <w:rFonts w:ascii="Times New Roman" w:hAnsi="Times New Roman" w:cs="Times New Roman"/>
          <w:noProof/>
          <w:position w:val="-4"/>
          <w:sz w:val="28"/>
          <w:szCs w:val="28"/>
        </w:rPr>
        <w:drawing>
          <wp:inline distT="0" distB="0" distL="0" distR="0" wp14:anchorId="5AD39AE8" wp14:editId="60856D7B">
            <wp:extent cx="375285" cy="211455"/>
            <wp:effectExtent l="0" t="0" r="5715" b="0"/>
            <wp:docPr id="1524" name="Рисунок 1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4"/>
                    <pic:cNvPicPr>
                      <a:picLocks noChangeAspect="1" noChangeArrowheads="1"/>
                    </pic:cNvPicPr>
                  </pic:nvPicPr>
                  <pic:blipFill>
                    <a:blip r:embed="rId1951" cstate="print">
                      <a:extLst>
                        <a:ext uri="{28A0092B-C50C-407E-A947-70E740481C1C}">
                          <a14:useLocalDpi xmlns:a14="http://schemas.microsoft.com/office/drawing/2010/main" val="0"/>
                        </a:ext>
                      </a:extLst>
                    </a:blip>
                    <a:srcRect/>
                    <a:stretch>
                      <a:fillRect/>
                    </a:stretch>
                  </pic:blipFill>
                  <pic:spPr bwMode="auto">
                    <a:xfrm>
                      <a:off x="0" y="0"/>
                      <a:ext cx="375285" cy="211455"/>
                    </a:xfrm>
                    <a:prstGeom prst="rect">
                      <a:avLst/>
                    </a:prstGeom>
                    <a:noFill/>
                    <a:ln>
                      <a:noFill/>
                    </a:ln>
                  </pic:spPr>
                </pic:pic>
              </a:graphicData>
            </a:graphic>
          </wp:inline>
        </w:drawing>
      </w:r>
      <w:r w:rsidRPr="002417EA">
        <w:rPr>
          <w:rFonts w:ascii="Times New Roman" w:hAnsi="Times New Roman" w:cs="Times New Roman"/>
          <w:color w:val="1B1C1D"/>
          <w:sz w:val="28"/>
          <w:szCs w:val="28"/>
          <w:lang w:val="kk-KZ"/>
        </w:rPr>
        <w:t xml:space="preserve"> болғанда жорамал бөлігінің өрнегі</w:t>
      </w:r>
      <w:r w:rsidRPr="002417EA">
        <w:rPr>
          <w:rFonts w:ascii="Times New Roman" w:hAnsi="Times New Roman" w:cs="Times New Roman"/>
          <w:position w:val="-14"/>
          <w:sz w:val="28"/>
          <w:szCs w:val="28"/>
          <w:lang w:val="kk-KZ"/>
        </w:rPr>
        <w:t xml:space="preserve"> </w:t>
      </w:r>
      <w:r w:rsidR="00A135AE" w:rsidRPr="002417EA">
        <w:rPr>
          <w:rFonts w:ascii="Times New Roman" w:hAnsi="Times New Roman" w:cs="Times New Roman"/>
          <w:noProof/>
          <w:position w:val="-14"/>
          <w:sz w:val="28"/>
          <w:szCs w:val="28"/>
        </w:rPr>
        <w:drawing>
          <wp:inline distT="0" distB="0" distL="0" distR="0" wp14:anchorId="02EA8B8E" wp14:editId="4EAAF19D">
            <wp:extent cx="1010920" cy="317500"/>
            <wp:effectExtent l="0" t="0" r="0" b="6350"/>
            <wp:docPr id="1525" name="Рисунок 1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5"/>
                    <pic:cNvPicPr>
                      <a:picLocks noChangeAspect="1" noChangeArrowheads="1"/>
                    </pic:cNvPicPr>
                  </pic:nvPicPr>
                  <pic:blipFill>
                    <a:blip r:embed="rId1952" cstate="print">
                      <a:extLst>
                        <a:ext uri="{28A0092B-C50C-407E-A947-70E740481C1C}">
                          <a14:useLocalDpi xmlns:a14="http://schemas.microsoft.com/office/drawing/2010/main" val="0"/>
                        </a:ext>
                      </a:extLst>
                    </a:blip>
                    <a:srcRect/>
                    <a:stretch>
                      <a:fillRect/>
                    </a:stretch>
                  </pic:blipFill>
                  <pic:spPr bwMode="auto">
                    <a:xfrm>
                      <a:off x="0" y="0"/>
                      <a:ext cx="1010920" cy="317500"/>
                    </a:xfrm>
                    <a:prstGeom prst="rect">
                      <a:avLst/>
                    </a:prstGeom>
                    <a:noFill/>
                    <a:ln>
                      <a:noFill/>
                    </a:ln>
                  </pic:spPr>
                </pic:pic>
              </a:graphicData>
            </a:graphic>
          </wp:inline>
        </w:drawing>
      </w:r>
      <w:r w:rsidRPr="002417EA">
        <w:rPr>
          <w:rFonts w:ascii="Times New Roman" w:hAnsi="Times New Roman" w:cs="Times New Roman"/>
          <w:position w:val="-14"/>
          <w:sz w:val="28"/>
          <w:szCs w:val="28"/>
          <w:lang w:val="kk-KZ"/>
        </w:rPr>
        <w:t xml:space="preserve"> </w:t>
      </w:r>
      <w:r w:rsidRPr="002417EA">
        <w:rPr>
          <w:rFonts w:ascii="Times New Roman" w:hAnsi="Times New Roman" w:cs="Times New Roman"/>
          <w:color w:val="1B1C1D"/>
          <w:sz w:val="28"/>
          <w:szCs w:val="28"/>
          <w:lang w:val="kk-KZ"/>
        </w:rPr>
        <w:t xml:space="preserve">екенін көрсетеді, </w:t>
      </w:r>
      <w:r w:rsidR="00A135AE" w:rsidRPr="002417EA">
        <w:rPr>
          <w:rFonts w:ascii="Times New Roman" w:hAnsi="Times New Roman" w:cs="Times New Roman"/>
          <w:noProof/>
          <w:position w:val="-6"/>
          <w:sz w:val="28"/>
          <w:szCs w:val="28"/>
        </w:rPr>
        <w:drawing>
          <wp:inline distT="0" distB="0" distL="0" distR="0" wp14:anchorId="7AF86ED2" wp14:editId="6616F160">
            <wp:extent cx="414020" cy="211455"/>
            <wp:effectExtent l="0" t="0" r="5080" b="0"/>
            <wp:docPr id="1526" name="Рисунок 1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6"/>
                    <pic:cNvPicPr>
                      <a:picLocks noChangeAspect="1" noChangeArrowheads="1"/>
                    </pic:cNvPicPr>
                  </pic:nvPicPr>
                  <pic:blipFill>
                    <a:blip r:embed="rId1953" cstate="print">
                      <a:extLst>
                        <a:ext uri="{28A0092B-C50C-407E-A947-70E740481C1C}">
                          <a14:useLocalDpi xmlns:a14="http://schemas.microsoft.com/office/drawing/2010/main" val="0"/>
                        </a:ext>
                      </a:extLst>
                    </a:blip>
                    <a:srcRect/>
                    <a:stretch>
                      <a:fillRect/>
                    </a:stretch>
                  </pic:blipFill>
                  <pic:spPr bwMode="auto">
                    <a:xfrm>
                      <a:off x="0" y="0"/>
                      <a:ext cx="414020" cy="211455"/>
                    </a:xfrm>
                    <a:prstGeom prst="rect">
                      <a:avLst/>
                    </a:prstGeom>
                    <a:noFill/>
                    <a:ln>
                      <a:noFill/>
                    </a:ln>
                  </pic:spPr>
                </pic:pic>
              </a:graphicData>
            </a:graphic>
          </wp:inline>
        </w:drawing>
      </w:r>
      <w:r w:rsidRPr="002417EA">
        <w:rPr>
          <w:rFonts w:ascii="Times New Roman" w:hAnsi="Times New Roman" w:cs="Times New Roman"/>
          <w:color w:val="1B1C1D"/>
          <w:sz w:val="28"/>
          <w:szCs w:val="28"/>
          <w:lang w:val="kk-KZ"/>
        </w:rPr>
        <w:t xml:space="preserve"> болғанда </w:t>
      </w:r>
      <w:r w:rsidR="00A135AE" w:rsidRPr="002417EA">
        <w:rPr>
          <w:rFonts w:ascii="Times New Roman" w:hAnsi="Times New Roman" w:cs="Times New Roman"/>
          <w:noProof/>
          <w:position w:val="-14"/>
          <w:sz w:val="28"/>
          <w:szCs w:val="28"/>
        </w:rPr>
        <w:drawing>
          <wp:inline distT="0" distB="0" distL="0" distR="0" wp14:anchorId="27C05CE3" wp14:editId="0EA87E4E">
            <wp:extent cx="1145540" cy="317500"/>
            <wp:effectExtent l="0" t="0" r="0" b="6350"/>
            <wp:docPr id="1527" name="Рисунок 1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7"/>
                    <pic:cNvPicPr>
                      <a:picLocks noChangeAspect="1" noChangeArrowheads="1"/>
                    </pic:cNvPicPr>
                  </pic:nvPicPr>
                  <pic:blipFill>
                    <a:blip r:embed="rId1954" cstate="print">
                      <a:extLst>
                        <a:ext uri="{28A0092B-C50C-407E-A947-70E740481C1C}">
                          <a14:useLocalDpi xmlns:a14="http://schemas.microsoft.com/office/drawing/2010/main" val="0"/>
                        </a:ext>
                      </a:extLst>
                    </a:blip>
                    <a:srcRect/>
                    <a:stretch>
                      <a:fillRect/>
                    </a:stretch>
                  </pic:blipFill>
                  <pic:spPr bwMode="auto">
                    <a:xfrm>
                      <a:off x="0" y="0"/>
                      <a:ext cx="1145540" cy="317500"/>
                    </a:xfrm>
                    <a:prstGeom prst="rect">
                      <a:avLst/>
                    </a:prstGeom>
                    <a:noFill/>
                    <a:ln>
                      <a:noFill/>
                    </a:ln>
                  </pic:spPr>
                </pic:pic>
              </a:graphicData>
            </a:graphic>
          </wp:inline>
        </w:drawing>
      </w:r>
      <w:r w:rsidRPr="002417EA">
        <w:rPr>
          <w:rFonts w:ascii="Times New Roman" w:hAnsi="Times New Roman" w:cs="Times New Roman"/>
          <w:position w:val="-14"/>
          <w:sz w:val="28"/>
          <w:szCs w:val="28"/>
          <w:lang w:val="kk-KZ"/>
        </w:rPr>
        <w:t xml:space="preserve"> </w:t>
      </w:r>
      <w:r w:rsidRPr="002417EA">
        <w:rPr>
          <w:rFonts w:ascii="Times New Roman" w:hAnsi="Times New Roman" w:cs="Times New Roman"/>
          <w:color w:val="1B1C1D"/>
          <w:sz w:val="28"/>
          <w:szCs w:val="28"/>
          <w:lang w:val="kk-KZ"/>
        </w:rPr>
        <w:t xml:space="preserve">өрнегін көрсетеді.  Сондықтан, </w:t>
      </w:r>
      <w:r w:rsidR="00A135AE" w:rsidRPr="002417EA">
        <w:rPr>
          <w:rFonts w:ascii="Times New Roman" w:hAnsi="Times New Roman" w:cs="Times New Roman"/>
          <w:noProof/>
          <w:position w:val="-12"/>
          <w:sz w:val="28"/>
          <w:szCs w:val="28"/>
        </w:rPr>
        <w:drawing>
          <wp:inline distT="0" distB="0" distL="0" distR="0" wp14:anchorId="19B83EEB" wp14:editId="6695B553">
            <wp:extent cx="914400" cy="231140"/>
            <wp:effectExtent l="0" t="0" r="0" b="0"/>
            <wp:docPr id="1528" name="Рисунок 1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8"/>
                    <pic:cNvPicPr>
                      <a:picLocks noChangeAspect="1" noChangeArrowheads="1"/>
                    </pic:cNvPicPr>
                  </pic:nvPicPr>
                  <pic:blipFill>
                    <a:blip r:embed="rId1955" cstate="print">
                      <a:extLst>
                        <a:ext uri="{28A0092B-C50C-407E-A947-70E740481C1C}">
                          <a14:useLocalDpi xmlns:a14="http://schemas.microsoft.com/office/drawing/2010/main" val="0"/>
                        </a:ext>
                      </a:extLst>
                    </a:blip>
                    <a:srcRect/>
                    <a:stretch>
                      <a:fillRect/>
                    </a:stretch>
                  </pic:blipFill>
                  <pic:spPr bwMode="auto">
                    <a:xfrm>
                      <a:off x="0" y="0"/>
                      <a:ext cx="914400" cy="231140"/>
                    </a:xfrm>
                    <a:prstGeom prst="rect">
                      <a:avLst/>
                    </a:prstGeom>
                    <a:noFill/>
                    <a:ln>
                      <a:noFill/>
                    </a:ln>
                  </pic:spPr>
                </pic:pic>
              </a:graphicData>
            </a:graphic>
          </wp:inline>
        </w:drawing>
      </w:r>
      <w:r w:rsidRPr="002417EA">
        <w:rPr>
          <w:rFonts w:ascii="Times New Roman" w:hAnsi="Times New Roman" w:cs="Times New Roman"/>
          <w:color w:val="1B1C1D"/>
          <w:sz w:val="28"/>
          <w:szCs w:val="28"/>
          <w:lang w:val="kk-KZ"/>
        </w:rPr>
        <w:t>теңдігі (1.92)-гі индекс формуласына түрленеді.</w:t>
      </w:r>
      <w:r w:rsidR="00E037F5" w:rsidRPr="002417EA">
        <w:rPr>
          <w:rFonts w:ascii="Times New Roman" w:hAnsi="Times New Roman" w:cs="Times New Roman"/>
          <w:position w:val="-6"/>
          <w:sz w:val="28"/>
          <w:szCs w:val="28"/>
          <w:lang w:val="kk-KZ"/>
        </w:rPr>
        <w:t xml:space="preserve"> </w:t>
      </w:r>
      <w:r w:rsidRPr="002417EA">
        <w:rPr>
          <w:rFonts w:ascii="Times New Roman" w:hAnsi="Times New Roman" w:cs="Times New Roman"/>
          <w:color w:val="1B1C1D"/>
          <w:sz w:val="28"/>
          <w:szCs w:val="28"/>
          <w:lang w:val="kk-KZ"/>
        </w:rPr>
        <w:t xml:space="preserve">1.5-ші теорема мен </w:t>
      </w:r>
      <w:r w:rsidRPr="002417EA">
        <w:rPr>
          <w:rFonts w:ascii="Times New Roman" w:hAnsi="Times New Roman" w:cs="Times New Roman"/>
          <w:color w:val="1B1C1D"/>
          <w:sz w:val="28"/>
          <w:szCs w:val="28"/>
          <w:lang w:val="kk-KZ"/>
        </w:rPr>
        <w:lastRenderedPageBreak/>
        <w:t xml:space="preserve">1.4-ші леммадағы индекске арналған өрнектерді салыстыра отырып, біз </w:t>
      </w:r>
      <w:r w:rsidR="00A135AE" w:rsidRPr="002417EA">
        <w:rPr>
          <w:rFonts w:ascii="Times New Roman" w:hAnsi="Times New Roman" w:cs="Times New Roman"/>
          <w:noProof/>
          <w:position w:val="-14"/>
          <w:sz w:val="28"/>
          <w:szCs w:val="28"/>
        </w:rPr>
        <w:drawing>
          <wp:inline distT="0" distB="0" distL="0" distR="0" wp14:anchorId="4C5277AA" wp14:editId="205C91C4">
            <wp:extent cx="837565" cy="288925"/>
            <wp:effectExtent l="0" t="0" r="635" b="0"/>
            <wp:docPr id="1529" name="Рисунок 1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9"/>
                    <pic:cNvPicPr>
                      <a:picLocks noChangeAspect="1" noChangeArrowheads="1"/>
                    </pic:cNvPicPr>
                  </pic:nvPicPr>
                  <pic:blipFill>
                    <a:blip r:embed="rId1956" cstate="print">
                      <a:extLst>
                        <a:ext uri="{28A0092B-C50C-407E-A947-70E740481C1C}">
                          <a14:useLocalDpi xmlns:a14="http://schemas.microsoft.com/office/drawing/2010/main" val="0"/>
                        </a:ext>
                      </a:extLst>
                    </a:blip>
                    <a:srcRect/>
                    <a:stretch>
                      <a:fillRect/>
                    </a:stretch>
                  </pic:blipFill>
                  <pic:spPr bwMode="auto">
                    <a:xfrm>
                      <a:off x="0" y="0"/>
                      <a:ext cx="837565" cy="288925"/>
                    </a:xfrm>
                    <a:prstGeom prst="rect">
                      <a:avLst/>
                    </a:prstGeom>
                    <a:noFill/>
                    <a:ln>
                      <a:noFill/>
                    </a:ln>
                  </pic:spPr>
                </pic:pic>
              </a:graphicData>
            </a:graphic>
          </wp:inline>
        </w:drawing>
      </w:r>
      <w:r w:rsidRPr="002417EA">
        <w:rPr>
          <w:rFonts w:ascii="Times New Roman" w:hAnsi="Times New Roman" w:cs="Times New Roman"/>
          <w:position w:val="-12"/>
          <w:sz w:val="28"/>
          <w:szCs w:val="28"/>
          <w:lang w:val="kk-KZ"/>
        </w:rPr>
        <w:t xml:space="preserve"> </w:t>
      </w:r>
      <w:r w:rsidRPr="002417EA">
        <w:rPr>
          <w:rFonts w:ascii="Times New Roman" w:hAnsi="Times New Roman" w:cs="Times New Roman"/>
          <w:color w:val="1B1C1D"/>
          <w:sz w:val="28"/>
          <w:szCs w:val="28"/>
          <w:lang w:val="kk-KZ"/>
        </w:rPr>
        <w:t xml:space="preserve">болғанда (1.90) теңдеуінің екі түбірі де жоғарғы жарты жазықтықта жатады, ал </w:t>
      </w:r>
      <w:r w:rsidR="00A135AE" w:rsidRPr="002417EA">
        <w:rPr>
          <w:rFonts w:ascii="Times New Roman" w:hAnsi="Times New Roman" w:cs="Times New Roman"/>
          <w:noProof/>
          <w:position w:val="-14"/>
          <w:sz w:val="28"/>
          <w:szCs w:val="28"/>
        </w:rPr>
        <w:drawing>
          <wp:inline distT="0" distB="0" distL="0" distR="0" wp14:anchorId="12C59ABD" wp14:editId="0827F68E">
            <wp:extent cx="837565" cy="288925"/>
            <wp:effectExtent l="0" t="0" r="635" b="0"/>
            <wp:docPr id="1530" name="Рисунок 1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0"/>
                    <pic:cNvPicPr>
                      <a:picLocks noChangeAspect="1" noChangeArrowheads="1"/>
                    </pic:cNvPicPr>
                  </pic:nvPicPr>
                  <pic:blipFill>
                    <a:blip r:embed="rId1957" cstate="print">
                      <a:extLst>
                        <a:ext uri="{28A0092B-C50C-407E-A947-70E740481C1C}">
                          <a14:useLocalDpi xmlns:a14="http://schemas.microsoft.com/office/drawing/2010/main" val="0"/>
                        </a:ext>
                      </a:extLst>
                    </a:blip>
                    <a:srcRect/>
                    <a:stretch>
                      <a:fillRect/>
                    </a:stretch>
                  </pic:blipFill>
                  <pic:spPr bwMode="auto">
                    <a:xfrm>
                      <a:off x="0" y="0"/>
                      <a:ext cx="837565" cy="288925"/>
                    </a:xfrm>
                    <a:prstGeom prst="rect">
                      <a:avLst/>
                    </a:prstGeom>
                    <a:noFill/>
                    <a:ln>
                      <a:noFill/>
                    </a:ln>
                  </pic:spPr>
                </pic:pic>
              </a:graphicData>
            </a:graphic>
          </wp:inline>
        </w:drawing>
      </w:r>
      <w:r w:rsidRPr="002417EA">
        <w:rPr>
          <w:rFonts w:ascii="Times New Roman" w:hAnsi="Times New Roman" w:cs="Times New Roman"/>
          <w:position w:val="-12"/>
          <w:sz w:val="28"/>
          <w:szCs w:val="28"/>
          <w:lang w:val="kk-KZ"/>
        </w:rPr>
        <w:t xml:space="preserve"> </w:t>
      </w:r>
      <w:r w:rsidRPr="002417EA">
        <w:rPr>
          <w:rFonts w:ascii="Times New Roman" w:hAnsi="Times New Roman" w:cs="Times New Roman"/>
          <w:color w:val="1B1C1D"/>
          <w:sz w:val="28"/>
          <w:szCs w:val="28"/>
          <w:lang w:val="kk-KZ"/>
        </w:rPr>
        <w:t>болғанда олар нақты түзудің екі жағында жатады деген қорытындыға келеміз.</w:t>
      </w:r>
    </w:p>
    <w:p w14:paraId="34565200" w14:textId="7F0CF7D0" w:rsidR="003A4ABB" w:rsidRPr="002417EA" w:rsidRDefault="00A135AE" w:rsidP="00D0605B">
      <w:pPr>
        <w:spacing w:after="0" w:line="240" w:lineRule="auto"/>
        <w:jc w:val="both"/>
        <w:rPr>
          <w:rFonts w:ascii="Times New Roman" w:hAnsi="Times New Roman" w:cs="Times New Roman"/>
          <w:color w:val="1B1C1D"/>
          <w:sz w:val="28"/>
          <w:szCs w:val="28"/>
          <w:lang w:val="kk-KZ"/>
        </w:rPr>
      </w:pPr>
      <w:r w:rsidRPr="002417EA">
        <w:rPr>
          <w:rFonts w:ascii="Times New Roman" w:hAnsi="Times New Roman" w:cs="Times New Roman"/>
          <w:noProof/>
          <w:position w:val="-12"/>
          <w:sz w:val="28"/>
          <w:szCs w:val="28"/>
        </w:rPr>
        <w:drawing>
          <wp:inline distT="0" distB="0" distL="0" distR="0" wp14:anchorId="41CE004E" wp14:editId="5BF27204">
            <wp:extent cx="1328420" cy="231140"/>
            <wp:effectExtent l="0" t="0" r="5080" b="0"/>
            <wp:docPr id="1531" name="Рисунок 1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1"/>
                    <pic:cNvPicPr>
                      <a:picLocks noChangeAspect="1" noChangeArrowheads="1"/>
                    </pic:cNvPicPr>
                  </pic:nvPicPr>
                  <pic:blipFill>
                    <a:blip r:embed="rId1958" cstate="print">
                      <a:extLst>
                        <a:ext uri="{28A0092B-C50C-407E-A947-70E740481C1C}">
                          <a14:useLocalDpi xmlns:a14="http://schemas.microsoft.com/office/drawing/2010/main" val="0"/>
                        </a:ext>
                      </a:extLst>
                    </a:blip>
                    <a:srcRect/>
                    <a:stretch>
                      <a:fillRect/>
                    </a:stretch>
                  </pic:blipFill>
                  <pic:spPr bwMode="auto">
                    <a:xfrm>
                      <a:off x="0" y="0"/>
                      <a:ext cx="1328420" cy="231140"/>
                    </a:xfrm>
                    <a:prstGeom prst="rect">
                      <a:avLst/>
                    </a:prstGeom>
                    <a:noFill/>
                    <a:ln>
                      <a:noFill/>
                    </a:ln>
                  </pic:spPr>
                </pic:pic>
              </a:graphicData>
            </a:graphic>
          </wp:inline>
        </w:drawing>
      </w:r>
      <w:r w:rsidR="003A4ABB" w:rsidRPr="002417EA">
        <w:rPr>
          <w:rFonts w:ascii="Times New Roman" w:hAnsi="Times New Roman" w:cs="Times New Roman"/>
          <w:position w:val="-12"/>
          <w:sz w:val="28"/>
          <w:szCs w:val="28"/>
          <w:lang w:val="kk-KZ"/>
        </w:rPr>
        <w:t xml:space="preserve"> </w:t>
      </w:r>
      <w:r w:rsidR="003A4ABB" w:rsidRPr="002417EA">
        <w:rPr>
          <w:rFonts w:ascii="Times New Roman" w:hAnsi="Times New Roman" w:cs="Times New Roman"/>
          <w:color w:val="1B1C1D"/>
          <w:sz w:val="28"/>
          <w:szCs w:val="28"/>
          <w:lang w:val="kk-KZ"/>
        </w:rPr>
        <w:t>болғанда (1.</w:t>
      </w:r>
      <w:r w:rsidR="003A4ABB" w:rsidRPr="002417EA">
        <w:rPr>
          <w:rFonts w:ascii="Times New Roman" w:hAnsi="Times New Roman" w:cs="Times New Roman"/>
          <w:color w:val="1B1C1D"/>
          <w:sz w:val="28"/>
          <w:szCs w:val="28"/>
        </w:rPr>
        <w:t>89</w:t>
      </w:r>
      <w:r w:rsidR="003A4ABB" w:rsidRPr="002417EA">
        <w:rPr>
          <w:rFonts w:ascii="Times New Roman" w:hAnsi="Times New Roman" w:cs="Times New Roman"/>
          <w:color w:val="1B1C1D"/>
          <w:sz w:val="28"/>
          <w:szCs w:val="28"/>
          <w:lang w:val="kk-KZ"/>
        </w:rPr>
        <w:t>) формулаларын келесідей қайта жазуға болады:</w:t>
      </w:r>
    </w:p>
    <w:p w14:paraId="6E949201" w14:textId="77777777" w:rsidR="003A4ABB" w:rsidRPr="002417EA" w:rsidRDefault="003A4ABB" w:rsidP="00D0605B">
      <w:pPr>
        <w:spacing w:after="0" w:line="240" w:lineRule="auto"/>
        <w:jc w:val="both"/>
        <w:rPr>
          <w:rFonts w:ascii="Times New Roman" w:hAnsi="Times New Roman" w:cs="Times New Roman"/>
          <w:color w:val="1B1C1D"/>
          <w:sz w:val="28"/>
          <w:szCs w:val="28"/>
          <w:lang w:val="kk-KZ"/>
        </w:rPr>
      </w:pPr>
    </w:p>
    <w:p w14:paraId="54B21F8E" w14:textId="00042709" w:rsidR="003A4ABB" w:rsidRPr="002417EA" w:rsidRDefault="00A135AE" w:rsidP="00D0605B">
      <w:pPr>
        <w:spacing w:after="0" w:line="240" w:lineRule="auto"/>
        <w:jc w:val="right"/>
        <w:rPr>
          <w:rFonts w:ascii="Times New Roman" w:hAnsi="Times New Roman" w:cs="Times New Roman"/>
          <w:color w:val="1B1C1D"/>
          <w:sz w:val="28"/>
          <w:szCs w:val="28"/>
        </w:rPr>
      </w:pPr>
      <w:r w:rsidRPr="002417EA">
        <w:rPr>
          <w:rFonts w:ascii="Times New Roman" w:hAnsi="Times New Roman" w:cs="Times New Roman"/>
          <w:noProof/>
          <w:position w:val="-28"/>
          <w:sz w:val="28"/>
          <w:szCs w:val="28"/>
        </w:rPr>
        <w:drawing>
          <wp:inline distT="0" distB="0" distL="0" distR="0" wp14:anchorId="16EE7A4B" wp14:editId="65DA3A86">
            <wp:extent cx="1828800" cy="500380"/>
            <wp:effectExtent l="0" t="0" r="0" b="0"/>
            <wp:docPr id="1532" name="Рисунок 1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2"/>
                    <pic:cNvPicPr>
                      <a:picLocks noChangeAspect="1" noChangeArrowheads="1"/>
                    </pic:cNvPicPr>
                  </pic:nvPicPr>
                  <pic:blipFill>
                    <a:blip r:embed="rId1959" cstate="print">
                      <a:extLst>
                        <a:ext uri="{28A0092B-C50C-407E-A947-70E740481C1C}">
                          <a14:useLocalDpi xmlns:a14="http://schemas.microsoft.com/office/drawing/2010/main" val="0"/>
                        </a:ext>
                      </a:extLst>
                    </a:blip>
                    <a:srcRect/>
                    <a:stretch>
                      <a:fillRect/>
                    </a:stretch>
                  </pic:blipFill>
                  <pic:spPr bwMode="auto">
                    <a:xfrm>
                      <a:off x="0" y="0"/>
                      <a:ext cx="1828800" cy="500380"/>
                    </a:xfrm>
                    <a:prstGeom prst="rect">
                      <a:avLst/>
                    </a:prstGeom>
                    <a:noFill/>
                    <a:ln>
                      <a:noFill/>
                    </a:ln>
                  </pic:spPr>
                </pic:pic>
              </a:graphicData>
            </a:graphic>
          </wp:inline>
        </w:drawing>
      </w:r>
      <w:r w:rsidR="003A4ABB" w:rsidRPr="002417EA">
        <w:rPr>
          <w:rFonts w:ascii="Times New Roman" w:hAnsi="Times New Roman" w:cs="Times New Roman"/>
          <w:color w:val="1B1C1D"/>
          <w:sz w:val="28"/>
          <w:szCs w:val="28"/>
          <w:lang w:val="kk-KZ"/>
        </w:rPr>
        <w:t xml:space="preserve">                                            (1.97)</w:t>
      </w:r>
    </w:p>
    <w:p w14:paraId="507179B4" w14:textId="77777777" w:rsidR="003A4ABB" w:rsidRPr="002417EA" w:rsidRDefault="003A4ABB" w:rsidP="00E037F5">
      <w:pPr>
        <w:spacing w:after="0" w:line="240" w:lineRule="auto"/>
        <w:rPr>
          <w:rFonts w:ascii="Times New Roman" w:hAnsi="Times New Roman" w:cs="Times New Roman"/>
          <w:color w:val="1B1C1D"/>
          <w:sz w:val="28"/>
          <w:szCs w:val="28"/>
          <w:lang w:val="kk-KZ"/>
        </w:rPr>
      </w:pPr>
    </w:p>
    <w:p w14:paraId="2C56D68B" w14:textId="079AEDBC" w:rsidR="003A4ABB" w:rsidRPr="002417EA" w:rsidRDefault="00A135AE" w:rsidP="00D0605B">
      <w:pPr>
        <w:spacing w:after="0" w:line="240" w:lineRule="auto"/>
        <w:rPr>
          <w:rFonts w:ascii="Times New Roman" w:hAnsi="Times New Roman" w:cs="Times New Roman"/>
          <w:color w:val="1B1C1D"/>
          <w:sz w:val="28"/>
          <w:szCs w:val="28"/>
          <w:lang w:val="kk-KZ"/>
        </w:rPr>
      </w:pPr>
      <w:r w:rsidRPr="002417EA">
        <w:rPr>
          <w:rFonts w:ascii="Times New Roman" w:hAnsi="Times New Roman" w:cs="Times New Roman"/>
          <w:noProof/>
          <w:position w:val="-12"/>
          <w:sz w:val="28"/>
          <w:szCs w:val="28"/>
        </w:rPr>
        <w:drawing>
          <wp:inline distT="0" distB="0" distL="0" distR="0" wp14:anchorId="55D64D70" wp14:editId="54CAEAB4">
            <wp:extent cx="1626870" cy="231140"/>
            <wp:effectExtent l="0" t="0" r="0" b="0"/>
            <wp:docPr id="1533" name="Рисунок 1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3"/>
                    <pic:cNvPicPr>
                      <a:picLocks noChangeAspect="1" noChangeArrowheads="1"/>
                    </pic:cNvPicPr>
                  </pic:nvPicPr>
                  <pic:blipFill>
                    <a:blip r:embed="rId1960" cstate="print">
                      <a:extLst>
                        <a:ext uri="{28A0092B-C50C-407E-A947-70E740481C1C}">
                          <a14:useLocalDpi xmlns:a14="http://schemas.microsoft.com/office/drawing/2010/main" val="0"/>
                        </a:ext>
                      </a:extLst>
                    </a:blip>
                    <a:srcRect/>
                    <a:stretch>
                      <a:fillRect/>
                    </a:stretch>
                  </pic:blipFill>
                  <pic:spPr bwMode="auto">
                    <a:xfrm>
                      <a:off x="0" y="0"/>
                      <a:ext cx="1626870" cy="231140"/>
                    </a:xfrm>
                    <a:prstGeom prst="rect">
                      <a:avLst/>
                    </a:prstGeom>
                    <a:noFill/>
                    <a:ln>
                      <a:noFill/>
                    </a:ln>
                  </pic:spPr>
                </pic:pic>
              </a:graphicData>
            </a:graphic>
          </wp:inline>
        </w:drawing>
      </w:r>
      <w:r w:rsidR="003A4ABB" w:rsidRPr="002417EA">
        <w:rPr>
          <w:rFonts w:ascii="Times New Roman" w:hAnsi="Times New Roman" w:cs="Times New Roman"/>
          <w:color w:val="1B1C1D"/>
          <w:sz w:val="28"/>
          <w:szCs w:val="28"/>
          <w:lang w:val="kk-KZ"/>
        </w:rPr>
        <w:t xml:space="preserve"> деп алмастырсақ, келесіні аламыз:</w:t>
      </w:r>
      <w:r w:rsidR="003A4ABB" w:rsidRPr="002417EA">
        <w:rPr>
          <w:rFonts w:ascii="Times New Roman" w:hAnsi="Times New Roman" w:cs="Times New Roman"/>
          <w:color w:val="1B1C1D"/>
          <w:sz w:val="28"/>
          <w:szCs w:val="28"/>
          <w:lang w:val="kk-KZ"/>
        </w:rPr>
        <w:br w:type="textWrapping" w:clear="all"/>
      </w:r>
    </w:p>
    <w:p w14:paraId="1A715868" w14:textId="68167E61" w:rsidR="003A4ABB" w:rsidRPr="002417EA" w:rsidRDefault="00A135AE" w:rsidP="00D0605B">
      <w:pPr>
        <w:spacing w:after="0" w:line="240" w:lineRule="auto"/>
        <w:jc w:val="center"/>
        <w:rPr>
          <w:rFonts w:ascii="Times New Roman" w:hAnsi="Times New Roman" w:cs="Times New Roman"/>
          <w:position w:val="-34"/>
          <w:sz w:val="28"/>
          <w:szCs w:val="28"/>
        </w:rPr>
      </w:pPr>
      <w:r w:rsidRPr="002417EA">
        <w:rPr>
          <w:rFonts w:ascii="Times New Roman" w:hAnsi="Times New Roman" w:cs="Times New Roman"/>
          <w:noProof/>
          <w:position w:val="-34"/>
          <w:sz w:val="28"/>
          <w:szCs w:val="28"/>
        </w:rPr>
        <w:drawing>
          <wp:inline distT="0" distB="0" distL="0" distR="0" wp14:anchorId="19659263" wp14:editId="3C717807">
            <wp:extent cx="3128010" cy="500380"/>
            <wp:effectExtent l="0" t="0" r="0" b="0"/>
            <wp:docPr id="1534" name="Рисунок 1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4"/>
                    <pic:cNvPicPr>
                      <a:picLocks noChangeAspect="1" noChangeArrowheads="1"/>
                    </pic:cNvPicPr>
                  </pic:nvPicPr>
                  <pic:blipFill>
                    <a:blip r:embed="rId1961" cstate="print">
                      <a:extLst>
                        <a:ext uri="{28A0092B-C50C-407E-A947-70E740481C1C}">
                          <a14:useLocalDpi xmlns:a14="http://schemas.microsoft.com/office/drawing/2010/main" val="0"/>
                        </a:ext>
                      </a:extLst>
                    </a:blip>
                    <a:srcRect/>
                    <a:stretch>
                      <a:fillRect/>
                    </a:stretch>
                  </pic:blipFill>
                  <pic:spPr bwMode="auto">
                    <a:xfrm>
                      <a:off x="0" y="0"/>
                      <a:ext cx="3128010" cy="500380"/>
                    </a:xfrm>
                    <a:prstGeom prst="rect">
                      <a:avLst/>
                    </a:prstGeom>
                    <a:noFill/>
                    <a:ln>
                      <a:noFill/>
                    </a:ln>
                  </pic:spPr>
                </pic:pic>
              </a:graphicData>
            </a:graphic>
          </wp:inline>
        </w:drawing>
      </w:r>
    </w:p>
    <w:p w14:paraId="09595352" w14:textId="77777777" w:rsidR="003A4ABB" w:rsidRPr="002417EA" w:rsidRDefault="003A4ABB" w:rsidP="00D0605B">
      <w:pPr>
        <w:spacing w:after="0" w:line="240" w:lineRule="auto"/>
        <w:rPr>
          <w:rFonts w:ascii="Times New Roman" w:hAnsi="Times New Roman" w:cs="Times New Roman"/>
          <w:color w:val="1B1C1D"/>
          <w:sz w:val="28"/>
          <w:szCs w:val="28"/>
        </w:rPr>
      </w:pPr>
    </w:p>
    <w:p w14:paraId="42DE137B" w14:textId="54822FEA" w:rsidR="003A4ABB" w:rsidRPr="002417EA" w:rsidRDefault="003A4ABB" w:rsidP="00152387">
      <w:pPr>
        <w:spacing w:after="0" w:line="240" w:lineRule="auto"/>
        <w:ind w:firstLine="567"/>
        <w:jc w:val="both"/>
        <w:rPr>
          <w:rFonts w:ascii="Times New Roman" w:hAnsi="Times New Roman" w:cs="Times New Roman"/>
          <w:color w:val="1B1C1D"/>
          <w:sz w:val="28"/>
          <w:szCs w:val="28"/>
        </w:rPr>
      </w:pPr>
      <w:r w:rsidRPr="002417EA">
        <w:rPr>
          <w:rFonts w:ascii="Times New Roman" w:hAnsi="Times New Roman" w:cs="Times New Roman"/>
          <w:color w:val="1B1C1D"/>
          <w:sz w:val="28"/>
          <w:szCs w:val="28"/>
        </w:rPr>
        <w:t xml:space="preserve">Анығында, </w:t>
      </w:r>
      <w:r w:rsidR="00A135AE" w:rsidRPr="002417EA">
        <w:rPr>
          <w:rFonts w:ascii="Times New Roman" w:hAnsi="Times New Roman" w:cs="Times New Roman"/>
          <w:noProof/>
          <w:position w:val="-12"/>
          <w:sz w:val="28"/>
          <w:szCs w:val="28"/>
        </w:rPr>
        <w:drawing>
          <wp:inline distT="0" distB="0" distL="0" distR="0" wp14:anchorId="68ADAB7E" wp14:editId="7C5E9B8B">
            <wp:extent cx="1145540" cy="317500"/>
            <wp:effectExtent l="0" t="0" r="0" b="6350"/>
            <wp:docPr id="1535" name="Рисунок 1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5"/>
                    <pic:cNvPicPr>
                      <a:picLocks noChangeAspect="1" noChangeArrowheads="1"/>
                    </pic:cNvPicPr>
                  </pic:nvPicPr>
                  <pic:blipFill>
                    <a:blip r:embed="rId1962" cstate="print">
                      <a:extLst>
                        <a:ext uri="{28A0092B-C50C-407E-A947-70E740481C1C}">
                          <a14:useLocalDpi xmlns:a14="http://schemas.microsoft.com/office/drawing/2010/main" val="0"/>
                        </a:ext>
                      </a:extLst>
                    </a:blip>
                    <a:srcRect/>
                    <a:stretch>
                      <a:fillRect/>
                    </a:stretch>
                  </pic:blipFill>
                  <pic:spPr bwMode="auto">
                    <a:xfrm>
                      <a:off x="0" y="0"/>
                      <a:ext cx="1145540" cy="317500"/>
                    </a:xfrm>
                    <a:prstGeom prst="rect">
                      <a:avLst/>
                    </a:prstGeom>
                    <a:noFill/>
                    <a:ln>
                      <a:noFill/>
                    </a:ln>
                  </pic:spPr>
                </pic:pic>
              </a:graphicData>
            </a:graphic>
          </wp:inline>
        </w:drawing>
      </w:r>
      <w:r w:rsidRPr="002417EA">
        <w:rPr>
          <w:rFonts w:ascii="Times New Roman" w:hAnsi="Times New Roman" w:cs="Times New Roman"/>
          <w:position w:val="-34"/>
          <w:sz w:val="28"/>
          <w:szCs w:val="28"/>
        </w:rPr>
        <w:t xml:space="preserve"> </w:t>
      </w:r>
      <w:r w:rsidRPr="002417EA">
        <w:rPr>
          <w:rFonts w:ascii="Times New Roman" w:hAnsi="Times New Roman" w:cs="Times New Roman"/>
          <w:color w:val="1B1C1D"/>
          <w:sz w:val="28"/>
          <w:szCs w:val="28"/>
        </w:rPr>
        <w:t xml:space="preserve">жиындары </w:t>
      </w:r>
      <w:r w:rsidR="00A135AE" w:rsidRPr="002417EA">
        <w:rPr>
          <w:rFonts w:ascii="Times New Roman" w:hAnsi="Times New Roman" w:cs="Times New Roman"/>
          <w:noProof/>
          <w:position w:val="-4"/>
          <w:sz w:val="28"/>
          <w:szCs w:val="28"/>
        </w:rPr>
        <w:drawing>
          <wp:inline distT="0" distB="0" distL="0" distR="0" wp14:anchorId="6998DE35" wp14:editId="6A5FE17F">
            <wp:extent cx="462280" cy="231140"/>
            <wp:effectExtent l="0" t="0" r="0" b="0"/>
            <wp:docPr id="1536" name="Рисунок 1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6"/>
                    <pic:cNvPicPr>
                      <a:picLocks noChangeAspect="1" noChangeArrowheads="1"/>
                    </pic:cNvPicPr>
                  </pic:nvPicPr>
                  <pic:blipFill>
                    <a:blip r:embed="rId1963" cstate="print">
                      <a:extLst>
                        <a:ext uri="{28A0092B-C50C-407E-A947-70E740481C1C}">
                          <a14:useLocalDpi xmlns:a14="http://schemas.microsoft.com/office/drawing/2010/main" val="0"/>
                        </a:ext>
                      </a:extLst>
                    </a:blip>
                    <a:srcRect/>
                    <a:stretch>
                      <a:fillRect/>
                    </a:stretch>
                  </pic:blipFill>
                  <pic:spPr bwMode="auto">
                    <a:xfrm>
                      <a:off x="0" y="0"/>
                      <a:ext cx="462280" cy="231140"/>
                    </a:xfrm>
                    <a:prstGeom prst="rect">
                      <a:avLst/>
                    </a:prstGeom>
                    <a:noFill/>
                    <a:ln>
                      <a:noFill/>
                    </a:ln>
                  </pic:spPr>
                </pic:pic>
              </a:graphicData>
            </a:graphic>
          </wp:inline>
        </w:drawing>
      </w:r>
      <w:r w:rsidRPr="002417EA">
        <w:rPr>
          <w:rFonts w:ascii="Times New Roman" w:hAnsi="Times New Roman" w:cs="Times New Roman"/>
          <w:color w:val="1B1C1D"/>
          <w:sz w:val="28"/>
          <w:szCs w:val="28"/>
        </w:rPr>
        <w:t xml:space="preserve"> теңдеуінің барлық алты түбірін құрайды. (1.89)</w:t>
      </w:r>
      <w:r w:rsidRPr="002417EA">
        <w:rPr>
          <w:rFonts w:ascii="Times New Roman" w:hAnsi="Times New Roman" w:cs="Times New Roman"/>
          <w:color w:val="1B1C1D"/>
          <w:sz w:val="28"/>
          <w:szCs w:val="28"/>
          <w:lang w:val="kk-KZ"/>
        </w:rPr>
        <w:t xml:space="preserve">  ж</w:t>
      </w:r>
      <w:r w:rsidRPr="002417EA">
        <w:rPr>
          <w:rFonts w:ascii="Times New Roman" w:hAnsi="Times New Roman" w:cs="Times New Roman"/>
          <w:color w:val="1B1C1D"/>
          <w:sz w:val="28"/>
          <w:szCs w:val="28"/>
        </w:rPr>
        <w:t>алпы жағдай</w:t>
      </w:r>
      <w:r w:rsidRPr="002417EA">
        <w:rPr>
          <w:rFonts w:ascii="Times New Roman" w:hAnsi="Times New Roman" w:cs="Times New Roman"/>
          <w:color w:val="1B1C1D"/>
          <w:sz w:val="28"/>
          <w:szCs w:val="28"/>
          <w:lang w:val="kk-KZ"/>
        </w:rPr>
        <w:t>ын</w:t>
      </w:r>
      <w:r w:rsidRPr="002417EA">
        <w:rPr>
          <w:rFonts w:ascii="Times New Roman" w:hAnsi="Times New Roman" w:cs="Times New Roman"/>
          <w:color w:val="1B1C1D"/>
          <w:sz w:val="28"/>
          <w:szCs w:val="28"/>
        </w:rPr>
        <w:t xml:space="preserve">дағыдай (1.97) </w:t>
      </w:r>
      <w:r w:rsidRPr="002417EA">
        <w:rPr>
          <w:rFonts w:ascii="Times New Roman" w:hAnsi="Times New Roman" w:cs="Times New Roman"/>
          <w:color w:val="1B1C1D"/>
          <w:sz w:val="28"/>
          <w:szCs w:val="28"/>
          <w:lang w:val="kk-KZ"/>
        </w:rPr>
        <w:t xml:space="preserve"> де  </w:t>
      </w:r>
      <w:r w:rsidRPr="002417EA">
        <w:rPr>
          <w:rFonts w:ascii="Times New Roman" w:hAnsi="Times New Roman" w:cs="Times New Roman"/>
          <w:color w:val="1B1C1D"/>
          <w:sz w:val="28"/>
          <w:szCs w:val="28"/>
        </w:rPr>
        <w:t>сандарының жорамал бөлігінің таңбаларын тура тексеру қиын болып табылады.</w:t>
      </w:r>
    </w:p>
    <w:p w14:paraId="5C9E3358" w14:textId="30D635D8" w:rsidR="003A4ABB" w:rsidRPr="002417EA" w:rsidRDefault="003A4ABB" w:rsidP="001B131A">
      <w:pPr>
        <w:spacing w:after="0" w:line="240" w:lineRule="auto"/>
        <w:ind w:firstLine="708"/>
        <w:jc w:val="both"/>
        <w:rPr>
          <w:rFonts w:ascii="Times New Roman" w:hAnsi="Times New Roman" w:cs="Times New Roman"/>
          <w:color w:val="1B1C1D"/>
          <w:sz w:val="28"/>
          <w:szCs w:val="28"/>
          <w:lang w:val="kk-KZ"/>
        </w:rPr>
      </w:pPr>
      <w:r w:rsidRPr="002417EA">
        <w:rPr>
          <w:rFonts w:ascii="Times New Roman" w:hAnsi="Times New Roman" w:cs="Times New Roman"/>
          <w:color w:val="1B1C1D"/>
          <w:sz w:val="28"/>
          <w:szCs w:val="28"/>
          <w:lang w:val="kk-KZ"/>
        </w:rPr>
        <w:t>1.6</w:t>
      </w:r>
      <w:r w:rsidRPr="001B131A">
        <w:rPr>
          <w:rFonts w:ascii="Times New Roman" w:hAnsi="Times New Roman" w:cs="Times New Roman"/>
          <w:color w:val="1B1C1D"/>
          <w:sz w:val="28"/>
          <w:szCs w:val="28"/>
          <w:lang w:val="kk-KZ"/>
        </w:rPr>
        <w:t>-</w:t>
      </w:r>
      <w:r w:rsidRPr="002417EA">
        <w:rPr>
          <w:rFonts w:ascii="Times New Roman" w:hAnsi="Times New Roman" w:cs="Times New Roman"/>
          <w:color w:val="1B1C1D"/>
          <w:sz w:val="28"/>
          <w:szCs w:val="28"/>
          <w:lang w:val="kk-KZ"/>
        </w:rPr>
        <w:t xml:space="preserve">шы теоремаға сәйкес, онда көрсетілген </w:t>
      </w:r>
      <w:r w:rsidR="00A135AE" w:rsidRPr="002417EA">
        <w:rPr>
          <w:rFonts w:ascii="Times New Roman" w:hAnsi="Times New Roman" w:cs="Times New Roman"/>
          <w:noProof/>
          <w:position w:val="-12"/>
          <w:sz w:val="28"/>
          <w:szCs w:val="28"/>
        </w:rPr>
        <w:drawing>
          <wp:inline distT="0" distB="0" distL="0" distR="0" wp14:anchorId="28918480" wp14:editId="397DF96A">
            <wp:extent cx="596900" cy="231140"/>
            <wp:effectExtent l="0" t="0" r="0" b="0"/>
            <wp:docPr id="1537" name="Рисунок 1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7"/>
                    <pic:cNvPicPr>
                      <a:picLocks noChangeAspect="1" noChangeArrowheads="1"/>
                    </pic:cNvPicPr>
                  </pic:nvPicPr>
                  <pic:blipFill>
                    <a:blip r:embed="rId1964" cstate="print">
                      <a:extLst>
                        <a:ext uri="{28A0092B-C50C-407E-A947-70E740481C1C}">
                          <a14:useLocalDpi xmlns:a14="http://schemas.microsoft.com/office/drawing/2010/main" val="0"/>
                        </a:ext>
                      </a:extLst>
                    </a:blip>
                    <a:srcRect/>
                    <a:stretch>
                      <a:fillRect/>
                    </a:stretch>
                  </pic:blipFill>
                  <pic:spPr bwMode="auto">
                    <a:xfrm>
                      <a:off x="0" y="0"/>
                      <a:ext cx="596900" cy="231140"/>
                    </a:xfrm>
                    <a:prstGeom prst="rect">
                      <a:avLst/>
                    </a:prstGeom>
                    <a:noFill/>
                    <a:ln>
                      <a:noFill/>
                    </a:ln>
                  </pic:spPr>
                </pic:pic>
              </a:graphicData>
            </a:graphic>
          </wp:inline>
        </w:drawing>
      </w:r>
      <w:r w:rsidRPr="002417EA">
        <w:rPr>
          <w:rFonts w:ascii="Times New Roman" w:hAnsi="Times New Roman" w:cs="Times New Roman"/>
          <w:position w:val="-12"/>
          <w:sz w:val="28"/>
          <w:szCs w:val="28"/>
          <w:lang w:val="kk-KZ"/>
        </w:rPr>
        <w:t xml:space="preserve"> </w:t>
      </w:r>
      <w:r w:rsidRPr="002417EA">
        <w:rPr>
          <w:rFonts w:ascii="Times New Roman" w:hAnsi="Times New Roman" w:cs="Times New Roman"/>
          <w:color w:val="1B1C1D"/>
          <w:sz w:val="28"/>
          <w:szCs w:val="28"/>
          <w:lang w:val="kk-KZ"/>
        </w:rPr>
        <w:t xml:space="preserve">үш түрлі жұбы </w:t>
      </w:r>
      <w:r w:rsidRPr="002417EA">
        <w:rPr>
          <w:rFonts w:ascii="Times New Roman" w:hAnsi="Times New Roman" w:cs="Times New Roman"/>
          <w:position w:val="-12"/>
          <w:sz w:val="28"/>
          <w:szCs w:val="28"/>
          <w:lang w:val="kk-KZ"/>
        </w:rPr>
        <w:t xml:space="preserve"> </w:t>
      </w:r>
      <w:r w:rsidRPr="002417EA">
        <w:rPr>
          <w:rFonts w:ascii="Times New Roman" w:hAnsi="Times New Roman" w:cs="Times New Roman"/>
          <w:color w:val="1B1C1D"/>
          <w:sz w:val="28"/>
          <w:szCs w:val="28"/>
          <w:lang w:val="kk-KZ"/>
        </w:rPr>
        <w:t xml:space="preserve"> үшін есептің индексі 0 және 8 мәндерін қабылдайды. Екінші жағынан, 1.5-ші теоремаға сәйкес, P көпмүшелігінің екі түбірі де төменгі жарты жазықтықта жатқанда </w:t>
      </w:r>
      <w:r w:rsidR="00A135AE" w:rsidRPr="002417EA">
        <w:rPr>
          <w:rFonts w:ascii="Times New Roman" w:hAnsi="Times New Roman" w:cs="Times New Roman"/>
          <w:noProof/>
          <w:position w:val="-6"/>
          <w:sz w:val="28"/>
          <w:szCs w:val="28"/>
        </w:rPr>
        <w:drawing>
          <wp:inline distT="0" distB="0" distL="0" distR="0" wp14:anchorId="7194F5E4" wp14:editId="52F14CDD">
            <wp:extent cx="529590" cy="211455"/>
            <wp:effectExtent l="0" t="0" r="3810" b="0"/>
            <wp:docPr id="1538" name="Рисунок 1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8"/>
                    <pic:cNvPicPr>
                      <a:picLocks noChangeAspect="1" noChangeArrowheads="1"/>
                    </pic:cNvPicPr>
                  </pic:nvPicPr>
                  <pic:blipFill>
                    <a:blip r:embed="rId1965" cstate="print">
                      <a:extLst>
                        <a:ext uri="{28A0092B-C50C-407E-A947-70E740481C1C}">
                          <a14:useLocalDpi xmlns:a14="http://schemas.microsoft.com/office/drawing/2010/main" val="0"/>
                        </a:ext>
                      </a:extLst>
                    </a:blip>
                    <a:srcRect/>
                    <a:stretch>
                      <a:fillRect/>
                    </a:stretch>
                  </pic:blipFill>
                  <pic:spPr bwMode="auto">
                    <a:xfrm>
                      <a:off x="0" y="0"/>
                      <a:ext cx="529590" cy="211455"/>
                    </a:xfrm>
                    <a:prstGeom prst="rect">
                      <a:avLst/>
                    </a:prstGeom>
                    <a:noFill/>
                    <a:ln>
                      <a:noFill/>
                    </a:ln>
                  </pic:spPr>
                </pic:pic>
              </a:graphicData>
            </a:graphic>
          </wp:inline>
        </w:drawing>
      </w:r>
      <w:r w:rsidRPr="002417EA">
        <w:rPr>
          <w:rFonts w:ascii="Times New Roman" w:hAnsi="Times New Roman" w:cs="Times New Roman"/>
          <w:color w:val="1B1C1D"/>
          <w:sz w:val="28"/>
          <w:szCs w:val="28"/>
          <w:lang w:val="kk-KZ"/>
        </w:rPr>
        <w:t xml:space="preserve"> тең болуы мүмкін. Бұл, мысалы, </w:t>
      </w:r>
      <w:r w:rsidR="00A135AE" w:rsidRPr="002417EA">
        <w:rPr>
          <w:rFonts w:ascii="Times New Roman" w:hAnsi="Times New Roman" w:cs="Times New Roman"/>
          <w:noProof/>
          <w:position w:val="-12"/>
          <w:sz w:val="28"/>
          <w:szCs w:val="28"/>
        </w:rPr>
        <w:drawing>
          <wp:inline distT="0" distB="0" distL="0" distR="0" wp14:anchorId="7AAA3265" wp14:editId="0D9AA1DB">
            <wp:extent cx="414020" cy="231140"/>
            <wp:effectExtent l="0" t="0" r="5080" b="0"/>
            <wp:docPr id="1539" name="Рисунок 1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9"/>
                    <pic:cNvPicPr>
                      <a:picLocks noChangeAspect="1" noChangeArrowheads="1"/>
                    </pic:cNvPicPr>
                  </pic:nvPicPr>
                  <pic:blipFill>
                    <a:blip r:embed="rId1966" cstate="print">
                      <a:extLst>
                        <a:ext uri="{28A0092B-C50C-407E-A947-70E740481C1C}">
                          <a14:useLocalDpi xmlns:a14="http://schemas.microsoft.com/office/drawing/2010/main" val="0"/>
                        </a:ext>
                      </a:extLst>
                    </a:blip>
                    <a:srcRect/>
                    <a:stretch>
                      <a:fillRect/>
                    </a:stretch>
                  </pic:blipFill>
                  <pic:spPr bwMode="auto">
                    <a:xfrm>
                      <a:off x="0" y="0"/>
                      <a:ext cx="414020" cy="231140"/>
                    </a:xfrm>
                    <a:prstGeom prst="rect">
                      <a:avLst/>
                    </a:prstGeom>
                    <a:noFill/>
                    <a:ln>
                      <a:noFill/>
                    </a:ln>
                  </pic:spPr>
                </pic:pic>
              </a:graphicData>
            </a:graphic>
          </wp:inline>
        </w:drawing>
      </w:r>
      <w:r w:rsidRPr="002417EA">
        <w:rPr>
          <w:rFonts w:ascii="Times New Roman" w:hAnsi="Times New Roman" w:cs="Times New Roman"/>
          <w:position w:val="-12"/>
          <w:sz w:val="28"/>
          <w:szCs w:val="28"/>
          <w:lang w:val="kk-KZ"/>
        </w:rPr>
        <w:t xml:space="preserve"> </w:t>
      </w:r>
      <w:r w:rsidRPr="002417EA">
        <w:rPr>
          <w:rFonts w:ascii="Times New Roman" w:hAnsi="Times New Roman" w:cs="Times New Roman"/>
          <w:color w:val="1B1C1D"/>
          <w:sz w:val="28"/>
          <w:szCs w:val="28"/>
          <w:lang w:val="kk-KZ"/>
        </w:rPr>
        <w:t xml:space="preserve">және </w:t>
      </w:r>
      <w:r w:rsidR="00A135AE" w:rsidRPr="002417EA">
        <w:rPr>
          <w:rFonts w:ascii="Times New Roman" w:hAnsi="Times New Roman" w:cs="Times New Roman"/>
          <w:noProof/>
          <w:position w:val="-12"/>
          <w:sz w:val="28"/>
          <w:szCs w:val="28"/>
        </w:rPr>
        <w:drawing>
          <wp:inline distT="0" distB="0" distL="0" distR="0" wp14:anchorId="6E5C5595" wp14:editId="79432AC0">
            <wp:extent cx="692785" cy="231140"/>
            <wp:effectExtent l="0" t="0" r="0" b="0"/>
            <wp:docPr id="1540" name="Рисунок 1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0"/>
                    <pic:cNvPicPr>
                      <a:picLocks noChangeAspect="1" noChangeArrowheads="1"/>
                    </pic:cNvPicPr>
                  </pic:nvPicPr>
                  <pic:blipFill>
                    <a:blip r:embed="rId1967" cstate="print">
                      <a:extLst>
                        <a:ext uri="{28A0092B-C50C-407E-A947-70E740481C1C}">
                          <a14:useLocalDpi xmlns:a14="http://schemas.microsoft.com/office/drawing/2010/main" val="0"/>
                        </a:ext>
                      </a:extLst>
                    </a:blip>
                    <a:srcRect/>
                    <a:stretch>
                      <a:fillRect/>
                    </a:stretch>
                  </pic:blipFill>
                  <pic:spPr bwMode="auto">
                    <a:xfrm>
                      <a:off x="0" y="0"/>
                      <a:ext cx="692785" cy="231140"/>
                    </a:xfrm>
                    <a:prstGeom prst="rect">
                      <a:avLst/>
                    </a:prstGeom>
                    <a:noFill/>
                    <a:ln>
                      <a:noFill/>
                    </a:ln>
                  </pic:spPr>
                </pic:pic>
              </a:graphicData>
            </a:graphic>
          </wp:inline>
        </w:drawing>
      </w:r>
      <w:r w:rsidRPr="002417EA">
        <w:rPr>
          <w:rFonts w:ascii="Times New Roman" w:hAnsi="Times New Roman" w:cs="Times New Roman"/>
          <w:position w:val="-12"/>
          <w:sz w:val="28"/>
          <w:szCs w:val="28"/>
          <w:lang w:val="kk-KZ"/>
        </w:rPr>
        <w:t xml:space="preserve"> </w:t>
      </w:r>
      <w:r w:rsidRPr="002417EA">
        <w:rPr>
          <w:rFonts w:ascii="Times New Roman" w:hAnsi="Times New Roman" w:cs="Times New Roman"/>
          <w:color w:val="1B1C1D"/>
          <w:sz w:val="28"/>
          <w:szCs w:val="28"/>
          <w:lang w:val="kk-KZ"/>
        </w:rPr>
        <w:t>болғанда орындалады. Басқаша айтқанда, теңдеуі үшін:</w:t>
      </w:r>
    </w:p>
    <w:p w14:paraId="3C2492C2" w14:textId="77777777" w:rsidR="003A4ABB" w:rsidRPr="002417EA" w:rsidRDefault="003A4ABB" w:rsidP="00D0605B">
      <w:pPr>
        <w:spacing w:after="0" w:line="240" w:lineRule="auto"/>
        <w:jc w:val="both"/>
        <w:rPr>
          <w:rFonts w:ascii="Times New Roman" w:hAnsi="Times New Roman" w:cs="Times New Roman"/>
          <w:color w:val="1B1C1D"/>
          <w:sz w:val="28"/>
          <w:szCs w:val="28"/>
          <w:lang w:val="kk-KZ"/>
        </w:rPr>
      </w:pPr>
    </w:p>
    <w:p w14:paraId="621EE382" w14:textId="490C2C31" w:rsidR="003A4ABB" w:rsidRPr="002417EA" w:rsidRDefault="00A135AE" w:rsidP="00D0605B">
      <w:pPr>
        <w:spacing w:after="0" w:line="240" w:lineRule="auto"/>
        <w:jc w:val="center"/>
        <w:rPr>
          <w:rFonts w:ascii="Times New Roman" w:hAnsi="Times New Roman" w:cs="Times New Roman"/>
          <w:position w:val="-34"/>
          <w:sz w:val="28"/>
          <w:szCs w:val="28"/>
          <w:lang w:val="kk-KZ"/>
        </w:rPr>
      </w:pPr>
      <w:r w:rsidRPr="002417EA">
        <w:rPr>
          <w:rFonts w:ascii="Times New Roman" w:hAnsi="Times New Roman" w:cs="Times New Roman"/>
          <w:noProof/>
          <w:position w:val="-34"/>
          <w:sz w:val="28"/>
          <w:szCs w:val="28"/>
        </w:rPr>
        <w:drawing>
          <wp:inline distT="0" distB="0" distL="0" distR="0" wp14:anchorId="674C2FEF" wp14:editId="623FEA4B">
            <wp:extent cx="2329180" cy="529590"/>
            <wp:effectExtent l="0" t="0" r="0" b="3810"/>
            <wp:docPr id="1541" name="Рисунок 1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1"/>
                    <pic:cNvPicPr>
                      <a:picLocks noChangeAspect="1" noChangeArrowheads="1"/>
                    </pic:cNvPicPr>
                  </pic:nvPicPr>
                  <pic:blipFill>
                    <a:blip r:embed="rId1968" cstate="print">
                      <a:extLst>
                        <a:ext uri="{28A0092B-C50C-407E-A947-70E740481C1C}">
                          <a14:useLocalDpi xmlns:a14="http://schemas.microsoft.com/office/drawing/2010/main" val="0"/>
                        </a:ext>
                      </a:extLst>
                    </a:blip>
                    <a:srcRect/>
                    <a:stretch>
                      <a:fillRect/>
                    </a:stretch>
                  </pic:blipFill>
                  <pic:spPr bwMode="auto">
                    <a:xfrm>
                      <a:off x="0" y="0"/>
                      <a:ext cx="2329180" cy="529590"/>
                    </a:xfrm>
                    <a:prstGeom prst="rect">
                      <a:avLst/>
                    </a:prstGeom>
                    <a:noFill/>
                    <a:ln>
                      <a:noFill/>
                    </a:ln>
                  </pic:spPr>
                </pic:pic>
              </a:graphicData>
            </a:graphic>
          </wp:inline>
        </w:drawing>
      </w:r>
    </w:p>
    <w:p w14:paraId="560AD38F" w14:textId="77777777" w:rsidR="003A4ABB" w:rsidRPr="002417EA" w:rsidRDefault="003A4ABB" w:rsidP="00D0605B">
      <w:pPr>
        <w:spacing w:after="0" w:line="240" w:lineRule="auto"/>
        <w:rPr>
          <w:rFonts w:ascii="Times New Roman" w:hAnsi="Times New Roman" w:cs="Times New Roman"/>
          <w:position w:val="-34"/>
          <w:sz w:val="28"/>
          <w:szCs w:val="28"/>
          <w:lang w:val="kk-KZ"/>
        </w:rPr>
      </w:pPr>
    </w:p>
    <w:p w14:paraId="7C9CB8D0" w14:textId="77777777" w:rsidR="00A24934" w:rsidRDefault="003A4ABB" w:rsidP="00894A81">
      <w:pPr>
        <w:spacing w:after="0" w:line="240" w:lineRule="auto"/>
        <w:jc w:val="both"/>
        <w:rPr>
          <w:rFonts w:ascii="Times New Roman" w:hAnsi="Times New Roman" w:cs="Times New Roman"/>
          <w:color w:val="1B1C1D"/>
          <w:sz w:val="28"/>
          <w:szCs w:val="28"/>
          <w:lang w:val="kk-KZ"/>
        </w:rPr>
      </w:pPr>
      <w:r w:rsidRPr="002417EA">
        <w:rPr>
          <w:rFonts w:ascii="Times New Roman" w:hAnsi="Times New Roman" w:cs="Times New Roman"/>
          <w:color w:val="1B1C1D"/>
          <w:sz w:val="28"/>
          <w:szCs w:val="28"/>
          <w:lang w:val="kk-KZ"/>
        </w:rPr>
        <w:t xml:space="preserve">(1.68) есебі Фредгольм болып табылады және оның индексі </w:t>
      </w:r>
      <w:r w:rsidR="00A135AE" w:rsidRPr="002417EA">
        <w:rPr>
          <w:rFonts w:ascii="Times New Roman" w:hAnsi="Times New Roman" w:cs="Times New Roman"/>
          <w:noProof/>
          <w:position w:val="-6"/>
          <w:sz w:val="28"/>
          <w:szCs w:val="28"/>
        </w:rPr>
        <w:drawing>
          <wp:inline distT="0" distB="0" distL="0" distR="0" wp14:anchorId="70D7D8EF" wp14:editId="1BE0A452">
            <wp:extent cx="529590" cy="211455"/>
            <wp:effectExtent l="0" t="0" r="3810" b="0"/>
            <wp:docPr id="1542" name="Рисунок 1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2"/>
                    <pic:cNvPicPr>
                      <a:picLocks noChangeAspect="1" noChangeArrowheads="1"/>
                    </pic:cNvPicPr>
                  </pic:nvPicPr>
                  <pic:blipFill>
                    <a:blip r:embed="rId1969" cstate="print">
                      <a:extLst>
                        <a:ext uri="{28A0092B-C50C-407E-A947-70E740481C1C}">
                          <a14:useLocalDpi xmlns:a14="http://schemas.microsoft.com/office/drawing/2010/main" val="0"/>
                        </a:ext>
                      </a:extLst>
                    </a:blip>
                    <a:srcRect/>
                    <a:stretch>
                      <a:fillRect/>
                    </a:stretch>
                  </pic:blipFill>
                  <pic:spPr bwMode="auto">
                    <a:xfrm>
                      <a:off x="0" y="0"/>
                      <a:ext cx="529590" cy="211455"/>
                    </a:xfrm>
                    <a:prstGeom prst="rect">
                      <a:avLst/>
                    </a:prstGeom>
                    <a:noFill/>
                    <a:ln>
                      <a:noFill/>
                    </a:ln>
                  </pic:spPr>
                </pic:pic>
              </a:graphicData>
            </a:graphic>
          </wp:inline>
        </w:drawing>
      </w:r>
      <w:r w:rsidRPr="002417EA">
        <w:rPr>
          <w:rFonts w:ascii="Times New Roman" w:hAnsi="Times New Roman" w:cs="Times New Roman"/>
          <w:position w:val="-12"/>
          <w:sz w:val="28"/>
          <w:szCs w:val="28"/>
          <w:lang w:val="kk-KZ"/>
        </w:rPr>
        <w:t xml:space="preserve"> </w:t>
      </w:r>
      <w:r w:rsidRPr="002417EA">
        <w:rPr>
          <w:rFonts w:ascii="Times New Roman" w:hAnsi="Times New Roman" w:cs="Times New Roman"/>
          <w:color w:val="1B1C1D"/>
          <w:sz w:val="28"/>
          <w:szCs w:val="28"/>
          <w:lang w:val="kk-KZ"/>
        </w:rPr>
        <w:t>тең.</w:t>
      </w:r>
    </w:p>
    <w:p w14:paraId="588E09A1" w14:textId="77777777" w:rsidR="00A24934" w:rsidRDefault="00A24934" w:rsidP="00894A81">
      <w:pPr>
        <w:spacing w:after="0" w:line="240" w:lineRule="auto"/>
        <w:jc w:val="both"/>
        <w:rPr>
          <w:rFonts w:ascii="Times New Roman" w:hAnsi="Times New Roman" w:cs="Times New Roman"/>
          <w:color w:val="1B1C1D"/>
          <w:sz w:val="28"/>
          <w:szCs w:val="28"/>
          <w:lang w:val="kk-KZ"/>
        </w:rPr>
      </w:pPr>
    </w:p>
    <w:p w14:paraId="7862ECE9" w14:textId="236AF036" w:rsidR="00894A81" w:rsidRPr="002417EA" w:rsidRDefault="005B5F0F" w:rsidP="00894A81">
      <w:pPr>
        <w:spacing w:after="0" w:line="240" w:lineRule="auto"/>
        <w:jc w:val="both"/>
        <w:rPr>
          <w:rFonts w:ascii="Times New Roman" w:hAnsi="Times New Roman" w:cs="Times New Roman"/>
          <w:color w:val="1B1C1D"/>
          <w:sz w:val="28"/>
          <w:szCs w:val="28"/>
          <w:lang w:val="kk-KZ"/>
        </w:rPr>
      </w:pPr>
      <w:r w:rsidRPr="002417EA">
        <w:rPr>
          <w:rFonts w:ascii="Times New Roman" w:hAnsi="Times New Roman" w:cs="Times New Roman"/>
          <w:color w:val="1B1C1D"/>
          <w:sz w:val="28"/>
          <w:szCs w:val="28"/>
          <w:lang w:val="kk-KZ"/>
        </w:rPr>
        <w:br w:type="page"/>
      </w:r>
    </w:p>
    <w:p w14:paraId="0627B04B" w14:textId="52B9F407" w:rsidR="00894A81" w:rsidRPr="00293DA3" w:rsidRDefault="00894A81" w:rsidP="00894A81">
      <w:pPr>
        <w:spacing w:after="0" w:line="240" w:lineRule="auto"/>
        <w:ind w:firstLine="708"/>
        <w:jc w:val="both"/>
        <w:rPr>
          <w:rFonts w:ascii="Times New Roman" w:hAnsi="Times New Roman" w:cs="Times New Roman"/>
          <w:b/>
          <w:sz w:val="28"/>
          <w:szCs w:val="28"/>
          <w:lang w:val="kk-KZ"/>
        </w:rPr>
      </w:pPr>
      <w:r w:rsidRPr="00293DA3">
        <w:rPr>
          <w:rFonts w:ascii="Times New Roman" w:hAnsi="Times New Roman" w:cs="Times New Roman"/>
          <w:b/>
          <w:sz w:val="28"/>
          <w:szCs w:val="28"/>
          <w:lang w:val="kk-KZ"/>
        </w:rPr>
        <w:lastRenderedPageBreak/>
        <w:t xml:space="preserve">2 </w:t>
      </w:r>
      <w:bookmarkStart w:id="2" w:name="_Hlk191364049"/>
      <w:r w:rsidR="004D7277" w:rsidRPr="00293DA3">
        <w:rPr>
          <w:rFonts w:ascii="Times New Roman" w:hAnsi="Times New Roman" w:cs="Times New Roman"/>
          <w:b/>
          <w:sz w:val="28"/>
          <w:szCs w:val="28"/>
          <w:lang w:val="kk-KZ"/>
        </w:rPr>
        <w:t>ЭЛЛИПСТІК ТЕҢДЕУ ҮШІН ЖАЛПЫЛАНҒАН НЕЙМАН ЖӘНЕ ЛОКАЛДІ ЕМЕС ШЕТТІК ШАРТТЫ ЕСЕПТЕРІНІҢ ШЕШІМДІЛІГІ</w:t>
      </w:r>
    </w:p>
    <w:p w14:paraId="1644456A" w14:textId="77777777" w:rsidR="004B1F4D" w:rsidRPr="00293DA3" w:rsidRDefault="004B1F4D" w:rsidP="00894A81">
      <w:pPr>
        <w:spacing w:after="0" w:line="240" w:lineRule="auto"/>
        <w:ind w:firstLine="708"/>
        <w:jc w:val="both"/>
        <w:rPr>
          <w:rFonts w:ascii="Times New Roman" w:hAnsi="Times New Roman" w:cs="Times New Roman"/>
          <w:b/>
          <w:sz w:val="28"/>
          <w:szCs w:val="28"/>
          <w:lang w:val="kk-KZ"/>
        </w:rPr>
      </w:pPr>
    </w:p>
    <w:p w14:paraId="3BA2D449" w14:textId="20995A73" w:rsidR="00894A81" w:rsidRPr="002417EA" w:rsidRDefault="004D7277" w:rsidP="004B1F4D">
      <w:pPr>
        <w:spacing w:after="0" w:line="240" w:lineRule="auto"/>
        <w:ind w:firstLine="708"/>
        <w:jc w:val="both"/>
        <w:rPr>
          <w:rFonts w:ascii="Times New Roman" w:hAnsi="Times New Roman" w:cs="Times New Roman"/>
          <w:b/>
          <w:sz w:val="28"/>
          <w:szCs w:val="28"/>
          <w:lang w:val="kk-KZ"/>
        </w:rPr>
      </w:pPr>
      <w:r w:rsidRPr="00293DA3">
        <w:rPr>
          <w:rFonts w:ascii="Times New Roman" w:hAnsi="Times New Roman" w:cs="Times New Roman"/>
          <w:b/>
          <w:bCs/>
          <w:sz w:val="28"/>
          <w:szCs w:val="28"/>
          <w:lang w:val="kk-KZ"/>
        </w:rPr>
        <w:t xml:space="preserve">2.1 Жалпыланған Нейман есебінің фредгольмді шешімділігі мен қосалқы шартпен (Шапиро-Лопатинский шартымен) эквиваленттілігі </w:t>
      </w:r>
      <w:r w:rsidRPr="00293DA3">
        <w:rPr>
          <w:rFonts w:ascii="Times New Roman" w:hAnsi="Times New Roman" w:cs="Times New Roman"/>
          <w:b/>
          <w:sz w:val="28"/>
          <w:szCs w:val="28"/>
          <w:lang w:val="kk-KZ"/>
        </w:rPr>
        <w:t xml:space="preserve"> </w:t>
      </w:r>
    </w:p>
    <w:bookmarkEnd w:id="2"/>
    <w:p w14:paraId="2DFDE947" w14:textId="07F29533" w:rsidR="00894A81" w:rsidRPr="002417EA" w:rsidRDefault="004D7277" w:rsidP="001B131A">
      <w:pPr>
        <w:spacing w:after="0" w:line="240" w:lineRule="auto"/>
        <w:ind w:firstLine="708"/>
        <w:jc w:val="both"/>
        <w:rPr>
          <w:rFonts w:ascii="Times New Roman" w:hAnsi="Times New Roman" w:cs="Times New Roman"/>
          <w:sz w:val="28"/>
          <w:szCs w:val="28"/>
          <w:lang w:val="kk-KZ"/>
        </w:rPr>
      </w:pPr>
      <w:r w:rsidRPr="002417EA">
        <w:rPr>
          <w:rFonts w:ascii="Times New Roman" w:hAnsi="Times New Roman" w:cs="Times New Roman"/>
          <w:sz w:val="28"/>
          <w:szCs w:val="28"/>
          <w:lang w:val="kk-KZ"/>
        </w:rPr>
        <w:t>Жалпыланған Нейман есебінің ф</w:t>
      </w:r>
      <w:r w:rsidR="001B131A">
        <w:rPr>
          <w:rFonts w:ascii="Times New Roman" w:hAnsi="Times New Roman" w:cs="Times New Roman"/>
          <w:sz w:val="28"/>
          <w:szCs w:val="28"/>
          <w:lang w:val="kk-KZ"/>
        </w:rPr>
        <w:t xml:space="preserve">редгольмдік шешімділігі </w:t>
      </w:r>
      <w:r w:rsidR="00894A81" w:rsidRPr="002417EA">
        <w:rPr>
          <w:rFonts w:ascii="Times New Roman" w:hAnsi="Times New Roman" w:cs="Times New Roman"/>
          <w:position w:val="-18"/>
          <w:sz w:val="28"/>
          <w:szCs w:val="28"/>
        </w:rPr>
        <w:object w:dxaOrig="980" w:dyaOrig="499" w14:anchorId="23AA455B">
          <v:shape id="_x0000_i1866" type="#_x0000_t75" style="width:46.7pt;height:25.3pt" o:ole="">
            <v:imagedata r:id="rId1970" o:title=""/>
          </v:shape>
          <o:OLEObject Type="Embed" ProgID="Equation.DSMT4" ShapeID="_x0000_i1866" DrawAspect="Content" ObjectID="_1840332320" r:id="rId1971"/>
        </w:object>
      </w:r>
      <w:r w:rsidR="001B131A">
        <w:rPr>
          <w:rFonts w:ascii="Times New Roman" w:hAnsi="Times New Roman" w:cs="Times New Roman"/>
          <w:position w:val="-18"/>
          <w:sz w:val="28"/>
          <w:szCs w:val="28"/>
          <w:lang w:val="kk-KZ"/>
        </w:rPr>
        <w:t xml:space="preserve"> </w:t>
      </w:r>
      <w:r w:rsidR="00894A81" w:rsidRPr="002417EA">
        <w:rPr>
          <w:rFonts w:ascii="Times New Roman" w:hAnsi="Times New Roman" w:cs="Times New Roman"/>
          <w:sz w:val="28"/>
          <w:szCs w:val="28"/>
          <w:lang w:val="kk-KZ"/>
        </w:rPr>
        <w:t xml:space="preserve">нормаль туындылы </w:t>
      </w:r>
      <w:r w:rsidR="00894A81" w:rsidRPr="002417EA">
        <w:rPr>
          <w:rFonts w:ascii="Times New Roman" w:hAnsi="Times New Roman" w:cs="Times New Roman"/>
          <w:position w:val="-12"/>
          <w:sz w:val="28"/>
          <w:szCs w:val="28"/>
        </w:rPr>
        <w:object w:dxaOrig="1700" w:dyaOrig="360" w14:anchorId="563389B3">
          <v:shape id="_x0000_i1867" type="#_x0000_t75" style="width:87.8pt;height:18.2pt" o:ole="">
            <v:imagedata r:id="rId1972" o:title=""/>
          </v:shape>
          <o:OLEObject Type="Embed" ProgID="Equation.DSMT4" ShapeID="_x0000_i1867" DrawAspect="Content" ObjectID="_1840332321" r:id="rId1973"/>
        </w:object>
      </w:r>
      <w:r w:rsidR="00894A81" w:rsidRPr="002417EA">
        <w:rPr>
          <w:rFonts w:ascii="Times New Roman" w:hAnsi="Times New Roman" w:cs="Times New Roman"/>
          <w:position w:val="-6"/>
          <w:sz w:val="28"/>
          <w:szCs w:val="28"/>
          <w:lang w:val="kk-KZ"/>
        </w:rPr>
        <w:t xml:space="preserve"> </w:t>
      </w:r>
      <w:r w:rsidR="00894A81" w:rsidRPr="002417EA">
        <w:rPr>
          <w:rFonts w:ascii="Times New Roman" w:hAnsi="Times New Roman" w:cs="Times New Roman"/>
          <w:sz w:val="28"/>
          <w:szCs w:val="28"/>
          <w:lang w:val="kk-KZ"/>
        </w:rPr>
        <w:t xml:space="preserve">мұндағы </w:t>
      </w:r>
      <w:r w:rsidR="00894A81" w:rsidRPr="002417EA">
        <w:rPr>
          <w:rFonts w:ascii="Times New Roman" w:hAnsi="Times New Roman" w:cs="Times New Roman"/>
          <w:position w:val="-12"/>
          <w:sz w:val="28"/>
          <w:szCs w:val="28"/>
        </w:rPr>
        <w:object w:dxaOrig="2760" w:dyaOrig="380" w14:anchorId="12368979">
          <v:shape id="_x0000_i1868" type="#_x0000_t75" style="width:136.9pt;height:18.2pt" o:ole="">
            <v:imagedata r:id="rId1974" o:title=""/>
          </v:shape>
          <o:OLEObject Type="Embed" ProgID="Equation.DSMT4" ShapeID="_x0000_i1868" DrawAspect="Content" ObjectID="_1840332322" r:id="rId1975"/>
        </w:object>
      </w:r>
      <w:r w:rsidR="00894A81" w:rsidRPr="002417EA">
        <w:rPr>
          <w:rFonts w:ascii="Times New Roman" w:hAnsi="Times New Roman" w:cs="Times New Roman"/>
          <w:position w:val="-6"/>
          <w:sz w:val="28"/>
          <w:szCs w:val="28"/>
          <w:lang w:val="kk-KZ"/>
        </w:rPr>
        <w:t xml:space="preserve">   </w:t>
      </w:r>
      <w:r w:rsidR="00894A81" w:rsidRPr="002417EA">
        <w:rPr>
          <w:rFonts w:ascii="Times New Roman" w:hAnsi="Times New Roman" w:cs="Times New Roman"/>
          <w:sz w:val="28"/>
          <w:szCs w:val="28"/>
          <w:lang w:val="kk-KZ"/>
        </w:rPr>
        <w:t xml:space="preserve">тұрақты нақты коэффициенттерімен  </w:t>
      </w:r>
      <w:r w:rsidR="00894A81" w:rsidRPr="002417EA">
        <w:rPr>
          <w:rFonts w:ascii="Times New Roman" w:hAnsi="Times New Roman" w:cs="Times New Roman"/>
          <w:position w:val="-6"/>
          <w:sz w:val="28"/>
          <w:szCs w:val="28"/>
        </w:rPr>
        <w:object w:dxaOrig="520" w:dyaOrig="300" w14:anchorId="51449A95">
          <v:shape id="_x0000_i1869" type="#_x0000_t75" style="width:25.3pt;height:15.8pt" o:ole="">
            <v:imagedata r:id="rId1976" o:title=""/>
          </v:shape>
          <o:OLEObject Type="Embed" ProgID="Equation.DSMT4" ShapeID="_x0000_i1869" DrawAspect="Content" ObjectID="_1840332323" r:id="rId1977"/>
        </w:object>
      </w:r>
      <w:r w:rsidR="00894A81" w:rsidRPr="002417EA">
        <w:rPr>
          <w:rFonts w:ascii="Times New Roman" w:hAnsi="Times New Roman" w:cs="Times New Roman"/>
          <w:sz w:val="28"/>
          <w:szCs w:val="28"/>
          <w:lang w:val="kk-KZ"/>
        </w:rPr>
        <w:t xml:space="preserve">ші ретті сызықтық эллипстік теңдеулер үшін шеттік есеп қарастырылған. </w:t>
      </w:r>
      <w:r w:rsidR="00894A81" w:rsidRPr="002417EA">
        <w:rPr>
          <w:rFonts w:ascii="Times New Roman" w:hAnsi="Times New Roman" w:cs="Times New Roman"/>
          <w:position w:val="-16"/>
          <w:sz w:val="28"/>
          <w:szCs w:val="28"/>
        </w:rPr>
        <w:object w:dxaOrig="580" w:dyaOrig="420" w14:anchorId="4FEB25BD">
          <v:shape id="_x0000_i1870" type="#_x0000_t75" style="width:28.5pt;height:20.55pt" o:ole="">
            <v:imagedata r:id="rId1978" o:title=""/>
          </v:shape>
          <o:OLEObject Type="Embed" ProgID="Equation.DSMT4" ShapeID="_x0000_i1870" DrawAspect="Content" ObjectID="_1840332324" r:id="rId1979"/>
        </w:object>
      </w:r>
      <w:r w:rsidR="00894A81" w:rsidRPr="002417EA">
        <w:rPr>
          <w:rFonts w:ascii="Times New Roman" w:hAnsi="Times New Roman" w:cs="Times New Roman"/>
          <w:sz w:val="28"/>
          <w:szCs w:val="28"/>
          <w:lang w:val="kk-KZ"/>
        </w:rPr>
        <w:t xml:space="preserve"> болғанда  ол Дирихле есебі,</w:t>
      </w:r>
      <w:r w:rsidR="00894A81" w:rsidRPr="002417EA">
        <w:rPr>
          <w:rFonts w:ascii="Times New Roman" w:hAnsi="Times New Roman" w:cs="Times New Roman"/>
          <w:position w:val="-6"/>
          <w:sz w:val="28"/>
          <w:szCs w:val="28"/>
          <w:lang w:val="kk-KZ"/>
        </w:rPr>
        <w:t xml:space="preserve"> </w:t>
      </w:r>
      <w:r w:rsidR="00894A81" w:rsidRPr="002417EA">
        <w:rPr>
          <w:rFonts w:ascii="Times New Roman" w:hAnsi="Times New Roman" w:cs="Times New Roman"/>
          <w:position w:val="-16"/>
          <w:sz w:val="28"/>
          <w:szCs w:val="28"/>
        </w:rPr>
        <w:object w:dxaOrig="920" w:dyaOrig="420" w14:anchorId="0B1394D0">
          <v:shape id="_x0000_i1871" type="#_x0000_t75" style="width:46.7pt;height:20.55pt" o:ole="">
            <v:imagedata r:id="rId1980" o:title=""/>
          </v:shape>
          <o:OLEObject Type="Embed" ProgID="Equation.DSMT4" ShapeID="_x0000_i1871" DrawAspect="Content" ObjectID="_1840332325" r:id="rId1981"/>
        </w:object>
      </w:r>
      <w:r w:rsidR="00894A81" w:rsidRPr="002417EA">
        <w:rPr>
          <w:rFonts w:ascii="Times New Roman" w:hAnsi="Times New Roman" w:cs="Times New Roman"/>
          <w:sz w:val="28"/>
          <w:szCs w:val="28"/>
          <w:lang w:val="kk-KZ"/>
        </w:rPr>
        <w:t xml:space="preserve"> Нейман есебіне айналады. Осы есептің бұл жұмыста </w:t>
      </w:r>
      <w:r w:rsidR="00894A81" w:rsidRPr="002417EA">
        <w:rPr>
          <w:rFonts w:ascii="Times New Roman" w:hAnsi="Times New Roman" w:cs="Times New Roman"/>
          <w:position w:val="-20"/>
          <w:sz w:val="28"/>
          <w:szCs w:val="28"/>
        </w:rPr>
        <w:object w:dxaOrig="1080" w:dyaOrig="540" w14:anchorId="0940982D">
          <v:shape id="_x0000_i1872" type="#_x0000_t75" style="width:53.8pt;height:27.7pt" o:ole="">
            <v:imagedata r:id="rId1982" o:title=""/>
          </v:shape>
          <o:OLEObject Type="Embed" ProgID="Equation.DSMT4" ShapeID="_x0000_i1872" DrawAspect="Content" ObjectID="_1840332326" r:id="rId1983"/>
        </w:object>
      </w:r>
      <w:r w:rsidR="00894A81" w:rsidRPr="002417EA">
        <w:rPr>
          <w:rFonts w:ascii="Times New Roman" w:hAnsi="Times New Roman" w:cs="Times New Roman"/>
          <w:sz w:val="28"/>
          <w:szCs w:val="28"/>
          <w:lang w:val="kk-KZ"/>
        </w:rPr>
        <w:t>кеңістігінде жалпыланған Нейман есебінің фредгольмдық шешімділігі мен Шапиро-Лопатинскийдің эквиваленттілігі дәлелденген.</w:t>
      </w:r>
    </w:p>
    <w:p w14:paraId="62E2E3B2" w14:textId="31752D50" w:rsidR="00894A81" w:rsidRPr="00293DA3" w:rsidRDefault="00894A81" w:rsidP="00293DA3">
      <w:pPr>
        <w:spacing w:after="0" w:line="240" w:lineRule="auto"/>
        <w:ind w:firstLine="708"/>
        <w:jc w:val="both"/>
        <w:rPr>
          <w:rFonts w:ascii="Times New Roman" w:hAnsi="Times New Roman" w:cs="Times New Roman"/>
          <w:sz w:val="28"/>
          <w:szCs w:val="28"/>
          <w:lang w:val="kk-KZ"/>
        </w:rPr>
      </w:pPr>
      <w:r w:rsidRPr="002417EA">
        <w:rPr>
          <w:rFonts w:ascii="Times New Roman" w:hAnsi="Times New Roman" w:cs="Times New Roman"/>
          <w:sz w:val="28"/>
          <w:szCs w:val="28"/>
          <w:lang w:val="kk-KZ"/>
        </w:rPr>
        <w:t>Жазықтықтағы эллипстік және аралас типті теңдеулерді комплекстік талдау әдістерімен зерттеудің классикалық бағытын құрайды және қазіргі уақытта іргелі нәтижелер алынған.</w:t>
      </w:r>
      <w:r w:rsidR="001B131A">
        <w:rPr>
          <w:rFonts w:ascii="Times New Roman" w:hAnsi="Times New Roman" w:cs="Times New Roman"/>
          <w:sz w:val="28"/>
          <w:szCs w:val="28"/>
          <w:lang w:val="kk-KZ"/>
        </w:rPr>
        <w:t xml:space="preserve"> Дуглис бойынша аналитикалық [18, 37</w:t>
      </w:r>
      <w:r w:rsidRPr="002417EA">
        <w:rPr>
          <w:rFonts w:ascii="Times New Roman" w:hAnsi="Times New Roman" w:cs="Times New Roman"/>
          <w:sz w:val="28"/>
          <w:szCs w:val="28"/>
          <w:lang w:val="kk-KZ"/>
        </w:rPr>
        <w:t>]. функцияларды эллипстік теңдеулер мен жүйелерде қолданудың теориялық-функционалды әдісі өткен ғасырдың 60-жылдарының басында дамыды. Эллипстік теңдеулер мен жүйелерде Дуглис бойынша  аналитикалық функциялар маңыз</w:t>
      </w:r>
      <w:r w:rsidR="001B131A">
        <w:rPr>
          <w:rFonts w:ascii="Times New Roman" w:hAnsi="Times New Roman" w:cs="Times New Roman"/>
          <w:sz w:val="28"/>
          <w:szCs w:val="28"/>
          <w:lang w:val="kk-KZ"/>
        </w:rPr>
        <w:t>ды рөл атқаратыны анықталды. [17, 31</w:t>
      </w:r>
      <w:r w:rsidRPr="002417EA">
        <w:rPr>
          <w:rFonts w:ascii="Times New Roman" w:hAnsi="Times New Roman" w:cs="Times New Roman"/>
          <w:sz w:val="28"/>
          <w:szCs w:val="28"/>
          <w:lang w:val="kk-KZ"/>
        </w:rPr>
        <w:t>]. Бұл функциялар Коши-Риманның классикалық жүйесін жалпылайтын бірінші ретті эллипсті</w:t>
      </w:r>
      <w:r w:rsidR="001B131A">
        <w:rPr>
          <w:rFonts w:ascii="Times New Roman" w:hAnsi="Times New Roman" w:cs="Times New Roman"/>
          <w:sz w:val="28"/>
          <w:szCs w:val="28"/>
          <w:lang w:val="kk-KZ"/>
        </w:rPr>
        <w:t>к жүйенің шешімдері болады. [18, 20</w:t>
      </w:r>
      <w:r w:rsidRPr="002417EA">
        <w:rPr>
          <w:rFonts w:ascii="Times New Roman" w:hAnsi="Times New Roman" w:cs="Times New Roman"/>
          <w:sz w:val="28"/>
          <w:szCs w:val="28"/>
          <w:lang w:val="kk-KZ"/>
        </w:rPr>
        <w:t xml:space="preserve">] бұл әдіс жазық серпімділік теориясының есептеріне қолданылған болатын (жалпы анизотропты жағдайды қоса алғанда). Алайда, бөліктеп -тегіс шекара облыстарында үзіліссіз коэфициентті теңдеулер және локалді емес шеттік шартты есептер үшін бұл әдіс ары қарай дамытуды қажет етеді. Фредгольмдік шарттар мен жоғары ретті эллипстік теңдеулер үшін Нейман индексін есептеу формулалары </w:t>
      </w:r>
      <w:r w:rsidR="001B131A">
        <w:rPr>
          <w:rFonts w:ascii="Times New Roman" w:hAnsi="Times New Roman" w:cs="Times New Roman"/>
          <w:sz w:val="28"/>
          <w:szCs w:val="28"/>
          <w:lang w:val="kk-KZ"/>
        </w:rPr>
        <w:t>күмәнсіз қызығушылық тудырады [23-24</w:t>
      </w:r>
      <w:r w:rsidRPr="002417EA">
        <w:rPr>
          <w:rFonts w:ascii="Times New Roman" w:hAnsi="Times New Roman" w:cs="Times New Roman"/>
          <w:sz w:val="28"/>
          <w:szCs w:val="28"/>
          <w:lang w:val="kk-KZ"/>
        </w:rPr>
        <w:t>]. Бұл есепте облыс шекарасындағы әртүрлі ретті нормаль туындылардың саны эллипстік теңдеудің рет</w:t>
      </w:r>
      <w:r w:rsidR="0052253C">
        <w:rPr>
          <w:rFonts w:ascii="Times New Roman" w:hAnsi="Times New Roman" w:cs="Times New Roman"/>
          <w:sz w:val="28"/>
          <w:szCs w:val="28"/>
          <w:lang w:val="kk-KZ"/>
        </w:rPr>
        <w:t>інің жартысына тең. 1988 жылы [16</w:t>
      </w:r>
      <w:r w:rsidR="002E3F14">
        <w:rPr>
          <w:rFonts w:ascii="Times New Roman" w:hAnsi="Times New Roman" w:cs="Times New Roman"/>
          <w:sz w:val="28"/>
          <w:szCs w:val="28"/>
          <w:lang w:val="kk-KZ"/>
        </w:rPr>
        <w:t>, р.828-829</w:t>
      </w:r>
      <w:r w:rsidRPr="002417EA">
        <w:rPr>
          <w:rFonts w:ascii="Times New Roman" w:hAnsi="Times New Roman" w:cs="Times New Roman"/>
          <w:sz w:val="28"/>
          <w:szCs w:val="28"/>
          <w:lang w:val="kk-KZ"/>
        </w:rPr>
        <w:t xml:space="preserve">] полигармоникалық теңдеу үшін облыс шекарасындағы </w:t>
      </w:r>
      <w:r w:rsidRPr="002417EA">
        <w:rPr>
          <w:rFonts w:ascii="Times New Roman" w:hAnsi="Times New Roman" w:cs="Times New Roman"/>
          <w:position w:val="-6"/>
          <w:sz w:val="28"/>
          <w:szCs w:val="28"/>
        </w:rPr>
        <w:object w:dxaOrig="220" w:dyaOrig="300" w14:anchorId="0E1ABB0F">
          <v:shape id="_x0000_i1873" type="#_x0000_t75" style="width:11.85pt;height:15.8pt" o:ole="">
            <v:imagedata r:id="rId1984" o:title=""/>
          </v:shape>
          <o:OLEObject Type="Embed" ProgID="Equation.DSMT4" ShapeID="_x0000_i1873" DrawAspect="Content" ObjectID="_1840332327" r:id="rId1985"/>
        </w:object>
      </w:r>
      <w:r w:rsidRPr="002417EA">
        <w:rPr>
          <w:rFonts w:ascii="Times New Roman" w:hAnsi="Times New Roman" w:cs="Times New Roman"/>
          <w:sz w:val="28"/>
          <w:szCs w:val="28"/>
          <w:lang w:val="kk-KZ"/>
        </w:rPr>
        <w:t xml:space="preserve">-дан басталатын шешімдер тізбегінің нормаль туындыларын беруден тұратын шеттік есеп ұсынды. </w:t>
      </w:r>
      <w:r w:rsidRPr="002417EA">
        <w:rPr>
          <w:rFonts w:ascii="Times New Roman" w:hAnsi="Times New Roman" w:cs="Times New Roman"/>
          <w:position w:val="-6"/>
          <w:sz w:val="28"/>
          <w:szCs w:val="28"/>
        </w:rPr>
        <w:object w:dxaOrig="639" w:dyaOrig="300" w14:anchorId="3286F795">
          <v:shape id="_x0000_i1874" type="#_x0000_t75" style="width:29.25pt;height:15.8pt" o:ole="">
            <v:imagedata r:id="rId1986" o:title=""/>
          </v:shape>
          <o:OLEObject Type="Embed" ProgID="Equation.DSMT4" ShapeID="_x0000_i1874" DrawAspect="Content" ObjectID="_1840332328" r:id="rId1987"/>
        </w:object>
      </w:r>
      <w:r w:rsidRPr="002417EA">
        <w:rPr>
          <w:rFonts w:ascii="Times New Roman" w:hAnsi="Times New Roman" w:cs="Times New Roman"/>
          <w:sz w:val="28"/>
          <w:szCs w:val="28"/>
          <w:lang w:val="kk-KZ"/>
        </w:rPr>
        <w:t xml:space="preserve"> болғанда ол Дирихле есебінің классикалық жағдайына сәйкес келеді, ал </w:t>
      </w:r>
      <w:r w:rsidRPr="002417EA">
        <w:rPr>
          <w:rFonts w:ascii="Times New Roman" w:hAnsi="Times New Roman" w:cs="Times New Roman"/>
          <w:position w:val="-6"/>
          <w:sz w:val="28"/>
          <w:szCs w:val="28"/>
        </w:rPr>
        <w:object w:dxaOrig="600" w:dyaOrig="300" w14:anchorId="7ED4CD64">
          <v:shape id="_x0000_i1875" type="#_x0000_t75" style="width:29.25pt;height:15.8pt" o:ole="">
            <v:imagedata r:id="rId1988" o:title=""/>
          </v:shape>
          <o:OLEObject Type="Embed" ProgID="Equation.DSMT4" ShapeID="_x0000_i1875" DrawAspect="Content" ObjectID="_1840332329" r:id="rId1989"/>
        </w:object>
      </w:r>
      <w:r w:rsidRPr="002417EA">
        <w:rPr>
          <w:rFonts w:ascii="Times New Roman" w:hAnsi="Times New Roman" w:cs="Times New Roman"/>
          <w:sz w:val="28"/>
          <w:szCs w:val="28"/>
          <w:lang w:val="kk-KZ"/>
        </w:rPr>
        <w:t xml:space="preserve"> болғанда Нейман есебінің классикалық жағдайын береді. </w:t>
      </w:r>
      <w:r w:rsidRPr="002417EA">
        <w:rPr>
          <w:rFonts w:ascii="Times New Roman" w:hAnsi="Times New Roman" w:cs="Times New Roman"/>
          <w:position w:val="-6"/>
          <w:sz w:val="28"/>
          <w:szCs w:val="28"/>
        </w:rPr>
        <w:object w:dxaOrig="639" w:dyaOrig="300" w14:anchorId="44D8735C">
          <v:shape id="_x0000_i1876" type="#_x0000_t75" style="width:29.25pt;height:15.8pt" o:ole="">
            <v:imagedata r:id="rId1990" o:title=""/>
          </v:shape>
          <o:OLEObject Type="Embed" ProgID="Equation.DSMT4" ShapeID="_x0000_i1876" DrawAspect="Content" ObjectID="_1840332330" r:id="rId1991"/>
        </w:object>
      </w:r>
      <w:r w:rsidRPr="002417EA">
        <w:rPr>
          <w:rFonts w:ascii="Times New Roman" w:hAnsi="Times New Roman" w:cs="Times New Roman"/>
          <w:sz w:val="28"/>
          <w:szCs w:val="28"/>
          <w:lang w:val="kk-KZ"/>
        </w:rPr>
        <w:t xml:space="preserve"> жағдайда Нейман есебінің жалпы жағдайын береді. Туындылардың кез-келген өсу ретімен берілген жағдайы қызығушылық тудырады. Айталық, </w:t>
      </w:r>
      <w:r w:rsidRPr="002417EA">
        <w:rPr>
          <w:rFonts w:ascii="Times New Roman" w:hAnsi="Times New Roman" w:cs="Times New Roman"/>
          <w:position w:val="-4"/>
          <w:sz w:val="28"/>
          <w:szCs w:val="28"/>
        </w:rPr>
        <w:object w:dxaOrig="240" w:dyaOrig="279" w14:anchorId="3ECE57FB">
          <v:shape id="_x0000_i1877" type="#_x0000_t75" style="width:11.85pt;height:15.8pt" o:ole="">
            <v:imagedata r:id="rId1992" o:title=""/>
          </v:shape>
          <o:OLEObject Type="Embed" ProgID="Equation.DSMT4" ShapeID="_x0000_i1877" DrawAspect="Content" ObjectID="_1840332331" r:id="rId1993"/>
        </w:object>
      </w:r>
      <w:r w:rsidRPr="002417EA">
        <w:rPr>
          <w:rFonts w:ascii="Times New Roman" w:hAnsi="Times New Roman" w:cs="Times New Roman"/>
          <w:sz w:val="28"/>
          <w:szCs w:val="28"/>
          <w:lang w:val="kk-KZ"/>
        </w:rPr>
        <w:t>тегіс шекарасы бар</w:t>
      </w:r>
      <w:r w:rsidRPr="002417EA">
        <w:rPr>
          <w:rFonts w:ascii="Times New Roman" w:hAnsi="Times New Roman" w:cs="Times New Roman"/>
          <w:position w:val="-4"/>
          <w:sz w:val="28"/>
          <w:szCs w:val="28"/>
          <w:lang w:val="kk-KZ"/>
        </w:rPr>
        <w:t xml:space="preserve"> </w:t>
      </w:r>
      <w:r w:rsidRPr="002417EA">
        <w:rPr>
          <w:rFonts w:ascii="Times New Roman" w:hAnsi="Times New Roman" w:cs="Times New Roman"/>
          <w:position w:val="-4"/>
          <w:sz w:val="28"/>
          <w:szCs w:val="28"/>
        </w:rPr>
        <w:object w:dxaOrig="300" w:dyaOrig="279" w14:anchorId="0D11FD92">
          <v:shape id="_x0000_i1878" type="#_x0000_t75" style="width:15.8pt;height:15.8pt" o:ole="">
            <v:imagedata r:id="rId1994" o:title=""/>
          </v:shape>
          <o:OLEObject Type="Embed" ProgID="Equation.DSMT4" ShapeID="_x0000_i1878" DrawAspect="Content" ObjectID="_1840332332" r:id="rId1995"/>
        </w:object>
      </w:r>
      <w:r w:rsidRPr="002417EA">
        <w:rPr>
          <w:rFonts w:ascii="Times New Roman" w:hAnsi="Times New Roman" w:cs="Times New Roman"/>
          <w:sz w:val="28"/>
          <w:szCs w:val="28"/>
          <w:lang w:val="kk-KZ"/>
        </w:rPr>
        <w:t xml:space="preserve"> шектелген бірбайланысты облыс</w:t>
      </w:r>
      <w:r w:rsidRPr="002417EA">
        <w:rPr>
          <w:rFonts w:ascii="Times New Roman" w:hAnsi="Times New Roman" w:cs="Times New Roman"/>
          <w:position w:val="-6"/>
          <w:sz w:val="28"/>
          <w:szCs w:val="28"/>
          <w:lang w:val="kk-KZ"/>
        </w:rPr>
        <w:t xml:space="preserve">. </w:t>
      </w:r>
      <w:r w:rsidRPr="002417EA">
        <w:rPr>
          <w:rFonts w:ascii="Times New Roman" w:hAnsi="Times New Roman" w:cs="Times New Roman"/>
          <w:sz w:val="28"/>
          <w:szCs w:val="28"/>
          <w:lang w:val="kk-KZ"/>
        </w:rPr>
        <w:t>Осы облыста</w:t>
      </w:r>
      <w:r w:rsidRPr="002417EA">
        <w:rPr>
          <w:rFonts w:ascii="Times New Roman" w:hAnsi="Times New Roman" w:cs="Times New Roman"/>
          <w:b/>
          <w:sz w:val="28"/>
          <w:szCs w:val="28"/>
          <w:lang w:val="kk-KZ"/>
        </w:rPr>
        <w:t xml:space="preserve"> </w:t>
      </w:r>
      <w:r w:rsidRPr="002417EA">
        <w:rPr>
          <w:rFonts w:ascii="Times New Roman" w:hAnsi="Times New Roman" w:cs="Times New Roman"/>
          <w:position w:val="-6"/>
          <w:sz w:val="28"/>
          <w:szCs w:val="28"/>
        </w:rPr>
        <w:object w:dxaOrig="520" w:dyaOrig="300" w14:anchorId="06398529">
          <v:shape id="_x0000_i1879" type="#_x0000_t75" style="width:25.3pt;height:15.8pt" o:ole="">
            <v:imagedata r:id="rId1996" o:title=""/>
          </v:shape>
          <o:OLEObject Type="Embed" ProgID="Equation.DSMT4" ShapeID="_x0000_i1879" DrawAspect="Content" ObjectID="_1840332333" r:id="rId1997"/>
        </w:object>
      </w:r>
      <w:r w:rsidRPr="002417EA">
        <w:rPr>
          <w:rFonts w:ascii="Times New Roman" w:hAnsi="Times New Roman" w:cs="Times New Roman"/>
          <w:sz w:val="28"/>
          <w:szCs w:val="28"/>
          <w:lang w:val="kk-KZ"/>
        </w:rPr>
        <w:t>ші ретті жалпы эллипстік теңдеулер үшін:</w:t>
      </w:r>
    </w:p>
    <w:p w14:paraId="35460C57" w14:textId="77777777" w:rsidR="00894A81" w:rsidRPr="002417EA" w:rsidRDefault="00894A81" w:rsidP="00894A81">
      <w:pPr>
        <w:spacing w:after="0" w:line="240" w:lineRule="auto"/>
        <w:jc w:val="both"/>
        <w:rPr>
          <w:rFonts w:ascii="Times New Roman" w:hAnsi="Times New Roman" w:cs="Times New Roman"/>
          <w:sz w:val="28"/>
          <w:szCs w:val="28"/>
          <w:lang w:val="kk-KZ"/>
        </w:rPr>
      </w:pPr>
    </w:p>
    <w:p w14:paraId="5B5435ED" w14:textId="77777777" w:rsidR="00894A81" w:rsidRPr="002417EA" w:rsidRDefault="00894A81" w:rsidP="00894A81">
      <w:pPr>
        <w:spacing w:after="0" w:line="240" w:lineRule="auto"/>
        <w:jc w:val="right"/>
        <w:rPr>
          <w:rFonts w:ascii="Times New Roman" w:hAnsi="Times New Roman" w:cs="Times New Roman"/>
          <w:position w:val="-34"/>
          <w:sz w:val="28"/>
          <w:szCs w:val="28"/>
          <w:lang w:val="kk-KZ"/>
        </w:rPr>
      </w:pPr>
      <w:r w:rsidRPr="002417EA">
        <w:rPr>
          <w:rFonts w:ascii="Times New Roman" w:hAnsi="Times New Roman" w:cs="Times New Roman"/>
          <w:position w:val="-34"/>
          <w:sz w:val="28"/>
          <w:szCs w:val="28"/>
        </w:rPr>
        <w:object w:dxaOrig="5060" w:dyaOrig="820" w14:anchorId="67B6356E">
          <v:shape id="_x0000_i1880" type="#_x0000_t75" style="width:253.2pt;height:43.5pt" o:ole="">
            <v:imagedata r:id="rId1998" o:title=""/>
          </v:shape>
          <o:OLEObject Type="Embed" ProgID="Equation.DSMT4" ShapeID="_x0000_i1880" DrawAspect="Content" ObjectID="_1840332334" r:id="rId1999"/>
        </w:object>
      </w:r>
      <w:r w:rsidRPr="002417EA">
        <w:rPr>
          <w:rFonts w:ascii="Times New Roman" w:hAnsi="Times New Roman" w:cs="Times New Roman"/>
          <w:sz w:val="28"/>
          <w:szCs w:val="28"/>
          <w:lang w:val="kk-KZ"/>
        </w:rPr>
        <w:t xml:space="preserve">                  </w:t>
      </w:r>
      <w:r w:rsidR="00E523BC" w:rsidRPr="002417EA">
        <w:rPr>
          <w:rFonts w:ascii="Times New Roman" w:hAnsi="Times New Roman" w:cs="Times New Roman"/>
          <w:sz w:val="28"/>
          <w:szCs w:val="28"/>
          <w:lang w:val="kk-KZ"/>
        </w:rPr>
        <w:t xml:space="preserve">  </w:t>
      </w:r>
      <w:r w:rsidRPr="002417EA">
        <w:rPr>
          <w:rFonts w:ascii="Times New Roman" w:hAnsi="Times New Roman" w:cs="Times New Roman"/>
          <w:sz w:val="28"/>
          <w:szCs w:val="28"/>
          <w:lang w:val="kk-KZ"/>
        </w:rPr>
        <w:t xml:space="preserve">         (2.1)</w:t>
      </w:r>
    </w:p>
    <w:p w14:paraId="48A5BA83" w14:textId="77777777" w:rsidR="00894A81" w:rsidRPr="007C53FF" w:rsidRDefault="00894A81" w:rsidP="00894A81">
      <w:pPr>
        <w:spacing w:after="0" w:line="240" w:lineRule="auto"/>
        <w:jc w:val="both"/>
        <w:rPr>
          <w:rFonts w:ascii="Times New Roman" w:hAnsi="Times New Roman" w:cs="Times New Roman"/>
          <w:sz w:val="28"/>
          <w:szCs w:val="28"/>
          <w:lang w:val="kk-KZ"/>
        </w:rPr>
      </w:pPr>
    </w:p>
    <w:p w14:paraId="18F0FF45" w14:textId="77777777" w:rsidR="00894A81" w:rsidRPr="002417EA" w:rsidRDefault="00894A81" w:rsidP="002417EA">
      <w:pPr>
        <w:spacing w:after="0" w:line="240" w:lineRule="auto"/>
        <w:jc w:val="both"/>
        <w:rPr>
          <w:rFonts w:ascii="Times New Roman" w:hAnsi="Times New Roman" w:cs="Times New Roman"/>
          <w:sz w:val="28"/>
          <w:szCs w:val="28"/>
          <w:lang w:val="kk-KZ"/>
        </w:rPr>
      </w:pPr>
      <w:r w:rsidRPr="002417EA">
        <w:rPr>
          <w:rFonts w:ascii="Times New Roman" w:hAnsi="Times New Roman" w:cs="Times New Roman"/>
          <w:sz w:val="28"/>
          <w:szCs w:val="28"/>
          <w:lang w:val="kk-KZ"/>
        </w:rPr>
        <w:t>шеттік есебі қарастырылған</w:t>
      </w:r>
    </w:p>
    <w:p w14:paraId="707DBF13" w14:textId="77777777" w:rsidR="00894A81" w:rsidRPr="002417EA" w:rsidRDefault="00894A81" w:rsidP="002417EA">
      <w:pPr>
        <w:spacing w:after="0" w:line="240" w:lineRule="auto"/>
        <w:jc w:val="both"/>
        <w:rPr>
          <w:rFonts w:ascii="Times New Roman" w:hAnsi="Times New Roman" w:cs="Times New Roman"/>
          <w:b/>
          <w:sz w:val="28"/>
          <w:szCs w:val="28"/>
          <w:lang w:val="kk-KZ"/>
        </w:rPr>
      </w:pPr>
    </w:p>
    <w:p w14:paraId="231820E8" w14:textId="39E8015C" w:rsidR="00894A81" w:rsidRPr="002417EA" w:rsidRDefault="00894A81" w:rsidP="002417EA">
      <w:pPr>
        <w:spacing w:after="0" w:line="240" w:lineRule="auto"/>
        <w:jc w:val="right"/>
        <w:rPr>
          <w:rFonts w:ascii="Times New Roman" w:hAnsi="Times New Roman" w:cs="Times New Roman"/>
          <w:position w:val="-36"/>
          <w:sz w:val="28"/>
          <w:szCs w:val="28"/>
          <w:lang w:val="kk-KZ"/>
        </w:rPr>
      </w:pPr>
      <w:r w:rsidRPr="002417EA">
        <w:rPr>
          <w:rFonts w:ascii="Times New Roman" w:hAnsi="Times New Roman" w:cs="Times New Roman"/>
          <w:position w:val="-36"/>
          <w:sz w:val="28"/>
          <w:szCs w:val="28"/>
        </w:rPr>
        <w:object w:dxaOrig="2860" w:dyaOrig="859" w14:anchorId="542CBE5C">
          <v:shape id="_x0000_i1881" type="#_x0000_t75" style="width:2in;height:44.3pt" o:ole="">
            <v:imagedata r:id="rId2000" o:title=""/>
          </v:shape>
          <o:OLEObject Type="Embed" ProgID="Equation.DSMT4" ShapeID="_x0000_i1881" DrawAspect="Content" ObjectID="_1840332335" r:id="rId2001"/>
        </w:object>
      </w:r>
      <w:r w:rsidRPr="002417EA">
        <w:rPr>
          <w:rFonts w:ascii="Times New Roman" w:hAnsi="Times New Roman" w:cs="Times New Roman"/>
          <w:sz w:val="28"/>
          <w:szCs w:val="28"/>
          <w:lang w:val="kk-KZ"/>
        </w:rPr>
        <w:t xml:space="preserve">                               </w:t>
      </w:r>
      <w:r w:rsidR="002417EA" w:rsidRPr="002417EA">
        <w:rPr>
          <w:rFonts w:ascii="Times New Roman" w:hAnsi="Times New Roman" w:cs="Times New Roman"/>
          <w:sz w:val="28"/>
          <w:szCs w:val="28"/>
          <w:lang w:val="kk-KZ"/>
        </w:rPr>
        <w:t xml:space="preserve">    </w:t>
      </w:r>
      <w:r w:rsidR="00E523BC" w:rsidRPr="002417EA">
        <w:rPr>
          <w:rFonts w:ascii="Times New Roman" w:hAnsi="Times New Roman" w:cs="Times New Roman"/>
          <w:sz w:val="28"/>
          <w:szCs w:val="28"/>
          <w:lang w:val="kk-KZ"/>
        </w:rPr>
        <w:t xml:space="preserve">       </w:t>
      </w:r>
      <w:r w:rsidRPr="002417EA">
        <w:rPr>
          <w:rFonts w:ascii="Times New Roman" w:hAnsi="Times New Roman" w:cs="Times New Roman"/>
          <w:sz w:val="28"/>
          <w:szCs w:val="28"/>
          <w:lang w:val="kk-KZ"/>
        </w:rPr>
        <w:t>(2.2)</w:t>
      </w:r>
    </w:p>
    <w:p w14:paraId="6FB3386C" w14:textId="77777777" w:rsidR="00894A81" w:rsidRPr="002417EA" w:rsidRDefault="00894A81" w:rsidP="002417EA">
      <w:pPr>
        <w:spacing w:after="0" w:line="240" w:lineRule="auto"/>
        <w:jc w:val="both"/>
        <w:rPr>
          <w:rFonts w:ascii="Times New Roman" w:hAnsi="Times New Roman" w:cs="Times New Roman"/>
          <w:position w:val="-36"/>
          <w:sz w:val="28"/>
          <w:szCs w:val="28"/>
          <w:lang w:val="kk-KZ"/>
        </w:rPr>
      </w:pPr>
    </w:p>
    <w:p w14:paraId="498886C3" w14:textId="2CB03C3A" w:rsidR="00894A81" w:rsidRPr="002417EA" w:rsidRDefault="00894A81" w:rsidP="002417EA">
      <w:pPr>
        <w:spacing w:after="0" w:line="240" w:lineRule="auto"/>
        <w:jc w:val="both"/>
        <w:rPr>
          <w:rFonts w:ascii="Times New Roman" w:hAnsi="Times New Roman" w:cs="Times New Roman"/>
          <w:sz w:val="28"/>
          <w:szCs w:val="28"/>
          <w:lang w:val="kk-KZ"/>
        </w:rPr>
      </w:pPr>
      <w:r w:rsidRPr="002417EA">
        <w:rPr>
          <w:rFonts w:ascii="Times New Roman" w:hAnsi="Times New Roman" w:cs="Times New Roman"/>
          <w:sz w:val="28"/>
          <w:szCs w:val="28"/>
          <w:lang w:val="kk-KZ"/>
        </w:rPr>
        <w:t>мұндағы</w:t>
      </w:r>
      <w:r w:rsidRPr="002417EA">
        <w:rPr>
          <w:rFonts w:ascii="Times New Roman" w:hAnsi="Times New Roman" w:cs="Times New Roman"/>
          <w:position w:val="-12"/>
          <w:sz w:val="28"/>
          <w:szCs w:val="28"/>
        </w:rPr>
        <w:object w:dxaOrig="3300" w:dyaOrig="440" w14:anchorId="538FC3DC">
          <v:shape id="_x0000_i1882" type="#_x0000_t75" style="width:163.8pt;height:20.55pt" o:ole="">
            <v:imagedata r:id="rId2002" o:title=""/>
          </v:shape>
          <o:OLEObject Type="Embed" ProgID="Equation.DSMT4" ShapeID="_x0000_i1882" DrawAspect="Content" ObjectID="_1840332336" r:id="rId2003"/>
        </w:object>
      </w:r>
      <w:r w:rsidRPr="002417EA">
        <w:rPr>
          <w:rFonts w:ascii="Times New Roman" w:hAnsi="Times New Roman" w:cs="Times New Roman"/>
          <w:position w:val="-12"/>
          <w:sz w:val="28"/>
          <w:szCs w:val="28"/>
        </w:rPr>
        <w:object w:dxaOrig="1280" w:dyaOrig="380" w14:anchorId="4D59B31A">
          <v:shape id="_x0000_i1883" type="#_x0000_t75" style="width:64.9pt;height:18.2pt" o:ole="">
            <v:imagedata r:id="rId2004" o:title=""/>
          </v:shape>
          <o:OLEObject Type="Embed" ProgID="Equation.DSMT4" ShapeID="_x0000_i1883" DrawAspect="Content" ObjectID="_1840332337" r:id="rId2005"/>
        </w:object>
      </w:r>
      <w:r w:rsidRPr="002417EA">
        <w:rPr>
          <w:rFonts w:ascii="Times New Roman" w:hAnsi="Times New Roman" w:cs="Times New Roman"/>
          <w:sz w:val="28"/>
          <w:szCs w:val="28"/>
          <w:lang w:val="kk-KZ"/>
        </w:rPr>
        <w:t>-</w:t>
      </w:r>
      <w:r w:rsidRPr="002417EA">
        <w:rPr>
          <w:rFonts w:ascii="Times New Roman" w:hAnsi="Times New Roman" w:cs="Times New Roman"/>
          <w:position w:val="-4"/>
          <w:sz w:val="28"/>
          <w:szCs w:val="28"/>
        </w:rPr>
        <w:object w:dxaOrig="240" w:dyaOrig="279" w14:anchorId="0538C0AB">
          <v:shape id="_x0000_i1884" type="#_x0000_t75" style="width:11.85pt;height:15.8pt" o:ole="">
            <v:imagedata r:id="rId2006" o:title=""/>
          </v:shape>
          <o:OLEObject Type="Embed" ProgID="Equation.DSMT4" ShapeID="_x0000_i1884" DrawAspect="Content" ObjectID="_1840332338" r:id="rId2007"/>
        </w:object>
      </w:r>
      <w:r w:rsidRPr="002417EA">
        <w:rPr>
          <w:rFonts w:ascii="Times New Roman" w:hAnsi="Times New Roman" w:cs="Times New Roman"/>
          <w:sz w:val="28"/>
          <w:szCs w:val="28"/>
          <w:lang w:val="kk-KZ"/>
        </w:rPr>
        <w:t xml:space="preserve"> шекарасына сыртқы бірлік нормаль және натурал мәндері бар </w:t>
      </w:r>
      <w:r w:rsidRPr="002417EA">
        <w:rPr>
          <w:rFonts w:ascii="Times New Roman" w:hAnsi="Times New Roman" w:cs="Times New Roman"/>
          <w:position w:val="-16"/>
          <w:sz w:val="28"/>
          <w:szCs w:val="28"/>
        </w:rPr>
        <w:object w:dxaOrig="420" w:dyaOrig="420" w14:anchorId="6D4419E3">
          <v:shape id="_x0000_i1885" type="#_x0000_t75" style="width:20.55pt;height:20.55pt" o:ole="">
            <v:imagedata r:id="rId2008" o:title=""/>
          </v:shape>
          <o:OLEObject Type="Embed" ProgID="Equation.DSMT4" ShapeID="_x0000_i1885" DrawAspect="Content" ObjectID="_1840332339" r:id="rId2009"/>
        </w:object>
      </w:r>
      <w:r w:rsidRPr="002417EA">
        <w:rPr>
          <w:rFonts w:ascii="Times New Roman" w:hAnsi="Times New Roman" w:cs="Times New Roman"/>
          <w:position w:val="-12"/>
          <w:sz w:val="28"/>
          <w:szCs w:val="28"/>
        </w:rPr>
        <w:object w:dxaOrig="2299" w:dyaOrig="380" w14:anchorId="68A21B63">
          <v:shape id="_x0000_i1886" type="#_x0000_t75" style="width:114.75pt;height:18.2pt" o:ole="">
            <v:imagedata r:id="rId2010" o:title=""/>
          </v:shape>
          <o:OLEObject Type="Embed" ProgID="Equation.DSMT4" ShapeID="_x0000_i1886" DrawAspect="Content" ObjectID="_1840332340" r:id="rId2011"/>
        </w:object>
      </w:r>
      <w:r w:rsidRPr="002417EA">
        <w:rPr>
          <w:rFonts w:ascii="Times New Roman" w:hAnsi="Times New Roman" w:cs="Times New Roman"/>
          <w:sz w:val="28"/>
          <w:szCs w:val="28"/>
          <w:lang w:val="kk-KZ"/>
        </w:rPr>
        <w:t xml:space="preserve"> Полигар</w:t>
      </w:r>
      <w:r w:rsidR="0052253C">
        <w:rPr>
          <w:rFonts w:ascii="Times New Roman" w:hAnsi="Times New Roman" w:cs="Times New Roman"/>
          <w:sz w:val="28"/>
          <w:szCs w:val="28"/>
          <w:lang w:val="kk-KZ"/>
        </w:rPr>
        <w:t>мониялық теңдеу үшін бұл есеп [16</w:t>
      </w:r>
      <w:r w:rsidR="002E3F14">
        <w:rPr>
          <w:rFonts w:ascii="Times New Roman" w:hAnsi="Times New Roman" w:cs="Times New Roman"/>
          <w:sz w:val="28"/>
          <w:szCs w:val="28"/>
          <w:lang w:val="kk-KZ"/>
        </w:rPr>
        <w:t>,</w:t>
      </w:r>
      <w:r w:rsidR="002E3F14" w:rsidRPr="002E3F14">
        <w:rPr>
          <w:rFonts w:ascii="Times New Roman" w:hAnsi="Times New Roman" w:cs="Times New Roman"/>
          <w:sz w:val="28"/>
          <w:szCs w:val="28"/>
          <w:lang w:val="kk-KZ"/>
        </w:rPr>
        <w:t xml:space="preserve"> </w:t>
      </w:r>
      <w:r w:rsidR="002E3F14">
        <w:rPr>
          <w:rFonts w:ascii="Times New Roman" w:hAnsi="Times New Roman" w:cs="Times New Roman"/>
          <w:sz w:val="28"/>
          <w:szCs w:val="28"/>
          <w:lang w:val="kk-KZ"/>
        </w:rPr>
        <w:t>р.830</w:t>
      </w:r>
      <w:r w:rsidRPr="002417EA">
        <w:rPr>
          <w:rFonts w:ascii="Times New Roman" w:hAnsi="Times New Roman" w:cs="Times New Roman"/>
          <w:sz w:val="28"/>
          <w:szCs w:val="28"/>
          <w:lang w:val="kk-KZ"/>
        </w:rPr>
        <w:t>] жұмыста зерттелген. Нейман есебінің вариациялық принципіне негізделген басқа</w:t>
      </w:r>
      <w:r w:rsidR="00100EFF">
        <w:rPr>
          <w:rFonts w:ascii="Times New Roman" w:hAnsi="Times New Roman" w:cs="Times New Roman"/>
          <w:sz w:val="28"/>
          <w:szCs w:val="28"/>
          <w:lang w:val="kk-KZ"/>
        </w:rPr>
        <w:t xml:space="preserve"> нұсқасы [3</w:t>
      </w:r>
      <w:r w:rsidR="00100EFF" w:rsidRPr="00100EFF">
        <w:rPr>
          <w:rFonts w:ascii="Times New Roman" w:hAnsi="Times New Roman" w:cs="Times New Roman"/>
          <w:sz w:val="28"/>
          <w:szCs w:val="28"/>
          <w:lang w:val="kk-KZ"/>
        </w:rPr>
        <w:t>3</w:t>
      </w:r>
      <w:r w:rsidRPr="002417EA">
        <w:rPr>
          <w:rFonts w:ascii="Times New Roman" w:hAnsi="Times New Roman" w:cs="Times New Roman"/>
          <w:sz w:val="28"/>
          <w:szCs w:val="28"/>
          <w:lang w:val="kk-KZ"/>
        </w:rPr>
        <w:t>] жұмысында ұсынылған болатын. (</w:t>
      </w:r>
      <w:r w:rsidR="0052253C">
        <w:rPr>
          <w:rFonts w:ascii="Times New Roman" w:hAnsi="Times New Roman" w:cs="Times New Roman"/>
          <w:sz w:val="28"/>
          <w:szCs w:val="28"/>
          <w:lang w:val="kk-KZ"/>
        </w:rPr>
        <w:t>2.</w:t>
      </w:r>
      <w:r w:rsidRPr="002417EA">
        <w:rPr>
          <w:rFonts w:ascii="Times New Roman" w:hAnsi="Times New Roman" w:cs="Times New Roman"/>
          <w:sz w:val="28"/>
          <w:szCs w:val="28"/>
          <w:lang w:val="kk-KZ"/>
        </w:rPr>
        <w:t>1),(</w:t>
      </w:r>
      <w:r w:rsidR="0052253C">
        <w:rPr>
          <w:rFonts w:ascii="Times New Roman" w:hAnsi="Times New Roman" w:cs="Times New Roman"/>
          <w:sz w:val="28"/>
          <w:szCs w:val="28"/>
          <w:lang w:val="kk-KZ"/>
        </w:rPr>
        <w:t>2.</w:t>
      </w:r>
      <w:r w:rsidRPr="002417EA">
        <w:rPr>
          <w:rFonts w:ascii="Times New Roman" w:hAnsi="Times New Roman" w:cs="Times New Roman"/>
          <w:sz w:val="28"/>
          <w:szCs w:val="28"/>
          <w:lang w:val="kk-KZ"/>
        </w:rPr>
        <w:t xml:space="preserve">2) есепте </w:t>
      </w:r>
      <w:r w:rsidRPr="002417EA">
        <w:rPr>
          <w:rFonts w:ascii="Times New Roman" w:hAnsi="Times New Roman" w:cs="Times New Roman"/>
          <w:position w:val="-12"/>
          <w:sz w:val="28"/>
          <w:szCs w:val="28"/>
        </w:rPr>
        <w:object w:dxaOrig="1440" w:dyaOrig="380" w14:anchorId="2E01A3F8">
          <v:shape id="_x0000_i1887" type="#_x0000_t75" style="width:1in;height:18.2pt" o:ole="">
            <v:imagedata r:id="rId2012" o:title=""/>
          </v:shape>
          <o:OLEObject Type="Embed" ProgID="Equation.DSMT4" ShapeID="_x0000_i1887" DrawAspect="Content" ObjectID="_1840332341" r:id="rId2013"/>
        </w:object>
      </w:r>
      <w:r w:rsidR="0052253C">
        <w:rPr>
          <w:rFonts w:ascii="Times New Roman" w:hAnsi="Times New Roman" w:cs="Times New Roman"/>
          <w:sz w:val="28"/>
          <w:szCs w:val="28"/>
          <w:lang w:val="kk-KZ"/>
        </w:rPr>
        <w:t xml:space="preserve"> болғанда [33</w:t>
      </w:r>
      <w:r w:rsidR="00100EFF" w:rsidRPr="002A03EA">
        <w:rPr>
          <w:rFonts w:ascii="Times New Roman" w:hAnsi="Times New Roman" w:cs="Times New Roman"/>
          <w:sz w:val="28"/>
          <w:szCs w:val="28"/>
          <w:lang w:val="kk-KZ"/>
        </w:rPr>
        <w:t>, p 3-6</w:t>
      </w:r>
      <w:r w:rsidRPr="002417EA">
        <w:rPr>
          <w:rFonts w:ascii="Times New Roman" w:hAnsi="Times New Roman" w:cs="Times New Roman"/>
          <w:sz w:val="28"/>
          <w:szCs w:val="28"/>
          <w:lang w:val="kk-KZ"/>
        </w:rPr>
        <w:t xml:space="preserve">] қарастырған. </w:t>
      </w:r>
      <w:r w:rsidRPr="002417EA">
        <w:rPr>
          <w:rFonts w:ascii="Times New Roman" w:hAnsi="Times New Roman" w:cs="Times New Roman"/>
          <w:position w:val="-12"/>
          <w:sz w:val="28"/>
          <w:szCs w:val="28"/>
        </w:rPr>
        <w:object w:dxaOrig="1100" w:dyaOrig="460" w14:anchorId="0FFC365E">
          <v:shape id="_x0000_i1888" type="#_x0000_t75" style="width:56.2pt;height:20.55pt" o:ole="">
            <v:imagedata r:id="rId2014" o:title=""/>
          </v:shape>
          <o:OLEObject Type="Embed" ProgID="Equation.DSMT4" ShapeID="_x0000_i1888" DrawAspect="Content" ObjectID="_1840332342" r:id="rId2015"/>
        </w:object>
      </w:r>
      <w:r w:rsidRPr="002417EA">
        <w:rPr>
          <w:rFonts w:ascii="Times New Roman" w:hAnsi="Times New Roman" w:cs="Times New Roman"/>
          <w:sz w:val="28"/>
          <w:szCs w:val="28"/>
          <w:lang w:val="kk-KZ"/>
        </w:rPr>
        <w:t xml:space="preserve"> кеңістігінде (</w:t>
      </w:r>
      <w:r w:rsidR="0052253C">
        <w:rPr>
          <w:rFonts w:ascii="Times New Roman" w:hAnsi="Times New Roman" w:cs="Times New Roman"/>
          <w:sz w:val="28"/>
          <w:szCs w:val="28"/>
          <w:lang w:val="kk-KZ"/>
        </w:rPr>
        <w:t>2.</w:t>
      </w:r>
      <w:r w:rsidRPr="002417EA">
        <w:rPr>
          <w:rFonts w:ascii="Times New Roman" w:hAnsi="Times New Roman" w:cs="Times New Roman"/>
          <w:sz w:val="28"/>
          <w:szCs w:val="28"/>
          <w:lang w:val="kk-KZ"/>
        </w:rPr>
        <w:t>1),(2</w:t>
      </w:r>
      <w:r w:rsidR="0052253C">
        <w:rPr>
          <w:rFonts w:ascii="Times New Roman" w:hAnsi="Times New Roman" w:cs="Times New Roman"/>
          <w:sz w:val="28"/>
          <w:szCs w:val="28"/>
          <w:lang w:val="kk-KZ"/>
        </w:rPr>
        <w:t>.2</w:t>
      </w:r>
      <w:r w:rsidRPr="002417EA">
        <w:rPr>
          <w:rFonts w:ascii="Times New Roman" w:hAnsi="Times New Roman" w:cs="Times New Roman"/>
          <w:sz w:val="28"/>
          <w:szCs w:val="28"/>
          <w:lang w:val="kk-KZ"/>
        </w:rPr>
        <w:t xml:space="preserve">) есептегі </w:t>
      </w:r>
      <w:r w:rsidRPr="002417EA">
        <w:rPr>
          <w:rFonts w:ascii="Times New Roman" w:hAnsi="Times New Roman" w:cs="Times New Roman"/>
          <w:position w:val="-12"/>
          <w:sz w:val="28"/>
          <w:szCs w:val="28"/>
        </w:rPr>
        <w:object w:dxaOrig="1560" w:dyaOrig="380" w14:anchorId="59BE5C62">
          <v:shape id="_x0000_i1889" type="#_x0000_t75" style="width:79.1pt;height:18.2pt" o:ole="">
            <v:imagedata r:id="rId2016" o:title=""/>
          </v:shape>
          <o:OLEObject Type="Embed" ProgID="Equation.DSMT4" ShapeID="_x0000_i1889" DrawAspect="Content" ObjectID="_1840332343" r:id="rId2017"/>
        </w:object>
      </w:r>
      <w:r w:rsidR="0052253C">
        <w:rPr>
          <w:rFonts w:ascii="Times New Roman" w:hAnsi="Times New Roman" w:cs="Times New Roman"/>
          <w:sz w:val="28"/>
          <w:szCs w:val="28"/>
          <w:lang w:val="kk-KZ"/>
        </w:rPr>
        <w:t xml:space="preserve"> болғанда [23</w:t>
      </w:r>
      <w:r w:rsidRPr="002417EA">
        <w:rPr>
          <w:rFonts w:ascii="Times New Roman" w:hAnsi="Times New Roman" w:cs="Times New Roman"/>
          <w:sz w:val="28"/>
          <w:szCs w:val="28"/>
          <w:lang w:val="kk-KZ"/>
        </w:rPr>
        <w:t xml:space="preserve">] қарастырған, ал </w:t>
      </w:r>
      <w:r w:rsidRPr="002417EA">
        <w:rPr>
          <w:rFonts w:ascii="Times New Roman" w:hAnsi="Times New Roman" w:cs="Times New Roman"/>
          <w:position w:val="-12"/>
          <w:sz w:val="28"/>
          <w:szCs w:val="28"/>
        </w:rPr>
        <w:object w:dxaOrig="999" w:dyaOrig="460" w14:anchorId="76EB0A31">
          <v:shape id="_x0000_i1890" type="#_x0000_t75" style="width:49.05pt;height:20.55pt" o:ole="">
            <v:imagedata r:id="rId2018" o:title=""/>
          </v:shape>
          <o:OLEObject Type="Embed" ProgID="Equation.DSMT4" ShapeID="_x0000_i1890" DrawAspect="Content" ObjectID="_1840332344" r:id="rId2019"/>
        </w:object>
      </w:r>
      <w:r w:rsidRPr="002417EA">
        <w:rPr>
          <w:rFonts w:ascii="Times New Roman" w:hAnsi="Times New Roman" w:cs="Times New Roman"/>
          <w:sz w:val="28"/>
          <w:szCs w:val="28"/>
          <w:lang w:val="kk-KZ"/>
        </w:rPr>
        <w:t xml:space="preserve"> кеңіст</w:t>
      </w:r>
      <w:r w:rsidR="0052253C">
        <w:rPr>
          <w:rFonts w:ascii="Times New Roman" w:hAnsi="Times New Roman" w:cs="Times New Roman"/>
          <w:sz w:val="28"/>
          <w:szCs w:val="28"/>
          <w:lang w:val="kk-KZ"/>
        </w:rPr>
        <w:t>ігінде [24</w:t>
      </w:r>
      <w:r w:rsidR="002F04EB" w:rsidRPr="002F04EB">
        <w:rPr>
          <w:rFonts w:ascii="Times New Roman" w:hAnsi="Times New Roman" w:cs="Times New Roman"/>
          <w:sz w:val="28"/>
          <w:szCs w:val="28"/>
          <w:lang w:val="kk-KZ"/>
        </w:rPr>
        <w:t xml:space="preserve">, </w:t>
      </w:r>
      <w:r w:rsidR="002F04EB">
        <w:rPr>
          <w:rFonts w:ascii="Times New Roman" w:hAnsi="Times New Roman" w:cs="Times New Roman"/>
          <w:sz w:val="28"/>
          <w:szCs w:val="28"/>
          <w:lang w:val="kk-KZ"/>
        </w:rPr>
        <w:t>р.</w:t>
      </w:r>
      <w:r w:rsidR="002F04EB" w:rsidRPr="002F04EB">
        <w:rPr>
          <w:rFonts w:ascii="Times New Roman" w:hAnsi="Times New Roman" w:cs="Times New Roman"/>
          <w:sz w:val="28"/>
          <w:szCs w:val="28"/>
          <w:lang w:val="kk-KZ"/>
        </w:rPr>
        <w:t xml:space="preserve"> 24-31</w:t>
      </w:r>
      <w:r w:rsidRPr="002417EA">
        <w:rPr>
          <w:rFonts w:ascii="Times New Roman" w:hAnsi="Times New Roman" w:cs="Times New Roman"/>
          <w:sz w:val="28"/>
          <w:szCs w:val="28"/>
          <w:lang w:val="kk-KZ"/>
        </w:rPr>
        <w:t>] қарастырған  фредгольмдік шартының қажеттілік және жеткілікті шарты табылды. (</w:t>
      </w:r>
      <w:r w:rsidR="0052253C">
        <w:rPr>
          <w:rFonts w:ascii="Times New Roman" w:hAnsi="Times New Roman" w:cs="Times New Roman"/>
          <w:sz w:val="28"/>
          <w:szCs w:val="28"/>
          <w:lang w:val="kk-KZ"/>
        </w:rPr>
        <w:t>2.</w:t>
      </w:r>
      <w:r w:rsidRPr="002417EA">
        <w:rPr>
          <w:rFonts w:ascii="Times New Roman" w:hAnsi="Times New Roman" w:cs="Times New Roman"/>
          <w:sz w:val="28"/>
          <w:szCs w:val="28"/>
          <w:lang w:val="kk-KZ"/>
        </w:rPr>
        <w:t>1),(2</w:t>
      </w:r>
      <w:r w:rsidR="0052253C">
        <w:rPr>
          <w:rFonts w:ascii="Times New Roman" w:hAnsi="Times New Roman" w:cs="Times New Roman"/>
          <w:sz w:val="28"/>
          <w:szCs w:val="28"/>
          <w:lang w:val="kk-KZ"/>
        </w:rPr>
        <w:t>.2) есептер [21</w:t>
      </w:r>
      <w:r w:rsidR="002F0D2C" w:rsidRPr="002F04EB">
        <w:rPr>
          <w:rFonts w:ascii="Times New Roman" w:hAnsi="Times New Roman" w:cs="Times New Roman"/>
          <w:sz w:val="28"/>
          <w:szCs w:val="28"/>
          <w:lang w:val="kk-KZ"/>
        </w:rPr>
        <w:t xml:space="preserve">, </w:t>
      </w:r>
      <w:r w:rsidR="002F0D2C">
        <w:rPr>
          <w:rFonts w:ascii="Times New Roman" w:hAnsi="Times New Roman" w:cs="Times New Roman"/>
          <w:sz w:val="28"/>
          <w:szCs w:val="28"/>
          <w:lang w:val="kk-KZ"/>
        </w:rPr>
        <w:t>р.</w:t>
      </w:r>
      <w:r w:rsidR="002F0D2C" w:rsidRPr="002F04EB">
        <w:rPr>
          <w:rFonts w:ascii="Times New Roman" w:hAnsi="Times New Roman" w:cs="Times New Roman"/>
          <w:sz w:val="28"/>
          <w:szCs w:val="28"/>
          <w:lang w:val="kk-KZ"/>
        </w:rPr>
        <w:t>490</w:t>
      </w:r>
      <w:r w:rsidRPr="002417EA">
        <w:rPr>
          <w:rFonts w:ascii="Times New Roman" w:hAnsi="Times New Roman" w:cs="Times New Roman"/>
          <w:sz w:val="28"/>
          <w:szCs w:val="28"/>
          <w:lang w:val="kk-KZ"/>
        </w:rPr>
        <w:t>] жұмыста көпбайланысты облыста қаралған. Бұл</w:t>
      </w:r>
      <w:r w:rsidR="0052253C">
        <w:rPr>
          <w:rFonts w:ascii="Times New Roman" w:hAnsi="Times New Roman" w:cs="Times New Roman"/>
          <w:sz w:val="28"/>
          <w:szCs w:val="28"/>
          <w:lang w:val="kk-KZ"/>
        </w:rPr>
        <w:t xml:space="preserve"> есептерді қарастырғанда [22, 33</w:t>
      </w:r>
      <w:r w:rsidRPr="002417EA">
        <w:rPr>
          <w:rFonts w:ascii="Times New Roman" w:hAnsi="Times New Roman" w:cs="Times New Roman"/>
          <w:sz w:val="28"/>
          <w:szCs w:val="28"/>
          <w:lang w:val="kk-KZ"/>
        </w:rPr>
        <w:t>] сингулярлық интегралды теңдеулер тегіс, бөлікті- тегіс контурда қарастырған. [</w:t>
      </w:r>
      <w:r w:rsidR="0052253C">
        <w:rPr>
          <w:rFonts w:ascii="Times New Roman" w:hAnsi="Times New Roman" w:cs="Times New Roman"/>
          <w:sz w:val="28"/>
          <w:szCs w:val="28"/>
          <w:lang w:val="kk-KZ"/>
        </w:rPr>
        <w:t>4</w:t>
      </w:r>
      <w:r w:rsidRPr="002417EA">
        <w:rPr>
          <w:rFonts w:ascii="Times New Roman" w:hAnsi="Times New Roman" w:cs="Times New Roman"/>
          <w:sz w:val="28"/>
          <w:szCs w:val="28"/>
          <w:lang w:val="kk-KZ"/>
        </w:rPr>
        <w:t>8] жұмыс көпөлшемді шардағы біртекті емес полигармониялық теңдеу үшін шеттік есептің шешімділігіне арналған. (</w:t>
      </w:r>
      <w:r w:rsidR="0052253C">
        <w:rPr>
          <w:rFonts w:ascii="Times New Roman" w:hAnsi="Times New Roman" w:cs="Times New Roman"/>
          <w:sz w:val="28"/>
          <w:szCs w:val="28"/>
          <w:lang w:val="kk-KZ"/>
        </w:rPr>
        <w:t>2.</w:t>
      </w:r>
      <w:r w:rsidRPr="002417EA">
        <w:rPr>
          <w:rFonts w:ascii="Times New Roman" w:hAnsi="Times New Roman" w:cs="Times New Roman"/>
          <w:sz w:val="28"/>
          <w:szCs w:val="28"/>
          <w:lang w:val="kk-KZ"/>
        </w:rPr>
        <w:t>1),</w:t>
      </w:r>
      <w:r w:rsidR="0052253C">
        <w:rPr>
          <w:rFonts w:ascii="Times New Roman" w:hAnsi="Times New Roman" w:cs="Times New Roman"/>
          <w:sz w:val="28"/>
          <w:szCs w:val="28"/>
          <w:lang w:val="kk-KZ"/>
        </w:rPr>
        <w:t xml:space="preserve"> </w:t>
      </w:r>
      <w:r w:rsidRPr="002417EA">
        <w:rPr>
          <w:rFonts w:ascii="Times New Roman" w:hAnsi="Times New Roman" w:cs="Times New Roman"/>
          <w:sz w:val="28"/>
          <w:szCs w:val="28"/>
          <w:lang w:val="kk-KZ"/>
        </w:rPr>
        <w:t>(2</w:t>
      </w:r>
      <w:r w:rsidR="0052253C">
        <w:rPr>
          <w:rFonts w:ascii="Times New Roman" w:hAnsi="Times New Roman" w:cs="Times New Roman"/>
          <w:sz w:val="28"/>
          <w:szCs w:val="28"/>
          <w:lang w:val="kk-KZ"/>
        </w:rPr>
        <w:t>.2</w:t>
      </w:r>
      <w:r w:rsidRPr="002417EA">
        <w:rPr>
          <w:rFonts w:ascii="Times New Roman" w:hAnsi="Times New Roman" w:cs="Times New Roman"/>
          <w:sz w:val="28"/>
          <w:szCs w:val="28"/>
          <w:lang w:val="kk-KZ"/>
        </w:rPr>
        <w:t>) есептің фредгольмдік шартының қажеттілік және жеткілікті шарты келесідей сипаттауға болады.</w:t>
      </w:r>
    </w:p>
    <w:p w14:paraId="15A6C6AD" w14:textId="11BAAA69" w:rsidR="00894A81" w:rsidRPr="002417EA" w:rsidRDefault="00A24934" w:rsidP="002417EA">
      <w:pPr>
        <w:spacing w:after="0" w:line="240" w:lineRule="auto"/>
        <w:jc w:val="both"/>
        <w:rPr>
          <w:rFonts w:ascii="Times New Roman" w:hAnsi="Times New Roman" w:cs="Times New Roman"/>
          <w:position w:val="-4"/>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lang w:val="kk-KZ"/>
        </w:rPr>
        <w:tab/>
      </w:r>
      <w:r w:rsidR="00894A81" w:rsidRPr="002417EA">
        <w:rPr>
          <w:rFonts w:ascii="Times New Roman" w:hAnsi="Times New Roman" w:cs="Times New Roman"/>
          <w:sz w:val="28"/>
          <w:szCs w:val="28"/>
          <w:lang w:val="kk-KZ"/>
        </w:rPr>
        <w:t xml:space="preserve">Айталық, </w:t>
      </w:r>
      <w:r w:rsidR="00894A81" w:rsidRPr="002417EA">
        <w:rPr>
          <w:rFonts w:ascii="Times New Roman" w:hAnsi="Times New Roman" w:cs="Times New Roman"/>
          <w:position w:val="-12"/>
          <w:sz w:val="28"/>
          <w:szCs w:val="28"/>
        </w:rPr>
        <w:object w:dxaOrig="2580" w:dyaOrig="420" w14:anchorId="31F2FDE7">
          <v:shape id="_x0000_i1891" type="#_x0000_t75" style="width:128.2pt;height:20.55pt" o:ole="">
            <v:imagedata r:id="rId2020" o:title=""/>
          </v:shape>
          <o:OLEObject Type="Embed" ProgID="Equation.DSMT4" ShapeID="_x0000_i1891" DrawAspect="Content" ObjectID="_1840332345" r:id="rId2021"/>
        </w:object>
      </w:r>
      <w:r w:rsidR="00894A81" w:rsidRPr="002417EA">
        <w:rPr>
          <w:rFonts w:ascii="Times New Roman" w:hAnsi="Times New Roman" w:cs="Times New Roman"/>
          <w:position w:val="-12"/>
          <w:sz w:val="28"/>
          <w:szCs w:val="28"/>
          <w:lang w:val="kk-KZ"/>
        </w:rPr>
        <w:t xml:space="preserve"> </w:t>
      </w:r>
      <w:r w:rsidR="00894A81" w:rsidRPr="002417EA">
        <w:rPr>
          <w:rFonts w:ascii="Times New Roman" w:hAnsi="Times New Roman" w:cs="Times New Roman"/>
          <w:sz w:val="28"/>
          <w:szCs w:val="28"/>
          <w:lang w:val="kk-KZ"/>
        </w:rPr>
        <w:t xml:space="preserve">сипаттаушы теңдеудің жоғары жарты жазықтықтағы </w:t>
      </w:r>
      <w:r w:rsidR="00894A81" w:rsidRPr="002417EA">
        <w:rPr>
          <w:rFonts w:ascii="Times New Roman" w:hAnsi="Times New Roman" w:cs="Times New Roman"/>
          <w:position w:val="-12"/>
          <w:sz w:val="28"/>
          <w:szCs w:val="28"/>
        </w:rPr>
        <w:object w:dxaOrig="1520" w:dyaOrig="380" w14:anchorId="52034362">
          <v:shape id="_x0000_i1892" type="#_x0000_t75" style="width:76.75pt;height:18.2pt" o:ole="">
            <v:imagedata r:id="rId2022" o:title=""/>
          </v:shape>
          <o:OLEObject Type="Embed" ProgID="Equation.DSMT4" ShapeID="_x0000_i1892" DrawAspect="Content" ObjectID="_1840332346" r:id="rId2023"/>
        </w:object>
      </w:r>
      <w:r w:rsidR="00894A81" w:rsidRPr="002417EA">
        <w:rPr>
          <w:rFonts w:ascii="Times New Roman" w:hAnsi="Times New Roman" w:cs="Times New Roman"/>
          <w:position w:val="-12"/>
          <w:sz w:val="28"/>
          <w:szCs w:val="28"/>
          <w:lang w:val="kk-KZ"/>
        </w:rPr>
        <w:t xml:space="preserve"> </w:t>
      </w:r>
      <w:r w:rsidR="00894A81" w:rsidRPr="002417EA">
        <w:rPr>
          <w:rFonts w:ascii="Times New Roman" w:hAnsi="Times New Roman" w:cs="Times New Roman"/>
          <w:sz w:val="28"/>
          <w:szCs w:val="28"/>
          <w:lang w:val="kk-KZ"/>
        </w:rPr>
        <w:t xml:space="preserve">барлық түрлі түбірлері болсын және </w:t>
      </w:r>
      <w:r w:rsidR="00894A81" w:rsidRPr="002417EA">
        <w:rPr>
          <w:rFonts w:ascii="Times New Roman" w:hAnsi="Times New Roman" w:cs="Times New Roman"/>
          <w:position w:val="-6"/>
          <w:sz w:val="28"/>
          <w:szCs w:val="28"/>
        </w:rPr>
        <w:object w:dxaOrig="220" w:dyaOrig="300" w14:anchorId="623CF6D8">
          <v:shape id="_x0000_i1893" type="#_x0000_t75" style="width:11.85pt;height:15.8pt" o:ole="">
            <v:imagedata r:id="rId2024" o:title=""/>
          </v:shape>
          <o:OLEObject Type="Embed" ProgID="Equation.DSMT4" ShapeID="_x0000_i1893" DrawAspect="Content" ObjectID="_1840332347" r:id="rId2025"/>
        </w:object>
      </w:r>
      <w:r w:rsidR="00894A81" w:rsidRPr="002417EA">
        <w:rPr>
          <w:rFonts w:ascii="Times New Roman" w:hAnsi="Times New Roman" w:cs="Times New Roman"/>
          <w:position w:val="-6"/>
          <w:sz w:val="28"/>
          <w:szCs w:val="28"/>
          <w:lang w:val="kk-KZ"/>
        </w:rPr>
        <w:t xml:space="preserve"> </w:t>
      </w:r>
      <w:r w:rsidR="00894A81" w:rsidRPr="002417EA">
        <w:rPr>
          <w:rFonts w:ascii="Times New Roman" w:hAnsi="Times New Roman" w:cs="Times New Roman"/>
          <w:sz w:val="28"/>
          <w:szCs w:val="28"/>
          <w:lang w:val="kk-KZ"/>
        </w:rPr>
        <w:t xml:space="preserve">түбірінің еселігі </w:t>
      </w:r>
      <w:r w:rsidR="00894A81" w:rsidRPr="002417EA">
        <w:rPr>
          <w:rFonts w:ascii="Times New Roman" w:hAnsi="Times New Roman" w:cs="Times New Roman"/>
          <w:position w:val="-12"/>
          <w:sz w:val="28"/>
          <w:szCs w:val="28"/>
        </w:rPr>
        <w:object w:dxaOrig="240" w:dyaOrig="380" w14:anchorId="57D69A0E">
          <v:shape id="_x0000_i1894" type="#_x0000_t75" style="width:11.85pt;height:18.2pt" o:ole="">
            <v:imagedata r:id="rId2026" o:title=""/>
          </v:shape>
          <o:OLEObject Type="Embed" ProgID="Equation.DSMT4" ShapeID="_x0000_i1894" DrawAspect="Content" ObjectID="_1840332348" r:id="rId2027"/>
        </w:object>
      </w:r>
      <w:r w:rsidR="00894A81" w:rsidRPr="002417EA">
        <w:rPr>
          <w:rFonts w:ascii="Times New Roman" w:hAnsi="Times New Roman" w:cs="Times New Roman"/>
          <w:sz w:val="28"/>
          <w:szCs w:val="28"/>
          <w:lang w:val="kk-KZ"/>
        </w:rPr>
        <w:t xml:space="preserve"> және </w:t>
      </w:r>
      <w:r w:rsidR="00894A81" w:rsidRPr="002417EA">
        <w:rPr>
          <w:rFonts w:ascii="Times New Roman" w:hAnsi="Times New Roman" w:cs="Times New Roman"/>
          <w:position w:val="-12"/>
          <w:sz w:val="28"/>
          <w:szCs w:val="28"/>
        </w:rPr>
        <w:object w:dxaOrig="1540" w:dyaOrig="380" w14:anchorId="5EE0DFE7">
          <v:shape id="_x0000_i1895" type="#_x0000_t75" style="width:80.7pt;height:18.2pt" o:ole="">
            <v:imagedata r:id="rId2028" o:title=""/>
          </v:shape>
          <o:OLEObject Type="Embed" ProgID="Equation.DSMT4" ShapeID="_x0000_i1895" DrawAspect="Content" ObjectID="_1840332349" r:id="rId2029"/>
        </w:object>
      </w:r>
      <w:r w:rsidR="00894A81" w:rsidRPr="002417EA">
        <w:rPr>
          <w:rFonts w:ascii="Times New Roman" w:hAnsi="Times New Roman" w:cs="Times New Roman"/>
          <w:position w:val="-12"/>
          <w:sz w:val="28"/>
          <w:szCs w:val="28"/>
          <w:lang w:val="kk-KZ"/>
        </w:rPr>
        <w:t xml:space="preserve"> </w:t>
      </w:r>
      <w:r w:rsidR="00894A81" w:rsidRPr="002417EA">
        <w:rPr>
          <w:rFonts w:ascii="Times New Roman" w:hAnsi="Times New Roman" w:cs="Times New Roman"/>
          <w:sz w:val="28"/>
          <w:szCs w:val="28"/>
          <w:lang w:val="kk-KZ"/>
        </w:rPr>
        <w:t>болсын.</w:t>
      </w:r>
    </w:p>
    <w:p w14:paraId="3A209A8A" w14:textId="77777777" w:rsidR="00894A81" w:rsidRPr="002417EA" w:rsidRDefault="00894A81" w:rsidP="002417EA">
      <w:pPr>
        <w:spacing w:after="0" w:line="240" w:lineRule="auto"/>
        <w:ind w:firstLine="708"/>
        <w:jc w:val="both"/>
        <w:rPr>
          <w:rFonts w:ascii="Times New Roman" w:hAnsi="Times New Roman" w:cs="Times New Roman"/>
          <w:sz w:val="28"/>
          <w:szCs w:val="28"/>
          <w:lang w:val="kk-KZ"/>
        </w:rPr>
      </w:pPr>
      <w:r w:rsidRPr="002417EA">
        <w:rPr>
          <w:rFonts w:ascii="Times New Roman" w:hAnsi="Times New Roman" w:cs="Times New Roman"/>
          <w:position w:val="-4"/>
          <w:sz w:val="28"/>
          <w:szCs w:val="28"/>
        </w:rPr>
        <w:object w:dxaOrig="200" w:dyaOrig="220" w14:anchorId="73FA926E">
          <v:shape id="_x0000_i1896" type="#_x0000_t75" style="width:9.5pt;height:11.85pt" o:ole="">
            <v:imagedata r:id="rId2030" o:title=""/>
          </v:shape>
          <o:OLEObject Type="Embed" ProgID="Equation.DSMT4" ShapeID="_x0000_i1896" DrawAspect="Content" ObjectID="_1840332350" r:id="rId2031"/>
        </w:object>
      </w:r>
      <w:r w:rsidRPr="002417EA">
        <w:rPr>
          <w:rFonts w:ascii="Times New Roman" w:hAnsi="Times New Roman" w:cs="Times New Roman"/>
          <w:sz w:val="28"/>
          <w:szCs w:val="28"/>
          <w:lang w:val="kk-KZ"/>
        </w:rPr>
        <w:t xml:space="preserve"> бойынша келесі бөлшек- сызықты </w:t>
      </w:r>
      <w:r w:rsidRPr="002417EA">
        <w:rPr>
          <w:rFonts w:ascii="Times New Roman" w:hAnsi="Times New Roman" w:cs="Times New Roman"/>
          <w:position w:val="-12"/>
          <w:sz w:val="28"/>
          <w:szCs w:val="28"/>
          <w:lang w:val="kk-KZ"/>
        </w:rPr>
        <w:t xml:space="preserve"> </w:t>
      </w:r>
      <w:r w:rsidRPr="002417EA">
        <w:rPr>
          <w:rFonts w:ascii="Times New Roman" w:hAnsi="Times New Roman" w:cs="Times New Roman"/>
          <w:sz w:val="28"/>
          <w:szCs w:val="28"/>
          <w:lang w:val="kk-KZ"/>
        </w:rPr>
        <w:t>функциясын енгізейік:</w:t>
      </w:r>
    </w:p>
    <w:p w14:paraId="0FD562BF" w14:textId="77777777" w:rsidR="00894A81" w:rsidRPr="002417EA" w:rsidRDefault="00894A81" w:rsidP="002417EA">
      <w:pPr>
        <w:spacing w:after="0" w:line="240" w:lineRule="auto"/>
        <w:rPr>
          <w:rFonts w:ascii="Times New Roman" w:hAnsi="Times New Roman" w:cs="Times New Roman"/>
          <w:sz w:val="28"/>
          <w:szCs w:val="28"/>
          <w:lang w:val="kk-KZ"/>
        </w:rPr>
      </w:pPr>
    </w:p>
    <w:p w14:paraId="0839FF39" w14:textId="20721B12" w:rsidR="00894A81" w:rsidRPr="002417EA" w:rsidRDefault="00894A81" w:rsidP="002417EA">
      <w:pPr>
        <w:spacing w:after="0" w:line="240" w:lineRule="auto"/>
        <w:jc w:val="right"/>
        <w:rPr>
          <w:rFonts w:ascii="Times New Roman" w:hAnsi="Times New Roman" w:cs="Times New Roman"/>
          <w:position w:val="-36"/>
          <w:sz w:val="28"/>
          <w:szCs w:val="28"/>
          <w:lang w:val="kk-KZ"/>
        </w:rPr>
      </w:pPr>
      <w:r w:rsidRPr="002417EA">
        <w:rPr>
          <w:rFonts w:ascii="Times New Roman" w:hAnsi="Times New Roman" w:cs="Times New Roman"/>
          <w:position w:val="-34"/>
          <w:sz w:val="28"/>
          <w:szCs w:val="28"/>
        </w:rPr>
        <w:object w:dxaOrig="3220" w:dyaOrig="780" w14:anchorId="6ED08D47">
          <v:shape id="_x0000_i1897" type="#_x0000_t75" style="width:159.8pt;height:38pt" o:ole="">
            <v:imagedata r:id="rId2032" o:title=""/>
          </v:shape>
          <o:OLEObject Type="Embed" ProgID="Equation.DSMT4" ShapeID="_x0000_i1897" DrawAspect="Content" ObjectID="_1840332351" r:id="rId2033"/>
        </w:object>
      </w:r>
      <w:r w:rsidR="00E037F5" w:rsidRPr="002417EA">
        <w:rPr>
          <w:rFonts w:ascii="Times New Roman" w:hAnsi="Times New Roman" w:cs="Times New Roman"/>
          <w:sz w:val="28"/>
          <w:szCs w:val="28"/>
          <w:lang w:val="kk-KZ"/>
        </w:rPr>
        <w:t xml:space="preserve"> </w:t>
      </w:r>
      <w:r w:rsidR="002417EA" w:rsidRPr="002417EA">
        <w:rPr>
          <w:rFonts w:ascii="Times New Roman" w:hAnsi="Times New Roman" w:cs="Times New Roman"/>
          <w:sz w:val="28"/>
          <w:szCs w:val="28"/>
          <w:lang w:val="kk-KZ"/>
        </w:rPr>
        <w:t xml:space="preserve">                   </w:t>
      </w:r>
      <w:r w:rsidRPr="002417EA">
        <w:rPr>
          <w:rFonts w:ascii="Times New Roman" w:hAnsi="Times New Roman" w:cs="Times New Roman"/>
          <w:sz w:val="28"/>
          <w:szCs w:val="28"/>
          <w:lang w:val="kk-KZ"/>
        </w:rPr>
        <w:t xml:space="preserve">                       (2.3)</w:t>
      </w:r>
    </w:p>
    <w:p w14:paraId="3400EC46" w14:textId="77777777" w:rsidR="00894A81" w:rsidRPr="002417EA" w:rsidRDefault="00894A81" w:rsidP="002417EA">
      <w:pPr>
        <w:spacing w:after="0" w:line="240" w:lineRule="auto"/>
        <w:rPr>
          <w:rFonts w:ascii="Times New Roman" w:hAnsi="Times New Roman" w:cs="Times New Roman"/>
          <w:position w:val="-36"/>
          <w:sz w:val="28"/>
          <w:szCs w:val="28"/>
          <w:lang w:val="kk-KZ"/>
        </w:rPr>
      </w:pPr>
    </w:p>
    <w:p w14:paraId="2275069C" w14:textId="77777777" w:rsidR="00894A81" w:rsidRPr="002417EA" w:rsidRDefault="00894A81" w:rsidP="002417EA">
      <w:pPr>
        <w:spacing w:after="0" w:line="240" w:lineRule="auto"/>
        <w:jc w:val="both"/>
        <w:rPr>
          <w:rFonts w:ascii="Times New Roman" w:hAnsi="Times New Roman" w:cs="Times New Roman"/>
          <w:sz w:val="28"/>
          <w:szCs w:val="28"/>
          <w:lang w:val="kk-KZ"/>
        </w:rPr>
      </w:pPr>
      <w:r w:rsidRPr="002417EA">
        <w:rPr>
          <w:rFonts w:ascii="Times New Roman" w:hAnsi="Times New Roman" w:cs="Times New Roman"/>
          <w:sz w:val="28"/>
          <w:szCs w:val="28"/>
          <w:lang w:val="kk-KZ"/>
        </w:rPr>
        <w:t xml:space="preserve">мұндағы </w:t>
      </w:r>
      <w:r w:rsidRPr="002417EA">
        <w:rPr>
          <w:rFonts w:ascii="Times New Roman" w:hAnsi="Times New Roman" w:cs="Times New Roman"/>
          <w:position w:val="-4"/>
          <w:sz w:val="28"/>
          <w:szCs w:val="28"/>
        </w:rPr>
        <w:object w:dxaOrig="240" w:dyaOrig="279" w14:anchorId="51C8DECB">
          <v:shape id="_x0000_i1898" type="#_x0000_t75" style="width:11.85pt;height:15.8pt" o:ole="">
            <v:imagedata r:id="rId2034" o:title=""/>
          </v:shape>
          <o:OLEObject Type="Embed" ProgID="Equation.DSMT4" ShapeID="_x0000_i1898" DrawAspect="Content" ObjectID="_1840332352" r:id="rId2035"/>
        </w:object>
      </w:r>
      <w:r w:rsidRPr="002417EA">
        <w:rPr>
          <w:rFonts w:ascii="Times New Roman" w:hAnsi="Times New Roman" w:cs="Times New Roman"/>
          <w:sz w:val="28"/>
          <w:szCs w:val="28"/>
          <w:lang w:val="kk-KZ"/>
        </w:rPr>
        <w:t xml:space="preserve"> контурының </w:t>
      </w:r>
      <w:r w:rsidRPr="002417EA">
        <w:rPr>
          <w:rFonts w:ascii="Times New Roman" w:hAnsi="Times New Roman" w:cs="Times New Roman"/>
          <w:position w:val="-12"/>
          <w:sz w:val="28"/>
          <w:szCs w:val="28"/>
        </w:rPr>
        <w:object w:dxaOrig="1219" w:dyaOrig="380" w14:anchorId="2217F148">
          <v:shape id="_x0000_i1899" type="#_x0000_t75" style="width:60.15pt;height:18.2pt" o:ole="">
            <v:imagedata r:id="rId2036" o:title=""/>
          </v:shape>
          <o:OLEObject Type="Embed" ProgID="Equation.DSMT4" ShapeID="_x0000_i1899" DrawAspect="Content" ObjectID="_1840332353" r:id="rId2037"/>
        </w:object>
      </w:r>
      <w:r w:rsidRPr="002417EA">
        <w:rPr>
          <w:rFonts w:ascii="Times New Roman" w:hAnsi="Times New Roman" w:cs="Times New Roman"/>
          <w:sz w:val="28"/>
          <w:szCs w:val="28"/>
          <w:lang w:val="kk-KZ"/>
        </w:rPr>
        <w:t xml:space="preserve"> бірлік жанама векторынан тәуелділігі айқын көрсетілген. Нақтылық үшін </w:t>
      </w:r>
      <w:r w:rsidRPr="002417EA">
        <w:rPr>
          <w:rFonts w:ascii="Times New Roman" w:hAnsi="Times New Roman" w:cs="Times New Roman"/>
          <w:position w:val="-6"/>
          <w:sz w:val="28"/>
          <w:szCs w:val="28"/>
        </w:rPr>
        <w:object w:dxaOrig="200" w:dyaOrig="240" w14:anchorId="0B902157">
          <v:shape id="_x0000_i1900" type="#_x0000_t75" style="width:9.5pt;height:11.85pt" o:ole="">
            <v:imagedata r:id="rId2038" o:title=""/>
          </v:shape>
          <o:OLEObject Type="Embed" ProgID="Equation.DSMT4" ShapeID="_x0000_i1900" DrawAspect="Content" ObjectID="_1840332354" r:id="rId2039"/>
        </w:object>
      </w:r>
      <w:r w:rsidRPr="002417EA">
        <w:rPr>
          <w:rFonts w:ascii="Times New Roman" w:hAnsi="Times New Roman" w:cs="Times New Roman"/>
          <w:sz w:val="28"/>
          <w:szCs w:val="28"/>
          <w:lang w:val="kk-KZ"/>
        </w:rPr>
        <w:t xml:space="preserve"> векторын </w:t>
      </w:r>
      <w:r w:rsidRPr="002417EA">
        <w:rPr>
          <w:rFonts w:ascii="Times New Roman" w:hAnsi="Times New Roman" w:cs="Times New Roman"/>
          <w:position w:val="-4"/>
          <w:sz w:val="28"/>
          <w:szCs w:val="28"/>
        </w:rPr>
        <w:object w:dxaOrig="300" w:dyaOrig="279" w14:anchorId="335BB357">
          <v:shape id="_x0000_i1901" type="#_x0000_t75" style="width:15.8pt;height:15.8pt" o:ole="">
            <v:imagedata r:id="rId2040" o:title=""/>
          </v:shape>
          <o:OLEObject Type="Embed" ProgID="Equation.DSMT4" ShapeID="_x0000_i1901" DrawAspect="Content" ObjectID="_1840332355" r:id="rId2041"/>
        </w:object>
      </w:r>
      <w:r w:rsidRPr="002417EA">
        <w:rPr>
          <w:rFonts w:ascii="Times New Roman" w:hAnsi="Times New Roman" w:cs="Times New Roman"/>
          <w:sz w:val="28"/>
          <w:szCs w:val="28"/>
          <w:lang w:val="kk-KZ"/>
        </w:rPr>
        <w:t xml:space="preserve"> облысына қатысты оң бағыт деп аламыз, яғни </w:t>
      </w:r>
      <w:r w:rsidRPr="002417EA">
        <w:rPr>
          <w:rFonts w:ascii="Times New Roman" w:hAnsi="Times New Roman" w:cs="Times New Roman"/>
          <w:position w:val="-4"/>
          <w:sz w:val="28"/>
          <w:szCs w:val="28"/>
        </w:rPr>
        <w:object w:dxaOrig="300" w:dyaOrig="279" w14:anchorId="5FFBD4F0">
          <v:shape id="_x0000_i1902" type="#_x0000_t75" style="width:15.8pt;height:15.8pt" o:ole="">
            <v:imagedata r:id="rId2042" o:title=""/>
          </v:shape>
          <o:OLEObject Type="Embed" ProgID="Equation.DSMT4" ShapeID="_x0000_i1902" DrawAspect="Content" ObjectID="_1840332356" r:id="rId2043"/>
        </w:object>
      </w:r>
      <w:r w:rsidRPr="002417EA">
        <w:rPr>
          <w:rFonts w:ascii="Times New Roman" w:hAnsi="Times New Roman" w:cs="Times New Roman"/>
          <w:sz w:val="28"/>
          <w:szCs w:val="28"/>
          <w:lang w:val="kk-KZ"/>
        </w:rPr>
        <w:t xml:space="preserve"> облысы векторының сол жағында қалады. Яғни:</w:t>
      </w:r>
    </w:p>
    <w:p w14:paraId="7E8B4597" w14:textId="77777777" w:rsidR="00894A81" w:rsidRPr="002417EA" w:rsidRDefault="00894A81" w:rsidP="002417EA">
      <w:pPr>
        <w:spacing w:after="0" w:line="240" w:lineRule="auto"/>
        <w:jc w:val="both"/>
        <w:rPr>
          <w:rFonts w:ascii="Times New Roman" w:hAnsi="Times New Roman" w:cs="Times New Roman"/>
          <w:sz w:val="28"/>
          <w:szCs w:val="28"/>
          <w:lang w:val="kk-KZ"/>
        </w:rPr>
      </w:pPr>
    </w:p>
    <w:p w14:paraId="3FF9B787" w14:textId="507C014F" w:rsidR="00894A81" w:rsidRPr="002417EA" w:rsidRDefault="00894A81" w:rsidP="002417EA">
      <w:pPr>
        <w:spacing w:after="0" w:line="240" w:lineRule="auto"/>
        <w:jc w:val="right"/>
        <w:rPr>
          <w:rFonts w:ascii="Times New Roman" w:hAnsi="Times New Roman" w:cs="Times New Roman"/>
          <w:sz w:val="28"/>
          <w:szCs w:val="28"/>
          <w:lang w:val="kk-KZ"/>
        </w:rPr>
      </w:pPr>
      <w:r w:rsidRPr="002417EA">
        <w:rPr>
          <w:rFonts w:ascii="Times New Roman" w:hAnsi="Times New Roman" w:cs="Times New Roman"/>
          <w:position w:val="-12"/>
          <w:sz w:val="28"/>
          <w:szCs w:val="28"/>
          <w:lang w:val="kk-KZ"/>
        </w:rPr>
        <w:t xml:space="preserve">                </w:t>
      </w:r>
      <w:r w:rsidR="00E037F5" w:rsidRPr="002417EA">
        <w:rPr>
          <w:rFonts w:ascii="Times New Roman" w:hAnsi="Times New Roman" w:cs="Times New Roman"/>
          <w:position w:val="-12"/>
          <w:sz w:val="28"/>
          <w:szCs w:val="28"/>
          <w:lang w:val="kk-KZ"/>
        </w:rPr>
        <w:t xml:space="preserve">        </w:t>
      </w:r>
      <w:r w:rsidRPr="002417EA">
        <w:rPr>
          <w:rFonts w:ascii="Times New Roman" w:hAnsi="Times New Roman" w:cs="Times New Roman"/>
          <w:position w:val="-12"/>
          <w:sz w:val="28"/>
          <w:szCs w:val="28"/>
          <w:lang w:val="kk-KZ"/>
        </w:rPr>
        <w:t xml:space="preserve">   </w:t>
      </w:r>
      <w:r w:rsidRPr="002417EA">
        <w:rPr>
          <w:rFonts w:ascii="Times New Roman" w:hAnsi="Times New Roman" w:cs="Times New Roman"/>
          <w:position w:val="-12"/>
          <w:sz w:val="28"/>
          <w:szCs w:val="28"/>
        </w:rPr>
        <w:object w:dxaOrig="880" w:dyaOrig="380" w14:anchorId="5B24EE33">
          <v:shape id="_x0000_i1903" type="#_x0000_t75" style="width:44.3pt;height:18.2pt" o:ole="">
            <v:imagedata r:id="rId2044" o:title=""/>
          </v:shape>
          <o:OLEObject Type="Embed" ProgID="Equation.DSMT4" ShapeID="_x0000_i1903" DrawAspect="Content" ObjectID="_1840332357" r:id="rId2045"/>
        </w:object>
      </w:r>
      <w:r w:rsidRPr="002417EA">
        <w:rPr>
          <w:rFonts w:ascii="Times New Roman" w:hAnsi="Times New Roman" w:cs="Times New Roman"/>
          <w:sz w:val="28"/>
          <w:szCs w:val="28"/>
          <w:lang w:val="kk-KZ"/>
        </w:rPr>
        <w:t xml:space="preserve"> </w:t>
      </w:r>
      <w:r w:rsidRPr="002417EA">
        <w:rPr>
          <w:rFonts w:ascii="Times New Roman" w:hAnsi="Times New Roman" w:cs="Times New Roman"/>
          <w:position w:val="-12"/>
          <w:sz w:val="28"/>
          <w:szCs w:val="28"/>
        </w:rPr>
        <w:object w:dxaOrig="940" w:dyaOrig="380" w14:anchorId="32D313C3">
          <v:shape id="_x0000_i1904" type="#_x0000_t75" style="width:46.7pt;height:18.2pt" o:ole="">
            <v:imagedata r:id="rId2046" o:title=""/>
          </v:shape>
          <o:OLEObject Type="Embed" ProgID="Equation.DSMT4" ShapeID="_x0000_i1904" DrawAspect="Content" ObjectID="_1840332358" r:id="rId2047"/>
        </w:object>
      </w:r>
      <w:r w:rsidRPr="002417EA">
        <w:rPr>
          <w:rFonts w:ascii="Times New Roman" w:hAnsi="Times New Roman" w:cs="Times New Roman"/>
          <w:sz w:val="28"/>
          <w:szCs w:val="28"/>
          <w:lang w:val="kk-KZ"/>
        </w:rPr>
        <w:t xml:space="preserve">                                 </w:t>
      </w:r>
      <w:r w:rsidR="00E037F5" w:rsidRPr="002417EA">
        <w:rPr>
          <w:rFonts w:ascii="Times New Roman" w:hAnsi="Times New Roman" w:cs="Times New Roman"/>
          <w:sz w:val="28"/>
          <w:szCs w:val="28"/>
          <w:lang w:val="kk-KZ"/>
        </w:rPr>
        <w:t xml:space="preserve">           </w:t>
      </w:r>
      <w:r w:rsidRPr="002417EA">
        <w:rPr>
          <w:rFonts w:ascii="Times New Roman" w:hAnsi="Times New Roman" w:cs="Times New Roman"/>
          <w:sz w:val="28"/>
          <w:szCs w:val="28"/>
          <w:lang w:val="kk-KZ"/>
        </w:rPr>
        <w:t xml:space="preserve">          (2.4)</w:t>
      </w:r>
    </w:p>
    <w:p w14:paraId="6A0291AE" w14:textId="77777777" w:rsidR="00894A81" w:rsidRPr="002417EA" w:rsidRDefault="00894A81" w:rsidP="002417EA">
      <w:pPr>
        <w:spacing w:after="0" w:line="240" w:lineRule="auto"/>
        <w:rPr>
          <w:rFonts w:ascii="Times New Roman" w:hAnsi="Times New Roman" w:cs="Times New Roman"/>
          <w:position w:val="-36"/>
          <w:sz w:val="28"/>
          <w:szCs w:val="28"/>
          <w:lang w:val="kk-KZ"/>
        </w:rPr>
      </w:pPr>
    </w:p>
    <w:p w14:paraId="7F9B9FAB" w14:textId="77777777" w:rsidR="00894A81" w:rsidRPr="002417EA" w:rsidRDefault="00894A81" w:rsidP="002417EA">
      <w:pPr>
        <w:spacing w:after="0" w:line="240" w:lineRule="auto"/>
        <w:jc w:val="both"/>
        <w:rPr>
          <w:rFonts w:ascii="Times New Roman" w:hAnsi="Times New Roman" w:cs="Times New Roman"/>
          <w:sz w:val="28"/>
          <w:szCs w:val="28"/>
          <w:lang w:val="kk-KZ"/>
        </w:rPr>
      </w:pPr>
      <w:r w:rsidRPr="002417EA">
        <w:rPr>
          <w:rFonts w:ascii="Times New Roman" w:hAnsi="Times New Roman" w:cs="Times New Roman"/>
          <w:position w:val="-6"/>
          <w:sz w:val="28"/>
          <w:szCs w:val="28"/>
        </w:rPr>
        <w:object w:dxaOrig="160" w:dyaOrig="300" w14:anchorId="66A9F5A1">
          <v:shape id="_x0000_i1905" type="#_x0000_t75" style="width:9.5pt;height:15.8pt" o:ole="">
            <v:imagedata r:id="rId2048" o:title=""/>
          </v:shape>
          <o:OLEObject Type="Embed" ProgID="Equation.DSMT4" ShapeID="_x0000_i1905" DrawAspect="Content" ObjectID="_1840332359" r:id="rId2049"/>
        </w:object>
      </w:r>
      <w:r w:rsidRPr="002417EA">
        <w:rPr>
          <w:rFonts w:ascii="Times New Roman" w:hAnsi="Times New Roman" w:cs="Times New Roman"/>
          <w:sz w:val="28"/>
          <w:szCs w:val="28"/>
          <w:lang w:val="kk-KZ"/>
        </w:rPr>
        <w:t xml:space="preserve">вектор-функциясынан </w:t>
      </w:r>
      <w:r w:rsidRPr="002417EA">
        <w:rPr>
          <w:rFonts w:ascii="Times New Roman" w:hAnsi="Times New Roman" w:cs="Times New Roman"/>
          <w:position w:val="-12"/>
          <w:sz w:val="28"/>
          <w:szCs w:val="28"/>
        </w:rPr>
        <w:object w:dxaOrig="2860" w:dyaOrig="380" w14:anchorId="214120DE">
          <v:shape id="_x0000_i1906" type="#_x0000_t75" style="width:2in;height:18.2pt" o:ole="">
            <v:imagedata r:id="rId2050" o:title=""/>
          </v:shape>
          <o:OLEObject Type="Embed" ProgID="Equation.DSMT4" ShapeID="_x0000_i1906" DrawAspect="Content" ObjectID="_1840332360" r:id="rId2051"/>
        </w:object>
      </w:r>
      <w:r w:rsidRPr="002417EA">
        <w:rPr>
          <w:rFonts w:ascii="Times New Roman" w:hAnsi="Times New Roman" w:cs="Times New Roman"/>
          <w:sz w:val="28"/>
          <w:szCs w:val="28"/>
          <w:lang w:val="kk-KZ"/>
        </w:rPr>
        <w:t xml:space="preserve"> аналитикалық нүктелерінің </w:t>
      </w:r>
    </w:p>
    <w:p w14:paraId="10494CB3" w14:textId="77777777" w:rsidR="00894A81" w:rsidRPr="002417EA" w:rsidRDefault="00894A81" w:rsidP="002417EA">
      <w:pPr>
        <w:spacing w:after="0" w:line="240" w:lineRule="auto"/>
        <w:jc w:val="both"/>
        <w:rPr>
          <w:rFonts w:ascii="Times New Roman" w:hAnsi="Times New Roman" w:cs="Times New Roman"/>
          <w:sz w:val="28"/>
          <w:szCs w:val="28"/>
          <w:lang w:val="kk-KZ"/>
        </w:rPr>
      </w:pPr>
      <w:r w:rsidRPr="002417EA">
        <w:rPr>
          <w:rFonts w:ascii="Times New Roman" w:hAnsi="Times New Roman" w:cs="Times New Roman"/>
          <w:position w:val="-12"/>
          <w:sz w:val="28"/>
          <w:szCs w:val="28"/>
        </w:rPr>
        <w:object w:dxaOrig="999" w:dyaOrig="380" w14:anchorId="5A96B665">
          <v:shape id="_x0000_i1907" type="#_x0000_t75" style="width:49.05pt;height:18.2pt" o:ole="">
            <v:imagedata r:id="rId2052" o:title=""/>
          </v:shape>
          <o:OLEObject Type="Embed" ProgID="Equation.DSMT4" ShapeID="_x0000_i1907" DrawAspect="Content" ObjectID="_1840332361" r:id="rId2053"/>
        </w:object>
      </w:r>
      <w:r w:rsidRPr="002417EA">
        <w:rPr>
          <w:rFonts w:ascii="Times New Roman" w:hAnsi="Times New Roman" w:cs="Times New Roman"/>
          <w:sz w:val="28"/>
          <w:szCs w:val="28"/>
          <w:lang w:val="kk-KZ"/>
        </w:rPr>
        <w:t xml:space="preserve"> маңайында </w:t>
      </w:r>
      <w:r w:rsidRPr="002417EA">
        <w:rPr>
          <w:rFonts w:ascii="Times New Roman" w:hAnsi="Times New Roman" w:cs="Times New Roman"/>
          <w:position w:val="-6"/>
          <w:sz w:val="28"/>
          <w:szCs w:val="28"/>
        </w:rPr>
        <w:object w:dxaOrig="480" w:dyaOrig="300" w14:anchorId="62E0210C">
          <v:shape id="_x0000_i1908" type="#_x0000_t75" style="width:25.3pt;height:15.8pt" o:ole="">
            <v:imagedata r:id="rId2054" o:title=""/>
          </v:shape>
          <o:OLEObject Type="Embed" ProgID="Equation.DSMT4" ShapeID="_x0000_i1908" DrawAspect="Content" ObjectID="_1840332362" r:id="rId2055"/>
        </w:object>
      </w:r>
      <w:r w:rsidRPr="002417EA">
        <w:rPr>
          <w:rFonts w:ascii="Times New Roman" w:hAnsi="Times New Roman" w:cs="Times New Roman"/>
          <w:sz w:val="28"/>
          <w:szCs w:val="28"/>
          <w:lang w:val="kk-KZ"/>
        </w:rPr>
        <w:t xml:space="preserve"> блок матрицасын енгізейік:</w:t>
      </w:r>
    </w:p>
    <w:p w14:paraId="67101FF4" w14:textId="77777777" w:rsidR="00894A81" w:rsidRPr="002417EA" w:rsidRDefault="00894A81" w:rsidP="002417EA">
      <w:pPr>
        <w:spacing w:after="0" w:line="240" w:lineRule="auto"/>
        <w:jc w:val="both"/>
        <w:rPr>
          <w:rFonts w:ascii="Times New Roman" w:hAnsi="Times New Roman" w:cs="Times New Roman"/>
          <w:sz w:val="28"/>
          <w:szCs w:val="28"/>
          <w:lang w:val="kk-KZ"/>
        </w:rPr>
      </w:pPr>
    </w:p>
    <w:p w14:paraId="70A6C4EE" w14:textId="46BCE596" w:rsidR="00894A81" w:rsidRPr="002417EA" w:rsidRDefault="00894A81" w:rsidP="002417EA">
      <w:pPr>
        <w:spacing w:after="0" w:line="240" w:lineRule="auto"/>
        <w:jc w:val="right"/>
        <w:rPr>
          <w:rFonts w:ascii="Times New Roman" w:hAnsi="Times New Roman" w:cs="Times New Roman"/>
          <w:sz w:val="28"/>
          <w:szCs w:val="28"/>
          <w:lang w:val="kk-KZ"/>
        </w:rPr>
      </w:pPr>
      <w:r w:rsidRPr="002417EA">
        <w:rPr>
          <w:rFonts w:ascii="Times New Roman" w:hAnsi="Times New Roman" w:cs="Times New Roman"/>
          <w:position w:val="-16"/>
          <w:sz w:val="28"/>
          <w:szCs w:val="28"/>
        </w:rPr>
        <w:object w:dxaOrig="4099" w:dyaOrig="420" w14:anchorId="4B60B9D4">
          <v:shape id="_x0000_i1909" type="#_x0000_t75" style="width:202.55pt;height:20.55pt" o:ole="">
            <v:imagedata r:id="rId2056" o:title=""/>
          </v:shape>
          <o:OLEObject Type="Embed" ProgID="Equation.DSMT4" ShapeID="_x0000_i1909" DrawAspect="Content" ObjectID="_1840332363" r:id="rId2057"/>
        </w:object>
      </w:r>
      <w:r w:rsidRPr="002417EA">
        <w:rPr>
          <w:rFonts w:ascii="Times New Roman" w:hAnsi="Times New Roman" w:cs="Times New Roman"/>
          <w:sz w:val="28"/>
          <w:szCs w:val="28"/>
          <w:lang w:val="kk-KZ"/>
        </w:rPr>
        <w:t xml:space="preserve">             </w:t>
      </w:r>
      <w:r w:rsidR="002417EA" w:rsidRPr="002417EA">
        <w:rPr>
          <w:rFonts w:ascii="Times New Roman" w:hAnsi="Times New Roman" w:cs="Times New Roman"/>
          <w:sz w:val="28"/>
          <w:szCs w:val="28"/>
          <w:lang w:val="kk-KZ"/>
        </w:rPr>
        <w:t xml:space="preserve">        </w:t>
      </w:r>
      <w:r w:rsidRPr="002417EA">
        <w:rPr>
          <w:rFonts w:ascii="Times New Roman" w:hAnsi="Times New Roman" w:cs="Times New Roman"/>
          <w:sz w:val="28"/>
          <w:szCs w:val="28"/>
          <w:lang w:val="kk-KZ"/>
        </w:rPr>
        <w:t xml:space="preserve">                 (2.5)</w:t>
      </w:r>
    </w:p>
    <w:p w14:paraId="48DDD0E0" w14:textId="77777777" w:rsidR="00894A81" w:rsidRPr="002417EA" w:rsidRDefault="00894A81" w:rsidP="002417EA">
      <w:pPr>
        <w:spacing w:after="0" w:line="240" w:lineRule="auto"/>
        <w:rPr>
          <w:rFonts w:ascii="Times New Roman" w:hAnsi="Times New Roman" w:cs="Times New Roman"/>
          <w:sz w:val="28"/>
          <w:szCs w:val="28"/>
          <w:lang w:val="kk-KZ"/>
        </w:rPr>
      </w:pPr>
    </w:p>
    <w:p w14:paraId="00A3094E" w14:textId="77777777" w:rsidR="00894A81" w:rsidRPr="002417EA" w:rsidRDefault="00894A81" w:rsidP="002417EA">
      <w:pPr>
        <w:spacing w:after="0" w:line="240" w:lineRule="auto"/>
        <w:jc w:val="both"/>
        <w:rPr>
          <w:rFonts w:ascii="Times New Roman" w:hAnsi="Times New Roman" w:cs="Times New Roman"/>
          <w:sz w:val="28"/>
          <w:szCs w:val="28"/>
          <w:lang w:val="kk-KZ"/>
        </w:rPr>
      </w:pPr>
      <w:r w:rsidRPr="002417EA">
        <w:rPr>
          <w:rFonts w:ascii="Times New Roman" w:hAnsi="Times New Roman" w:cs="Times New Roman"/>
          <w:sz w:val="28"/>
          <w:szCs w:val="28"/>
          <w:lang w:val="kk-KZ"/>
        </w:rPr>
        <w:t xml:space="preserve">мұндағы </w:t>
      </w:r>
      <w:r w:rsidRPr="002417EA">
        <w:rPr>
          <w:rFonts w:ascii="Times New Roman" w:hAnsi="Times New Roman" w:cs="Times New Roman"/>
          <w:position w:val="-16"/>
          <w:sz w:val="28"/>
          <w:szCs w:val="28"/>
        </w:rPr>
        <w:object w:dxaOrig="1640" w:dyaOrig="460" w14:anchorId="58C5C624">
          <v:shape id="_x0000_i1910" type="#_x0000_t75" style="width:80.7pt;height:20.55pt" o:ole="">
            <v:imagedata r:id="rId2058" o:title=""/>
          </v:shape>
          <o:OLEObject Type="Embed" ProgID="Equation.DSMT4" ShapeID="_x0000_i1910" DrawAspect="Content" ObjectID="_1840332364" r:id="rId2059"/>
        </w:object>
      </w:r>
      <w:r w:rsidRPr="002417EA">
        <w:rPr>
          <w:rFonts w:ascii="Times New Roman" w:hAnsi="Times New Roman" w:cs="Times New Roman"/>
          <w:position w:val="-16"/>
          <w:sz w:val="28"/>
          <w:szCs w:val="28"/>
          <w:lang w:val="kk-KZ"/>
        </w:rPr>
        <w:t xml:space="preserve"> </w:t>
      </w:r>
      <w:r w:rsidRPr="002417EA">
        <w:rPr>
          <w:rFonts w:ascii="Times New Roman" w:hAnsi="Times New Roman" w:cs="Times New Roman"/>
          <w:sz w:val="28"/>
          <w:szCs w:val="28"/>
          <w:lang w:val="kk-KZ"/>
        </w:rPr>
        <w:t>матрицасы баған-векторлардан құралған</w:t>
      </w:r>
    </w:p>
    <w:p w14:paraId="09A8A658" w14:textId="77777777" w:rsidR="00894A81" w:rsidRPr="002417EA" w:rsidRDefault="00894A81" w:rsidP="002417EA">
      <w:pPr>
        <w:spacing w:after="0" w:line="240" w:lineRule="auto"/>
        <w:rPr>
          <w:rFonts w:ascii="Times New Roman" w:hAnsi="Times New Roman" w:cs="Times New Roman"/>
          <w:sz w:val="28"/>
          <w:szCs w:val="28"/>
          <w:lang w:val="en-US"/>
        </w:rPr>
      </w:pPr>
      <w:r w:rsidRPr="002417EA">
        <w:rPr>
          <w:rFonts w:ascii="Times New Roman" w:hAnsi="Times New Roman" w:cs="Times New Roman"/>
          <w:position w:val="-34"/>
          <w:sz w:val="28"/>
          <w:szCs w:val="28"/>
          <w:lang w:val="kk-KZ"/>
        </w:rPr>
        <w:lastRenderedPageBreak/>
        <w:t xml:space="preserve">                                         </w:t>
      </w:r>
      <w:r w:rsidRPr="002417EA">
        <w:rPr>
          <w:rFonts w:ascii="Times New Roman" w:hAnsi="Times New Roman" w:cs="Times New Roman"/>
          <w:position w:val="-34"/>
          <w:sz w:val="28"/>
          <w:szCs w:val="28"/>
        </w:rPr>
        <w:object w:dxaOrig="4040" w:dyaOrig="780" w14:anchorId="364F41E6">
          <v:shape id="_x0000_i1911" type="#_x0000_t75" style="width:201.75pt;height:38pt" o:ole="">
            <v:imagedata r:id="rId2060" o:title=""/>
          </v:shape>
          <o:OLEObject Type="Embed" ProgID="Equation.DSMT4" ShapeID="_x0000_i1911" DrawAspect="Content" ObjectID="_1840332365" r:id="rId2061"/>
        </w:object>
      </w:r>
    </w:p>
    <w:p w14:paraId="26022981" w14:textId="77777777" w:rsidR="00894A81" w:rsidRPr="002417EA" w:rsidRDefault="00894A81" w:rsidP="002417EA">
      <w:pPr>
        <w:spacing w:after="0" w:line="240" w:lineRule="auto"/>
        <w:jc w:val="both"/>
        <w:rPr>
          <w:rFonts w:ascii="Times New Roman" w:hAnsi="Times New Roman" w:cs="Times New Roman"/>
          <w:sz w:val="28"/>
          <w:szCs w:val="28"/>
          <w:lang w:val="kk-KZ"/>
        </w:rPr>
      </w:pPr>
    </w:p>
    <w:p w14:paraId="3BFF0D4C" w14:textId="77777777" w:rsidR="00894A81" w:rsidRPr="002417EA" w:rsidRDefault="00894A81" w:rsidP="002417EA">
      <w:pPr>
        <w:spacing w:after="0" w:line="240" w:lineRule="auto"/>
        <w:jc w:val="both"/>
        <w:rPr>
          <w:rFonts w:ascii="Times New Roman" w:hAnsi="Times New Roman" w:cs="Times New Roman"/>
          <w:sz w:val="28"/>
          <w:szCs w:val="28"/>
          <w:lang w:val="kk-KZ"/>
        </w:rPr>
      </w:pPr>
      <w:r w:rsidRPr="002417EA">
        <w:rPr>
          <w:rFonts w:ascii="Times New Roman" w:hAnsi="Times New Roman" w:cs="Times New Roman"/>
          <w:sz w:val="28"/>
          <w:szCs w:val="28"/>
          <w:lang w:val="kk-KZ"/>
        </w:rPr>
        <w:t>төменде</w:t>
      </w:r>
      <w:r w:rsidRPr="002417EA">
        <w:rPr>
          <w:rFonts w:ascii="Times New Roman" w:hAnsi="Times New Roman" w:cs="Times New Roman"/>
          <w:position w:val="-10"/>
          <w:sz w:val="28"/>
          <w:szCs w:val="28"/>
          <w:lang w:val="kk-KZ"/>
        </w:rPr>
        <w:t xml:space="preserve"> </w:t>
      </w:r>
      <w:r w:rsidRPr="002417EA">
        <w:rPr>
          <w:rFonts w:ascii="Times New Roman" w:hAnsi="Times New Roman" w:cs="Times New Roman"/>
          <w:position w:val="-12"/>
          <w:sz w:val="28"/>
          <w:szCs w:val="28"/>
        </w:rPr>
        <w:object w:dxaOrig="240" w:dyaOrig="300" w14:anchorId="199FE0D6">
          <v:shape id="_x0000_i1912" type="#_x0000_t75" style="width:11.85pt;height:15.8pt" o:ole="">
            <v:imagedata r:id="rId2062" o:title=""/>
          </v:shape>
          <o:OLEObject Type="Embed" ProgID="Equation.DSMT4" ShapeID="_x0000_i1912" DrawAspect="Content" ObjectID="_1840332366" r:id="rId2063"/>
        </w:object>
      </w:r>
      <w:r w:rsidRPr="002417EA">
        <w:rPr>
          <w:rFonts w:ascii="Times New Roman" w:hAnsi="Times New Roman" w:cs="Times New Roman"/>
          <w:position w:val="-10"/>
          <w:sz w:val="28"/>
          <w:szCs w:val="28"/>
          <w:lang w:val="kk-KZ"/>
        </w:rPr>
        <w:t xml:space="preserve"> </w:t>
      </w:r>
      <w:r w:rsidRPr="002417EA">
        <w:rPr>
          <w:rFonts w:ascii="Times New Roman" w:hAnsi="Times New Roman" w:cs="Times New Roman"/>
          <w:sz w:val="28"/>
          <w:szCs w:val="28"/>
          <w:lang w:val="kk-KZ"/>
        </w:rPr>
        <w:t>вектор ретінде қолданылады:</w:t>
      </w:r>
    </w:p>
    <w:p w14:paraId="42ADED1F" w14:textId="77777777" w:rsidR="00894A81" w:rsidRPr="002417EA" w:rsidRDefault="00894A81" w:rsidP="002417EA">
      <w:pPr>
        <w:spacing w:after="0" w:line="240" w:lineRule="auto"/>
        <w:jc w:val="both"/>
        <w:rPr>
          <w:rFonts w:ascii="Times New Roman" w:hAnsi="Times New Roman" w:cs="Times New Roman"/>
          <w:sz w:val="28"/>
          <w:szCs w:val="28"/>
          <w:lang w:val="kk-KZ"/>
        </w:rPr>
      </w:pPr>
    </w:p>
    <w:p w14:paraId="256E8B97" w14:textId="4DC189EC" w:rsidR="00894A81" w:rsidRPr="002417EA" w:rsidRDefault="00894A81" w:rsidP="002417EA">
      <w:pPr>
        <w:spacing w:after="0" w:line="240" w:lineRule="auto"/>
        <w:jc w:val="right"/>
        <w:rPr>
          <w:rFonts w:ascii="Times New Roman" w:hAnsi="Times New Roman" w:cs="Times New Roman"/>
          <w:sz w:val="28"/>
          <w:szCs w:val="28"/>
          <w:lang w:val="kk-KZ"/>
        </w:rPr>
      </w:pPr>
      <w:r w:rsidRPr="002417EA">
        <w:rPr>
          <w:rFonts w:ascii="Times New Roman" w:hAnsi="Times New Roman" w:cs="Times New Roman"/>
          <w:position w:val="-16"/>
          <w:sz w:val="28"/>
          <w:szCs w:val="28"/>
        </w:rPr>
        <w:object w:dxaOrig="2760" w:dyaOrig="480" w14:anchorId="258121C6">
          <v:shape id="_x0000_i1913" type="#_x0000_t75" style="width:136.9pt;height:25.3pt" o:ole="">
            <v:imagedata r:id="rId2064" o:title=""/>
          </v:shape>
          <o:OLEObject Type="Embed" ProgID="Equation.DSMT4" ShapeID="_x0000_i1913" DrawAspect="Content" ObjectID="_1840332367" r:id="rId2065"/>
        </w:object>
      </w:r>
      <w:r w:rsidRPr="002417EA">
        <w:rPr>
          <w:rFonts w:ascii="Times New Roman" w:hAnsi="Times New Roman" w:cs="Times New Roman"/>
          <w:sz w:val="28"/>
          <w:szCs w:val="28"/>
          <w:lang w:val="kk-KZ"/>
        </w:rPr>
        <w:t xml:space="preserve">                     </w:t>
      </w:r>
      <w:r w:rsidR="002417EA" w:rsidRPr="002417EA">
        <w:rPr>
          <w:rFonts w:ascii="Times New Roman" w:hAnsi="Times New Roman" w:cs="Times New Roman"/>
          <w:sz w:val="28"/>
          <w:szCs w:val="28"/>
          <w:lang w:val="kk-KZ"/>
        </w:rPr>
        <w:t xml:space="preserve">       </w:t>
      </w:r>
      <w:r w:rsidRPr="002417EA">
        <w:rPr>
          <w:rFonts w:ascii="Times New Roman" w:hAnsi="Times New Roman" w:cs="Times New Roman"/>
          <w:sz w:val="28"/>
          <w:szCs w:val="28"/>
          <w:lang w:val="kk-KZ"/>
        </w:rPr>
        <w:t xml:space="preserve">             (2.6)</w:t>
      </w:r>
    </w:p>
    <w:p w14:paraId="1CEDE4B8" w14:textId="77777777" w:rsidR="00894A81" w:rsidRPr="002417EA" w:rsidRDefault="00894A81" w:rsidP="002417EA">
      <w:pPr>
        <w:spacing w:after="0" w:line="240" w:lineRule="auto"/>
        <w:rPr>
          <w:rFonts w:ascii="Times New Roman" w:hAnsi="Times New Roman" w:cs="Times New Roman"/>
          <w:position w:val="-30"/>
          <w:sz w:val="28"/>
          <w:szCs w:val="28"/>
          <w:lang w:val="kk-KZ"/>
        </w:rPr>
      </w:pPr>
    </w:p>
    <w:p w14:paraId="6D6C178B" w14:textId="6675D6C9" w:rsidR="00894A81" w:rsidRPr="002417EA" w:rsidRDefault="0052253C" w:rsidP="002417EA">
      <w:pPr>
        <w:spacing w:after="0" w:line="240" w:lineRule="auto"/>
        <w:jc w:val="both"/>
        <w:rPr>
          <w:rFonts w:ascii="Times New Roman" w:hAnsi="Times New Roman" w:cs="Times New Roman"/>
          <w:position w:val="-30"/>
          <w:sz w:val="28"/>
          <w:szCs w:val="28"/>
          <w:lang w:val="kk-KZ"/>
        </w:rPr>
      </w:pPr>
      <w:r>
        <w:rPr>
          <w:rFonts w:ascii="Times New Roman" w:hAnsi="Times New Roman" w:cs="Times New Roman"/>
          <w:position w:val="-30"/>
          <w:sz w:val="28"/>
          <w:szCs w:val="28"/>
          <w:lang w:val="kk-KZ"/>
        </w:rPr>
        <w:t>[23</w:t>
      </w:r>
      <w:r w:rsidR="002F04EB" w:rsidRPr="002A03EA">
        <w:rPr>
          <w:rFonts w:ascii="Times New Roman" w:hAnsi="Times New Roman" w:cs="Times New Roman"/>
          <w:position w:val="-30"/>
          <w:sz w:val="28"/>
          <w:szCs w:val="28"/>
          <w:lang w:val="kk-KZ"/>
        </w:rPr>
        <w:t>, p. 1595-1596 ]</w:t>
      </w:r>
      <w:r w:rsidR="00894A81" w:rsidRPr="002417EA">
        <w:rPr>
          <w:rFonts w:ascii="Times New Roman" w:hAnsi="Times New Roman" w:cs="Times New Roman"/>
          <w:position w:val="-30"/>
          <w:sz w:val="28"/>
          <w:szCs w:val="28"/>
          <w:lang w:val="kk-KZ"/>
        </w:rPr>
        <w:t>бұл белгілеулерде (2.1),</w:t>
      </w:r>
      <w:r>
        <w:rPr>
          <w:rFonts w:ascii="Times New Roman" w:hAnsi="Times New Roman" w:cs="Times New Roman"/>
          <w:position w:val="-30"/>
          <w:sz w:val="28"/>
          <w:szCs w:val="28"/>
          <w:lang w:val="kk-KZ"/>
        </w:rPr>
        <w:t xml:space="preserve"> (2.2) есебі фредгольмді</w:t>
      </w:r>
      <w:r w:rsidR="00894A81" w:rsidRPr="002417EA">
        <w:rPr>
          <w:rFonts w:ascii="Times New Roman" w:hAnsi="Times New Roman" w:cs="Times New Roman"/>
          <w:position w:val="-30"/>
          <w:sz w:val="28"/>
          <w:szCs w:val="28"/>
          <w:lang w:val="kk-KZ"/>
        </w:rPr>
        <w:t xml:space="preserve"> болады, сонда тек сонда ғана, егер:</w:t>
      </w:r>
    </w:p>
    <w:p w14:paraId="66D0323E" w14:textId="77777777" w:rsidR="00894A81" w:rsidRPr="002417EA" w:rsidRDefault="00894A81" w:rsidP="002417EA">
      <w:pPr>
        <w:spacing w:after="0" w:line="240" w:lineRule="auto"/>
        <w:jc w:val="both"/>
        <w:rPr>
          <w:rFonts w:ascii="Times New Roman" w:hAnsi="Times New Roman" w:cs="Times New Roman"/>
          <w:position w:val="-30"/>
          <w:sz w:val="28"/>
          <w:szCs w:val="28"/>
          <w:lang w:val="kk-KZ"/>
        </w:rPr>
      </w:pPr>
    </w:p>
    <w:p w14:paraId="5C247360" w14:textId="77777777" w:rsidR="00894A81" w:rsidRPr="002417EA" w:rsidRDefault="00894A81" w:rsidP="002417EA">
      <w:pPr>
        <w:spacing w:after="0" w:line="240" w:lineRule="auto"/>
        <w:jc w:val="right"/>
        <w:rPr>
          <w:rFonts w:ascii="Times New Roman" w:hAnsi="Times New Roman" w:cs="Times New Roman"/>
          <w:sz w:val="28"/>
          <w:szCs w:val="28"/>
          <w:lang w:val="kk-KZ"/>
        </w:rPr>
      </w:pPr>
      <w:r w:rsidRPr="002417EA">
        <w:rPr>
          <w:rFonts w:ascii="Times New Roman" w:hAnsi="Times New Roman" w:cs="Times New Roman"/>
          <w:position w:val="-18"/>
          <w:sz w:val="28"/>
          <w:szCs w:val="28"/>
        </w:rPr>
        <w:object w:dxaOrig="4620" w:dyaOrig="499" w14:anchorId="65F96CF6">
          <v:shape id="_x0000_i1914" type="#_x0000_t75" style="width:230.25pt;height:25.3pt" o:ole="">
            <v:imagedata r:id="rId2066" o:title=""/>
          </v:shape>
          <o:OLEObject Type="Embed" ProgID="Equation.DSMT4" ShapeID="_x0000_i1914" DrawAspect="Content" ObjectID="_1840332368" r:id="rId2067"/>
        </w:object>
      </w:r>
      <w:r w:rsidRPr="002417EA">
        <w:rPr>
          <w:rFonts w:ascii="Times New Roman" w:hAnsi="Times New Roman" w:cs="Times New Roman"/>
          <w:position w:val="-18"/>
          <w:sz w:val="28"/>
          <w:szCs w:val="28"/>
          <w:lang w:val="kk-KZ"/>
        </w:rPr>
        <w:t xml:space="preserve">                          </w:t>
      </w:r>
      <w:r w:rsidRPr="002417EA">
        <w:rPr>
          <w:rFonts w:ascii="Times New Roman" w:hAnsi="Times New Roman" w:cs="Times New Roman"/>
          <w:sz w:val="28"/>
          <w:szCs w:val="28"/>
          <w:lang w:val="kk-KZ"/>
        </w:rPr>
        <w:t>(2.7)</w:t>
      </w:r>
    </w:p>
    <w:p w14:paraId="7D6B1791" w14:textId="77777777" w:rsidR="00894A81" w:rsidRPr="002417EA" w:rsidRDefault="00894A81" w:rsidP="002417EA">
      <w:pPr>
        <w:spacing w:after="0" w:line="240" w:lineRule="auto"/>
        <w:jc w:val="both"/>
        <w:rPr>
          <w:rFonts w:ascii="Times New Roman" w:hAnsi="Times New Roman" w:cs="Times New Roman"/>
          <w:sz w:val="28"/>
          <w:szCs w:val="28"/>
          <w:lang w:val="kk-KZ"/>
        </w:rPr>
      </w:pPr>
    </w:p>
    <w:p w14:paraId="107412E2" w14:textId="04AF7B37" w:rsidR="00894A81" w:rsidRPr="002417EA" w:rsidRDefault="0052253C" w:rsidP="002417EA">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м</w:t>
      </w:r>
      <w:r w:rsidR="00894A81" w:rsidRPr="002417EA">
        <w:rPr>
          <w:rFonts w:ascii="Times New Roman" w:hAnsi="Times New Roman" w:cs="Times New Roman"/>
          <w:sz w:val="28"/>
          <w:szCs w:val="28"/>
          <w:lang w:val="kk-KZ"/>
        </w:rPr>
        <w:t xml:space="preserve">ұндағы </w:t>
      </w:r>
      <w:r w:rsidR="00894A81" w:rsidRPr="002417EA">
        <w:rPr>
          <w:rFonts w:ascii="Times New Roman" w:hAnsi="Times New Roman" w:cs="Times New Roman"/>
          <w:position w:val="-4"/>
          <w:sz w:val="28"/>
          <w:szCs w:val="28"/>
        </w:rPr>
        <w:object w:dxaOrig="240" w:dyaOrig="279" w14:anchorId="2CD616E0">
          <v:shape id="_x0000_i1915" type="#_x0000_t75" style="width:11.85pt;height:15.8pt" o:ole="">
            <v:imagedata r:id="rId2068" o:title=""/>
          </v:shape>
          <o:OLEObject Type="Embed" ProgID="Equation.DSMT4" ShapeID="_x0000_i1915" DrawAspect="Content" ObjectID="_1840332369" r:id="rId2069"/>
        </w:object>
      </w:r>
      <w:r w:rsidR="00894A81" w:rsidRPr="002417EA">
        <w:rPr>
          <w:rFonts w:ascii="Times New Roman" w:hAnsi="Times New Roman" w:cs="Times New Roman"/>
          <w:sz w:val="28"/>
          <w:szCs w:val="28"/>
          <w:lang w:val="kk-KZ"/>
        </w:rPr>
        <w:t xml:space="preserve"> бірлік шеңберді білдіреді. Бұл шарт тек ғана </w:t>
      </w:r>
      <w:r w:rsidR="00894A81" w:rsidRPr="002417EA">
        <w:rPr>
          <w:rFonts w:ascii="Times New Roman" w:hAnsi="Times New Roman" w:cs="Times New Roman"/>
          <w:position w:val="-12"/>
          <w:sz w:val="28"/>
          <w:szCs w:val="28"/>
        </w:rPr>
        <w:object w:dxaOrig="1280" w:dyaOrig="380" w14:anchorId="2C384C5E">
          <v:shape id="_x0000_i1916" type="#_x0000_t75" style="width:64.9pt;height:18.2pt" o:ole="">
            <v:imagedata r:id="rId2070" o:title=""/>
          </v:shape>
          <o:OLEObject Type="Embed" ProgID="Equation.DSMT4" ShapeID="_x0000_i1916" DrawAspect="Content" ObjectID="_1840332370" r:id="rId2071"/>
        </w:object>
      </w:r>
      <w:r w:rsidR="00894A81" w:rsidRPr="002417EA">
        <w:rPr>
          <w:rFonts w:ascii="Times New Roman" w:hAnsi="Times New Roman" w:cs="Times New Roman"/>
          <w:sz w:val="28"/>
          <w:szCs w:val="28"/>
          <w:lang w:val="kk-KZ"/>
        </w:rPr>
        <w:t xml:space="preserve"> таңдауымызға байланысты. Осыдан, белгілеп алынған </w:t>
      </w:r>
      <w:r w:rsidR="00894A81" w:rsidRPr="002417EA">
        <w:rPr>
          <w:rFonts w:ascii="Times New Roman" w:hAnsi="Times New Roman" w:cs="Times New Roman"/>
          <w:position w:val="-16"/>
          <w:sz w:val="28"/>
          <w:szCs w:val="28"/>
        </w:rPr>
        <w:object w:dxaOrig="300" w:dyaOrig="420" w14:anchorId="06D68672">
          <v:shape id="_x0000_i1917" type="#_x0000_t75" style="width:15.8pt;height:20.55pt" o:ole="">
            <v:imagedata r:id="rId2072" o:title=""/>
          </v:shape>
          <o:OLEObject Type="Embed" ProgID="Equation.DSMT4" ShapeID="_x0000_i1917" DrawAspect="Content" ObjectID="_1840332371" r:id="rId2073"/>
        </w:object>
      </w:r>
      <w:r w:rsidR="00894A81" w:rsidRPr="002417EA">
        <w:rPr>
          <w:rFonts w:ascii="Times New Roman" w:hAnsi="Times New Roman" w:cs="Times New Roman"/>
          <w:position w:val="-16"/>
          <w:sz w:val="28"/>
          <w:szCs w:val="28"/>
          <w:lang w:val="kk-KZ"/>
        </w:rPr>
        <w:t xml:space="preserve"> </w:t>
      </w:r>
      <w:r w:rsidR="00894A81" w:rsidRPr="002417EA">
        <w:rPr>
          <w:rFonts w:ascii="Times New Roman" w:hAnsi="Times New Roman" w:cs="Times New Roman"/>
          <w:sz w:val="28"/>
          <w:szCs w:val="28"/>
          <w:lang w:val="kk-KZ"/>
        </w:rPr>
        <w:t xml:space="preserve">мәндерімен (2.7) шарт орындалғанда (2.1), (2.2) есебі кез- келген облыста фредгольмдік болады. Жалпы </w:t>
      </w:r>
      <w:r w:rsidR="006D5E6A">
        <w:rPr>
          <w:rFonts w:ascii="Times New Roman" w:hAnsi="Times New Roman" w:cs="Times New Roman"/>
          <w:sz w:val="28"/>
          <w:szCs w:val="28"/>
          <w:lang w:val="kk-KZ"/>
        </w:rPr>
        <w:t>эллипстік теңдеулер теориясы [40</w:t>
      </w:r>
      <w:r w:rsidR="00894A81" w:rsidRPr="002417EA">
        <w:rPr>
          <w:rFonts w:ascii="Times New Roman" w:hAnsi="Times New Roman" w:cs="Times New Roman"/>
          <w:sz w:val="28"/>
          <w:szCs w:val="28"/>
          <w:lang w:val="kk-KZ"/>
        </w:rPr>
        <w:t xml:space="preserve">] тұрғысынан алғанда </w:t>
      </w:r>
      <w:r w:rsidR="00894A81" w:rsidRPr="002417EA">
        <w:rPr>
          <w:rFonts w:ascii="Times New Roman" w:hAnsi="Times New Roman" w:cs="Times New Roman"/>
          <w:position w:val="-12"/>
          <w:sz w:val="28"/>
          <w:szCs w:val="28"/>
        </w:rPr>
        <w:object w:dxaOrig="1040" w:dyaOrig="420" w14:anchorId="6EF08426">
          <v:shape id="_x0000_i1918" type="#_x0000_t75" style="width:53.8pt;height:20.55pt" o:ole="">
            <v:imagedata r:id="rId2074" o:title=""/>
          </v:shape>
          <o:OLEObject Type="Embed" ProgID="Equation.DSMT4" ShapeID="_x0000_i1918" DrawAspect="Content" ObjectID="_1840332372" r:id="rId2075"/>
        </w:object>
      </w:r>
      <w:r w:rsidR="00894A81" w:rsidRPr="002417EA">
        <w:rPr>
          <w:rFonts w:ascii="Times New Roman" w:hAnsi="Times New Roman" w:cs="Times New Roman"/>
          <w:sz w:val="28"/>
          <w:szCs w:val="28"/>
          <w:lang w:val="kk-KZ"/>
        </w:rPr>
        <w:t xml:space="preserve"> кеңістігінде (2.</w:t>
      </w:r>
      <w:r w:rsidR="006D5E6A">
        <w:rPr>
          <w:rFonts w:ascii="Times New Roman" w:hAnsi="Times New Roman" w:cs="Times New Roman"/>
          <w:sz w:val="28"/>
          <w:szCs w:val="28"/>
          <w:lang w:val="kk-KZ"/>
        </w:rPr>
        <w:t>1), (2.2) фредгольмді болады, [38</w:t>
      </w:r>
      <w:r w:rsidR="00894A81" w:rsidRPr="002417EA">
        <w:rPr>
          <w:rFonts w:ascii="Times New Roman" w:hAnsi="Times New Roman" w:cs="Times New Roman"/>
          <w:sz w:val="28"/>
          <w:szCs w:val="28"/>
          <w:lang w:val="kk-KZ"/>
        </w:rPr>
        <w:t>] сонда тек сонда ғана оның шеттік шарттары қосалқылық шартты немесе Шапиро –Лопатинский шартын қанағатта</w:t>
      </w:r>
      <w:r w:rsidR="006D5E6A">
        <w:rPr>
          <w:rFonts w:ascii="Times New Roman" w:hAnsi="Times New Roman" w:cs="Times New Roman"/>
          <w:sz w:val="28"/>
          <w:szCs w:val="28"/>
          <w:lang w:val="kk-KZ"/>
        </w:rPr>
        <w:t>ндырса. Бұл жағдайда [39</w:t>
      </w:r>
      <w:r w:rsidR="00894A81" w:rsidRPr="002417EA">
        <w:rPr>
          <w:rFonts w:ascii="Times New Roman" w:hAnsi="Times New Roman" w:cs="Times New Roman"/>
          <w:sz w:val="28"/>
          <w:szCs w:val="28"/>
          <w:lang w:val="kk-KZ"/>
        </w:rPr>
        <w:t xml:space="preserve">] шеттік шарттар.   </w:t>
      </w:r>
    </w:p>
    <w:p w14:paraId="50052FA8" w14:textId="77777777" w:rsidR="00894A81" w:rsidRPr="002417EA" w:rsidRDefault="00894A81" w:rsidP="002417EA">
      <w:pPr>
        <w:spacing w:after="0" w:line="240" w:lineRule="auto"/>
        <w:jc w:val="both"/>
        <w:rPr>
          <w:rFonts w:ascii="Times New Roman" w:hAnsi="Times New Roman" w:cs="Times New Roman"/>
          <w:position w:val="-16"/>
          <w:sz w:val="28"/>
          <w:szCs w:val="28"/>
          <w:lang w:val="kk-KZ"/>
        </w:rPr>
      </w:pPr>
    </w:p>
    <w:p w14:paraId="72022BC7" w14:textId="77777777" w:rsidR="00894A81" w:rsidRPr="002417EA" w:rsidRDefault="00894A81" w:rsidP="002417EA">
      <w:pPr>
        <w:spacing w:after="0" w:line="240" w:lineRule="auto"/>
        <w:jc w:val="center"/>
        <w:rPr>
          <w:rFonts w:ascii="Times New Roman" w:hAnsi="Times New Roman" w:cs="Times New Roman"/>
          <w:position w:val="-42"/>
          <w:sz w:val="28"/>
          <w:szCs w:val="28"/>
          <w:lang w:val="kk-KZ"/>
        </w:rPr>
      </w:pPr>
      <w:r w:rsidRPr="002417EA">
        <w:rPr>
          <w:rFonts w:ascii="Times New Roman" w:hAnsi="Times New Roman" w:cs="Times New Roman"/>
          <w:position w:val="-34"/>
          <w:sz w:val="28"/>
          <w:szCs w:val="28"/>
        </w:rPr>
        <w:object w:dxaOrig="3540" w:dyaOrig="820" w14:anchorId="1C0AA39D">
          <v:shape id="_x0000_i1919" type="#_x0000_t75" style="width:178pt;height:43.5pt" o:ole="">
            <v:imagedata r:id="rId2076" o:title=""/>
          </v:shape>
          <o:OLEObject Type="Embed" ProgID="Equation.DSMT4" ShapeID="_x0000_i1919" DrawAspect="Content" ObjectID="_1840332373" r:id="rId2077"/>
        </w:object>
      </w:r>
    </w:p>
    <w:p w14:paraId="585652C6" w14:textId="77777777" w:rsidR="00894A81" w:rsidRPr="002417EA" w:rsidRDefault="00894A81" w:rsidP="002417EA">
      <w:pPr>
        <w:spacing w:after="0" w:line="240" w:lineRule="auto"/>
        <w:jc w:val="both"/>
        <w:rPr>
          <w:rFonts w:ascii="Times New Roman" w:hAnsi="Times New Roman" w:cs="Times New Roman"/>
          <w:sz w:val="28"/>
          <w:szCs w:val="28"/>
          <w:lang w:val="kk-KZ"/>
        </w:rPr>
      </w:pPr>
    </w:p>
    <w:p w14:paraId="02B25BE9" w14:textId="77777777" w:rsidR="00894A81" w:rsidRPr="002417EA" w:rsidRDefault="00894A81" w:rsidP="002417EA">
      <w:pPr>
        <w:spacing w:after="0" w:line="240" w:lineRule="auto"/>
        <w:jc w:val="both"/>
        <w:rPr>
          <w:rFonts w:ascii="Times New Roman" w:hAnsi="Times New Roman" w:cs="Times New Roman"/>
          <w:sz w:val="28"/>
          <w:szCs w:val="28"/>
          <w:lang w:val="kk-KZ"/>
        </w:rPr>
      </w:pPr>
      <w:r w:rsidRPr="002417EA">
        <w:rPr>
          <w:rFonts w:ascii="Times New Roman" w:hAnsi="Times New Roman" w:cs="Times New Roman"/>
          <w:sz w:val="28"/>
          <w:szCs w:val="28"/>
          <w:lang w:val="kk-KZ"/>
        </w:rPr>
        <w:t xml:space="preserve">(2.1) негізігі бөлімдегі дифференциалдық операторды (накрывают) қамтиды деп айтады. Аталған шарт: белгіленген </w:t>
      </w:r>
      <w:r w:rsidRPr="002417EA">
        <w:rPr>
          <w:rFonts w:ascii="Times New Roman" w:hAnsi="Times New Roman" w:cs="Times New Roman"/>
          <w:position w:val="-6"/>
          <w:sz w:val="28"/>
          <w:szCs w:val="28"/>
        </w:rPr>
        <w:object w:dxaOrig="600" w:dyaOrig="300" w14:anchorId="5F33709C">
          <v:shape id="_x0000_i1920" type="#_x0000_t75" style="width:29.25pt;height:15.8pt" o:ole="">
            <v:imagedata r:id="rId2078" o:title=""/>
          </v:shape>
          <o:OLEObject Type="Embed" ProgID="Equation.DSMT4" ShapeID="_x0000_i1920" DrawAspect="Content" ObjectID="_1840332374" r:id="rId2079"/>
        </w:object>
      </w:r>
      <w:r w:rsidRPr="002417EA">
        <w:rPr>
          <w:rFonts w:ascii="Times New Roman" w:hAnsi="Times New Roman" w:cs="Times New Roman"/>
          <w:position w:val="-12"/>
          <w:sz w:val="28"/>
          <w:szCs w:val="28"/>
          <w:lang w:val="kk-KZ"/>
        </w:rPr>
        <w:t xml:space="preserve"> </w:t>
      </w:r>
      <w:r w:rsidRPr="002417EA">
        <w:rPr>
          <w:rFonts w:ascii="Times New Roman" w:hAnsi="Times New Roman" w:cs="Times New Roman"/>
          <w:sz w:val="28"/>
          <w:szCs w:val="28"/>
          <w:lang w:val="kk-KZ"/>
        </w:rPr>
        <w:t xml:space="preserve">нүктесінен </w:t>
      </w:r>
      <w:r w:rsidRPr="002417EA">
        <w:rPr>
          <w:rFonts w:ascii="Times New Roman" w:hAnsi="Times New Roman" w:cs="Times New Roman"/>
          <w:position w:val="-4"/>
          <w:sz w:val="28"/>
          <w:szCs w:val="28"/>
        </w:rPr>
        <w:object w:dxaOrig="240" w:dyaOrig="279" w14:anchorId="537401D0">
          <v:shape id="_x0000_i1921" type="#_x0000_t75" style="width:11.85pt;height:15.8pt" o:ole="">
            <v:imagedata r:id="rId2080" o:title=""/>
          </v:shape>
          <o:OLEObject Type="Embed" ProgID="Equation.DSMT4" ShapeID="_x0000_i1921" DrawAspect="Content" ObjectID="_1840332375" r:id="rId2081"/>
        </w:object>
      </w:r>
      <w:r w:rsidRPr="002417EA">
        <w:rPr>
          <w:rFonts w:ascii="Times New Roman" w:hAnsi="Times New Roman" w:cs="Times New Roman"/>
          <w:position w:val="-12"/>
          <w:sz w:val="28"/>
          <w:szCs w:val="28"/>
          <w:lang w:val="kk-KZ"/>
        </w:rPr>
        <w:t xml:space="preserve"> </w:t>
      </w:r>
      <w:r w:rsidRPr="002417EA">
        <w:rPr>
          <w:rFonts w:ascii="Times New Roman" w:hAnsi="Times New Roman" w:cs="Times New Roman"/>
          <w:sz w:val="28"/>
          <w:szCs w:val="28"/>
          <w:lang w:val="kk-KZ"/>
        </w:rPr>
        <w:t>және</w:t>
      </w:r>
      <w:r w:rsidRPr="002417EA">
        <w:rPr>
          <w:rFonts w:ascii="Times New Roman" w:hAnsi="Times New Roman" w:cs="Times New Roman"/>
          <w:position w:val="-16"/>
          <w:sz w:val="28"/>
          <w:szCs w:val="28"/>
        </w:rPr>
        <w:object w:dxaOrig="360" w:dyaOrig="420" w14:anchorId="24766D0B">
          <v:shape id="_x0000_i1922" type="#_x0000_t75" style="width:18.2pt;height:20.55pt" o:ole="">
            <v:imagedata r:id="rId2082" o:title=""/>
          </v:shape>
          <o:OLEObject Type="Embed" ProgID="Equation.DSMT4" ShapeID="_x0000_i1922" DrawAspect="Content" ObjectID="_1840332376" r:id="rId2083"/>
        </w:object>
      </w:r>
      <w:r w:rsidRPr="002417EA">
        <w:rPr>
          <w:rFonts w:ascii="Times New Roman" w:hAnsi="Times New Roman" w:cs="Times New Roman"/>
          <w:sz w:val="28"/>
          <w:szCs w:val="28"/>
          <w:lang w:val="kk-KZ"/>
        </w:rPr>
        <w:t xml:space="preserve">операторларындағы х пен у бойынша дифференциалдауды </w:t>
      </w:r>
      <w:r w:rsidRPr="002417EA">
        <w:rPr>
          <w:rFonts w:ascii="Times New Roman" w:hAnsi="Times New Roman" w:cs="Times New Roman"/>
          <w:position w:val="-12"/>
          <w:sz w:val="28"/>
          <w:szCs w:val="28"/>
        </w:rPr>
        <w:object w:dxaOrig="1560" w:dyaOrig="380" w14:anchorId="6E4208B9">
          <v:shape id="_x0000_i1923" type="#_x0000_t75" style="width:79.1pt;height:18.2pt" o:ole="">
            <v:imagedata r:id="rId2084" o:title=""/>
          </v:shape>
          <o:OLEObject Type="Embed" ProgID="Equation.DSMT4" ShapeID="_x0000_i1923" DrawAspect="Content" ObjectID="_1840332377" r:id="rId2085"/>
        </w:object>
      </w:r>
      <w:r w:rsidRPr="002417EA">
        <w:rPr>
          <w:rFonts w:ascii="Times New Roman" w:hAnsi="Times New Roman" w:cs="Times New Roman"/>
          <w:sz w:val="28"/>
          <w:szCs w:val="28"/>
          <w:lang w:val="kk-KZ"/>
        </w:rPr>
        <w:t xml:space="preserve"> және </w:t>
      </w:r>
      <w:r w:rsidRPr="002417EA">
        <w:rPr>
          <w:rFonts w:ascii="Times New Roman" w:hAnsi="Times New Roman" w:cs="Times New Roman"/>
          <w:position w:val="-12"/>
          <w:sz w:val="28"/>
          <w:szCs w:val="28"/>
        </w:rPr>
        <w:object w:dxaOrig="1579" w:dyaOrig="380" w14:anchorId="76559737">
          <v:shape id="_x0000_i1924" type="#_x0000_t75" style="width:79.1pt;height:18.2pt" o:ole="">
            <v:imagedata r:id="rId2086" o:title=""/>
          </v:shape>
          <o:OLEObject Type="Embed" ProgID="Equation.DSMT4" ShapeID="_x0000_i1924" DrawAspect="Content" ObjectID="_1840332378" r:id="rId2087"/>
        </w:object>
      </w:r>
      <w:r w:rsidRPr="002417EA">
        <w:rPr>
          <w:rFonts w:ascii="Times New Roman" w:hAnsi="Times New Roman" w:cs="Times New Roman"/>
          <w:sz w:val="28"/>
          <w:szCs w:val="28"/>
          <w:lang w:val="kk-KZ"/>
        </w:rPr>
        <w:t xml:space="preserve"> Нәтижесінде алатынымыз:</w:t>
      </w:r>
    </w:p>
    <w:p w14:paraId="0F7CB54A" w14:textId="77777777" w:rsidR="00894A81" w:rsidRPr="002417EA" w:rsidRDefault="00894A81" w:rsidP="002417EA">
      <w:pPr>
        <w:spacing w:after="0" w:line="240" w:lineRule="auto"/>
        <w:jc w:val="both"/>
        <w:rPr>
          <w:rFonts w:ascii="Times New Roman" w:hAnsi="Times New Roman" w:cs="Times New Roman"/>
          <w:sz w:val="28"/>
          <w:szCs w:val="28"/>
          <w:lang w:val="kk-KZ"/>
        </w:rPr>
      </w:pPr>
    </w:p>
    <w:p w14:paraId="3E43A1D7" w14:textId="77777777" w:rsidR="00894A81" w:rsidRPr="002417EA" w:rsidRDefault="00894A81" w:rsidP="002417EA">
      <w:pPr>
        <w:spacing w:after="0" w:line="240" w:lineRule="auto"/>
        <w:jc w:val="center"/>
        <w:rPr>
          <w:rFonts w:ascii="Times New Roman" w:hAnsi="Times New Roman" w:cs="Times New Roman"/>
          <w:sz w:val="28"/>
          <w:szCs w:val="28"/>
          <w:lang w:val="kk-KZ"/>
        </w:rPr>
      </w:pPr>
      <w:r w:rsidRPr="002417EA">
        <w:rPr>
          <w:rFonts w:ascii="Times New Roman" w:hAnsi="Times New Roman" w:cs="Times New Roman"/>
          <w:position w:val="-32"/>
          <w:sz w:val="28"/>
          <w:szCs w:val="28"/>
        </w:rPr>
        <w:object w:dxaOrig="4340" w:dyaOrig="780" w14:anchorId="4C971C7B">
          <v:shape id="_x0000_i1925" type="#_x0000_t75" style="width:218.35pt;height:38pt" o:ole="">
            <v:imagedata r:id="rId2088" o:title=""/>
          </v:shape>
          <o:OLEObject Type="Embed" ProgID="Equation.DSMT4" ShapeID="_x0000_i1925" DrawAspect="Content" ObjectID="_1840332379" r:id="rId2089"/>
        </w:object>
      </w:r>
    </w:p>
    <w:p w14:paraId="43A48A4D" w14:textId="77777777" w:rsidR="00894A81" w:rsidRPr="002417EA" w:rsidRDefault="00894A81" w:rsidP="002417EA">
      <w:pPr>
        <w:spacing w:after="0" w:line="240" w:lineRule="auto"/>
        <w:jc w:val="both"/>
        <w:rPr>
          <w:rFonts w:ascii="Times New Roman" w:hAnsi="Times New Roman" w:cs="Times New Roman"/>
          <w:sz w:val="28"/>
          <w:szCs w:val="28"/>
          <w:lang w:val="kk-KZ"/>
        </w:rPr>
      </w:pPr>
    </w:p>
    <w:p w14:paraId="1A5A739B" w14:textId="77777777" w:rsidR="00894A81" w:rsidRPr="002417EA" w:rsidRDefault="00894A81" w:rsidP="002417EA">
      <w:pPr>
        <w:spacing w:after="0" w:line="240" w:lineRule="auto"/>
        <w:jc w:val="center"/>
        <w:rPr>
          <w:rFonts w:ascii="Times New Roman" w:hAnsi="Times New Roman" w:cs="Times New Roman"/>
          <w:position w:val="-16"/>
          <w:sz w:val="28"/>
          <w:szCs w:val="28"/>
          <w:lang w:val="kk-KZ"/>
        </w:rPr>
      </w:pPr>
      <w:r w:rsidRPr="002417EA">
        <w:rPr>
          <w:rFonts w:ascii="Times New Roman" w:hAnsi="Times New Roman" w:cs="Times New Roman"/>
          <w:position w:val="-16"/>
          <w:sz w:val="28"/>
          <w:szCs w:val="28"/>
        </w:rPr>
        <w:object w:dxaOrig="6080" w:dyaOrig="480" w14:anchorId="5C2C6C21">
          <v:shape id="_x0000_i1926" type="#_x0000_t75" style="width:303.8pt;height:25.3pt" o:ole="">
            <v:imagedata r:id="rId2090" o:title=""/>
          </v:shape>
          <o:OLEObject Type="Embed" ProgID="Equation.DSMT4" ShapeID="_x0000_i1926" DrawAspect="Content" ObjectID="_1840332380" r:id="rId2091"/>
        </w:object>
      </w:r>
    </w:p>
    <w:p w14:paraId="1B11CDAA" w14:textId="77777777" w:rsidR="00894A81" w:rsidRPr="002417EA" w:rsidRDefault="00894A81" w:rsidP="002417EA">
      <w:pPr>
        <w:spacing w:after="0" w:line="240" w:lineRule="auto"/>
        <w:jc w:val="both"/>
        <w:rPr>
          <w:rFonts w:ascii="Times New Roman" w:hAnsi="Times New Roman" w:cs="Times New Roman"/>
          <w:sz w:val="28"/>
          <w:szCs w:val="28"/>
          <w:lang w:val="kk-KZ"/>
        </w:rPr>
      </w:pPr>
    </w:p>
    <w:p w14:paraId="150BA9C2" w14:textId="77777777" w:rsidR="00894A81" w:rsidRPr="002417EA" w:rsidRDefault="00894A81" w:rsidP="002417EA">
      <w:pPr>
        <w:spacing w:after="0" w:line="240" w:lineRule="auto"/>
        <w:jc w:val="both"/>
        <w:rPr>
          <w:rFonts w:ascii="Times New Roman" w:hAnsi="Times New Roman" w:cs="Times New Roman"/>
          <w:sz w:val="28"/>
          <w:szCs w:val="28"/>
          <w:lang w:val="kk-KZ"/>
        </w:rPr>
      </w:pPr>
      <w:r w:rsidRPr="002417EA">
        <w:rPr>
          <w:rFonts w:ascii="Times New Roman" w:hAnsi="Times New Roman" w:cs="Times New Roman"/>
          <w:sz w:val="28"/>
          <w:szCs w:val="28"/>
          <w:lang w:val="kk-KZ"/>
        </w:rPr>
        <w:t xml:space="preserve"> (2.4)-ті ескере отырып (2.3)-тегі белгілеулерін ескере отырып </w:t>
      </w:r>
      <w:r w:rsidRPr="002417EA">
        <w:rPr>
          <w:rFonts w:ascii="Times New Roman" w:hAnsi="Times New Roman" w:cs="Times New Roman"/>
          <w:position w:val="-12"/>
          <w:sz w:val="28"/>
          <w:szCs w:val="28"/>
        </w:rPr>
        <w:object w:dxaOrig="820" w:dyaOrig="360" w14:anchorId="2F3D18D6">
          <v:shape id="_x0000_i1927" type="#_x0000_t75" style="width:43.5pt;height:18.2pt" o:ole="">
            <v:imagedata r:id="rId2092" o:title=""/>
          </v:shape>
          <o:OLEObject Type="Embed" ProgID="Equation.DSMT4" ShapeID="_x0000_i1927" DrawAspect="Content" ObjectID="_1840332381" r:id="rId2093"/>
        </w:object>
      </w:r>
      <w:r w:rsidRPr="002417EA">
        <w:rPr>
          <w:rFonts w:ascii="Times New Roman" w:hAnsi="Times New Roman" w:cs="Times New Roman"/>
          <w:sz w:val="28"/>
          <w:szCs w:val="28"/>
          <w:lang w:val="kk-KZ"/>
        </w:rPr>
        <w:t xml:space="preserve"> көпмүшелігін келесідей жаза аламыз:</w:t>
      </w:r>
    </w:p>
    <w:p w14:paraId="7B7C3763" w14:textId="77777777" w:rsidR="00894A81" w:rsidRPr="002417EA" w:rsidRDefault="00894A81" w:rsidP="002417EA">
      <w:pPr>
        <w:spacing w:after="0" w:line="240" w:lineRule="auto"/>
        <w:jc w:val="both"/>
        <w:rPr>
          <w:rFonts w:ascii="Times New Roman" w:hAnsi="Times New Roman" w:cs="Times New Roman"/>
          <w:sz w:val="28"/>
          <w:szCs w:val="28"/>
          <w:lang w:val="kk-KZ"/>
        </w:rPr>
      </w:pPr>
    </w:p>
    <w:p w14:paraId="6765CED8" w14:textId="77777777" w:rsidR="00894A81" w:rsidRPr="002417EA" w:rsidRDefault="00894A81" w:rsidP="002417EA">
      <w:pPr>
        <w:spacing w:after="0" w:line="240" w:lineRule="auto"/>
        <w:jc w:val="center"/>
        <w:rPr>
          <w:rFonts w:ascii="Times New Roman" w:hAnsi="Times New Roman" w:cs="Times New Roman"/>
          <w:position w:val="-32"/>
          <w:sz w:val="28"/>
          <w:szCs w:val="28"/>
          <w:lang w:val="kk-KZ"/>
        </w:rPr>
      </w:pPr>
      <w:r w:rsidRPr="002417EA">
        <w:rPr>
          <w:rFonts w:ascii="Times New Roman" w:hAnsi="Times New Roman" w:cs="Times New Roman"/>
          <w:position w:val="-32"/>
          <w:sz w:val="28"/>
          <w:szCs w:val="28"/>
        </w:rPr>
        <w:object w:dxaOrig="3940" w:dyaOrig="780" w14:anchorId="55EEA454">
          <v:shape id="_x0000_i1928" type="#_x0000_t75" style="width:194.65pt;height:38pt" o:ole="">
            <v:imagedata r:id="rId2094" o:title=""/>
          </v:shape>
          <o:OLEObject Type="Embed" ProgID="Equation.DSMT4" ShapeID="_x0000_i1928" DrawAspect="Content" ObjectID="_1840332382" r:id="rId2095"/>
        </w:object>
      </w:r>
    </w:p>
    <w:p w14:paraId="47BD144D" w14:textId="77777777" w:rsidR="00894A81" w:rsidRPr="002417EA" w:rsidRDefault="00894A81" w:rsidP="002417EA">
      <w:pPr>
        <w:spacing w:after="0" w:line="240" w:lineRule="auto"/>
        <w:rPr>
          <w:rFonts w:ascii="Times New Roman" w:hAnsi="Times New Roman" w:cs="Times New Roman"/>
          <w:sz w:val="28"/>
          <w:szCs w:val="28"/>
          <w:lang w:val="kk-KZ"/>
        </w:rPr>
      </w:pPr>
    </w:p>
    <w:p w14:paraId="3BC0B407" w14:textId="77777777" w:rsidR="00894A81" w:rsidRPr="002417EA" w:rsidRDefault="00894A81" w:rsidP="002417EA">
      <w:pPr>
        <w:spacing w:after="0" w:line="240" w:lineRule="auto"/>
        <w:jc w:val="both"/>
        <w:rPr>
          <w:rFonts w:ascii="Times New Roman" w:hAnsi="Times New Roman" w:cs="Times New Roman"/>
          <w:sz w:val="28"/>
          <w:szCs w:val="28"/>
          <w:lang w:val="kk-KZ"/>
        </w:rPr>
      </w:pPr>
      <w:r w:rsidRPr="002417EA">
        <w:rPr>
          <w:rFonts w:ascii="Times New Roman" w:hAnsi="Times New Roman" w:cs="Times New Roman"/>
          <w:sz w:val="28"/>
          <w:szCs w:val="28"/>
          <w:lang w:val="kk-KZ"/>
        </w:rPr>
        <w:t xml:space="preserve">сондықтан, </w:t>
      </w:r>
      <w:r w:rsidRPr="002417EA">
        <w:rPr>
          <w:rFonts w:ascii="Times New Roman" w:hAnsi="Times New Roman" w:cs="Times New Roman"/>
          <w:position w:val="-12"/>
          <w:sz w:val="28"/>
          <w:szCs w:val="28"/>
        </w:rPr>
        <w:object w:dxaOrig="1280" w:dyaOrig="360" w14:anchorId="3F231B82">
          <v:shape id="_x0000_i1929" type="#_x0000_t75" style="width:64.9pt;height:18.2pt" o:ole="">
            <v:imagedata r:id="rId2096" o:title=""/>
          </v:shape>
          <o:OLEObject Type="Embed" ProgID="Equation.DSMT4" ShapeID="_x0000_i1929" DrawAspect="Content" ObjectID="_1840332383" r:id="rId2097"/>
        </w:object>
      </w:r>
      <w:r w:rsidRPr="002417EA">
        <w:rPr>
          <w:rFonts w:ascii="Times New Roman" w:hAnsi="Times New Roman" w:cs="Times New Roman"/>
          <w:position w:val="-12"/>
          <w:sz w:val="28"/>
          <w:szCs w:val="28"/>
          <w:lang w:val="kk-KZ"/>
        </w:rPr>
        <w:t xml:space="preserve"> </w:t>
      </w:r>
      <w:r w:rsidRPr="002417EA">
        <w:rPr>
          <w:rFonts w:ascii="Times New Roman" w:hAnsi="Times New Roman" w:cs="Times New Roman"/>
          <w:position w:val="-42"/>
          <w:sz w:val="28"/>
          <w:szCs w:val="28"/>
          <w:lang w:val="kk-KZ"/>
        </w:rPr>
        <w:t xml:space="preserve"> </w:t>
      </w:r>
      <w:r w:rsidRPr="002417EA">
        <w:rPr>
          <w:rFonts w:ascii="Times New Roman" w:hAnsi="Times New Roman" w:cs="Times New Roman"/>
          <w:sz w:val="28"/>
          <w:szCs w:val="28"/>
          <w:lang w:val="kk-KZ"/>
        </w:rPr>
        <w:t xml:space="preserve">тепе-тең </w:t>
      </w:r>
    </w:p>
    <w:p w14:paraId="6AC73327" w14:textId="77777777" w:rsidR="00894A81" w:rsidRPr="002417EA" w:rsidRDefault="00894A81" w:rsidP="002417EA">
      <w:pPr>
        <w:spacing w:after="0" w:line="240" w:lineRule="auto"/>
        <w:rPr>
          <w:rFonts w:ascii="Times New Roman" w:hAnsi="Times New Roman" w:cs="Times New Roman"/>
          <w:position w:val="-18"/>
          <w:sz w:val="28"/>
          <w:szCs w:val="28"/>
          <w:lang w:val="kk-KZ"/>
        </w:rPr>
      </w:pPr>
    </w:p>
    <w:p w14:paraId="77024B5D" w14:textId="7C40897F" w:rsidR="00894A81" w:rsidRPr="002417EA" w:rsidRDefault="00894A81" w:rsidP="002417EA">
      <w:pPr>
        <w:spacing w:after="0" w:line="240" w:lineRule="auto"/>
        <w:jc w:val="right"/>
        <w:rPr>
          <w:rFonts w:ascii="Times New Roman" w:hAnsi="Times New Roman" w:cs="Times New Roman"/>
          <w:sz w:val="28"/>
          <w:szCs w:val="28"/>
          <w:lang w:val="kk-KZ"/>
        </w:rPr>
      </w:pPr>
      <w:r w:rsidRPr="002417EA">
        <w:rPr>
          <w:rFonts w:ascii="Times New Roman" w:hAnsi="Times New Roman" w:cs="Times New Roman"/>
          <w:position w:val="-12"/>
          <w:sz w:val="28"/>
          <w:szCs w:val="28"/>
        </w:rPr>
        <w:object w:dxaOrig="1300" w:dyaOrig="360" w14:anchorId="40E320C5">
          <v:shape id="_x0000_i1930" type="#_x0000_t75" style="width:64.9pt;height:18.2pt" o:ole="">
            <v:imagedata r:id="rId2098" o:title=""/>
          </v:shape>
          <o:OLEObject Type="Embed" ProgID="Equation.DSMT4" ShapeID="_x0000_i1930" DrawAspect="Content" ObjectID="_1840332384" r:id="rId2099"/>
        </w:object>
      </w:r>
      <w:r w:rsidRPr="002417EA">
        <w:rPr>
          <w:rFonts w:ascii="Times New Roman" w:hAnsi="Times New Roman" w:cs="Times New Roman"/>
          <w:position w:val="-18"/>
          <w:sz w:val="28"/>
          <w:szCs w:val="28"/>
          <w:lang w:val="kk-KZ"/>
        </w:rPr>
        <w:t xml:space="preserve">             </w:t>
      </w:r>
      <w:r w:rsidR="002417EA" w:rsidRPr="002417EA">
        <w:rPr>
          <w:rFonts w:ascii="Times New Roman" w:hAnsi="Times New Roman" w:cs="Times New Roman"/>
          <w:position w:val="-18"/>
          <w:sz w:val="28"/>
          <w:szCs w:val="28"/>
          <w:lang w:val="kk-KZ"/>
        </w:rPr>
        <w:t xml:space="preserve">                       </w:t>
      </w:r>
      <w:r w:rsidR="00152387">
        <w:rPr>
          <w:rFonts w:ascii="Times New Roman" w:hAnsi="Times New Roman" w:cs="Times New Roman"/>
          <w:position w:val="-18"/>
          <w:sz w:val="28"/>
          <w:szCs w:val="28"/>
          <w:lang w:val="kk-KZ"/>
        </w:rPr>
        <w:t xml:space="preserve">     </w:t>
      </w:r>
      <w:r w:rsidRPr="002417EA">
        <w:rPr>
          <w:rFonts w:ascii="Times New Roman" w:hAnsi="Times New Roman" w:cs="Times New Roman"/>
          <w:position w:val="-18"/>
          <w:sz w:val="28"/>
          <w:szCs w:val="28"/>
          <w:lang w:val="kk-KZ"/>
        </w:rPr>
        <w:t xml:space="preserve">       </w:t>
      </w:r>
      <w:r w:rsidRPr="002417EA">
        <w:rPr>
          <w:rFonts w:ascii="Times New Roman" w:hAnsi="Times New Roman" w:cs="Times New Roman"/>
          <w:sz w:val="28"/>
          <w:szCs w:val="28"/>
          <w:lang w:val="kk-KZ"/>
        </w:rPr>
        <w:t>(2.8)</w:t>
      </w:r>
    </w:p>
    <w:p w14:paraId="2E1213B7" w14:textId="77777777" w:rsidR="00894A81" w:rsidRPr="002417EA" w:rsidRDefault="00894A81" w:rsidP="002417EA">
      <w:pPr>
        <w:spacing w:after="0" w:line="240" w:lineRule="auto"/>
        <w:jc w:val="both"/>
        <w:rPr>
          <w:rFonts w:ascii="Times New Roman" w:hAnsi="Times New Roman" w:cs="Times New Roman"/>
          <w:sz w:val="28"/>
          <w:szCs w:val="28"/>
          <w:lang w:val="kk-KZ"/>
        </w:rPr>
      </w:pPr>
    </w:p>
    <w:p w14:paraId="068B20BC" w14:textId="77777777" w:rsidR="00894A81" w:rsidRPr="002417EA" w:rsidRDefault="00894A81" w:rsidP="002417EA">
      <w:pPr>
        <w:spacing w:after="0" w:line="240" w:lineRule="auto"/>
        <w:jc w:val="both"/>
        <w:rPr>
          <w:rFonts w:ascii="Times New Roman" w:hAnsi="Times New Roman" w:cs="Times New Roman"/>
          <w:sz w:val="28"/>
          <w:szCs w:val="28"/>
          <w:lang w:val="kk-KZ"/>
        </w:rPr>
      </w:pPr>
      <w:r w:rsidRPr="002417EA">
        <w:rPr>
          <w:rFonts w:ascii="Times New Roman" w:hAnsi="Times New Roman" w:cs="Times New Roman"/>
          <w:sz w:val="28"/>
          <w:szCs w:val="28"/>
          <w:lang w:val="kk-KZ"/>
        </w:rPr>
        <w:t xml:space="preserve">Мұндағы </w:t>
      </w:r>
      <w:r w:rsidRPr="002417EA">
        <w:rPr>
          <w:rFonts w:ascii="Times New Roman" w:hAnsi="Times New Roman" w:cs="Times New Roman"/>
          <w:position w:val="-6"/>
          <w:sz w:val="28"/>
          <w:szCs w:val="28"/>
        </w:rPr>
        <w:object w:dxaOrig="220" w:dyaOrig="240" w14:anchorId="646CF789">
          <v:shape id="_x0000_i1931" type="#_x0000_t75" style="width:11.85pt;height:11.85pt" o:ole="">
            <v:imagedata r:id="rId2100" o:title=""/>
          </v:shape>
          <o:OLEObject Type="Embed" ProgID="Equation.DSMT4" ShapeID="_x0000_i1931" DrawAspect="Content" ObjectID="_1840332385" r:id="rId2101"/>
        </w:object>
      </w:r>
      <w:r w:rsidRPr="002417EA">
        <w:rPr>
          <w:rFonts w:ascii="Times New Roman" w:hAnsi="Times New Roman" w:cs="Times New Roman"/>
          <w:sz w:val="28"/>
          <w:szCs w:val="28"/>
          <w:lang w:val="kk-KZ"/>
        </w:rPr>
        <w:t>сипаттаушы теңдеудің кез-келген түбірі. Сонымен, еселіктері сайкес келеді. (2.3) түрлендіруі жоғары жарты жазықтықты өзіне-өзін көшіреді,</w:t>
      </w:r>
      <w:r w:rsidRPr="002417EA">
        <w:rPr>
          <w:rFonts w:ascii="Times New Roman" w:hAnsi="Times New Roman" w:cs="Times New Roman"/>
          <w:position w:val="-42"/>
          <w:sz w:val="28"/>
          <w:szCs w:val="28"/>
          <w:lang w:val="kk-KZ"/>
        </w:rPr>
        <w:t xml:space="preserve"> </w:t>
      </w:r>
      <w:r w:rsidRPr="002417EA">
        <w:rPr>
          <w:rFonts w:ascii="Times New Roman" w:hAnsi="Times New Roman" w:cs="Times New Roman"/>
          <w:position w:val="-12"/>
          <w:sz w:val="28"/>
          <w:szCs w:val="28"/>
        </w:rPr>
        <w:object w:dxaOrig="1380" w:dyaOrig="360" w14:anchorId="43613808">
          <v:shape id="_x0000_i1932" type="#_x0000_t75" style="width:68.85pt;height:18.2pt" o:ole="">
            <v:imagedata r:id="rId2102" o:title=""/>
          </v:shape>
          <o:OLEObject Type="Embed" ProgID="Equation.DSMT4" ShapeID="_x0000_i1932" DrawAspect="Content" ObjectID="_1840332386" r:id="rId2103"/>
        </w:object>
      </w:r>
      <w:r w:rsidRPr="002417EA">
        <w:rPr>
          <w:rFonts w:ascii="Times New Roman" w:hAnsi="Times New Roman" w:cs="Times New Roman"/>
          <w:sz w:val="28"/>
          <w:szCs w:val="28"/>
          <w:lang w:val="kk-KZ"/>
        </w:rPr>
        <w:t xml:space="preserve"> осыған ұқсас түрлендіуі.</w:t>
      </w:r>
      <w:r w:rsidRPr="002417EA">
        <w:rPr>
          <w:rFonts w:ascii="Times New Roman" w:hAnsi="Times New Roman" w:cs="Times New Roman"/>
          <w:position w:val="-6"/>
          <w:sz w:val="28"/>
          <w:szCs w:val="28"/>
        </w:rPr>
        <w:object w:dxaOrig="160" w:dyaOrig="300" w14:anchorId="03AF6F04">
          <v:shape id="_x0000_i1933" type="#_x0000_t75" style="width:9.5pt;height:15.8pt" o:ole="">
            <v:imagedata r:id="rId2104" o:title=""/>
          </v:shape>
          <o:OLEObject Type="Embed" ProgID="Equation.DSMT4" ShapeID="_x0000_i1933" DrawAspect="Content" ObjectID="_1840332387" r:id="rId2105"/>
        </w:object>
      </w:r>
      <w:r w:rsidRPr="002417EA">
        <w:rPr>
          <w:rFonts w:ascii="Times New Roman" w:hAnsi="Times New Roman" w:cs="Times New Roman"/>
          <w:sz w:val="28"/>
          <w:szCs w:val="28"/>
          <w:lang w:val="kk-KZ"/>
        </w:rPr>
        <w:t xml:space="preserve"> дәрежелі көпмүшелігін дербес жағдайында </w:t>
      </w:r>
    </w:p>
    <w:p w14:paraId="22738A31" w14:textId="77777777" w:rsidR="00894A81" w:rsidRPr="002417EA" w:rsidRDefault="00894A81" w:rsidP="002417EA">
      <w:pPr>
        <w:spacing w:after="0" w:line="240" w:lineRule="auto"/>
        <w:jc w:val="both"/>
        <w:rPr>
          <w:rFonts w:ascii="Times New Roman" w:hAnsi="Times New Roman" w:cs="Times New Roman"/>
          <w:sz w:val="28"/>
          <w:szCs w:val="28"/>
          <w:lang w:val="kk-KZ"/>
        </w:rPr>
      </w:pPr>
    </w:p>
    <w:p w14:paraId="45892EA0" w14:textId="219A07DA" w:rsidR="00894A81" w:rsidRPr="002417EA" w:rsidRDefault="00894A81" w:rsidP="002417EA">
      <w:pPr>
        <w:spacing w:after="0" w:line="240" w:lineRule="auto"/>
        <w:jc w:val="right"/>
        <w:rPr>
          <w:rFonts w:ascii="Times New Roman" w:hAnsi="Times New Roman" w:cs="Times New Roman"/>
          <w:sz w:val="28"/>
          <w:szCs w:val="28"/>
          <w:lang w:val="kk-KZ"/>
        </w:rPr>
      </w:pPr>
      <w:r w:rsidRPr="002417EA">
        <w:rPr>
          <w:rFonts w:ascii="Times New Roman" w:hAnsi="Times New Roman" w:cs="Times New Roman"/>
          <w:position w:val="-12"/>
          <w:sz w:val="28"/>
          <w:szCs w:val="28"/>
        </w:rPr>
        <w:object w:dxaOrig="3300" w:dyaOrig="420" w14:anchorId="7C429356">
          <v:shape id="_x0000_i1934" type="#_x0000_t75" style="width:163.8pt;height:20.55pt" o:ole="">
            <v:imagedata r:id="rId2106" o:title=""/>
          </v:shape>
          <o:OLEObject Type="Embed" ProgID="Equation.DSMT4" ShapeID="_x0000_i1934" DrawAspect="Content" ObjectID="_1840332388" r:id="rId2107"/>
        </w:object>
      </w:r>
      <w:r w:rsidRPr="002417EA">
        <w:rPr>
          <w:rFonts w:ascii="Times New Roman" w:hAnsi="Times New Roman" w:cs="Times New Roman"/>
          <w:sz w:val="28"/>
          <w:szCs w:val="28"/>
          <w:lang w:val="kk-KZ"/>
        </w:rPr>
        <w:t xml:space="preserve"> </w:t>
      </w:r>
      <w:r w:rsidRPr="002417EA">
        <w:rPr>
          <w:rFonts w:ascii="Times New Roman" w:hAnsi="Times New Roman" w:cs="Times New Roman"/>
          <w:position w:val="-16"/>
          <w:sz w:val="28"/>
          <w:szCs w:val="28"/>
        </w:rPr>
        <w:object w:dxaOrig="1500" w:dyaOrig="420" w14:anchorId="211B54DD">
          <v:shape id="_x0000_i1935" type="#_x0000_t75" style="width:75.15pt;height:20.55pt" o:ole="">
            <v:imagedata r:id="rId2108" o:title=""/>
          </v:shape>
          <o:OLEObject Type="Embed" ProgID="Equation.DSMT4" ShapeID="_x0000_i1935" DrawAspect="Content" ObjectID="_1840332389" r:id="rId2109"/>
        </w:object>
      </w:r>
      <w:r w:rsidR="00152387">
        <w:rPr>
          <w:rFonts w:ascii="Times New Roman" w:hAnsi="Times New Roman" w:cs="Times New Roman"/>
          <w:position w:val="-16"/>
          <w:sz w:val="28"/>
          <w:szCs w:val="28"/>
          <w:lang w:val="kk-KZ"/>
        </w:rPr>
        <w:t xml:space="preserve">                     </w:t>
      </w:r>
      <w:r w:rsidRPr="002417EA">
        <w:rPr>
          <w:rFonts w:ascii="Times New Roman" w:hAnsi="Times New Roman" w:cs="Times New Roman"/>
          <w:position w:val="-16"/>
          <w:sz w:val="28"/>
          <w:szCs w:val="28"/>
          <w:lang w:val="kk-KZ"/>
        </w:rPr>
        <w:t xml:space="preserve">   </w:t>
      </w:r>
      <w:r w:rsidRPr="002417EA">
        <w:rPr>
          <w:rFonts w:ascii="Times New Roman" w:hAnsi="Times New Roman" w:cs="Times New Roman"/>
          <w:sz w:val="28"/>
          <w:szCs w:val="28"/>
          <w:lang w:val="kk-KZ"/>
        </w:rPr>
        <w:t>(2.9)</w:t>
      </w:r>
    </w:p>
    <w:p w14:paraId="3ACE8C23" w14:textId="77777777" w:rsidR="00894A81" w:rsidRPr="002417EA" w:rsidRDefault="00894A81" w:rsidP="002417EA">
      <w:pPr>
        <w:spacing w:after="0" w:line="240" w:lineRule="auto"/>
        <w:rPr>
          <w:rFonts w:ascii="Times New Roman" w:hAnsi="Times New Roman" w:cs="Times New Roman"/>
          <w:position w:val="-42"/>
          <w:sz w:val="28"/>
          <w:szCs w:val="28"/>
          <w:lang w:val="kk-KZ"/>
        </w:rPr>
      </w:pPr>
    </w:p>
    <w:p w14:paraId="20E2F6A7" w14:textId="77777777" w:rsidR="00894A81" w:rsidRPr="002417EA" w:rsidRDefault="00894A81" w:rsidP="002417EA">
      <w:pPr>
        <w:spacing w:after="0" w:line="240" w:lineRule="auto"/>
        <w:jc w:val="both"/>
        <w:rPr>
          <w:rFonts w:ascii="Times New Roman" w:hAnsi="Times New Roman" w:cs="Times New Roman"/>
          <w:sz w:val="28"/>
          <w:szCs w:val="28"/>
          <w:lang w:val="kk-KZ"/>
        </w:rPr>
      </w:pPr>
      <w:r w:rsidRPr="002417EA">
        <w:rPr>
          <w:rFonts w:ascii="Times New Roman" w:hAnsi="Times New Roman" w:cs="Times New Roman"/>
          <w:position w:val="-12"/>
          <w:sz w:val="28"/>
          <w:szCs w:val="28"/>
        </w:rPr>
        <w:object w:dxaOrig="1280" w:dyaOrig="360" w14:anchorId="30935743">
          <v:shape id="_x0000_i1936" type="#_x0000_t75" style="width:64.9pt;height:18.2pt" o:ole="">
            <v:imagedata r:id="rId2110" o:title=""/>
          </v:shape>
          <o:OLEObject Type="Embed" ProgID="Equation.DSMT4" ShapeID="_x0000_i1936" DrawAspect="Content" ObjectID="_1840332390" r:id="rId2111"/>
        </w:object>
      </w:r>
      <w:r w:rsidRPr="002417EA">
        <w:rPr>
          <w:rFonts w:ascii="Times New Roman" w:hAnsi="Times New Roman" w:cs="Times New Roman"/>
          <w:sz w:val="28"/>
          <w:szCs w:val="28"/>
          <w:lang w:val="kk-KZ"/>
        </w:rPr>
        <w:t xml:space="preserve"> жоғары жарты жазықтықта жататын теңдеуінің түбірлері.</w:t>
      </w:r>
    </w:p>
    <w:p w14:paraId="3E1D39A3" w14:textId="77777777" w:rsidR="00894A81" w:rsidRPr="002417EA" w:rsidRDefault="00894A81" w:rsidP="002417EA">
      <w:pPr>
        <w:spacing w:after="0" w:line="240" w:lineRule="auto"/>
        <w:jc w:val="both"/>
        <w:rPr>
          <w:rFonts w:ascii="Times New Roman" w:hAnsi="Times New Roman" w:cs="Times New Roman"/>
          <w:sz w:val="28"/>
          <w:szCs w:val="28"/>
          <w:lang w:val="kk-KZ"/>
        </w:rPr>
      </w:pPr>
      <w:r w:rsidRPr="002417EA">
        <w:rPr>
          <w:rFonts w:ascii="Times New Roman" w:hAnsi="Times New Roman" w:cs="Times New Roman"/>
          <w:sz w:val="28"/>
          <w:szCs w:val="28"/>
          <w:lang w:val="kk-KZ"/>
        </w:rPr>
        <w:tab/>
        <w:t xml:space="preserve">Қосымша шарттардағы белгілеулерді сызықтық тәуелсіз </w:t>
      </w:r>
      <w:r w:rsidRPr="002417EA">
        <w:rPr>
          <w:rFonts w:ascii="Times New Roman" w:hAnsi="Times New Roman" w:cs="Times New Roman"/>
          <w:position w:val="-12"/>
          <w:sz w:val="28"/>
          <w:szCs w:val="28"/>
        </w:rPr>
        <w:object w:dxaOrig="680" w:dyaOrig="420" w14:anchorId="1F8768ED">
          <v:shape id="_x0000_i1937" type="#_x0000_t75" style="width:34pt;height:20.55pt" o:ole="">
            <v:imagedata r:id="rId2112" o:title=""/>
          </v:shape>
          <o:OLEObject Type="Embed" ProgID="Equation.DSMT4" ShapeID="_x0000_i1937" DrawAspect="Content" ObjectID="_1840332391" r:id="rId2113"/>
        </w:object>
      </w:r>
      <w:r w:rsidRPr="002417EA">
        <w:rPr>
          <w:rFonts w:ascii="Times New Roman" w:hAnsi="Times New Roman" w:cs="Times New Roman"/>
          <w:sz w:val="28"/>
          <w:szCs w:val="28"/>
          <w:lang w:val="kk-KZ"/>
        </w:rPr>
        <w:t xml:space="preserve"> көпмүшелігінің модулі бойынша </w:t>
      </w:r>
      <w:r w:rsidRPr="002417EA">
        <w:rPr>
          <w:rFonts w:ascii="Times New Roman" w:hAnsi="Times New Roman" w:cs="Times New Roman"/>
          <w:position w:val="-16"/>
          <w:sz w:val="28"/>
          <w:szCs w:val="28"/>
        </w:rPr>
        <w:object w:dxaOrig="1840" w:dyaOrig="420" w14:anchorId="28D11FCB">
          <v:shape id="_x0000_i1938" type="#_x0000_t75" style="width:87.8pt;height:20.55pt" o:ole="">
            <v:imagedata r:id="rId2114" o:title=""/>
          </v:shape>
          <o:OLEObject Type="Embed" ProgID="Equation.DSMT4" ShapeID="_x0000_i1938" DrawAspect="Content" ObjectID="_1840332392" r:id="rId2115"/>
        </w:object>
      </w:r>
      <w:r w:rsidRPr="002417EA">
        <w:rPr>
          <w:rFonts w:ascii="Times New Roman" w:hAnsi="Times New Roman" w:cs="Times New Roman"/>
          <w:sz w:val="28"/>
          <w:szCs w:val="28"/>
          <w:lang w:val="kk-KZ"/>
        </w:rPr>
        <w:t xml:space="preserve"> Осылайша, бұл шарт басқа әдіспен алынған (2.6) шартымен эквивалентті. Бұл нәтижені тікелей алуға болады.</w:t>
      </w:r>
    </w:p>
    <w:p w14:paraId="0238FB4F" w14:textId="0B027B55" w:rsidR="00894A81" w:rsidRPr="002417EA" w:rsidRDefault="00894A81" w:rsidP="002417EA">
      <w:pPr>
        <w:spacing w:after="0" w:line="240" w:lineRule="auto"/>
        <w:jc w:val="both"/>
        <w:rPr>
          <w:rFonts w:ascii="Times New Roman" w:hAnsi="Times New Roman" w:cs="Times New Roman"/>
          <w:sz w:val="28"/>
          <w:szCs w:val="28"/>
          <w:lang w:val="kk-KZ"/>
        </w:rPr>
      </w:pPr>
      <w:r w:rsidRPr="002417EA">
        <w:rPr>
          <w:rFonts w:ascii="Times New Roman" w:hAnsi="Times New Roman" w:cs="Times New Roman"/>
          <w:b/>
          <w:bCs/>
          <w:sz w:val="28"/>
          <w:szCs w:val="28"/>
          <w:lang w:val="kk-KZ"/>
        </w:rPr>
        <w:t xml:space="preserve">           Теорема 2.1.</w:t>
      </w:r>
      <w:r w:rsidRPr="002417EA">
        <w:rPr>
          <w:rFonts w:ascii="Times New Roman" w:hAnsi="Times New Roman" w:cs="Times New Roman"/>
          <w:b/>
          <w:sz w:val="28"/>
          <w:szCs w:val="28"/>
          <w:lang w:val="kk-KZ"/>
        </w:rPr>
        <w:t xml:space="preserve"> </w:t>
      </w:r>
      <w:r w:rsidRPr="002417EA">
        <w:rPr>
          <w:rFonts w:ascii="Times New Roman" w:hAnsi="Times New Roman" w:cs="Times New Roman"/>
          <w:sz w:val="28"/>
          <w:szCs w:val="28"/>
          <w:lang w:val="kk-KZ"/>
        </w:rPr>
        <w:t xml:space="preserve">(2.7) шарты сонда </w:t>
      </w:r>
      <w:r w:rsidR="0077396C" w:rsidRPr="002417EA">
        <w:rPr>
          <w:rFonts w:ascii="Times New Roman" w:hAnsi="Times New Roman" w:cs="Times New Roman"/>
          <w:sz w:val="28"/>
          <w:szCs w:val="28"/>
          <w:lang w:val="kk-KZ"/>
        </w:rPr>
        <w:t xml:space="preserve">және </w:t>
      </w:r>
      <w:r w:rsidRPr="002417EA">
        <w:rPr>
          <w:rFonts w:ascii="Times New Roman" w:hAnsi="Times New Roman" w:cs="Times New Roman"/>
          <w:sz w:val="28"/>
          <w:szCs w:val="28"/>
          <w:lang w:val="kk-KZ"/>
        </w:rPr>
        <w:t>тек сонда ғана</w:t>
      </w:r>
      <w:r w:rsidR="0077396C" w:rsidRPr="002417EA">
        <w:rPr>
          <w:rFonts w:ascii="Times New Roman" w:hAnsi="Times New Roman" w:cs="Times New Roman"/>
          <w:sz w:val="28"/>
          <w:szCs w:val="28"/>
          <w:lang w:val="kk-KZ"/>
        </w:rPr>
        <w:t xml:space="preserve"> орындалады, егер</w:t>
      </w:r>
    </w:p>
    <w:p w14:paraId="5F0DB80D" w14:textId="77777777" w:rsidR="00894A81" w:rsidRPr="002417EA" w:rsidRDefault="00894A81" w:rsidP="002417EA">
      <w:pPr>
        <w:spacing w:after="0" w:line="240" w:lineRule="auto"/>
        <w:jc w:val="both"/>
        <w:rPr>
          <w:rFonts w:ascii="Times New Roman" w:hAnsi="Times New Roman" w:cs="Times New Roman"/>
          <w:position w:val="-16"/>
          <w:sz w:val="28"/>
          <w:szCs w:val="28"/>
          <w:lang w:val="kk-KZ"/>
        </w:rPr>
      </w:pPr>
    </w:p>
    <w:p w14:paraId="2C5AA6F7" w14:textId="77777777" w:rsidR="00894A81" w:rsidRPr="002417EA" w:rsidRDefault="00894A81" w:rsidP="002417EA">
      <w:pPr>
        <w:spacing w:after="0" w:line="240" w:lineRule="auto"/>
        <w:jc w:val="center"/>
        <w:rPr>
          <w:rFonts w:ascii="Times New Roman" w:hAnsi="Times New Roman" w:cs="Times New Roman"/>
          <w:b/>
          <w:position w:val="-16"/>
          <w:sz w:val="28"/>
          <w:szCs w:val="28"/>
          <w:lang w:val="kk-KZ"/>
        </w:rPr>
      </w:pPr>
      <w:r w:rsidRPr="002417EA">
        <w:rPr>
          <w:rFonts w:ascii="Times New Roman" w:hAnsi="Times New Roman" w:cs="Times New Roman"/>
          <w:position w:val="-16"/>
          <w:sz w:val="28"/>
          <w:szCs w:val="28"/>
        </w:rPr>
        <w:object w:dxaOrig="2580" w:dyaOrig="480" w14:anchorId="79BD8476">
          <v:shape id="_x0000_i1939" type="#_x0000_t75" style="width:128.2pt;height:25.3pt" o:ole="">
            <v:imagedata r:id="rId2116" o:title=""/>
          </v:shape>
          <o:OLEObject Type="Embed" ProgID="Equation.DSMT4" ShapeID="_x0000_i1939" DrawAspect="Content" ObjectID="_1840332393" r:id="rId2117"/>
        </w:object>
      </w:r>
    </w:p>
    <w:p w14:paraId="2CC40CDA" w14:textId="77777777" w:rsidR="00894A81" w:rsidRPr="002417EA" w:rsidRDefault="00894A81" w:rsidP="002417EA">
      <w:pPr>
        <w:spacing w:after="0" w:line="240" w:lineRule="auto"/>
        <w:jc w:val="both"/>
        <w:rPr>
          <w:rFonts w:ascii="Times New Roman" w:hAnsi="Times New Roman" w:cs="Times New Roman"/>
          <w:b/>
          <w:sz w:val="28"/>
          <w:szCs w:val="28"/>
          <w:lang w:val="kk-KZ"/>
        </w:rPr>
      </w:pPr>
    </w:p>
    <w:p w14:paraId="782DC6BB" w14:textId="57EBA3B2" w:rsidR="00894A81" w:rsidRPr="002417EA" w:rsidRDefault="00894A81" w:rsidP="002417EA">
      <w:pPr>
        <w:spacing w:after="0" w:line="240" w:lineRule="auto"/>
        <w:jc w:val="both"/>
        <w:rPr>
          <w:rFonts w:ascii="Times New Roman" w:hAnsi="Times New Roman" w:cs="Times New Roman"/>
          <w:sz w:val="28"/>
          <w:szCs w:val="28"/>
          <w:lang w:val="kk-KZ"/>
        </w:rPr>
      </w:pPr>
      <w:r w:rsidRPr="002417EA">
        <w:rPr>
          <w:rFonts w:ascii="Times New Roman" w:hAnsi="Times New Roman" w:cs="Times New Roman"/>
          <w:position w:val="-12"/>
          <w:sz w:val="28"/>
          <w:szCs w:val="28"/>
        </w:rPr>
        <w:object w:dxaOrig="680" w:dyaOrig="420" w14:anchorId="768F9B46">
          <v:shape id="_x0000_i1940" type="#_x0000_t75" style="width:34pt;height:20.55pt" o:ole="">
            <v:imagedata r:id="rId2118" o:title=""/>
          </v:shape>
          <o:OLEObject Type="Embed" ProgID="Equation.DSMT4" ShapeID="_x0000_i1940" DrawAspect="Content" ObjectID="_1840332394" r:id="rId2119"/>
        </w:object>
      </w:r>
      <w:r w:rsidR="00787BB8" w:rsidRPr="002417EA">
        <w:rPr>
          <w:rFonts w:ascii="Times New Roman" w:hAnsi="Times New Roman" w:cs="Times New Roman"/>
          <w:sz w:val="28"/>
          <w:szCs w:val="28"/>
          <w:lang w:val="kk-KZ"/>
        </w:rPr>
        <w:t xml:space="preserve"> көпмүшелігі</w:t>
      </w:r>
      <w:r w:rsidRPr="002417EA">
        <w:rPr>
          <w:rFonts w:ascii="Times New Roman" w:hAnsi="Times New Roman" w:cs="Times New Roman"/>
          <w:sz w:val="28"/>
          <w:szCs w:val="28"/>
          <w:lang w:val="kk-KZ"/>
        </w:rPr>
        <w:t xml:space="preserve"> модулі</w:t>
      </w:r>
      <w:r w:rsidR="00787BB8" w:rsidRPr="002417EA">
        <w:rPr>
          <w:rFonts w:ascii="Times New Roman" w:hAnsi="Times New Roman" w:cs="Times New Roman"/>
          <w:sz w:val="28"/>
          <w:szCs w:val="28"/>
          <w:lang w:val="kk-KZ"/>
        </w:rPr>
        <w:t xml:space="preserve"> бойынша сызықты тәуелсіз болса.</w:t>
      </w:r>
    </w:p>
    <w:p w14:paraId="0F2DF557" w14:textId="77777777" w:rsidR="00894A81" w:rsidRPr="002417EA" w:rsidRDefault="00894A81" w:rsidP="002417EA">
      <w:pPr>
        <w:spacing w:after="0" w:line="240" w:lineRule="auto"/>
        <w:ind w:firstLine="708"/>
        <w:jc w:val="both"/>
        <w:rPr>
          <w:rFonts w:ascii="Times New Roman" w:hAnsi="Times New Roman" w:cs="Times New Roman"/>
          <w:sz w:val="28"/>
          <w:szCs w:val="28"/>
          <w:lang w:val="kk-KZ"/>
        </w:rPr>
      </w:pPr>
      <w:r w:rsidRPr="002417EA">
        <w:rPr>
          <w:rFonts w:ascii="Times New Roman" w:hAnsi="Times New Roman" w:cs="Times New Roman"/>
          <w:sz w:val="28"/>
          <w:szCs w:val="28"/>
          <w:lang w:val="kk-KZ"/>
        </w:rPr>
        <w:t xml:space="preserve">Дәлелдеуі. Айталық, </w:t>
      </w:r>
      <w:r w:rsidRPr="002417EA">
        <w:rPr>
          <w:rFonts w:ascii="Times New Roman" w:hAnsi="Times New Roman" w:cs="Times New Roman"/>
          <w:position w:val="-12"/>
          <w:sz w:val="28"/>
          <w:szCs w:val="28"/>
        </w:rPr>
        <w:object w:dxaOrig="680" w:dyaOrig="420" w14:anchorId="7E44C8BB">
          <v:shape id="_x0000_i1941" type="#_x0000_t75" style="width:34pt;height:20.55pt" o:ole="">
            <v:imagedata r:id="rId2120" o:title=""/>
          </v:shape>
          <o:OLEObject Type="Embed" ProgID="Equation.DSMT4" ShapeID="_x0000_i1941" DrawAspect="Content" ObjectID="_1840332395" r:id="rId2121"/>
        </w:object>
      </w:r>
      <w:r w:rsidRPr="002417EA">
        <w:rPr>
          <w:rFonts w:ascii="Times New Roman" w:hAnsi="Times New Roman" w:cs="Times New Roman"/>
          <w:sz w:val="28"/>
          <w:szCs w:val="28"/>
          <w:lang w:val="kk-KZ"/>
        </w:rPr>
        <w:t xml:space="preserve"> көпмүшелігінің модулі бойынша сызықтық тәуелді, яғни</w:t>
      </w:r>
      <w:r w:rsidRPr="002417EA">
        <w:rPr>
          <w:rFonts w:ascii="Times New Roman" w:hAnsi="Times New Roman" w:cs="Times New Roman"/>
          <w:position w:val="-12"/>
          <w:sz w:val="28"/>
          <w:szCs w:val="28"/>
        </w:rPr>
        <w:object w:dxaOrig="2320" w:dyaOrig="380" w14:anchorId="2FD5BB53">
          <v:shape id="_x0000_i1942" type="#_x0000_t75" style="width:114.75pt;height:18.2pt" o:ole="">
            <v:imagedata r:id="rId2122" o:title=""/>
          </v:shape>
          <o:OLEObject Type="Embed" ProgID="Equation.DSMT4" ShapeID="_x0000_i1942" DrawAspect="Content" ObjectID="_1840332396" r:id="rId2123"/>
        </w:object>
      </w:r>
      <w:r w:rsidRPr="002417EA">
        <w:rPr>
          <w:rFonts w:ascii="Times New Roman" w:hAnsi="Times New Roman" w:cs="Times New Roman"/>
          <w:sz w:val="28"/>
          <w:szCs w:val="28"/>
          <w:lang w:val="kk-KZ"/>
        </w:rPr>
        <w:t xml:space="preserve"> сызықты тривиалды емес комбинациясы бар болсын, еселі </w:t>
      </w:r>
      <w:r w:rsidRPr="002417EA">
        <w:rPr>
          <w:rFonts w:ascii="Times New Roman" w:hAnsi="Times New Roman" w:cs="Times New Roman"/>
          <w:position w:val="-12"/>
          <w:sz w:val="28"/>
          <w:szCs w:val="28"/>
        </w:rPr>
        <w:object w:dxaOrig="720" w:dyaOrig="420" w14:anchorId="35802FB4">
          <v:shape id="_x0000_i1943" type="#_x0000_t75" style="width:37.2pt;height:20.55pt" o:ole="">
            <v:imagedata r:id="rId2124" o:title=""/>
          </v:shape>
          <o:OLEObject Type="Embed" ProgID="Equation.DSMT4" ShapeID="_x0000_i1943" DrawAspect="Content" ObjectID="_1840332397" r:id="rId2125"/>
        </w:object>
      </w:r>
      <w:r w:rsidRPr="002417EA">
        <w:rPr>
          <w:rFonts w:ascii="Times New Roman" w:hAnsi="Times New Roman" w:cs="Times New Roman"/>
          <w:sz w:val="28"/>
          <w:szCs w:val="28"/>
          <w:lang w:val="kk-KZ"/>
        </w:rPr>
        <w:t xml:space="preserve">(2.6) белгілеуінде </w:t>
      </w:r>
      <w:r w:rsidRPr="002417EA">
        <w:rPr>
          <w:rFonts w:ascii="Times New Roman" w:hAnsi="Times New Roman" w:cs="Times New Roman"/>
          <w:position w:val="-16"/>
          <w:sz w:val="28"/>
          <w:szCs w:val="28"/>
        </w:rPr>
        <w:object w:dxaOrig="999" w:dyaOrig="420" w14:anchorId="11B2C9FC">
          <v:shape id="_x0000_i1944" type="#_x0000_t75" style="width:49.05pt;height:20.55pt" o:ole="">
            <v:imagedata r:id="rId2126" o:title=""/>
          </v:shape>
          <o:OLEObject Type="Embed" ProgID="Equation.DSMT4" ShapeID="_x0000_i1944" DrawAspect="Content" ObjectID="_1840332398" r:id="rId2127"/>
        </w:object>
      </w:r>
      <w:r w:rsidRPr="002417EA">
        <w:rPr>
          <w:rFonts w:ascii="Times New Roman" w:hAnsi="Times New Roman" w:cs="Times New Roman"/>
          <w:position w:val="-16"/>
          <w:sz w:val="28"/>
          <w:szCs w:val="28"/>
          <w:lang w:val="kk-KZ"/>
        </w:rPr>
        <w:t xml:space="preserve"> </w:t>
      </w:r>
      <w:r w:rsidRPr="002417EA">
        <w:rPr>
          <w:rFonts w:ascii="Times New Roman" w:hAnsi="Times New Roman" w:cs="Times New Roman"/>
          <w:sz w:val="28"/>
          <w:szCs w:val="28"/>
          <w:lang w:val="kk-KZ"/>
        </w:rPr>
        <w:t>көпмүшелігін былай жазуға болады:</w:t>
      </w:r>
    </w:p>
    <w:p w14:paraId="7129B264" w14:textId="77777777" w:rsidR="00894A81" w:rsidRPr="002417EA" w:rsidRDefault="00894A81" w:rsidP="002417EA">
      <w:pPr>
        <w:spacing w:after="0" w:line="240" w:lineRule="auto"/>
        <w:jc w:val="both"/>
        <w:rPr>
          <w:rFonts w:ascii="Times New Roman" w:hAnsi="Times New Roman" w:cs="Times New Roman"/>
          <w:sz w:val="28"/>
          <w:szCs w:val="28"/>
          <w:lang w:val="kk-KZ"/>
        </w:rPr>
      </w:pPr>
    </w:p>
    <w:p w14:paraId="67AD9179" w14:textId="77777777" w:rsidR="00894A81" w:rsidRPr="002417EA" w:rsidRDefault="00894A81" w:rsidP="002417EA">
      <w:pPr>
        <w:spacing w:after="0" w:line="240" w:lineRule="auto"/>
        <w:jc w:val="center"/>
        <w:rPr>
          <w:rFonts w:ascii="Times New Roman" w:hAnsi="Times New Roman" w:cs="Times New Roman"/>
          <w:position w:val="-36"/>
          <w:sz w:val="28"/>
          <w:szCs w:val="28"/>
          <w:lang w:val="kk-KZ"/>
        </w:rPr>
      </w:pPr>
      <w:r w:rsidRPr="002417EA">
        <w:rPr>
          <w:rFonts w:ascii="Times New Roman" w:hAnsi="Times New Roman" w:cs="Times New Roman"/>
          <w:position w:val="-36"/>
          <w:sz w:val="28"/>
          <w:szCs w:val="28"/>
        </w:rPr>
        <w:object w:dxaOrig="3460" w:dyaOrig="820" w14:anchorId="12FB87DD">
          <v:shape id="_x0000_i1945" type="#_x0000_t75" style="width:174.05pt;height:43.5pt" o:ole="">
            <v:imagedata r:id="rId2128" o:title=""/>
          </v:shape>
          <o:OLEObject Type="Embed" ProgID="Equation.DSMT4" ShapeID="_x0000_i1945" DrawAspect="Content" ObjectID="_1840332399" r:id="rId2129"/>
        </w:object>
      </w:r>
    </w:p>
    <w:p w14:paraId="08B2C592" w14:textId="77777777" w:rsidR="00894A81" w:rsidRPr="002417EA" w:rsidRDefault="00894A81" w:rsidP="002417EA">
      <w:pPr>
        <w:spacing w:after="0" w:line="240" w:lineRule="auto"/>
        <w:jc w:val="both"/>
        <w:rPr>
          <w:rFonts w:ascii="Times New Roman" w:hAnsi="Times New Roman" w:cs="Times New Roman"/>
          <w:sz w:val="28"/>
          <w:szCs w:val="28"/>
          <w:lang w:val="kk-KZ"/>
        </w:rPr>
      </w:pPr>
    </w:p>
    <w:p w14:paraId="4D523A1F" w14:textId="77777777" w:rsidR="00894A81" w:rsidRPr="002417EA" w:rsidRDefault="00894A81" w:rsidP="002417EA">
      <w:pPr>
        <w:spacing w:after="0" w:line="240" w:lineRule="auto"/>
        <w:jc w:val="both"/>
        <w:rPr>
          <w:rFonts w:ascii="Times New Roman" w:hAnsi="Times New Roman" w:cs="Times New Roman"/>
          <w:sz w:val="28"/>
          <w:szCs w:val="28"/>
          <w:lang w:val="kk-KZ"/>
        </w:rPr>
      </w:pPr>
      <w:r w:rsidRPr="002417EA">
        <w:rPr>
          <w:rFonts w:ascii="Times New Roman" w:hAnsi="Times New Roman" w:cs="Times New Roman"/>
          <w:sz w:val="28"/>
          <w:szCs w:val="28"/>
          <w:lang w:val="kk-KZ"/>
        </w:rPr>
        <w:t xml:space="preserve">кейбір Q көпмүшелігімен. (2.9) бұл қатынас </w:t>
      </w:r>
      <w:r w:rsidRPr="002417EA">
        <w:rPr>
          <w:rFonts w:ascii="Times New Roman" w:hAnsi="Times New Roman" w:cs="Times New Roman"/>
          <w:position w:val="-12"/>
          <w:sz w:val="28"/>
          <w:szCs w:val="28"/>
        </w:rPr>
        <w:object w:dxaOrig="320" w:dyaOrig="380" w14:anchorId="5697EF6B">
          <v:shape id="_x0000_i1946" type="#_x0000_t75" style="width:15.8pt;height:18.2pt" o:ole="">
            <v:imagedata r:id="rId2130" o:title=""/>
          </v:shape>
          <o:OLEObject Type="Embed" ProgID="Equation.DSMT4" ShapeID="_x0000_i1946" DrawAspect="Content" ObjectID="_1840332400" r:id="rId2131"/>
        </w:object>
      </w:r>
      <w:r w:rsidRPr="002417EA">
        <w:rPr>
          <w:rFonts w:ascii="Times New Roman" w:hAnsi="Times New Roman" w:cs="Times New Roman"/>
          <w:sz w:val="28"/>
          <w:szCs w:val="28"/>
          <w:lang w:val="kk-KZ"/>
        </w:rPr>
        <w:t>нүктесінде В көпмүшелігі</w:t>
      </w:r>
      <w:r w:rsidRPr="002417EA">
        <w:rPr>
          <w:rFonts w:ascii="Times New Roman" w:hAnsi="Times New Roman" w:cs="Times New Roman"/>
          <w:b/>
          <w:sz w:val="28"/>
          <w:szCs w:val="28"/>
          <w:lang w:val="kk-KZ"/>
        </w:rPr>
        <w:t xml:space="preserve"> </w:t>
      </w:r>
      <w:r w:rsidRPr="002417EA">
        <w:rPr>
          <w:rFonts w:ascii="Times New Roman" w:hAnsi="Times New Roman" w:cs="Times New Roman"/>
          <w:sz w:val="28"/>
          <w:szCs w:val="28"/>
          <w:lang w:val="kk-KZ"/>
        </w:rPr>
        <w:t xml:space="preserve">нолінші ретті </w:t>
      </w:r>
      <w:r w:rsidRPr="002417EA">
        <w:rPr>
          <w:rFonts w:ascii="Times New Roman" w:hAnsi="Times New Roman" w:cs="Times New Roman"/>
          <w:position w:val="-12"/>
          <w:sz w:val="28"/>
          <w:szCs w:val="28"/>
        </w:rPr>
        <w:object w:dxaOrig="240" w:dyaOrig="380" w14:anchorId="1DC8B650">
          <v:shape id="_x0000_i1947" type="#_x0000_t75" style="width:11.85pt;height:18.2pt" o:ole="">
            <v:imagedata r:id="rId2132" o:title=""/>
          </v:shape>
          <o:OLEObject Type="Embed" ProgID="Equation.DSMT4" ShapeID="_x0000_i1947" DrawAspect="Content" ObjectID="_1840332401" r:id="rId2133"/>
        </w:object>
      </w:r>
      <w:r w:rsidRPr="002417EA">
        <w:rPr>
          <w:rFonts w:ascii="Times New Roman" w:hAnsi="Times New Roman" w:cs="Times New Roman"/>
          <w:position w:val="-12"/>
          <w:sz w:val="28"/>
          <w:szCs w:val="28"/>
          <w:lang w:val="kk-KZ"/>
        </w:rPr>
        <w:t xml:space="preserve"> </w:t>
      </w:r>
      <w:r w:rsidRPr="002417EA">
        <w:rPr>
          <w:rFonts w:ascii="Times New Roman" w:hAnsi="Times New Roman" w:cs="Times New Roman"/>
          <w:sz w:val="28"/>
          <w:szCs w:val="28"/>
          <w:lang w:val="kk-KZ"/>
        </w:rPr>
        <w:t>бар екендігін  немесе пара-пар:</w:t>
      </w:r>
    </w:p>
    <w:p w14:paraId="668C870F" w14:textId="77777777" w:rsidR="00894A81" w:rsidRPr="002417EA" w:rsidRDefault="00894A81" w:rsidP="002417EA">
      <w:pPr>
        <w:spacing w:after="0" w:line="240" w:lineRule="auto"/>
        <w:jc w:val="both"/>
        <w:rPr>
          <w:rFonts w:ascii="Times New Roman" w:hAnsi="Times New Roman" w:cs="Times New Roman"/>
          <w:sz w:val="28"/>
          <w:szCs w:val="28"/>
          <w:lang w:val="kk-KZ"/>
        </w:rPr>
      </w:pPr>
    </w:p>
    <w:p w14:paraId="38263573" w14:textId="77777777" w:rsidR="00894A81" w:rsidRPr="002417EA" w:rsidRDefault="00894A81" w:rsidP="002417EA">
      <w:pPr>
        <w:spacing w:after="0" w:line="240" w:lineRule="auto"/>
        <w:jc w:val="right"/>
        <w:rPr>
          <w:rFonts w:ascii="Times New Roman" w:hAnsi="Times New Roman" w:cs="Times New Roman"/>
          <w:position w:val="-12"/>
          <w:sz w:val="28"/>
          <w:szCs w:val="28"/>
          <w:lang w:val="kk-KZ"/>
        </w:rPr>
      </w:pPr>
      <w:r w:rsidRPr="002417EA">
        <w:rPr>
          <w:rFonts w:ascii="Times New Roman" w:hAnsi="Times New Roman" w:cs="Times New Roman"/>
          <w:position w:val="-36"/>
          <w:sz w:val="28"/>
          <w:szCs w:val="28"/>
        </w:rPr>
        <w:object w:dxaOrig="2020" w:dyaOrig="820" w14:anchorId="3806D7C1">
          <v:shape id="_x0000_i1948" type="#_x0000_t75" style="width:100.5pt;height:43.5pt" o:ole="">
            <v:imagedata r:id="rId2134" o:title=""/>
          </v:shape>
          <o:OLEObject Type="Embed" ProgID="Equation.DSMT4" ShapeID="_x0000_i1948" DrawAspect="Content" ObjectID="_1840332402" r:id="rId2135"/>
        </w:object>
      </w:r>
      <w:r w:rsidRPr="002417EA">
        <w:rPr>
          <w:rFonts w:ascii="Times New Roman" w:hAnsi="Times New Roman" w:cs="Times New Roman"/>
          <w:position w:val="-44"/>
          <w:sz w:val="28"/>
          <w:szCs w:val="28"/>
          <w:lang w:val="kk-KZ"/>
        </w:rPr>
        <w:t xml:space="preserve"> </w:t>
      </w:r>
      <w:r w:rsidRPr="002417EA">
        <w:rPr>
          <w:rFonts w:ascii="Times New Roman" w:hAnsi="Times New Roman" w:cs="Times New Roman"/>
          <w:position w:val="-12"/>
          <w:sz w:val="28"/>
          <w:szCs w:val="28"/>
        </w:rPr>
        <w:object w:dxaOrig="2680" w:dyaOrig="380" w14:anchorId="798FE5E5">
          <v:shape id="_x0000_i1949" type="#_x0000_t75" style="width:135.3pt;height:18.2pt" o:ole="">
            <v:imagedata r:id="rId2136" o:title=""/>
          </v:shape>
          <o:OLEObject Type="Embed" ProgID="Equation.DSMT4" ShapeID="_x0000_i1949" DrawAspect="Content" ObjectID="_1840332403" r:id="rId2137"/>
        </w:object>
      </w:r>
      <w:r w:rsidRPr="002417EA">
        <w:rPr>
          <w:rFonts w:ascii="Times New Roman" w:hAnsi="Times New Roman" w:cs="Times New Roman"/>
          <w:position w:val="-16"/>
          <w:sz w:val="28"/>
          <w:szCs w:val="28"/>
          <w:lang w:val="kk-KZ"/>
        </w:rPr>
        <w:t xml:space="preserve">                     </w:t>
      </w:r>
      <w:r w:rsidRPr="002417EA">
        <w:rPr>
          <w:rFonts w:ascii="Times New Roman" w:hAnsi="Times New Roman" w:cs="Times New Roman"/>
          <w:sz w:val="28"/>
          <w:szCs w:val="28"/>
          <w:lang w:val="kk-KZ"/>
        </w:rPr>
        <w:t>(2.10)</w:t>
      </w:r>
    </w:p>
    <w:p w14:paraId="2CDD3EF1" w14:textId="77777777" w:rsidR="00894A81" w:rsidRPr="002417EA" w:rsidRDefault="00894A81" w:rsidP="002417EA">
      <w:pPr>
        <w:spacing w:after="0" w:line="240" w:lineRule="auto"/>
        <w:jc w:val="both"/>
        <w:rPr>
          <w:rFonts w:ascii="Times New Roman" w:hAnsi="Times New Roman" w:cs="Times New Roman"/>
          <w:position w:val="-12"/>
          <w:sz w:val="28"/>
          <w:szCs w:val="28"/>
          <w:lang w:val="kk-KZ"/>
        </w:rPr>
      </w:pPr>
    </w:p>
    <w:p w14:paraId="3EC465F0" w14:textId="77777777" w:rsidR="00894A81" w:rsidRPr="002417EA" w:rsidRDefault="00894A81" w:rsidP="002417EA">
      <w:pPr>
        <w:spacing w:after="0" w:line="240" w:lineRule="auto"/>
        <w:jc w:val="both"/>
        <w:rPr>
          <w:rFonts w:ascii="Times New Roman" w:hAnsi="Times New Roman" w:cs="Times New Roman"/>
          <w:sz w:val="28"/>
          <w:szCs w:val="28"/>
          <w:lang w:val="kk-KZ"/>
        </w:rPr>
      </w:pPr>
      <w:r w:rsidRPr="002417EA">
        <w:rPr>
          <w:rFonts w:ascii="Times New Roman" w:hAnsi="Times New Roman" w:cs="Times New Roman"/>
          <w:sz w:val="28"/>
          <w:szCs w:val="28"/>
          <w:lang w:val="kk-KZ"/>
        </w:rPr>
        <w:t xml:space="preserve">Бұл теңдіктер </w:t>
      </w:r>
      <w:r w:rsidRPr="002417EA">
        <w:rPr>
          <w:rFonts w:ascii="Times New Roman" w:hAnsi="Times New Roman" w:cs="Times New Roman"/>
          <w:position w:val="-12"/>
          <w:sz w:val="28"/>
          <w:szCs w:val="28"/>
        </w:rPr>
        <w:object w:dxaOrig="960" w:dyaOrig="380" w14:anchorId="207379C7">
          <v:shape id="_x0000_i1950" type="#_x0000_t75" style="width:46.7pt;height:18.2pt" o:ole="">
            <v:imagedata r:id="rId2138" o:title=""/>
          </v:shape>
          <o:OLEObject Type="Embed" ProgID="Equation.DSMT4" ShapeID="_x0000_i1950" DrawAspect="Content" ObjectID="_1840332404" r:id="rId2139"/>
        </w:object>
      </w:r>
      <w:r w:rsidRPr="002417EA">
        <w:rPr>
          <w:rFonts w:ascii="Times New Roman" w:hAnsi="Times New Roman" w:cs="Times New Roman"/>
          <w:sz w:val="28"/>
          <w:szCs w:val="28"/>
          <w:lang w:val="kk-KZ"/>
        </w:rPr>
        <w:t xml:space="preserve"> қатысты</w:t>
      </w:r>
      <w:r w:rsidRPr="002417EA">
        <w:rPr>
          <w:rFonts w:ascii="Times New Roman" w:hAnsi="Times New Roman" w:cs="Times New Roman"/>
          <w:b/>
          <w:sz w:val="28"/>
          <w:szCs w:val="28"/>
          <w:lang w:val="kk-KZ"/>
        </w:rPr>
        <w:t xml:space="preserve"> </w:t>
      </w:r>
      <w:r w:rsidRPr="002417EA">
        <w:rPr>
          <w:rFonts w:ascii="Times New Roman" w:hAnsi="Times New Roman" w:cs="Times New Roman"/>
          <w:position w:val="-6"/>
          <w:sz w:val="28"/>
          <w:szCs w:val="28"/>
        </w:rPr>
        <w:object w:dxaOrig="160" w:dyaOrig="300" w14:anchorId="09139D3D">
          <v:shape id="_x0000_i1951" type="#_x0000_t75" style="width:9.5pt;height:15.8pt" o:ole="">
            <v:imagedata r:id="rId2140" o:title=""/>
          </v:shape>
          <o:OLEObject Type="Embed" ProgID="Equation.DSMT4" ShapeID="_x0000_i1951" DrawAspect="Content" ObjectID="_1840332405" r:id="rId2141"/>
        </w:object>
      </w:r>
      <w:r w:rsidRPr="002417EA">
        <w:rPr>
          <w:rFonts w:ascii="Times New Roman" w:hAnsi="Times New Roman" w:cs="Times New Roman"/>
          <w:position w:val="-6"/>
          <w:sz w:val="28"/>
          <w:szCs w:val="28"/>
          <w:lang w:val="kk-KZ"/>
        </w:rPr>
        <w:t xml:space="preserve"> </w:t>
      </w:r>
      <w:r w:rsidRPr="002417EA">
        <w:rPr>
          <w:rFonts w:ascii="Times New Roman" w:hAnsi="Times New Roman" w:cs="Times New Roman"/>
          <w:sz w:val="28"/>
          <w:szCs w:val="28"/>
          <w:lang w:val="kk-KZ"/>
        </w:rPr>
        <w:t xml:space="preserve">біртекті теңдеулер жүйесін көрсетеді. (2.5) анықтамаға сай бұл жүйенің матрицасы </w:t>
      </w:r>
      <w:r w:rsidRPr="002417EA">
        <w:rPr>
          <w:rFonts w:ascii="Times New Roman" w:hAnsi="Times New Roman" w:cs="Times New Roman"/>
          <w:position w:val="-16"/>
          <w:sz w:val="28"/>
          <w:szCs w:val="28"/>
        </w:rPr>
        <w:object w:dxaOrig="1600" w:dyaOrig="420" w14:anchorId="5083EDBF">
          <v:shape id="_x0000_i1952" type="#_x0000_t75" style="width:81.5pt;height:20.55pt" o:ole="">
            <v:imagedata r:id="rId2142" o:title=""/>
          </v:shape>
          <o:OLEObject Type="Embed" ProgID="Equation.DSMT4" ShapeID="_x0000_i1952" DrawAspect="Content" ObjectID="_1840332406" r:id="rId2143"/>
        </w:object>
      </w:r>
      <w:r w:rsidRPr="002417EA">
        <w:rPr>
          <w:rFonts w:ascii="Times New Roman" w:hAnsi="Times New Roman" w:cs="Times New Roman"/>
          <w:sz w:val="28"/>
          <w:szCs w:val="28"/>
          <w:lang w:val="kk-KZ"/>
        </w:rPr>
        <w:t xml:space="preserve"> қатысты</w:t>
      </w:r>
      <w:r w:rsidRPr="007C53FF">
        <w:rPr>
          <w:rFonts w:ascii="Times New Roman" w:hAnsi="Times New Roman" w:cs="Times New Roman"/>
          <w:b/>
          <w:sz w:val="28"/>
          <w:szCs w:val="28"/>
          <w:lang w:val="kk-KZ"/>
        </w:rPr>
        <w:t xml:space="preserve"> </w:t>
      </w:r>
      <w:r w:rsidRPr="002417EA">
        <w:rPr>
          <w:rFonts w:ascii="Times New Roman" w:hAnsi="Times New Roman" w:cs="Times New Roman"/>
          <w:sz w:val="28"/>
          <w:szCs w:val="28"/>
          <w:lang w:val="kk-KZ"/>
        </w:rPr>
        <w:lastRenderedPageBreak/>
        <w:t>транспонирленген матрицаға сай келетінін көруге болады. Сондықтан, (2.10) жүйенің  нолдік емес шешімін болуы мүмкін сонда тек сонда ғана, егер:</w:t>
      </w:r>
    </w:p>
    <w:p w14:paraId="0F877F7B" w14:textId="77777777" w:rsidR="00894A81" w:rsidRPr="002417EA" w:rsidRDefault="00894A81" w:rsidP="002417EA">
      <w:pPr>
        <w:spacing w:after="0" w:line="240" w:lineRule="auto"/>
        <w:jc w:val="both"/>
        <w:rPr>
          <w:rFonts w:ascii="Times New Roman" w:hAnsi="Times New Roman" w:cs="Times New Roman"/>
          <w:sz w:val="28"/>
          <w:szCs w:val="28"/>
          <w:lang w:val="kk-KZ"/>
        </w:rPr>
      </w:pPr>
    </w:p>
    <w:p w14:paraId="5C325C9C" w14:textId="77777777" w:rsidR="00894A81" w:rsidRPr="002417EA" w:rsidRDefault="00894A81" w:rsidP="002417EA">
      <w:pPr>
        <w:spacing w:after="0" w:line="240" w:lineRule="auto"/>
        <w:jc w:val="right"/>
        <w:rPr>
          <w:rFonts w:ascii="Times New Roman" w:hAnsi="Times New Roman" w:cs="Times New Roman"/>
          <w:sz w:val="28"/>
          <w:szCs w:val="28"/>
          <w:lang w:val="kk-KZ"/>
        </w:rPr>
      </w:pPr>
      <w:r w:rsidRPr="002417EA">
        <w:rPr>
          <w:rFonts w:ascii="Times New Roman" w:hAnsi="Times New Roman" w:cs="Times New Roman"/>
          <w:position w:val="-16"/>
          <w:sz w:val="28"/>
          <w:szCs w:val="28"/>
        </w:rPr>
        <w:object w:dxaOrig="2480" w:dyaOrig="420" w14:anchorId="7044A841">
          <v:shape id="_x0000_i1953" type="#_x0000_t75" style="width:123.45pt;height:20.55pt" o:ole="">
            <v:imagedata r:id="rId2144" o:title=""/>
          </v:shape>
          <o:OLEObject Type="Embed" ProgID="Equation.DSMT4" ShapeID="_x0000_i1953" DrawAspect="Content" ObjectID="_1840332407" r:id="rId2145"/>
        </w:object>
      </w:r>
      <w:r w:rsidRPr="002417EA">
        <w:rPr>
          <w:rFonts w:ascii="Times New Roman" w:hAnsi="Times New Roman" w:cs="Times New Roman"/>
          <w:position w:val="-16"/>
          <w:sz w:val="28"/>
          <w:szCs w:val="28"/>
          <w:lang w:val="kk-KZ"/>
        </w:rPr>
        <w:t xml:space="preserve">                                               </w:t>
      </w:r>
      <w:r w:rsidRPr="002417EA">
        <w:rPr>
          <w:rFonts w:ascii="Times New Roman" w:hAnsi="Times New Roman" w:cs="Times New Roman"/>
          <w:sz w:val="28"/>
          <w:szCs w:val="28"/>
          <w:lang w:val="kk-KZ"/>
        </w:rPr>
        <w:t>(2.11)</w:t>
      </w:r>
    </w:p>
    <w:p w14:paraId="1317BF17" w14:textId="77777777" w:rsidR="00894A81" w:rsidRPr="002417EA" w:rsidRDefault="00894A81" w:rsidP="002417EA">
      <w:pPr>
        <w:spacing w:after="0" w:line="240" w:lineRule="auto"/>
        <w:jc w:val="center"/>
        <w:rPr>
          <w:rFonts w:ascii="Times New Roman" w:hAnsi="Times New Roman" w:cs="Times New Roman"/>
          <w:sz w:val="28"/>
          <w:szCs w:val="28"/>
          <w:lang w:val="kk-KZ"/>
        </w:rPr>
      </w:pPr>
    </w:p>
    <w:p w14:paraId="110A96D9" w14:textId="77777777" w:rsidR="00894A81" w:rsidRPr="002417EA" w:rsidRDefault="00894A81" w:rsidP="002417EA">
      <w:pPr>
        <w:spacing w:after="0" w:line="240" w:lineRule="auto"/>
        <w:jc w:val="both"/>
        <w:rPr>
          <w:rFonts w:ascii="Times New Roman" w:hAnsi="Times New Roman" w:cs="Times New Roman"/>
          <w:sz w:val="28"/>
          <w:szCs w:val="28"/>
          <w:lang w:val="kk-KZ"/>
        </w:rPr>
      </w:pPr>
      <w:r w:rsidRPr="002417EA">
        <w:rPr>
          <w:rFonts w:ascii="Times New Roman" w:hAnsi="Times New Roman" w:cs="Times New Roman"/>
          <w:sz w:val="28"/>
          <w:szCs w:val="28"/>
          <w:lang w:val="kk-KZ"/>
        </w:rPr>
        <w:t xml:space="preserve"> (2.3) анықтамаға сәйкес (2.8) теңдігі </w:t>
      </w:r>
      <w:r w:rsidRPr="002417EA">
        <w:rPr>
          <w:rFonts w:ascii="Times New Roman" w:hAnsi="Times New Roman" w:cs="Times New Roman"/>
          <w:position w:val="-16"/>
          <w:sz w:val="28"/>
          <w:szCs w:val="28"/>
        </w:rPr>
        <w:object w:dxaOrig="1280" w:dyaOrig="460" w14:anchorId="14F7A6B9">
          <v:shape id="_x0000_i1954" type="#_x0000_t75" style="width:64.9pt;height:20.55pt" o:ole="">
            <v:imagedata r:id="rId2146" o:title=""/>
          </v:shape>
          <o:OLEObject Type="Embed" ProgID="Equation.DSMT4" ShapeID="_x0000_i1954" DrawAspect="Content" ObjectID="_1840332408" r:id="rId2147"/>
        </w:object>
      </w:r>
      <w:r w:rsidRPr="002417EA">
        <w:rPr>
          <w:rFonts w:ascii="Times New Roman" w:hAnsi="Times New Roman" w:cs="Times New Roman"/>
          <w:position w:val="-16"/>
          <w:sz w:val="28"/>
          <w:szCs w:val="28"/>
          <w:lang w:val="kk-KZ"/>
        </w:rPr>
        <w:t xml:space="preserve"> </w:t>
      </w:r>
      <w:r w:rsidRPr="002417EA">
        <w:rPr>
          <w:rFonts w:ascii="Times New Roman" w:hAnsi="Times New Roman" w:cs="Times New Roman"/>
          <w:sz w:val="28"/>
          <w:szCs w:val="28"/>
          <w:lang w:val="kk-KZ"/>
        </w:rPr>
        <w:t>пара-пар, сондықтан да (2.11) теңдігін (2.7) сол жағындағы анықтауышын нолге айналдыратын өрнек түрінде өрнектей аламыз. Осыдан, қосымша шарттың бұзылуы (2.7) шарттың бұзылуымен пара-пар тепе-тең, осымен теорема дәлелдеуі аяқталды.</w:t>
      </w:r>
    </w:p>
    <w:p w14:paraId="5E49ACDE" w14:textId="77777777" w:rsidR="00894A81" w:rsidRPr="002417EA" w:rsidRDefault="00894A81" w:rsidP="002417EA">
      <w:pPr>
        <w:spacing w:after="0" w:line="240" w:lineRule="auto"/>
        <w:jc w:val="both"/>
        <w:rPr>
          <w:rFonts w:ascii="Times New Roman" w:hAnsi="Times New Roman" w:cs="Times New Roman"/>
          <w:sz w:val="28"/>
          <w:szCs w:val="28"/>
          <w:lang w:val="kk-KZ"/>
        </w:rPr>
      </w:pPr>
      <w:r w:rsidRPr="002417EA">
        <w:rPr>
          <w:rFonts w:ascii="Times New Roman" w:hAnsi="Times New Roman" w:cs="Times New Roman"/>
          <w:sz w:val="28"/>
          <w:szCs w:val="28"/>
          <w:lang w:val="kk-KZ"/>
        </w:rPr>
        <w:tab/>
      </w:r>
      <w:r w:rsidRPr="002417EA">
        <w:rPr>
          <w:rFonts w:ascii="Times New Roman" w:hAnsi="Times New Roman" w:cs="Times New Roman"/>
          <w:position w:val="-12"/>
          <w:sz w:val="28"/>
          <w:szCs w:val="28"/>
        </w:rPr>
        <w:object w:dxaOrig="1939" w:dyaOrig="420" w14:anchorId="7BC3CA44">
          <v:shape id="_x0000_i1955" type="#_x0000_t75" style="width:97.3pt;height:20.55pt" o:ole="">
            <v:imagedata r:id="rId2148" o:title=""/>
          </v:shape>
          <o:OLEObject Type="Embed" ProgID="Equation.DSMT4" ShapeID="_x0000_i1955" DrawAspect="Content" ObjectID="_1840332409" r:id="rId2149"/>
        </w:object>
      </w:r>
      <w:r w:rsidRPr="002417EA">
        <w:rPr>
          <w:rFonts w:ascii="Times New Roman" w:hAnsi="Times New Roman" w:cs="Times New Roman"/>
          <w:position w:val="-14"/>
          <w:sz w:val="28"/>
          <w:szCs w:val="28"/>
          <w:lang w:val="kk-KZ"/>
        </w:rPr>
        <w:t xml:space="preserve"> </w:t>
      </w:r>
      <w:r w:rsidRPr="002417EA">
        <w:rPr>
          <w:rFonts w:ascii="Times New Roman" w:hAnsi="Times New Roman" w:cs="Times New Roman"/>
          <w:sz w:val="28"/>
          <w:szCs w:val="28"/>
          <w:lang w:val="kk-KZ"/>
        </w:rPr>
        <w:t xml:space="preserve"> теңдігімен анықталатын </w:t>
      </w:r>
      <w:r w:rsidRPr="002417EA">
        <w:rPr>
          <w:rFonts w:ascii="Times New Roman" w:hAnsi="Times New Roman" w:cs="Times New Roman"/>
          <w:position w:val="-12"/>
          <w:sz w:val="28"/>
          <w:szCs w:val="28"/>
        </w:rPr>
        <w:object w:dxaOrig="220" w:dyaOrig="300" w14:anchorId="21338259">
          <v:shape id="_x0000_i1956" type="#_x0000_t75" style="width:11.85pt;height:15.8pt" o:ole="">
            <v:imagedata r:id="rId2150" o:title=""/>
          </v:shape>
          <o:OLEObject Type="Embed" ProgID="Equation.DSMT4" ShapeID="_x0000_i1956" DrawAspect="Content" ObjectID="_1840332410" r:id="rId2151"/>
        </w:object>
      </w:r>
      <w:r w:rsidRPr="002417EA">
        <w:rPr>
          <w:rFonts w:ascii="Times New Roman" w:hAnsi="Times New Roman" w:cs="Times New Roman"/>
          <w:position w:val="-6"/>
          <w:sz w:val="28"/>
          <w:szCs w:val="28"/>
          <w:lang w:val="kk-KZ"/>
        </w:rPr>
        <w:t xml:space="preserve"> </w:t>
      </w:r>
      <w:r w:rsidRPr="002417EA">
        <w:rPr>
          <w:rFonts w:ascii="Times New Roman" w:hAnsi="Times New Roman" w:cs="Times New Roman"/>
          <w:sz w:val="28"/>
          <w:szCs w:val="28"/>
          <w:lang w:val="kk-KZ"/>
        </w:rPr>
        <w:t xml:space="preserve">векторынан </w:t>
      </w:r>
      <w:r w:rsidRPr="002417EA">
        <w:rPr>
          <w:rFonts w:ascii="Times New Roman" w:hAnsi="Times New Roman" w:cs="Times New Roman"/>
          <w:position w:val="-12"/>
          <w:sz w:val="28"/>
          <w:szCs w:val="28"/>
        </w:rPr>
        <w:object w:dxaOrig="220" w:dyaOrig="300" w14:anchorId="501C5CAF">
          <v:shape id="_x0000_i1957" type="#_x0000_t75" style="width:11.85pt;height:15.8pt" o:ole="">
            <v:imagedata r:id="rId2152" o:title=""/>
          </v:shape>
          <o:OLEObject Type="Embed" ProgID="Equation.DSMT4" ShapeID="_x0000_i1957" DrawAspect="Content" ObjectID="_1840332411" r:id="rId2153"/>
        </w:object>
      </w:r>
      <w:r w:rsidRPr="002417EA">
        <w:rPr>
          <w:rFonts w:ascii="Times New Roman" w:hAnsi="Times New Roman" w:cs="Times New Roman"/>
          <w:sz w:val="28"/>
          <w:szCs w:val="28"/>
          <w:lang w:val="kk-KZ"/>
        </w:rPr>
        <w:t xml:space="preserve"> векторына көшкенде (2.7) шарт өзгермейді немесе айқын түрде:</w:t>
      </w:r>
    </w:p>
    <w:p w14:paraId="4B7996AA" w14:textId="77777777" w:rsidR="00894A81" w:rsidRPr="002417EA" w:rsidRDefault="00894A81" w:rsidP="002417EA">
      <w:pPr>
        <w:spacing w:after="0" w:line="240" w:lineRule="auto"/>
        <w:jc w:val="both"/>
        <w:rPr>
          <w:rFonts w:ascii="Times New Roman" w:hAnsi="Times New Roman" w:cs="Times New Roman"/>
          <w:sz w:val="28"/>
          <w:szCs w:val="28"/>
          <w:lang w:val="kk-KZ"/>
        </w:rPr>
      </w:pPr>
    </w:p>
    <w:p w14:paraId="1295E5AE" w14:textId="77777777" w:rsidR="00894A81" w:rsidRPr="002417EA" w:rsidRDefault="00894A81" w:rsidP="002417EA">
      <w:pPr>
        <w:spacing w:after="0" w:line="240" w:lineRule="auto"/>
        <w:jc w:val="right"/>
        <w:rPr>
          <w:rFonts w:ascii="Times New Roman" w:hAnsi="Times New Roman" w:cs="Times New Roman"/>
          <w:sz w:val="28"/>
          <w:szCs w:val="28"/>
          <w:lang w:val="kk-KZ"/>
        </w:rPr>
      </w:pPr>
      <w:r w:rsidRPr="002417EA">
        <w:rPr>
          <w:rFonts w:ascii="Times New Roman" w:hAnsi="Times New Roman" w:cs="Times New Roman"/>
          <w:position w:val="-16"/>
          <w:sz w:val="28"/>
          <w:szCs w:val="28"/>
        </w:rPr>
        <w:object w:dxaOrig="4140" w:dyaOrig="460" w14:anchorId="6B1C82EF">
          <v:shape id="_x0000_i1958" type="#_x0000_t75" style="width:208.9pt;height:20.55pt" o:ole="">
            <v:imagedata r:id="rId2154" o:title=""/>
          </v:shape>
          <o:OLEObject Type="Embed" ProgID="Equation.DSMT4" ShapeID="_x0000_i1958" DrawAspect="Content" ObjectID="_1840332412" r:id="rId2155"/>
        </w:object>
      </w:r>
      <w:r w:rsidRPr="002417EA">
        <w:rPr>
          <w:rFonts w:ascii="Times New Roman" w:hAnsi="Times New Roman" w:cs="Times New Roman"/>
          <w:position w:val="-16"/>
          <w:sz w:val="28"/>
          <w:szCs w:val="28"/>
          <w:lang w:val="kk-KZ"/>
        </w:rPr>
        <w:t xml:space="preserve">                                      </w:t>
      </w:r>
      <w:r w:rsidRPr="002417EA">
        <w:rPr>
          <w:rFonts w:ascii="Times New Roman" w:hAnsi="Times New Roman" w:cs="Times New Roman"/>
          <w:sz w:val="28"/>
          <w:szCs w:val="28"/>
          <w:lang w:val="kk-KZ"/>
        </w:rPr>
        <w:t>(2.12)</w:t>
      </w:r>
    </w:p>
    <w:p w14:paraId="1B990999" w14:textId="77777777" w:rsidR="00894A81" w:rsidRPr="002417EA" w:rsidRDefault="00894A81" w:rsidP="002417EA">
      <w:pPr>
        <w:spacing w:after="0" w:line="240" w:lineRule="auto"/>
        <w:jc w:val="both"/>
        <w:rPr>
          <w:rFonts w:ascii="Times New Roman" w:hAnsi="Times New Roman" w:cs="Times New Roman"/>
          <w:sz w:val="28"/>
          <w:szCs w:val="28"/>
          <w:lang w:val="kk-KZ"/>
        </w:rPr>
      </w:pPr>
    </w:p>
    <w:p w14:paraId="5911EDB3" w14:textId="5FD51E05" w:rsidR="00894A81" w:rsidRPr="002417EA" w:rsidRDefault="006D5E6A" w:rsidP="002417EA">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[19, 23</w:t>
      </w:r>
      <w:r w:rsidR="00894A81" w:rsidRPr="002417EA">
        <w:rPr>
          <w:rFonts w:ascii="Times New Roman" w:hAnsi="Times New Roman" w:cs="Times New Roman"/>
          <w:sz w:val="28"/>
          <w:szCs w:val="28"/>
          <w:lang w:val="kk-KZ"/>
        </w:rPr>
        <w:t xml:space="preserve">] көрсетілгендей </w:t>
      </w:r>
      <w:r w:rsidR="00894A81" w:rsidRPr="002417EA">
        <w:rPr>
          <w:rFonts w:ascii="Times New Roman" w:hAnsi="Times New Roman" w:cs="Times New Roman"/>
          <w:position w:val="-16"/>
          <w:sz w:val="28"/>
          <w:szCs w:val="28"/>
        </w:rPr>
        <w:object w:dxaOrig="420" w:dyaOrig="420" w14:anchorId="3FD7F11A">
          <v:shape id="_x0000_i1959" type="#_x0000_t75" style="width:20.55pt;height:20.55pt" o:ole="">
            <v:imagedata r:id="rId2156" o:title=""/>
          </v:shape>
          <o:OLEObject Type="Embed" ProgID="Equation.DSMT4" ShapeID="_x0000_i1959" DrawAspect="Content" ObjectID="_1840332413" r:id="rId2157"/>
        </w:object>
      </w:r>
      <w:r w:rsidR="00894A81" w:rsidRPr="002417EA">
        <w:rPr>
          <w:rFonts w:ascii="Times New Roman" w:hAnsi="Times New Roman" w:cs="Times New Roman"/>
          <w:position w:val="-14"/>
          <w:sz w:val="28"/>
          <w:szCs w:val="28"/>
          <w:lang w:val="kk-KZ"/>
        </w:rPr>
        <w:t xml:space="preserve"> </w:t>
      </w:r>
      <w:r w:rsidR="00894A81" w:rsidRPr="002417EA">
        <w:rPr>
          <w:rFonts w:ascii="Times New Roman" w:hAnsi="Times New Roman" w:cs="Times New Roman"/>
          <w:sz w:val="28"/>
          <w:szCs w:val="28"/>
          <w:lang w:val="kk-KZ"/>
        </w:rPr>
        <w:t xml:space="preserve">және </w:t>
      </w:r>
      <w:r w:rsidR="00894A81" w:rsidRPr="002417EA">
        <w:rPr>
          <w:rFonts w:ascii="Times New Roman" w:hAnsi="Times New Roman" w:cs="Times New Roman"/>
          <w:position w:val="-16"/>
          <w:sz w:val="28"/>
          <w:szCs w:val="28"/>
        </w:rPr>
        <w:object w:dxaOrig="420" w:dyaOrig="420" w14:anchorId="5A494A09">
          <v:shape id="_x0000_i1960" type="#_x0000_t75" style="width:20.55pt;height:20.55pt" o:ole="">
            <v:imagedata r:id="rId2158" o:title=""/>
          </v:shape>
          <o:OLEObject Type="Embed" ProgID="Equation.DSMT4" ShapeID="_x0000_i1960" DrawAspect="Content" ObjectID="_1840332414" r:id="rId2159"/>
        </w:object>
      </w:r>
      <w:r w:rsidR="00894A81" w:rsidRPr="002417EA">
        <w:rPr>
          <w:rFonts w:ascii="Times New Roman" w:hAnsi="Times New Roman" w:cs="Times New Roman"/>
          <w:position w:val="-14"/>
          <w:sz w:val="28"/>
          <w:szCs w:val="28"/>
          <w:lang w:val="kk-KZ"/>
        </w:rPr>
        <w:t xml:space="preserve"> </w:t>
      </w:r>
      <w:r w:rsidR="00894A81" w:rsidRPr="002417EA">
        <w:rPr>
          <w:rFonts w:ascii="Times New Roman" w:hAnsi="Times New Roman" w:cs="Times New Roman"/>
          <w:sz w:val="28"/>
          <w:szCs w:val="28"/>
          <w:lang w:val="kk-KZ"/>
        </w:rPr>
        <w:t>матрицалардың анықтауышы бір-бірінен нолдік емес көбейткішімен өзгешеленді.</w:t>
      </w:r>
    </w:p>
    <w:p w14:paraId="1FD8D1EF" w14:textId="77777777" w:rsidR="00894A81" w:rsidRPr="002417EA" w:rsidRDefault="00894A81" w:rsidP="002417EA">
      <w:pPr>
        <w:spacing w:after="0" w:line="240" w:lineRule="auto"/>
        <w:jc w:val="both"/>
        <w:rPr>
          <w:rFonts w:ascii="Times New Roman" w:hAnsi="Times New Roman" w:cs="Times New Roman"/>
          <w:sz w:val="28"/>
          <w:szCs w:val="28"/>
          <w:lang w:val="kk-KZ"/>
        </w:rPr>
      </w:pPr>
      <w:r w:rsidRPr="002417EA">
        <w:rPr>
          <w:rFonts w:ascii="Times New Roman" w:hAnsi="Times New Roman" w:cs="Times New Roman"/>
          <w:sz w:val="28"/>
          <w:szCs w:val="28"/>
          <w:lang w:val="kk-KZ"/>
        </w:rPr>
        <w:tab/>
        <w:t xml:space="preserve">(2.7) шартқа ыңғайлы түрге келтіруге болады. Сол мақсатта </w:t>
      </w:r>
      <w:r w:rsidRPr="002417EA">
        <w:rPr>
          <w:rFonts w:ascii="Times New Roman" w:hAnsi="Times New Roman" w:cs="Times New Roman"/>
          <w:position w:val="-16"/>
          <w:sz w:val="28"/>
          <w:szCs w:val="28"/>
        </w:rPr>
        <w:object w:dxaOrig="1600" w:dyaOrig="420" w14:anchorId="48AA2212">
          <v:shape id="_x0000_i1961" type="#_x0000_t75" style="width:81.5pt;height:20.55pt" o:ole="">
            <v:imagedata r:id="rId2160" o:title=""/>
          </v:shape>
          <o:OLEObject Type="Embed" ProgID="Equation.DSMT4" ShapeID="_x0000_i1961" DrawAspect="Content" ObjectID="_1840332415" r:id="rId2161"/>
        </w:object>
      </w:r>
      <w:r w:rsidRPr="002417EA">
        <w:rPr>
          <w:rFonts w:ascii="Times New Roman" w:hAnsi="Times New Roman" w:cs="Times New Roman"/>
          <w:position w:val="-14"/>
          <w:sz w:val="28"/>
          <w:szCs w:val="28"/>
          <w:lang w:val="kk-KZ"/>
        </w:rPr>
        <w:t xml:space="preserve"> </w:t>
      </w:r>
      <w:r w:rsidRPr="002417EA">
        <w:rPr>
          <w:rFonts w:ascii="Times New Roman" w:hAnsi="Times New Roman" w:cs="Times New Roman"/>
          <w:sz w:val="28"/>
          <w:szCs w:val="28"/>
          <w:lang w:val="kk-KZ"/>
        </w:rPr>
        <w:t xml:space="preserve">матрицасының анықтауышын қарастырайық. </w:t>
      </w:r>
      <w:r w:rsidRPr="002417EA">
        <w:rPr>
          <w:rFonts w:ascii="Times New Roman" w:hAnsi="Times New Roman" w:cs="Times New Roman"/>
          <w:position w:val="-16"/>
          <w:sz w:val="28"/>
          <w:szCs w:val="28"/>
        </w:rPr>
        <w:object w:dxaOrig="320" w:dyaOrig="420" w14:anchorId="41E9EE78">
          <v:shape id="_x0000_i1962" type="#_x0000_t75" style="width:15.8pt;height:20.55pt" o:ole="">
            <v:imagedata r:id="rId2162" o:title=""/>
          </v:shape>
          <o:OLEObject Type="Embed" ProgID="Equation.DSMT4" ShapeID="_x0000_i1962" DrawAspect="Content" ObjectID="_1840332416" r:id="rId2163"/>
        </w:object>
      </w:r>
      <w:r w:rsidRPr="002417EA">
        <w:rPr>
          <w:rFonts w:ascii="Times New Roman" w:hAnsi="Times New Roman" w:cs="Times New Roman"/>
          <w:position w:val="-14"/>
          <w:sz w:val="28"/>
          <w:szCs w:val="28"/>
          <w:lang w:val="kk-KZ"/>
        </w:rPr>
        <w:t xml:space="preserve"> </w:t>
      </w:r>
      <w:r w:rsidRPr="002417EA">
        <w:rPr>
          <w:rFonts w:ascii="Times New Roman" w:hAnsi="Times New Roman" w:cs="Times New Roman"/>
          <w:sz w:val="28"/>
          <w:szCs w:val="28"/>
          <w:lang w:val="kk-KZ"/>
        </w:rPr>
        <w:t xml:space="preserve">көпмүшелігінің айнымалысын  </w:t>
      </w:r>
      <w:r w:rsidRPr="002417EA">
        <w:rPr>
          <w:rFonts w:ascii="Times New Roman" w:hAnsi="Times New Roman" w:cs="Times New Roman"/>
          <w:position w:val="-12"/>
          <w:sz w:val="28"/>
          <w:szCs w:val="28"/>
        </w:rPr>
        <w:object w:dxaOrig="1719" w:dyaOrig="380" w14:anchorId="466E5AF1">
          <v:shape id="_x0000_i1963" type="#_x0000_t75" style="width:87.8pt;height:18.2pt" o:ole="">
            <v:imagedata r:id="rId2164" o:title=""/>
          </v:shape>
          <o:OLEObject Type="Embed" ProgID="Equation.DSMT4" ShapeID="_x0000_i1963" DrawAspect="Content" ObjectID="_1840332417" r:id="rId2165"/>
        </w:object>
      </w:r>
      <w:r w:rsidRPr="002417EA">
        <w:rPr>
          <w:rFonts w:ascii="Times New Roman" w:hAnsi="Times New Roman" w:cs="Times New Roman"/>
          <w:position w:val="-12"/>
          <w:sz w:val="28"/>
          <w:szCs w:val="28"/>
          <w:lang w:val="kk-KZ"/>
        </w:rPr>
        <w:t xml:space="preserve">  </w:t>
      </w:r>
      <w:r w:rsidRPr="002417EA">
        <w:rPr>
          <w:rFonts w:ascii="Times New Roman" w:hAnsi="Times New Roman" w:cs="Times New Roman"/>
          <w:sz w:val="28"/>
          <w:szCs w:val="28"/>
          <w:lang w:val="kk-KZ"/>
        </w:rPr>
        <w:t xml:space="preserve">және </w:t>
      </w:r>
      <w:r w:rsidRPr="002417EA">
        <w:rPr>
          <w:rFonts w:ascii="Times New Roman" w:hAnsi="Times New Roman" w:cs="Times New Roman"/>
          <w:position w:val="-10"/>
          <w:sz w:val="28"/>
          <w:szCs w:val="28"/>
        </w:rPr>
        <w:object w:dxaOrig="260" w:dyaOrig="340" w14:anchorId="12A3B83B">
          <v:shape id="_x0000_i1964" type="#_x0000_t75" style="width:11.85pt;height:15.8pt" o:ole="">
            <v:imagedata r:id="rId2166" o:title=""/>
          </v:shape>
          <o:OLEObject Type="Embed" ProgID="Equation.DSMT4" ShapeID="_x0000_i1964" DrawAspect="Content" ObjectID="_1840332418" r:id="rId2167"/>
        </w:object>
      </w:r>
      <w:r w:rsidRPr="002417EA">
        <w:rPr>
          <w:rFonts w:ascii="Times New Roman" w:hAnsi="Times New Roman" w:cs="Times New Roman"/>
          <w:sz w:val="28"/>
          <w:szCs w:val="28"/>
          <w:lang w:val="kk-KZ"/>
        </w:rPr>
        <w:t xml:space="preserve">мультииндекстер терминінде төмендегідей жазуға болады: </w:t>
      </w:r>
    </w:p>
    <w:p w14:paraId="5BFA727F" w14:textId="77777777" w:rsidR="00894A81" w:rsidRPr="002417EA" w:rsidRDefault="00894A81" w:rsidP="002417EA">
      <w:pPr>
        <w:spacing w:after="0" w:line="240" w:lineRule="auto"/>
        <w:jc w:val="both"/>
        <w:rPr>
          <w:rFonts w:ascii="Times New Roman" w:hAnsi="Times New Roman" w:cs="Times New Roman"/>
          <w:sz w:val="28"/>
          <w:szCs w:val="28"/>
          <w:lang w:val="kk-KZ"/>
        </w:rPr>
      </w:pPr>
    </w:p>
    <w:p w14:paraId="32076694" w14:textId="77777777" w:rsidR="00894A81" w:rsidRPr="002417EA" w:rsidRDefault="00894A81" w:rsidP="002417EA">
      <w:pPr>
        <w:spacing w:after="0" w:line="240" w:lineRule="auto"/>
        <w:jc w:val="right"/>
        <w:rPr>
          <w:rFonts w:ascii="Times New Roman" w:hAnsi="Times New Roman" w:cs="Times New Roman"/>
          <w:sz w:val="28"/>
          <w:szCs w:val="28"/>
          <w:lang w:val="kk-KZ"/>
        </w:rPr>
      </w:pPr>
      <w:r w:rsidRPr="002417EA">
        <w:rPr>
          <w:rFonts w:ascii="Times New Roman" w:hAnsi="Times New Roman" w:cs="Times New Roman"/>
          <w:position w:val="-20"/>
          <w:sz w:val="28"/>
          <w:szCs w:val="28"/>
        </w:rPr>
        <w:object w:dxaOrig="3600" w:dyaOrig="499" w14:anchorId="2DDF5965">
          <v:shape id="_x0000_i1965" type="#_x0000_t75" style="width:183.55pt;height:25.3pt" o:ole="">
            <v:imagedata r:id="rId2168" o:title=""/>
          </v:shape>
          <o:OLEObject Type="Embed" ProgID="Equation.DSMT4" ShapeID="_x0000_i1965" DrawAspect="Content" ObjectID="_1840332419" r:id="rId2169"/>
        </w:object>
      </w:r>
      <w:r w:rsidRPr="002417EA">
        <w:rPr>
          <w:rFonts w:ascii="Times New Roman" w:hAnsi="Times New Roman" w:cs="Times New Roman"/>
          <w:position w:val="-16"/>
          <w:sz w:val="28"/>
          <w:szCs w:val="28"/>
          <w:lang w:val="kk-KZ"/>
        </w:rPr>
        <w:t xml:space="preserve">                                      </w:t>
      </w:r>
      <w:r w:rsidRPr="002417EA">
        <w:rPr>
          <w:rFonts w:ascii="Times New Roman" w:hAnsi="Times New Roman" w:cs="Times New Roman"/>
          <w:sz w:val="28"/>
          <w:szCs w:val="28"/>
          <w:lang w:val="kk-KZ"/>
        </w:rPr>
        <w:t>(2.13)</w:t>
      </w:r>
    </w:p>
    <w:p w14:paraId="60F6F994" w14:textId="77777777" w:rsidR="00894A81" w:rsidRPr="002417EA" w:rsidRDefault="00894A81" w:rsidP="002417EA">
      <w:pPr>
        <w:spacing w:after="0" w:line="240" w:lineRule="auto"/>
        <w:jc w:val="both"/>
        <w:rPr>
          <w:rFonts w:ascii="Times New Roman" w:hAnsi="Times New Roman" w:cs="Times New Roman"/>
          <w:sz w:val="28"/>
          <w:szCs w:val="28"/>
          <w:lang w:val="kk-KZ"/>
        </w:rPr>
      </w:pPr>
    </w:p>
    <w:p w14:paraId="7DD19D58" w14:textId="77777777" w:rsidR="00894A81" w:rsidRPr="002417EA" w:rsidRDefault="00894A81" w:rsidP="002417EA">
      <w:pPr>
        <w:spacing w:after="0" w:line="240" w:lineRule="auto"/>
        <w:jc w:val="both"/>
        <w:rPr>
          <w:rFonts w:ascii="Times New Roman" w:hAnsi="Times New Roman" w:cs="Times New Roman"/>
          <w:sz w:val="28"/>
          <w:szCs w:val="28"/>
          <w:lang w:val="kk-KZ"/>
        </w:rPr>
      </w:pPr>
      <w:r w:rsidRPr="002417EA">
        <w:rPr>
          <w:rFonts w:ascii="Times New Roman" w:hAnsi="Times New Roman" w:cs="Times New Roman"/>
          <w:sz w:val="28"/>
          <w:szCs w:val="28"/>
          <w:lang w:val="kk-KZ"/>
        </w:rPr>
        <w:t xml:space="preserve">мұндағы </w:t>
      </w:r>
      <w:r w:rsidRPr="002417EA">
        <w:rPr>
          <w:rFonts w:ascii="Times New Roman" w:hAnsi="Times New Roman" w:cs="Times New Roman"/>
          <w:position w:val="-10"/>
          <w:sz w:val="28"/>
          <w:szCs w:val="28"/>
        </w:rPr>
        <w:object w:dxaOrig="740" w:dyaOrig="340" w14:anchorId="6C7546BD">
          <v:shape id="_x0000_i1966" type="#_x0000_t75" style="width:36.4pt;height:15.8pt" o:ole="">
            <v:imagedata r:id="rId2170" o:title=""/>
          </v:shape>
          <o:OLEObject Type="Embed" ProgID="Equation.DSMT4" ShapeID="_x0000_i1966" DrawAspect="Content" ObjectID="_1840332420" r:id="rId2171"/>
        </w:object>
      </w:r>
      <w:r w:rsidRPr="002417EA">
        <w:rPr>
          <w:rFonts w:ascii="Times New Roman" w:hAnsi="Times New Roman" w:cs="Times New Roman"/>
          <w:sz w:val="28"/>
          <w:szCs w:val="28"/>
          <w:lang w:val="kk-KZ"/>
        </w:rPr>
        <w:t xml:space="preserve"> жазуы  барлық</w:t>
      </w:r>
      <w:r w:rsidRPr="002417EA">
        <w:rPr>
          <w:rFonts w:ascii="Times New Roman" w:hAnsi="Times New Roman" w:cs="Times New Roman"/>
          <w:position w:val="-12"/>
          <w:sz w:val="28"/>
          <w:szCs w:val="28"/>
        </w:rPr>
        <w:object w:dxaOrig="220" w:dyaOrig="340" w14:anchorId="6A27B2B3">
          <v:shape id="_x0000_i1967" type="#_x0000_t75" style="width:11.85pt;height:15.8pt" o:ole="">
            <v:imagedata r:id="rId2172" o:title=""/>
          </v:shape>
          <o:OLEObject Type="Embed" ProgID="Equation.DSMT4" ShapeID="_x0000_i1967" DrawAspect="Content" ObjectID="_1840332421" r:id="rId2173"/>
        </w:object>
      </w:r>
      <w:r w:rsidRPr="002417EA">
        <w:rPr>
          <w:rFonts w:ascii="Times New Roman" w:hAnsi="Times New Roman" w:cs="Times New Roman"/>
          <w:sz w:val="28"/>
          <w:szCs w:val="28"/>
          <w:lang w:val="kk-KZ"/>
        </w:rPr>
        <w:t xml:space="preserve">үшін </w:t>
      </w:r>
      <w:r w:rsidRPr="002417EA">
        <w:rPr>
          <w:rFonts w:ascii="Times New Roman" w:hAnsi="Times New Roman" w:cs="Times New Roman"/>
          <w:position w:val="-16"/>
          <w:sz w:val="28"/>
          <w:szCs w:val="28"/>
        </w:rPr>
        <w:object w:dxaOrig="1020" w:dyaOrig="420" w14:anchorId="0FFF688D">
          <v:shape id="_x0000_i1968" type="#_x0000_t75" style="width:51.45pt;height:20.55pt" o:ole="">
            <v:imagedata r:id="rId2174" o:title=""/>
          </v:shape>
          <o:OLEObject Type="Embed" ProgID="Equation.DSMT4" ShapeID="_x0000_i1968" DrawAspect="Content" ObjectID="_1840332422" r:id="rId2175"/>
        </w:object>
      </w:r>
      <w:r w:rsidRPr="002417EA">
        <w:rPr>
          <w:rFonts w:ascii="Times New Roman" w:hAnsi="Times New Roman" w:cs="Times New Roman"/>
          <w:sz w:val="28"/>
          <w:szCs w:val="28"/>
          <w:lang w:val="kk-KZ"/>
        </w:rPr>
        <w:t xml:space="preserve"> теңсіздігін білдіреді және </w:t>
      </w:r>
      <w:r w:rsidRPr="002417EA">
        <w:rPr>
          <w:rFonts w:ascii="Times New Roman" w:hAnsi="Times New Roman" w:cs="Times New Roman"/>
          <w:position w:val="-12"/>
          <w:sz w:val="28"/>
          <w:szCs w:val="28"/>
        </w:rPr>
        <w:object w:dxaOrig="1660" w:dyaOrig="420" w14:anchorId="545AB5CC">
          <v:shape id="_x0000_i1969" type="#_x0000_t75" style="width:83.85pt;height:20.55pt" o:ole="">
            <v:imagedata r:id="rId2176" o:title=""/>
          </v:shape>
          <o:OLEObject Type="Embed" ProgID="Equation.DSMT4" ShapeID="_x0000_i1969" DrawAspect="Content" ObjectID="_1840332423" r:id="rId2177"/>
        </w:object>
      </w:r>
      <w:r w:rsidRPr="002417EA">
        <w:rPr>
          <w:rFonts w:ascii="Times New Roman" w:hAnsi="Times New Roman" w:cs="Times New Roman"/>
          <w:sz w:val="28"/>
          <w:szCs w:val="28"/>
          <w:lang w:val="kk-KZ"/>
        </w:rPr>
        <w:t xml:space="preserve"> қарапайым белгілеуі енгізілген. Бөлшек-сызықтық функцияларын енгізейік:</w:t>
      </w:r>
    </w:p>
    <w:p w14:paraId="6D8E3F76" w14:textId="77777777" w:rsidR="00894A81" w:rsidRPr="002417EA" w:rsidRDefault="00894A81" w:rsidP="002417EA">
      <w:pPr>
        <w:spacing w:after="0" w:line="240" w:lineRule="auto"/>
        <w:jc w:val="both"/>
        <w:rPr>
          <w:rFonts w:ascii="Times New Roman" w:hAnsi="Times New Roman" w:cs="Times New Roman"/>
          <w:sz w:val="28"/>
          <w:szCs w:val="28"/>
          <w:lang w:val="kk-KZ"/>
        </w:rPr>
      </w:pPr>
    </w:p>
    <w:p w14:paraId="052593DF" w14:textId="77777777" w:rsidR="00894A81" w:rsidRPr="002417EA" w:rsidRDefault="00894A81" w:rsidP="002417EA">
      <w:pPr>
        <w:spacing w:after="0" w:line="240" w:lineRule="auto"/>
        <w:jc w:val="right"/>
        <w:rPr>
          <w:rFonts w:ascii="Times New Roman" w:hAnsi="Times New Roman" w:cs="Times New Roman"/>
          <w:sz w:val="28"/>
          <w:szCs w:val="28"/>
          <w:lang w:val="kk-KZ"/>
        </w:rPr>
      </w:pPr>
      <w:r w:rsidRPr="002417EA">
        <w:rPr>
          <w:rFonts w:ascii="Times New Roman" w:hAnsi="Times New Roman" w:cs="Times New Roman"/>
          <w:position w:val="-34"/>
          <w:sz w:val="28"/>
          <w:szCs w:val="28"/>
        </w:rPr>
        <w:object w:dxaOrig="2840" w:dyaOrig="780" w14:anchorId="36FD4560">
          <v:shape id="_x0000_i1970" type="#_x0000_t75" style="width:140.85pt;height:38pt" o:ole="">
            <v:imagedata r:id="rId2178" o:title=""/>
          </v:shape>
          <o:OLEObject Type="Embed" ProgID="Equation.DSMT4" ShapeID="_x0000_i1970" DrawAspect="Content" ObjectID="_1840332424" r:id="rId2179"/>
        </w:object>
      </w:r>
      <w:r w:rsidRPr="002417EA">
        <w:rPr>
          <w:rFonts w:ascii="Times New Roman" w:hAnsi="Times New Roman" w:cs="Times New Roman"/>
          <w:position w:val="-16"/>
          <w:sz w:val="28"/>
          <w:szCs w:val="28"/>
          <w:lang w:val="kk-KZ"/>
        </w:rPr>
        <w:t xml:space="preserve">                                           </w:t>
      </w:r>
      <w:r w:rsidRPr="002417EA">
        <w:rPr>
          <w:rFonts w:ascii="Times New Roman" w:hAnsi="Times New Roman" w:cs="Times New Roman"/>
          <w:sz w:val="28"/>
          <w:szCs w:val="28"/>
          <w:lang w:val="kk-KZ"/>
        </w:rPr>
        <w:t>(2.14)</w:t>
      </w:r>
    </w:p>
    <w:p w14:paraId="0DA68B2F" w14:textId="77777777" w:rsidR="00894A81" w:rsidRPr="002417EA" w:rsidRDefault="00894A81" w:rsidP="002417EA">
      <w:pPr>
        <w:spacing w:after="0" w:line="240" w:lineRule="auto"/>
        <w:jc w:val="both"/>
        <w:rPr>
          <w:rFonts w:ascii="Times New Roman" w:hAnsi="Times New Roman" w:cs="Times New Roman"/>
          <w:sz w:val="28"/>
          <w:szCs w:val="28"/>
          <w:lang w:val="kk-KZ"/>
        </w:rPr>
      </w:pPr>
    </w:p>
    <w:p w14:paraId="49365441" w14:textId="266AEA91" w:rsidR="00894A81" w:rsidRPr="002417EA" w:rsidRDefault="00894A81" w:rsidP="00F23B57">
      <w:pPr>
        <w:spacing w:after="0" w:line="240" w:lineRule="auto"/>
        <w:ind w:firstLine="567"/>
        <w:jc w:val="both"/>
        <w:rPr>
          <w:rFonts w:ascii="Times New Roman" w:hAnsi="Times New Roman" w:cs="Times New Roman"/>
          <w:sz w:val="28"/>
          <w:szCs w:val="28"/>
          <w:lang w:val="kk-KZ"/>
        </w:rPr>
      </w:pPr>
      <w:r w:rsidRPr="002417EA">
        <w:rPr>
          <w:rFonts w:ascii="Times New Roman" w:hAnsi="Times New Roman" w:cs="Times New Roman"/>
          <w:b/>
          <w:bCs/>
          <w:sz w:val="28"/>
          <w:szCs w:val="28"/>
          <w:lang w:val="kk-KZ"/>
        </w:rPr>
        <w:t>Теорема 2.2.</w:t>
      </w:r>
      <w:r w:rsidRPr="002417EA">
        <w:rPr>
          <w:rFonts w:ascii="Times New Roman" w:hAnsi="Times New Roman" w:cs="Times New Roman"/>
          <w:sz w:val="28"/>
          <w:szCs w:val="28"/>
          <w:lang w:val="kk-KZ"/>
        </w:rPr>
        <w:t xml:space="preserve"> (2</w:t>
      </w:r>
      <w:r w:rsidR="0077396C" w:rsidRPr="002417EA">
        <w:rPr>
          <w:rFonts w:ascii="Times New Roman" w:hAnsi="Times New Roman" w:cs="Times New Roman"/>
          <w:sz w:val="28"/>
          <w:szCs w:val="28"/>
          <w:lang w:val="kk-KZ"/>
        </w:rPr>
        <w:t>.1), (2.2) есептері фредгольмды</w:t>
      </w:r>
      <w:r w:rsidRPr="002417EA">
        <w:rPr>
          <w:rFonts w:ascii="Times New Roman" w:hAnsi="Times New Roman" w:cs="Times New Roman"/>
          <w:sz w:val="28"/>
          <w:szCs w:val="28"/>
          <w:lang w:val="kk-KZ"/>
        </w:rPr>
        <w:t xml:space="preserve"> сонда </w:t>
      </w:r>
      <w:r w:rsidR="0077396C" w:rsidRPr="002417EA">
        <w:rPr>
          <w:rFonts w:ascii="Times New Roman" w:hAnsi="Times New Roman" w:cs="Times New Roman"/>
          <w:sz w:val="28"/>
          <w:szCs w:val="28"/>
          <w:lang w:val="kk-KZ"/>
        </w:rPr>
        <w:t xml:space="preserve">және </w:t>
      </w:r>
      <w:r w:rsidRPr="002417EA">
        <w:rPr>
          <w:rFonts w:ascii="Times New Roman" w:hAnsi="Times New Roman" w:cs="Times New Roman"/>
          <w:sz w:val="28"/>
          <w:szCs w:val="28"/>
          <w:lang w:val="kk-KZ"/>
        </w:rPr>
        <w:t>тек сонда ғана</w:t>
      </w:r>
      <w:r w:rsidR="0077396C" w:rsidRPr="002417EA">
        <w:rPr>
          <w:rFonts w:ascii="Times New Roman" w:hAnsi="Times New Roman" w:cs="Times New Roman"/>
          <w:sz w:val="28"/>
          <w:szCs w:val="28"/>
          <w:lang w:val="kk-KZ"/>
        </w:rPr>
        <w:t xml:space="preserve"> </w:t>
      </w:r>
    </w:p>
    <w:p w14:paraId="444B14B5" w14:textId="77777777" w:rsidR="00894A81" w:rsidRPr="002417EA" w:rsidRDefault="00894A81" w:rsidP="002417EA">
      <w:pPr>
        <w:spacing w:after="0" w:line="240" w:lineRule="auto"/>
        <w:jc w:val="both"/>
        <w:rPr>
          <w:rFonts w:ascii="Times New Roman" w:hAnsi="Times New Roman" w:cs="Times New Roman"/>
          <w:sz w:val="28"/>
          <w:szCs w:val="28"/>
          <w:lang w:val="kk-KZ"/>
        </w:rPr>
      </w:pPr>
    </w:p>
    <w:p w14:paraId="0F664E75" w14:textId="77777777" w:rsidR="00894A81" w:rsidRPr="002417EA" w:rsidRDefault="00894A81" w:rsidP="002417EA">
      <w:pPr>
        <w:spacing w:after="0" w:line="240" w:lineRule="auto"/>
        <w:jc w:val="right"/>
        <w:rPr>
          <w:rFonts w:ascii="Times New Roman" w:hAnsi="Times New Roman" w:cs="Times New Roman"/>
          <w:sz w:val="28"/>
          <w:szCs w:val="28"/>
          <w:lang w:val="kk-KZ"/>
        </w:rPr>
      </w:pPr>
      <w:r w:rsidRPr="002417EA">
        <w:rPr>
          <w:rFonts w:ascii="Times New Roman" w:hAnsi="Times New Roman" w:cs="Times New Roman"/>
          <w:position w:val="-20"/>
          <w:sz w:val="28"/>
          <w:szCs w:val="28"/>
        </w:rPr>
        <w:object w:dxaOrig="4080" w:dyaOrig="499" w14:anchorId="2D5B4DCA">
          <v:shape id="_x0000_i1971" type="#_x0000_t75" style="width:204.15pt;height:25.3pt" o:ole="">
            <v:imagedata r:id="rId2180" o:title=""/>
          </v:shape>
          <o:OLEObject Type="Embed" ProgID="Equation.DSMT4" ShapeID="_x0000_i1971" DrawAspect="Content" ObjectID="_1840332425" r:id="rId2181"/>
        </w:object>
      </w:r>
      <w:r w:rsidRPr="002417EA">
        <w:rPr>
          <w:rFonts w:ascii="Times New Roman" w:hAnsi="Times New Roman" w:cs="Times New Roman"/>
          <w:position w:val="-16"/>
          <w:sz w:val="28"/>
          <w:szCs w:val="28"/>
          <w:lang w:val="kk-KZ"/>
        </w:rPr>
        <w:t xml:space="preserve">                                    </w:t>
      </w:r>
      <w:r w:rsidRPr="002417EA">
        <w:rPr>
          <w:rFonts w:ascii="Times New Roman" w:hAnsi="Times New Roman" w:cs="Times New Roman"/>
          <w:sz w:val="28"/>
          <w:szCs w:val="28"/>
          <w:lang w:val="kk-KZ"/>
        </w:rPr>
        <w:t>(2.15)</w:t>
      </w:r>
    </w:p>
    <w:p w14:paraId="62DC84CA" w14:textId="77777777" w:rsidR="00894A81" w:rsidRPr="002417EA" w:rsidRDefault="00894A81" w:rsidP="002417EA">
      <w:pPr>
        <w:spacing w:after="0" w:line="240" w:lineRule="auto"/>
        <w:jc w:val="both"/>
        <w:rPr>
          <w:rFonts w:ascii="Times New Roman" w:hAnsi="Times New Roman" w:cs="Times New Roman"/>
          <w:sz w:val="28"/>
          <w:szCs w:val="28"/>
          <w:lang w:val="kk-KZ"/>
        </w:rPr>
      </w:pPr>
    </w:p>
    <w:p w14:paraId="40DF329E" w14:textId="3F6AF97B" w:rsidR="00894A81" w:rsidRPr="002417EA" w:rsidRDefault="0077396C" w:rsidP="002417EA">
      <w:pPr>
        <w:spacing w:after="0" w:line="240" w:lineRule="auto"/>
        <w:jc w:val="both"/>
        <w:rPr>
          <w:rFonts w:ascii="Times New Roman" w:hAnsi="Times New Roman" w:cs="Times New Roman"/>
          <w:sz w:val="28"/>
          <w:szCs w:val="28"/>
          <w:lang w:val="kk-KZ"/>
        </w:rPr>
      </w:pPr>
      <w:r w:rsidRPr="002417EA">
        <w:rPr>
          <w:rFonts w:ascii="Times New Roman" w:hAnsi="Times New Roman" w:cs="Times New Roman"/>
          <w:sz w:val="28"/>
          <w:szCs w:val="28"/>
          <w:lang w:val="kk-KZ"/>
        </w:rPr>
        <w:t xml:space="preserve">рационал функциясының </w:t>
      </w:r>
      <w:r w:rsidR="00894A81" w:rsidRPr="002417EA">
        <w:rPr>
          <w:rFonts w:ascii="Times New Roman" w:hAnsi="Times New Roman" w:cs="Times New Roman"/>
          <w:position w:val="-12"/>
          <w:sz w:val="28"/>
          <w:szCs w:val="28"/>
        </w:rPr>
        <w:object w:dxaOrig="1460" w:dyaOrig="420" w14:anchorId="22C41706">
          <v:shape id="_x0000_i1972" type="#_x0000_t75" style="width:1in;height:20.55pt" o:ole="">
            <v:imagedata r:id="rId2182" o:title=""/>
          </v:shape>
          <o:OLEObject Type="Embed" ProgID="Equation.DSMT4" ShapeID="_x0000_i1972" DrawAspect="Content" ObjectID="_1840332426" r:id="rId2183"/>
        </w:object>
      </w:r>
      <w:r w:rsidRPr="002417EA">
        <w:rPr>
          <w:rFonts w:ascii="Times New Roman" w:hAnsi="Times New Roman" w:cs="Times New Roman"/>
          <w:sz w:val="28"/>
          <w:szCs w:val="28"/>
          <w:lang w:val="kk-KZ"/>
        </w:rPr>
        <w:t xml:space="preserve"> кеңейтілген нақты түзуде нақты түбірлері жоқ болса.</w:t>
      </w:r>
    </w:p>
    <w:p w14:paraId="4DA5AD31" w14:textId="77777777" w:rsidR="00894A81" w:rsidRPr="002417EA" w:rsidRDefault="00894A81" w:rsidP="00F23B57">
      <w:pPr>
        <w:spacing w:after="0" w:line="240" w:lineRule="auto"/>
        <w:ind w:firstLine="567"/>
        <w:jc w:val="both"/>
        <w:rPr>
          <w:rFonts w:ascii="Times New Roman" w:hAnsi="Times New Roman" w:cs="Times New Roman"/>
          <w:sz w:val="28"/>
          <w:szCs w:val="28"/>
          <w:lang w:val="kk-KZ"/>
        </w:rPr>
      </w:pPr>
      <w:r w:rsidRPr="002417EA">
        <w:rPr>
          <w:rFonts w:ascii="Times New Roman" w:hAnsi="Times New Roman" w:cs="Times New Roman"/>
          <w:i/>
          <w:sz w:val="28"/>
          <w:szCs w:val="28"/>
          <w:lang w:val="kk-KZ"/>
        </w:rPr>
        <w:t>Дәлелдеуі.</w:t>
      </w:r>
      <w:r w:rsidRPr="002417EA">
        <w:rPr>
          <w:rFonts w:ascii="Times New Roman" w:hAnsi="Times New Roman" w:cs="Times New Roman"/>
          <w:sz w:val="28"/>
          <w:szCs w:val="28"/>
          <w:lang w:val="kk-KZ"/>
        </w:rPr>
        <w:t xml:space="preserve"> (2.3) және (2.14) операцияларын салыстырудан алатынымыз:</w:t>
      </w:r>
    </w:p>
    <w:p w14:paraId="67F209D0" w14:textId="77777777" w:rsidR="00894A81" w:rsidRPr="002417EA" w:rsidRDefault="00894A81" w:rsidP="002417EA">
      <w:pPr>
        <w:spacing w:after="0" w:line="240" w:lineRule="auto"/>
        <w:jc w:val="both"/>
        <w:rPr>
          <w:rFonts w:ascii="Times New Roman" w:hAnsi="Times New Roman" w:cs="Times New Roman"/>
          <w:sz w:val="28"/>
          <w:szCs w:val="28"/>
          <w:lang w:val="kk-KZ"/>
        </w:rPr>
      </w:pPr>
    </w:p>
    <w:p w14:paraId="4B6F68AC" w14:textId="77777777" w:rsidR="00894A81" w:rsidRPr="002417EA" w:rsidRDefault="00894A81" w:rsidP="002417EA">
      <w:pPr>
        <w:spacing w:after="0" w:line="240" w:lineRule="auto"/>
        <w:jc w:val="right"/>
        <w:rPr>
          <w:rFonts w:ascii="Times New Roman" w:hAnsi="Times New Roman" w:cs="Times New Roman"/>
          <w:sz w:val="28"/>
          <w:szCs w:val="28"/>
          <w:lang w:val="kk-KZ"/>
        </w:rPr>
      </w:pPr>
      <w:r w:rsidRPr="002417EA">
        <w:rPr>
          <w:rFonts w:ascii="Times New Roman" w:hAnsi="Times New Roman" w:cs="Times New Roman"/>
          <w:position w:val="-16"/>
          <w:sz w:val="28"/>
          <w:szCs w:val="28"/>
        </w:rPr>
        <w:object w:dxaOrig="4420" w:dyaOrig="420" w14:anchorId="57B41672">
          <v:shape id="_x0000_i1973" type="#_x0000_t75" style="width:225.5pt;height:20.55pt" o:ole="">
            <v:imagedata r:id="rId2184" o:title=""/>
          </v:shape>
          <o:OLEObject Type="Embed" ProgID="Equation.DSMT4" ShapeID="_x0000_i1973" DrawAspect="Content" ObjectID="_1840332427" r:id="rId2185"/>
        </w:object>
      </w:r>
      <w:r w:rsidRPr="002417EA">
        <w:rPr>
          <w:rFonts w:ascii="Times New Roman" w:hAnsi="Times New Roman" w:cs="Times New Roman"/>
          <w:position w:val="-16"/>
          <w:sz w:val="28"/>
          <w:szCs w:val="28"/>
          <w:lang w:val="kk-KZ"/>
        </w:rPr>
        <w:t xml:space="preserve">                                   </w:t>
      </w:r>
      <w:r w:rsidRPr="002417EA">
        <w:rPr>
          <w:rFonts w:ascii="Times New Roman" w:hAnsi="Times New Roman" w:cs="Times New Roman"/>
          <w:sz w:val="28"/>
          <w:szCs w:val="28"/>
          <w:lang w:val="kk-KZ"/>
        </w:rPr>
        <w:t>(2.16)</w:t>
      </w:r>
    </w:p>
    <w:p w14:paraId="0C0F6ED8" w14:textId="77777777" w:rsidR="00894A81" w:rsidRPr="002417EA" w:rsidRDefault="00894A81" w:rsidP="002417EA">
      <w:pPr>
        <w:spacing w:after="0" w:line="240" w:lineRule="auto"/>
        <w:jc w:val="both"/>
        <w:rPr>
          <w:rFonts w:ascii="Times New Roman" w:hAnsi="Times New Roman" w:cs="Times New Roman"/>
          <w:sz w:val="28"/>
          <w:szCs w:val="28"/>
          <w:lang w:val="kk-KZ"/>
        </w:rPr>
      </w:pPr>
    </w:p>
    <w:p w14:paraId="471C1E93" w14:textId="77777777" w:rsidR="00894A81" w:rsidRPr="002417EA" w:rsidRDefault="00894A81" w:rsidP="002417EA">
      <w:pPr>
        <w:spacing w:after="0" w:line="240" w:lineRule="auto"/>
        <w:jc w:val="both"/>
        <w:rPr>
          <w:rFonts w:ascii="Times New Roman" w:hAnsi="Times New Roman" w:cs="Times New Roman"/>
          <w:sz w:val="28"/>
          <w:szCs w:val="28"/>
          <w:lang w:val="kk-KZ"/>
        </w:rPr>
      </w:pPr>
      <w:r w:rsidRPr="002417EA">
        <w:rPr>
          <w:rFonts w:ascii="Times New Roman" w:hAnsi="Times New Roman" w:cs="Times New Roman"/>
          <w:position w:val="-12"/>
          <w:sz w:val="28"/>
          <w:szCs w:val="28"/>
        </w:rPr>
        <w:object w:dxaOrig="840" w:dyaOrig="360" w14:anchorId="32CE0861">
          <v:shape id="_x0000_i1974" type="#_x0000_t75" style="width:43.5pt;height:18.2pt" o:ole="">
            <v:imagedata r:id="rId2186" o:title=""/>
          </v:shape>
          <o:OLEObject Type="Embed" ProgID="Equation.DSMT4" ShapeID="_x0000_i1974" DrawAspect="Content" ObjectID="_1840332428" r:id="rId2187"/>
        </w:object>
      </w:r>
      <w:r w:rsidRPr="002417EA">
        <w:rPr>
          <w:rFonts w:ascii="Times New Roman" w:hAnsi="Times New Roman" w:cs="Times New Roman"/>
          <w:position w:val="-12"/>
          <w:sz w:val="28"/>
          <w:szCs w:val="28"/>
          <w:lang w:val="kk-KZ"/>
        </w:rPr>
        <w:t xml:space="preserve"> </w:t>
      </w:r>
      <w:r w:rsidRPr="002417EA">
        <w:rPr>
          <w:rFonts w:ascii="Times New Roman" w:hAnsi="Times New Roman" w:cs="Times New Roman"/>
          <w:sz w:val="28"/>
          <w:szCs w:val="28"/>
          <w:lang w:val="kk-KZ"/>
        </w:rPr>
        <w:t xml:space="preserve">функциясы (2.3) теңдігінде </w:t>
      </w:r>
      <w:r w:rsidR="0077396C" w:rsidRPr="002417EA">
        <w:rPr>
          <w:rFonts w:ascii="Times New Roman" w:hAnsi="Times New Roman" w:cs="Times New Roman"/>
          <w:position w:val="-6"/>
          <w:sz w:val="28"/>
          <w:szCs w:val="28"/>
        </w:rPr>
        <w:object w:dxaOrig="639" w:dyaOrig="300" w14:anchorId="25243979">
          <v:shape id="_x0000_i1975" type="#_x0000_t75" style="width:29.25pt;height:15.8pt" o:ole="">
            <v:imagedata r:id="rId2188" o:title=""/>
          </v:shape>
          <o:OLEObject Type="Embed" ProgID="Equation.DSMT4" ShapeID="_x0000_i1975" DrawAspect="Content" ObjectID="_1840332429" r:id="rId2189"/>
        </w:object>
      </w:r>
      <w:r w:rsidRPr="002417EA">
        <w:rPr>
          <w:rFonts w:ascii="Times New Roman" w:hAnsi="Times New Roman" w:cs="Times New Roman"/>
          <w:position w:val="-6"/>
          <w:sz w:val="28"/>
          <w:szCs w:val="28"/>
          <w:lang w:val="kk-KZ"/>
        </w:rPr>
        <w:t xml:space="preserve"> </w:t>
      </w:r>
      <w:r w:rsidRPr="002417EA">
        <w:rPr>
          <w:rFonts w:ascii="Times New Roman" w:hAnsi="Times New Roman" w:cs="Times New Roman"/>
          <w:sz w:val="28"/>
          <w:szCs w:val="28"/>
          <w:lang w:val="kk-KZ"/>
        </w:rPr>
        <w:t>айнымалысы бойынша жұп, сондықтан өлшем</w:t>
      </w:r>
    </w:p>
    <w:p w14:paraId="1CCDB988" w14:textId="77777777" w:rsidR="00894A81" w:rsidRPr="002417EA" w:rsidRDefault="00894A81" w:rsidP="002417EA">
      <w:pPr>
        <w:spacing w:after="0" w:line="240" w:lineRule="auto"/>
        <w:jc w:val="both"/>
        <w:rPr>
          <w:rFonts w:ascii="Times New Roman" w:hAnsi="Times New Roman" w:cs="Times New Roman"/>
          <w:sz w:val="28"/>
          <w:szCs w:val="28"/>
          <w:lang w:val="kk-KZ"/>
        </w:rPr>
      </w:pPr>
    </w:p>
    <w:p w14:paraId="1B535EDD" w14:textId="77777777" w:rsidR="00894A81" w:rsidRPr="002417EA" w:rsidRDefault="00894A81" w:rsidP="002417EA">
      <w:pPr>
        <w:spacing w:after="0" w:line="240" w:lineRule="auto"/>
        <w:jc w:val="center"/>
        <w:rPr>
          <w:rFonts w:ascii="Times New Roman" w:hAnsi="Times New Roman" w:cs="Times New Roman"/>
          <w:position w:val="-16"/>
          <w:sz w:val="28"/>
          <w:szCs w:val="28"/>
          <w:lang w:val="kk-KZ"/>
        </w:rPr>
      </w:pPr>
      <w:r w:rsidRPr="002417EA">
        <w:rPr>
          <w:rFonts w:ascii="Times New Roman" w:hAnsi="Times New Roman" w:cs="Times New Roman"/>
          <w:position w:val="-16"/>
          <w:sz w:val="28"/>
          <w:szCs w:val="28"/>
        </w:rPr>
        <w:object w:dxaOrig="7880" w:dyaOrig="440" w14:anchorId="79BD8E53">
          <v:shape id="_x0000_i1976" type="#_x0000_t75" style="width:390.85pt;height:20.55pt" o:ole="">
            <v:imagedata r:id="rId2190" o:title=""/>
          </v:shape>
          <o:OLEObject Type="Embed" ProgID="Equation.DSMT4" ShapeID="_x0000_i1976" DrawAspect="Content" ObjectID="_1840332430" r:id="rId2191"/>
        </w:object>
      </w:r>
    </w:p>
    <w:p w14:paraId="686B108F" w14:textId="77777777" w:rsidR="00894A81" w:rsidRPr="002417EA" w:rsidRDefault="00894A81" w:rsidP="002417EA">
      <w:pPr>
        <w:spacing w:after="0" w:line="240" w:lineRule="auto"/>
        <w:rPr>
          <w:rFonts w:ascii="Times New Roman" w:hAnsi="Times New Roman" w:cs="Times New Roman"/>
          <w:sz w:val="28"/>
          <w:szCs w:val="28"/>
          <w:lang w:val="kk-KZ"/>
        </w:rPr>
      </w:pPr>
    </w:p>
    <w:p w14:paraId="0943F5CB" w14:textId="52E7C03A" w:rsidR="00894A81" w:rsidRPr="002417EA" w:rsidRDefault="00894A81" w:rsidP="00152387">
      <w:pPr>
        <w:spacing w:after="0" w:line="240" w:lineRule="auto"/>
        <w:ind w:firstLine="567"/>
        <w:jc w:val="both"/>
        <w:rPr>
          <w:rFonts w:ascii="Times New Roman" w:hAnsi="Times New Roman" w:cs="Times New Roman"/>
          <w:sz w:val="28"/>
          <w:szCs w:val="28"/>
          <w:lang w:val="kk-KZ"/>
        </w:rPr>
      </w:pPr>
      <w:r w:rsidRPr="002417EA">
        <w:rPr>
          <w:rFonts w:ascii="Times New Roman" w:hAnsi="Times New Roman" w:cs="Times New Roman"/>
          <w:sz w:val="28"/>
          <w:szCs w:val="28"/>
          <w:lang w:val="kk-KZ"/>
        </w:rPr>
        <w:t xml:space="preserve">Мұндағы </w:t>
      </w:r>
      <w:r w:rsidRPr="002417EA">
        <w:rPr>
          <w:rFonts w:ascii="Times New Roman" w:hAnsi="Times New Roman" w:cs="Times New Roman"/>
          <w:position w:val="-4"/>
          <w:sz w:val="28"/>
          <w:szCs w:val="28"/>
        </w:rPr>
        <w:object w:dxaOrig="340" w:dyaOrig="340" w14:anchorId="780A0F45">
          <v:shape id="_x0000_i1977" type="#_x0000_t75" style="width:15.8pt;height:15.8pt" o:ole="">
            <v:imagedata r:id="rId2192" o:title=""/>
          </v:shape>
          <o:OLEObject Type="Embed" ProgID="Equation.DSMT4" ShapeID="_x0000_i1977" DrawAspect="Content" ObjectID="_1840332431" r:id="rId2193"/>
        </w:object>
      </w:r>
      <w:r w:rsidRPr="002417EA">
        <w:rPr>
          <w:rFonts w:ascii="Times New Roman" w:hAnsi="Times New Roman" w:cs="Times New Roman"/>
          <w:sz w:val="28"/>
          <w:szCs w:val="28"/>
          <w:lang w:val="kk-KZ"/>
        </w:rPr>
        <w:t xml:space="preserve"> оң жақ жарты жазықтықтағы жарты шеңбер. </w:t>
      </w:r>
      <w:r w:rsidRPr="002417EA">
        <w:rPr>
          <w:rFonts w:ascii="Times New Roman" w:hAnsi="Times New Roman" w:cs="Times New Roman"/>
          <w:position w:val="-12"/>
          <w:sz w:val="28"/>
          <w:szCs w:val="28"/>
        </w:rPr>
        <w:object w:dxaOrig="2500" w:dyaOrig="380" w14:anchorId="34F8B37E">
          <v:shape id="_x0000_i1978" type="#_x0000_t75" style="width:125.8pt;height:18.2pt" o:ole="">
            <v:imagedata r:id="rId2194" o:title=""/>
          </v:shape>
          <o:OLEObject Type="Embed" ProgID="Equation.DSMT4" ShapeID="_x0000_i1978" DrawAspect="Content" ObjectID="_1840332432" r:id="rId2195"/>
        </w:object>
      </w:r>
      <w:r w:rsidRPr="002417EA">
        <w:rPr>
          <w:rFonts w:ascii="Times New Roman" w:hAnsi="Times New Roman" w:cs="Times New Roman"/>
          <w:sz w:val="28"/>
          <w:szCs w:val="28"/>
          <w:lang w:val="kk-KZ"/>
        </w:rPr>
        <w:t xml:space="preserve">бейнелеуі жарты шеңбердегі </w:t>
      </w:r>
      <w:r w:rsidRPr="002417EA">
        <w:rPr>
          <w:rFonts w:ascii="Times New Roman" w:hAnsi="Times New Roman" w:cs="Times New Roman"/>
          <w:position w:val="-4"/>
          <w:sz w:val="28"/>
          <w:szCs w:val="28"/>
        </w:rPr>
        <w:object w:dxaOrig="279" w:dyaOrig="340" w14:anchorId="440AB221">
          <v:shape id="_x0000_i1979" type="#_x0000_t75" style="width:15.8pt;height:15.8pt" o:ole="">
            <v:imagedata r:id="rId2196" o:title=""/>
          </v:shape>
          <o:OLEObject Type="Embed" ProgID="Equation.DSMT4" ShapeID="_x0000_i1979" DrawAspect="Content" ObjectID="_1840332433" r:id="rId2197"/>
        </w:object>
      </w:r>
      <w:r w:rsidRPr="002417EA">
        <w:rPr>
          <w:rFonts w:ascii="Times New Roman" w:hAnsi="Times New Roman" w:cs="Times New Roman"/>
          <w:sz w:val="28"/>
          <w:szCs w:val="28"/>
          <w:lang w:val="kk-KZ"/>
        </w:rPr>
        <w:t xml:space="preserve">кеңейтілген  нақты сандарға гомеоморфизмді орындайды, оның  </w:t>
      </w:r>
      <w:r w:rsidRPr="002417EA">
        <w:rPr>
          <w:rFonts w:ascii="Times New Roman" w:hAnsi="Times New Roman" w:cs="Times New Roman"/>
          <w:position w:val="-6"/>
          <w:sz w:val="28"/>
          <w:szCs w:val="28"/>
        </w:rPr>
        <w:object w:dxaOrig="499" w:dyaOrig="279" w14:anchorId="69606F28">
          <v:shape id="_x0000_i1980" type="#_x0000_t75" style="width:25.3pt;height:15.8pt" o:ole="">
            <v:imagedata r:id="rId2198" o:title=""/>
          </v:shape>
          <o:OLEObject Type="Embed" ProgID="Equation.DSMT4" ShapeID="_x0000_i1980" DrawAspect="Content" ObjectID="_1840332434" r:id="rId2199"/>
        </w:object>
      </w:r>
      <w:r w:rsidRPr="002417EA">
        <w:rPr>
          <w:rFonts w:ascii="Times New Roman" w:hAnsi="Times New Roman" w:cs="Times New Roman"/>
          <w:sz w:val="28"/>
          <w:szCs w:val="28"/>
          <w:lang w:val="kk-KZ"/>
        </w:rPr>
        <w:t xml:space="preserve"> нүктесінен </w:t>
      </w:r>
      <w:r w:rsidRPr="002417EA">
        <w:rPr>
          <w:rFonts w:ascii="Times New Roman" w:hAnsi="Times New Roman" w:cs="Times New Roman"/>
          <w:position w:val="-6"/>
          <w:sz w:val="28"/>
          <w:szCs w:val="28"/>
        </w:rPr>
        <w:object w:dxaOrig="660" w:dyaOrig="279" w14:anchorId="33954333">
          <v:shape id="_x0000_i1981" type="#_x0000_t75" style="width:34pt;height:15.8pt" o:ole="">
            <v:imagedata r:id="rId2200" o:title=""/>
          </v:shape>
          <o:OLEObject Type="Embed" ProgID="Equation.DSMT4" ShapeID="_x0000_i1981" DrawAspect="Content" ObjectID="_1840332435" r:id="rId2201"/>
        </w:object>
      </w:r>
      <w:r w:rsidRPr="002417EA">
        <w:rPr>
          <w:rFonts w:ascii="Times New Roman" w:hAnsi="Times New Roman" w:cs="Times New Roman"/>
          <w:sz w:val="28"/>
          <w:szCs w:val="28"/>
          <w:lang w:val="kk-KZ"/>
        </w:rPr>
        <w:t>нүктесіне айналып шығуы түзу бойымен оң бағытпен қозғалысына сәйкес келеді. Сондықтан (2.16) сәйкес (2.7) шартқа сай R функциясының кеңейтілген нақты түзуде нақты түбірлері жоқ. Теорема дәлелденді.</w:t>
      </w:r>
    </w:p>
    <w:p w14:paraId="0F391D87" w14:textId="77777777" w:rsidR="00894A81" w:rsidRPr="002417EA" w:rsidRDefault="00894A81" w:rsidP="002417EA">
      <w:pPr>
        <w:spacing w:after="0" w:line="240" w:lineRule="auto"/>
        <w:ind w:firstLine="708"/>
        <w:jc w:val="both"/>
        <w:rPr>
          <w:rFonts w:ascii="Times New Roman" w:hAnsi="Times New Roman" w:cs="Times New Roman"/>
          <w:sz w:val="28"/>
          <w:szCs w:val="28"/>
          <w:lang w:val="kk-KZ"/>
        </w:rPr>
      </w:pPr>
      <w:r w:rsidRPr="002417EA">
        <w:rPr>
          <w:rFonts w:ascii="Times New Roman" w:hAnsi="Times New Roman" w:cs="Times New Roman"/>
          <w:sz w:val="28"/>
          <w:szCs w:val="28"/>
          <w:lang w:val="kk-KZ"/>
        </w:rPr>
        <w:t xml:space="preserve">(2.14) –те </w:t>
      </w:r>
      <w:r w:rsidRPr="002417EA">
        <w:rPr>
          <w:rFonts w:ascii="Times New Roman" w:hAnsi="Times New Roman" w:cs="Times New Roman"/>
          <w:position w:val="-12"/>
          <w:sz w:val="28"/>
          <w:szCs w:val="28"/>
        </w:rPr>
        <w:object w:dxaOrig="720" w:dyaOrig="380" w14:anchorId="003FC410">
          <v:shape id="_x0000_i1982" type="#_x0000_t75" style="width:37.2pt;height:18.2pt" o:ole="">
            <v:imagedata r:id="rId2202" o:title=""/>
          </v:shape>
          <o:OLEObject Type="Embed" ProgID="Equation.DSMT4" ShapeID="_x0000_i1982" DrawAspect="Content" ObjectID="_1840332436" r:id="rId2203"/>
        </w:object>
      </w:r>
      <w:r w:rsidRPr="002417EA">
        <w:rPr>
          <w:rFonts w:ascii="Times New Roman" w:hAnsi="Times New Roman" w:cs="Times New Roman"/>
          <w:position w:val="-12"/>
          <w:sz w:val="28"/>
          <w:szCs w:val="28"/>
          <w:lang w:val="kk-KZ"/>
        </w:rPr>
        <w:t xml:space="preserve"> </w:t>
      </w:r>
      <w:r w:rsidRPr="002417EA">
        <w:rPr>
          <w:rFonts w:ascii="Times New Roman" w:hAnsi="Times New Roman" w:cs="Times New Roman"/>
          <w:sz w:val="28"/>
          <w:szCs w:val="28"/>
          <w:lang w:val="kk-KZ"/>
        </w:rPr>
        <w:t xml:space="preserve">анықталатын </w:t>
      </w:r>
      <w:r w:rsidRPr="002417EA">
        <w:rPr>
          <w:rFonts w:ascii="Times New Roman" w:hAnsi="Times New Roman" w:cs="Times New Roman"/>
          <w:position w:val="-12"/>
          <w:sz w:val="28"/>
          <w:szCs w:val="28"/>
        </w:rPr>
        <w:object w:dxaOrig="600" w:dyaOrig="360" w14:anchorId="295146B2">
          <v:shape id="_x0000_i1983" type="#_x0000_t75" style="width:29.25pt;height:18.2pt" o:ole="">
            <v:imagedata r:id="rId2204" o:title=""/>
          </v:shape>
          <o:OLEObject Type="Embed" ProgID="Equation.DSMT4" ShapeID="_x0000_i1983" DrawAspect="Content" ObjectID="_1840332437" r:id="rId2205"/>
        </w:object>
      </w:r>
      <w:r w:rsidRPr="002417EA">
        <w:rPr>
          <w:rFonts w:ascii="Times New Roman" w:hAnsi="Times New Roman" w:cs="Times New Roman"/>
          <w:position w:val="-12"/>
          <w:sz w:val="28"/>
          <w:szCs w:val="28"/>
          <w:lang w:val="kk-KZ"/>
        </w:rPr>
        <w:t xml:space="preserve"> </w:t>
      </w:r>
      <w:r w:rsidRPr="002417EA">
        <w:rPr>
          <w:rFonts w:ascii="Times New Roman" w:hAnsi="Times New Roman" w:cs="Times New Roman"/>
          <w:sz w:val="28"/>
          <w:szCs w:val="28"/>
          <w:lang w:val="kk-KZ"/>
        </w:rPr>
        <w:t xml:space="preserve">функциясын анығырақ қарастырайық. </w:t>
      </w:r>
      <w:r w:rsidRPr="002417EA">
        <w:rPr>
          <w:rFonts w:ascii="Times New Roman" w:hAnsi="Times New Roman" w:cs="Times New Roman"/>
          <w:position w:val="-12"/>
          <w:sz w:val="28"/>
          <w:szCs w:val="28"/>
        </w:rPr>
        <w:object w:dxaOrig="660" w:dyaOrig="380" w14:anchorId="2E11ECF0">
          <v:shape id="_x0000_i1984" type="#_x0000_t75" style="width:34pt;height:18.2pt" o:ole="">
            <v:imagedata r:id="rId2206" o:title=""/>
          </v:shape>
          <o:OLEObject Type="Embed" ProgID="Equation.DSMT4" ShapeID="_x0000_i1984" DrawAspect="Content" ObjectID="_1840332438" r:id="rId2207"/>
        </w:object>
      </w:r>
      <w:r w:rsidRPr="002417EA">
        <w:rPr>
          <w:rFonts w:ascii="Times New Roman" w:hAnsi="Times New Roman" w:cs="Times New Roman"/>
          <w:sz w:val="28"/>
          <w:szCs w:val="28"/>
          <w:lang w:val="kk-KZ"/>
        </w:rPr>
        <w:t xml:space="preserve"> берілген түрлендіруі </w:t>
      </w:r>
      <w:r w:rsidRPr="002417EA">
        <w:rPr>
          <w:rFonts w:ascii="Times New Roman" w:hAnsi="Times New Roman" w:cs="Times New Roman"/>
          <w:position w:val="-6"/>
          <w:sz w:val="28"/>
          <w:szCs w:val="28"/>
        </w:rPr>
        <w:object w:dxaOrig="320" w:dyaOrig="279" w14:anchorId="00BB85FD">
          <v:shape id="_x0000_i1985" type="#_x0000_t75" style="width:15.8pt;height:15.8pt" o:ole="">
            <v:imagedata r:id="rId2208" o:title=""/>
          </v:shape>
          <o:OLEObject Type="Embed" ProgID="Equation.DSMT4" ShapeID="_x0000_i1985" DrawAspect="Content" ObjectID="_1840332439" r:id="rId2209"/>
        </w:object>
      </w:r>
      <w:r w:rsidRPr="002417EA">
        <w:rPr>
          <w:rFonts w:ascii="Times New Roman" w:hAnsi="Times New Roman" w:cs="Times New Roman"/>
          <w:sz w:val="28"/>
          <w:szCs w:val="28"/>
          <w:lang w:val="kk-KZ"/>
        </w:rPr>
        <w:t xml:space="preserve"> нүктелерінің орнын ауыстырады және инволютивті:</w:t>
      </w:r>
    </w:p>
    <w:p w14:paraId="1D2E8109" w14:textId="77777777" w:rsidR="00894A81" w:rsidRPr="002417EA" w:rsidRDefault="00894A81" w:rsidP="002417EA">
      <w:pPr>
        <w:spacing w:after="0" w:line="240" w:lineRule="auto"/>
        <w:jc w:val="both"/>
        <w:rPr>
          <w:rFonts w:ascii="Times New Roman" w:hAnsi="Times New Roman" w:cs="Times New Roman"/>
          <w:sz w:val="28"/>
          <w:szCs w:val="28"/>
          <w:lang w:val="kk-KZ"/>
        </w:rPr>
      </w:pPr>
    </w:p>
    <w:p w14:paraId="1C190A91" w14:textId="77777777" w:rsidR="00894A81" w:rsidRPr="002417EA" w:rsidRDefault="00894A81" w:rsidP="002417EA">
      <w:pPr>
        <w:spacing w:after="0" w:line="240" w:lineRule="auto"/>
        <w:jc w:val="right"/>
        <w:rPr>
          <w:rFonts w:ascii="Times New Roman" w:hAnsi="Times New Roman" w:cs="Times New Roman"/>
          <w:sz w:val="28"/>
          <w:szCs w:val="28"/>
          <w:lang w:val="kk-KZ"/>
        </w:rPr>
      </w:pPr>
      <w:r w:rsidRPr="002417EA">
        <w:rPr>
          <w:rFonts w:ascii="Times New Roman" w:hAnsi="Times New Roman" w:cs="Times New Roman"/>
          <w:position w:val="-12"/>
          <w:sz w:val="28"/>
          <w:szCs w:val="28"/>
        </w:rPr>
        <w:object w:dxaOrig="2700" w:dyaOrig="360" w14:anchorId="350FE35F">
          <v:shape id="_x0000_i1986" type="#_x0000_t75" style="width:134.5pt;height:18.2pt" o:ole="">
            <v:imagedata r:id="rId2210" o:title=""/>
          </v:shape>
          <o:OLEObject Type="Embed" ProgID="Equation.DSMT4" ShapeID="_x0000_i1986" DrawAspect="Content" ObjectID="_1840332440" r:id="rId2211"/>
        </w:object>
      </w:r>
      <w:r w:rsidRPr="002417EA">
        <w:rPr>
          <w:rFonts w:ascii="Times New Roman" w:hAnsi="Times New Roman" w:cs="Times New Roman"/>
          <w:position w:val="-16"/>
          <w:sz w:val="28"/>
          <w:szCs w:val="28"/>
          <w:lang w:val="kk-KZ"/>
        </w:rPr>
        <w:t xml:space="preserve">                                           </w:t>
      </w:r>
      <w:r w:rsidRPr="002417EA">
        <w:rPr>
          <w:rFonts w:ascii="Times New Roman" w:hAnsi="Times New Roman" w:cs="Times New Roman"/>
          <w:sz w:val="28"/>
          <w:szCs w:val="28"/>
          <w:lang w:val="kk-KZ"/>
        </w:rPr>
        <w:t>(2.17)</w:t>
      </w:r>
    </w:p>
    <w:p w14:paraId="07B71D6B" w14:textId="77777777" w:rsidR="00894A81" w:rsidRPr="002417EA" w:rsidRDefault="00894A81" w:rsidP="002417EA">
      <w:pPr>
        <w:spacing w:after="0" w:line="240" w:lineRule="auto"/>
        <w:jc w:val="both"/>
        <w:rPr>
          <w:rFonts w:ascii="Times New Roman" w:hAnsi="Times New Roman" w:cs="Times New Roman"/>
          <w:sz w:val="28"/>
          <w:szCs w:val="28"/>
          <w:lang w:val="kk-KZ"/>
        </w:rPr>
      </w:pPr>
    </w:p>
    <w:p w14:paraId="16F042F4" w14:textId="77777777" w:rsidR="00894A81" w:rsidRPr="002417EA" w:rsidRDefault="00894A81" w:rsidP="002417EA">
      <w:pPr>
        <w:spacing w:after="0" w:line="240" w:lineRule="auto"/>
        <w:jc w:val="both"/>
        <w:rPr>
          <w:rFonts w:ascii="Times New Roman" w:hAnsi="Times New Roman" w:cs="Times New Roman"/>
          <w:sz w:val="28"/>
          <w:szCs w:val="28"/>
          <w:lang w:val="kk-KZ"/>
        </w:rPr>
      </w:pPr>
      <w:r w:rsidRPr="002417EA">
        <w:rPr>
          <w:rFonts w:ascii="Times New Roman" w:hAnsi="Times New Roman" w:cs="Times New Roman"/>
          <w:sz w:val="28"/>
          <w:szCs w:val="28"/>
          <w:lang w:val="kk-KZ"/>
        </w:rPr>
        <w:t xml:space="preserve">сонымен қоса, </w:t>
      </w:r>
      <w:r w:rsidRPr="002417EA">
        <w:rPr>
          <w:rFonts w:ascii="Times New Roman" w:hAnsi="Times New Roman" w:cs="Times New Roman"/>
          <w:position w:val="-12"/>
          <w:sz w:val="28"/>
          <w:szCs w:val="28"/>
        </w:rPr>
        <w:object w:dxaOrig="680" w:dyaOrig="380" w14:anchorId="3D9290A6">
          <v:shape id="_x0000_i1987" type="#_x0000_t75" style="width:34pt;height:18.2pt" o:ole="">
            <v:imagedata r:id="rId2212" o:title=""/>
          </v:shape>
          <o:OLEObject Type="Embed" ProgID="Equation.DSMT4" ShapeID="_x0000_i1987" DrawAspect="Content" ObjectID="_1840332441" r:id="rId2213"/>
        </w:object>
      </w:r>
      <w:r w:rsidRPr="002417EA">
        <w:rPr>
          <w:rFonts w:ascii="Times New Roman" w:hAnsi="Times New Roman" w:cs="Times New Roman"/>
          <w:position w:val="-12"/>
          <w:sz w:val="28"/>
          <w:szCs w:val="28"/>
          <w:lang w:val="kk-KZ"/>
        </w:rPr>
        <w:t xml:space="preserve"> </w:t>
      </w:r>
      <w:r w:rsidRPr="002417EA">
        <w:rPr>
          <w:rFonts w:ascii="Times New Roman" w:hAnsi="Times New Roman" w:cs="Times New Roman"/>
          <w:sz w:val="28"/>
          <w:szCs w:val="28"/>
          <w:lang w:val="kk-KZ"/>
        </w:rPr>
        <w:t xml:space="preserve">болғанда </w:t>
      </w:r>
      <w:r w:rsidRPr="002417EA">
        <w:rPr>
          <w:rFonts w:ascii="Times New Roman" w:hAnsi="Times New Roman" w:cs="Times New Roman"/>
          <w:position w:val="-12"/>
          <w:sz w:val="28"/>
          <w:szCs w:val="28"/>
        </w:rPr>
        <w:object w:dxaOrig="960" w:dyaOrig="360" w14:anchorId="3AC40D2E">
          <v:shape id="_x0000_i1988" type="#_x0000_t75" style="width:46.7pt;height:18.2pt" o:ole="">
            <v:imagedata r:id="rId2214" o:title=""/>
          </v:shape>
          <o:OLEObject Type="Embed" ProgID="Equation.DSMT4" ShapeID="_x0000_i1988" DrawAspect="Content" ObjectID="_1840332442" r:id="rId2215"/>
        </w:object>
      </w:r>
      <w:r w:rsidRPr="002417EA">
        <w:rPr>
          <w:rFonts w:ascii="Times New Roman" w:hAnsi="Times New Roman" w:cs="Times New Roman"/>
          <w:position w:val="-12"/>
          <w:sz w:val="28"/>
          <w:szCs w:val="28"/>
          <w:lang w:val="kk-KZ"/>
        </w:rPr>
        <w:t xml:space="preserve"> </w:t>
      </w:r>
      <w:r w:rsidRPr="002417EA">
        <w:rPr>
          <w:rFonts w:ascii="Times New Roman" w:hAnsi="Times New Roman" w:cs="Times New Roman"/>
          <w:sz w:val="28"/>
          <w:szCs w:val="28"/>
          <w:lang w:val="kk-KZ"/>
        </w:rPr>
        <w:t>тепе-теңдігі орынды.</w:t>
      </w:r>
    </w:p>
    <w:p w14:paraId="1A453D25" w14:textId="77777777" w:rsidR="00894A81" w:rsidRPr="002417EA" w:rsidRDefault="00894A81" w:rsidP="00F23B57">
      <w:pPr>
        <w:spacing w:after="0" w:line="240" w:lineRule="auto"/>
        <w:ind w:firstLine="567"/>
        <w:jc w:val="both"/>
        <w:rPr>
          <w:rFonts w:ascii="Times New Roman" w:hAnsi="Times New Roman" w:cs="Times New Roman"/>
          <w:sz w:val="28"/>
          <w:szCs w:val="28"/>
          <w:lang w:val="kk-KZ"/>
        </w:rPr>
      </w:pPr>
      <w:r w:rsidRPr="002417EA">
        <w:rPr>
          <w:rFonts w:ascii="Times New Roman" w:hAnsi="Times New Roman" w:cs="Times New Roman"/>
          <w:b/>
          <w:bCs/>
          <w:sz w:val="28"/>
          <w:szCs w:val="28"/>
          <w:lang w:val="kk-KZ"/>
        </w:rPr>
        <w:t>Лемма 2.1.</w:t>
      </w:r>
      <w:r w:rsidRPr="002417EA">
        <w:rPr>
          <w:rFonts w:ascii="Times New Roman" w:hAnsi="Times New Roman" w:cs="Times New Roman"/>
          <w:b/>
          <w:sz w:val="28"/>
          <w:szCs w:val="28"/>
          <w:lang w:val="kk-KZ"/>
        </w:rPr>
        <w:t xml:space="preserve"> </w:t>
      </w:r>
      <w:r w:rsidRPr="002417EA">
        <w:rPr>
          <w:rFonts w:ascii="Times New Roman" w:hAnsi="Times New Roman" w:cs="Times New Roman"/>
          <w:position w:val="-6"/>
          <w:sz w:val="28"/>
          <w:szCs w:val="28"/>
        </w:rPr>
        <w:object w:dxaOrig="580" w:dyaOrig="279" w14:anchorId="0E3A69D7">
          <v:shape id="_x0000_i1989" type="#_x0000_t75" style="width:28.5pt;height:15.8pt" o:ole="">
            <v:imagedata r:id="rId2216" o:title=""/>
          </v:shape>
          <o:OLEObject Type="Embed" ProgID="Equation.DSMT4" ShapeID="_x0000_i1989" DrawAspect="Content" ObjectID="_1840332443" r:id="rId2217"/>
        </w:object>
      </w:r>
      <w:r w:rsidRPr="002417EA">
        <w:rPr>
          <w:rFonts w:ascii="Times New Roman" w:hAnsi="Times New Roman" w:cs="Times New Roman"/>
          <w:position w:val="-6"/>
          <w:sz w:val="28"/>
          <w:szCs w:val="28"/>
          <w:lang w:val="kk-KZ"/>
        </w:rPr>
        <w:t xml:space="preserve"> </w:t>
      </w:r>
      <w:r w:rsidRPr="002417EA">
        <w:rPr>
          <w:rFonts w:ascii="Times New Roman" w:hAnsi="Times New Roman" w:cs="Times New Roman"/>
          <w:sz w:val="28"/>
          <w:szCs w:val="28"/>
          <w:lang w:val="kk-KZ"/>
        </w:rPr>
        <w:t xml:space="preserve">болғанда </w:t>
      </w:r>
      <w:r w:rsidRPr="002417EA">
        <w:rPr>
          <w:rFonts w:ascii="Times New Roman" w:hAnsi="Times New Roman" w:cs="Times New Roman"/>
          <w:position w:val="-12"/>
          <w:sz w:val="28"/>
          <w:szCs w:val="28"/>
        </w:rPr>
        <w:object w:dxaOrig="1180" w:dyaOrig="360" w14:anchorId="71FB258F">
          <v:shape id="_x0000_i1990" type="#_x0000_t75" style="width:60.15pt;height:18.2pt" o:ole="">
            <v:imagedata r:id="rId2218" o:title=""/>
          </v:shape>
          <o:OLEObject Type="Embed" ProgID="Equation.DSMT4" ShapeID="_x0000_i1990" DrawAspect="Content" ObjectID="_1840332444" r:id="rId2219"/>
        </w:object>
      </w:r>
      <w:r w:rsidRPr="002417EA">
        <w:rPr>
          <w:rFonts w:ascii="Times New Roman" w:hAnsi="Times New Roman" w:cs="Times New Roman"/>
          <w:position w:val="-12"/>
          <w:sz w:val="28"/>
          <w:szCs w:val="28"/>
          <w:lang w:val="kk-KZ"/>
        </w:rPr>
        <w:t xml:space="preserve"> </w:t>
      </w:r>
      <w:r w:rsidRPr="002417EA">
        <w:rPr>
          <w:rFonts w:ascii="Times New Roman" w:hAnsi="Times New Roman" w:cs="Times New Roman"/>
          <w:sz w:val="28"/>
          <w:szCs w:val="28"/>
          <w:lang w:val="kk-KZ"/>
        </w:rPr>
        <w:t>түрлендіруі төменгі жарты жазықтықты дөңгелекке түрлендіреді</w:t>
      </w:r>
    </w:p>
    <w:p w14:paraId="6D477840" w14:textId="77777777" w:rsidR="00894A81" w:rsidRPr="002417EA" w:rsidRDefault="00894A81" w:rsidP="002417EA">
      <w:pPr>
        <w:spacing w:after="0" w:line="240" w:lineRule="auto"/>
        <w:jc w:val="both"/>
        <w:rPr>
          <w:rFonts w:ascii="Times New Roman" w:hAnsi="Times New Roman" w:cs="Times New Roman"/>
          <w:sz w:val="28"/>
          <w:szCs w:val="28"/>
          <w:lang w:val="kk-KZ"/>
        </w:rPr>
      </w:pPr>
    </w:p>
    <w:p w14:paraId="69DD17D9" w14:textId="77777777" w:rsidR="00894A81" w:rsidRPr="002417EA" w:rsidRDefault="00894A81" w:rsidP="002417EA">
      <w:pPr>
        <w:spacing w:after="0" w:line="240" w:lineRule="auto"/>
        <w:jc w:val="right"/>
        <w:rPr>
          <w:rFonts w:ascii="Times New Roman" w:hAnsi="Times New Roman" w:cs="Times New Roman"/>
          <w:sz w:val="28"/>
          <w:szCs w:val="28"/>
          <w:lang w:val="kk-KZ"/>
        </w:rPr>
      </w:pPr>
      <w:r w:rsidRPr="002417EA">
        <w:rPr>
          <w:rFonts w:ascii="Times New Roman" w:hAnsi="Times New Roman" w:cs="Times New Roman"/>
          <w:position w:val="-28"/>
          <w:sz w:val="28"/>
          <w:szCs w:val="28"/>
        </w:rPr>
        <w:object w:dxaOrig="4620" w:dyaOrig="820" w14:anchorId="4ADCD197">
          <v:shape id="_x0000_i1991" type="#_x0000_t75" style="width:230.25pt;height:43.5pt" o:ole="">
            <v:imagedata r:id="rId2220" o:title=""/>
          </v:shape>
          <o:OLEObject Type="Embed" ProgID="Equation.DSMT4" ShapeID="_x0000_i1991" DrawAspect="Content" ObjectID="_1840332445" r:id="rId2221"/>
        </w:object>
      </w:r>
      <w:r w:rsidRPr="002417EA">
        <w:rPr>
          <w:rFonts w:ascii="Times New Roman" w:hAnsi="Times New Roman" w:cs="Times New Roman"/>
          <w:position w:val="-16"/>
          <w:sz w:val="28"/>
          <w:szCs w:val="28"/>
          <w:lang w:val="kk-KZ"/>
        </w:rPr>
        <w:t xml:space="preserve">                                      </w:t>
      </w:r>
      <w:r w:rsidRPr="002417EA">
        <w:rPr>
          <w:rFonts w:ascii="Times New Roman" w:hAnsi="Times New Roman" w:cs="Times New Roman"/>
          <w:sz w:val="28"/>
          <w:szCs w:val="28"/>
          <w:lang w:val="kk-KZ"/>
        </w:rPr>
        <w:t>(2.18)</w:t>
      </w:r>
    </w:p>
    <w:p w14:paraId="61E8CF8C" w14:textId="77777777" w:rsidR="00894A81" w:rsidRPr="002417EA" w:rsidRDefault="00894A81" w:rsidP="002417EA">
      <w:pPr>
        <w:spacing w:after="0" w:line="240" w:lineRule="auto"/>
        <w:jc w:val="both"/>
        <w:rPr>
          <w:rFonts w:ascii="Times New Roman" w:hAnsi="Times New Roman" w:cs="Times New Roman"/>
          <w:sz w:val="28"/>
          <w:szCs w:val="28"/>
          <w:lang w:val="kk-KZ"/>
        </w:rPr>
      </w:pPr>
    </w:p>
    <w:p w14:paraId="3B6F2765" w14:textId="77777777" w:rsidR="00894A81" w:rsidRPr="002417EA" w:rsidRDefault="00894A81" w:rsidP="002417EA">
      <w:pPr>
        <w:spacing w:after="0" w:line="240" w:lineRule="auto"/>
        <w:ind w:firstLine="708"/>
        <w:jc w:val="both"/>
        <w:rPr>
          <w:rFonts w:ascii="Times New Roman" w:hAnsi="Times New Roman" w:cs="Times New Roman"/>
          <w:sz w:val="28"/>
          <w:szCs w:val="28"/>
          <w:lang w:val="kk-KZ"/>
        </w:rPr>
      </w:pPr>
      <w:r w:rsidRPr="002417EA">
        <w:rPr>
          <w:rFonts w:ascii="Times New Roman" w:hAnsi="Times New Roman" w:cs="Times New Roman"/>
          <w:sz w:val="28"/>
          <w:szCs w:val="28"/>
          <w:lang w:val="kk-KZ"/>
        </w:rPr>
        <w:t xml:space="preserve">Бұл дөңгелек </w:t>
      </w:r>
      <w:r w:rsidRPr="002417EA">
        <w:rPr>
          <w:rFonts w:ascii="Times New Roman" w:hAnsi="Times New Roman" w:cs="Times New Roman"/>
          <w:position w:val="-10"/>
          <w:sz w:val="28"/>
          <w:szCs w:val="28"/>
        </w:rPr>
        <w:object w:dxaOrig="340" w:dyaOrig="320" w14:anchorId="14616467">
          <v:shape id="_x0000_i1992" type="#_x0000_t75" style="width:15.8pt;height:15.8pt" o:ole="">
            <v:imagedata r:id="rId2222" o:title=""/>
          </v:shape>
          <o:OLEObject Type="Embed" ProgID="Equation.DSMT4" ShapeID="_x0000_i1992" DrawAspect="Content" ObjectID="_1840332446" r:id="rId2223"/>
        </w:object>
      </w:r>
      <w:r w:rsidRPr="002417EA">
        <w:rPr>
          <w:rFonts w:ascii="Times New Roman" w:hAnsi="Times New Roman" w:cs="Times New Roman"/>
          <w:sz w:val="28"/>
          <w:szCs w:val="28"/>
          <w:lang w:val="kk-KZ"/>
        </w:rPr>
        <w:t xml:space="preserve"> центрі радиусы </w:t>
      </w:r>
      <w:r w:rsidRPr="002417EA">
        <w:rPr>
          <w:rFonts w:ascii="Times New Roman" w:hAnsi="Times New Roman" w:cs="Times New Roman"/>
          <w:position w:val="-12"/>
          <w:sz w:val="28"/>
          <w:szCs w:val="28"/>
        </w:rPr>
        <w:object w:dxaOrig="1420" w:dyaOrig="480" w14:anchorId="77556F06">
          <v:shape id="_x0000_i1993" type="#_x0000_t75" style="width:1in;height:25.3pt" o:ole="">
            <v:imagedata r:id="rId2224" o:title=""/>
          </v:shape>
          <o:OLEObject Type="Embed" ProgID="Equation.DSMT4" ShapeID="_x0000_i1993" DrawAspect="Content" ObjectID="_1840332447" r:id="rId2225"/>
        </w:object>
      </w:r>
      <w:r w:rsidRPr="002417EA">
        <w:rPr>
          <w:rFonts w:ascii="Times New Roman" w:hAnsi="Times New Roman" w:cs="Times New Roman"/>
          <w:position w:val="-12"/>
          <w:sz w:val="28"/>
          <w:szCs w:val="28"/>
          <w:lang w:val="kk-KZ"/>
        </w:rPr>
        <w:t xml:space="preserve"> </w:t>
      </w:r>
      <w:r w:rsidRPr="002417EA">
        <w:rPr>
          <w:rFonts w:ascii="Times New Roman" w:hAnsi="Times New Roman" w:cs="Times New Roman"/>
          <w:sz w:val="28"/>
          <w:szCs w:val="28"/>
          <w:lang w:val="kk-KZ"/>
        </w:rPr>
        <w:t xml:space="preserve">толығымен жоғары жарты жазықтықта жатады </w:t>
      </w:r>
      <w:r w:rsidRPr="002417EA">
        <w:rPr>
          <w:rFonts w:ascii="Times New Roman" w:hAnsi="Times New Roman" w:cs="Times New Roman"/>
          <w:position w:val="-6"/>
          <w:sz w:val="28"/>
          <w:szCs w:val="28"/>
        </w:rPr>
        <w:object w:dxaOrig="520" w:dyaOrig="279" w14:anchorId="23912E72">
          <v:shape id="_x0000_i1994" type="#_x0000_t75" style="width:25.3pt;height:15.8pt" o:ole="">
            <v:imagedata r:id="rId2226" o:title=""/>
          </v:shape>
          <o:OLEObject Type="Embed" ProgID="Equation.DSMT4" ShapeID="_x0000_i1994" DrawAspect="Content" ObjectID="_1840332448" r:id="rId2227"/>
        </w:object>
      </w:r>
      <w:r w:rsidRPr="002417EA">
        <w:rPr>
          <w:rFonts w:ascii="Times New Roman" w:hAnsi="Times New Roman" w:cs="Times New Roman"/>
          <w:position w:val="-6"/>
          <w:sz w:val="28"/>
          <w:szCs w:val="28"/>
          <w:lang w:val="kk-KZ"/>
        </w:rPr>
        <w:t xml:space="preserve"> </w:t>
      </w:r>
      <w:r w:rsidRPr="002417EA">
        <w:rPr>
          <w:rFonts w:ascii="Times New Roman" w:hAnsi="Times New Roman" w:cs="Times New Roman"/>
          <w:sz w:val="28"/>
          <w:szCs w:val="28"/>
          <w:lang w:val="kk-KZ"/>
        </w:rPr>
        <w:t xml:space="preserve">нүктесін қамтиды және </w:t>
      </w:r>
      <w:r w:rsidRPr="002417EA">
        <w:rPr>
          <w:rFonts w:ascii="Times New Roman" w:hAnsi="Times New Roman" w:cs="Times New Roman"/>
          <w:position w:val="-6"/>
          <w:sz w:val="28"/>
          <w:szCs w:val="28"/>
        </w:rPr>
        <w:object w:dxaOrig="1480" w:dyaOrig="320" w14:anchorId="13AF893C">
          <v:shape id="_x0000_i1995" type="#_x0000_t75" style="width:75.15pt;height:15.8pt" o:ole="">
            <v:imagedata r:id="rId2228" o:title=""/>
          </v:shape>
          <o:OLEObject Type="Embed" ProgID="Equation.DSMT4" ShapeID="_x0000_i1995" DrawAspect="Content" ObjectID="_1840332449" r:id="rId2229"/>
        </w:object>
      </w:r>
      <w:r w:rsidRPr="002417EA">
        <w:rPr>
          <w:rFonts w:ascii="Times New Roman" w:hAnsi="Times New Roman" w:cs="Times New Roman"/>
          <w:sz w:val="28"/>
          <w:szCs w:val="28"/>
          <w:lang w:val="kk-KZ"/>
        </w:rPr>
        <w:t xml:space="preserve"> инволюциясына қатысты инвариантты. Сонымен қатар, оның </w:t>
      </w:r>
      <w:r w:rsidRPr="002417EA">
        <w:rPr>
          <w:rFonts w:ascii="Times New Roman" w:hAnsi="Times New Roman" w:cs="Times New Roman"/>
          <w:position w:val="-6"/>
          <w:sz w:val="28"/>
          <w:szCs w:val="28"/>
        </w:rPr>
        <w:object w:dxaOrig="220" w:dyaOrig="240" w14:anchorId="503070A7">
          <v:shape id="_x0000_i1996" type="#_x0000_t75" style="width:11.85pt;height:11.85pt" o:ole="">
            <v:imagedata r:id="rId2230" o:title=""/>
          </v:shape>
          <o:OLEObject Type="Embed" ProgID="Equation.DSMT4" ShapeID="_x0000_i1996" DrawAspect="Content" ObjectID="_1840332450" r:id="rId2231"/>
        </w:object>
      </w:r>
      <w:r w:rsidRPr="002417EA">
        <w:rPr>
          <w:rFonts w:ascii="Times New Roman" w:hAnsi="Times New Roman" w:cs="Times New Roman"/>
          <w:sz w:val="28"/>
          <w:szCs w:val="28"/>
          <w:lang w:val="kk-KZ"/>
        </w:rPr>
        <w:t xml:space="preserve"> және </w:t>
      </w:r>
      <w:r w:rsidRPr="002417EA">
        <w:rPr>
          <w:rFonts w:ascii="Times New Roman" w:hAnsi="Times New Roman" w:cs="Times New Roman"/>
          <w:position w:val="-6"/>
          <w:sz w:val="28"/>
          <w:szCs w:val="28"/>
        </w:rPr>
        <w:object w:dxaOrig="1020" w:dyaOrig="320" w14:anchorId="6D5E96CC">
          <v:shape id="_x0000_i1997" type="#_x0000_t75" style="width:51.45pt;height:15.8pt" o:ole="">
            <v:imagedata r:id="rId2232" o:title=""/>
          </v:shape>
          <o:OLEObject Type="Embed" ProgID="Equation.DSMT4" ShapeID="_x0000_i1997" DrawAspect="Content" ObjectID="_1840332451" r:id="rId2233"/>
        </w:object>
      </w:r>
      <w:r w:rsidRPr="002417EA">
        <w:rPr>
          <w:rFonts w:ascii="Times New Roman" w:hAnsi="Times New Roman" w:cs="Times New Roman"/>
          <w:sz w:val="28"/>
          <w:szCs w:val="28"/>
          <w:lang w:val="kk-KZ"/>
        </w:rPr>
        <w:t xml:space="preserve">нүктелері </w:t>
      </w:r>
      <w:r w:rsidRPr="002417EA">
        <w:rPr>
          <w:rFonts w:ascii="Times New Roman" w:hAnsi="Times New Roman" w:cs="Times New Roman"/>
          <w:position w:val="-6"/>
          <w:sz w:val="28"/>
          <w:szCs w:val="28"/>
        </w:rPr>
        <w:object w:dxaOrig="840" w:dyaOrig="300" w14:anchorId="60CC1209">
          <v:shape id="_x0000_i1998" type="#_x0000_t75" style="width:43.5pt;height:15.8pt" o:ole="">
            <v:imagedata r:id="rId2234" o:title=""/>
          </v:shape>
          <o:OLEObject Type="Embed" ProgID="Equation.DSMT4" ShapeID="_x0000_i1998" DrawAspect="Content" ObjectID="_1840332452" r:id="rId2235"/>
        </w:object>
      </w:r>
      <w:r w:rsidRPr="002417EA">
        <w:rPr>
          <w:rFonts w:ascii="Times New Roman" w:hAnsi="Times New Roman" w:cs="Times New Roman"/>
          <w:position w:val="-6"/>
          <w:sz w:val="28"/>
          <w:szCs w:val="28"/>
          <w:lang w:val="kk-KZ"/>
        </w:rPr>
        <w:t xml:space="preserve"> </w:t>
      </w:r>
      <w:r w:rsidRPr="002417EA">
        <w:rPr>
          <w:rFonts w:ascii="Times New Roman" w:hAnsi="Times New Roman" w:cs="Times New Roman"/>
          <w:sz w:val="28"/>
          <w:szCs w:val="28"/>
          <w:lang w:val="kk-KZ"/>
        </w:rPr>
        <w:t>шекаралық шеңберінде жатады.</w:t>
      </w:r>
    </w:p>
    <w:p w14:paraId="324718FF" w14:textId="77777777" w:rsidR="00894A81" w:rsidRPr="002417EA" w:rsidRDefault="00894A81" w:rsidP="002417EA">
      <w:pPr>
        <w:spacing w:after="0" w:line="240" w:lineRule="auto"/>
        <w:ind w:firstLine="708"/>
        <w:jc w:val="both"/>
        <w:rPr>
          <w:rFonts w:ascii="Times New Roman" w:hAnsi="Times New Roman" w:cs="Times New Roman"/>
          <w:sz w:val="28"/>
          <w:szCs w:val="28"/>
          <w:lang w:val="kk-KZ"/>
        </w:rPr>
      </w:pPr>
      <w:r w:rsidRPr="002417EA">
        <w:rPr>
          <w:rFonts w:ascii="Times New Roman" w:hAnsi="Times New Roman" w:cs="Times New Roman"/>
          <w:sz w:val="28"/>
          <w:szCs w:val="28"/>
          <w:lang w:val="kk-KZ"/>
        </w:rPr>
        <w:t>Дәлелдеуі. (14) ескере отырып алатынымыз:</w:t>
      </w:r>
    </w:p>
    <w:p w14:paraId="6C96B72A" w14:textId="77777777" w:rsidR="00894A81" w:rsidRPr="002417EA" w:rsidRDefault="00894A81" w:rsidP="002417EA">
      <w:pPr>
        <w:spacing w:after="0" w:line="240" w:lineRule="auto"/>
        <w:jc w:val="both"/>
        <w:rPr>
          <w:rFonts w:ascii="Times New Roman" w:hAnsi="Times New Roman" w:cs="Times New Roman"/>
          <w:sz w:val="28"/>
          <w:szCs w:val="28"/>
          <w:lang w:val="kk-KZ"/>
        </w:rPr>
      </w:pPr>
    </w:p>
    <w:p w14:paraId="6CFDBFDD" w14:textId="77777777" w:rsidR="00894A81" w:rsidRPr="002417EA" w:rsidRDefault="00894A81" w:rsidP="002417EA">
      <w:pPr>
        <w:spacing w:after="0" w:line="240" w:lineRule="auto"/>
        <w:jc w:val="center"/>
        <w:rPr>
          <w:rFonts w:ascii="Times New Roman" w:hAnsi="Times New Roman" w:cs="Times New Roman"/>
          <w:position w:val="-40"/>
          <w:sz w:val="28"/>
          <w:szCs w:val="28"/>
          <w:lang w:val="kk-KZ"/>
        </w:rPr>
      </w:pPr>
      <w:r w:rsidRPr="002417EA">
        <w:rPr>
          <w:rFonts w:ascii="Times New Roman" w:hAnsi="Times New Roman" w:cs="Times New Roman"/>
          <w:position w:val="-40"/>
          <w:sz w:val="28"/>
          <w:szCs w:val="28"/>
        </w:rPr>
        <w:object w:dxaOrig="4480" w:dyaOrig="940" w14:anchorId="0FDCBBEA">
          <v:shape id="_x0000_i1999" type="#_x0000_t75" style="width:223.1pt;height:46.7pt" o:ole="">
            <v:imagedata r:id="rId2236" o:title=""/>
          </v:shape>
          <o:OLEObject Type="Embed" ProgID="Equation.DSMT4" ShapeID="_x0000_i1999" DrawAspect="Content" ObjectID="_1840332453" r:id="rId2237"/>
        </w:object>
      </w:r>
    </w:p>
    <w:p w14:paraId="5DB679FE" w14:textId="77777777" w:rsidR="00894A81" w:rsidRPr="002417EA" w:rsidRDefault="00894A81" w:rsidP="002417EA">
      <w:pPr>
        <w:spacing w:after="0" w:line="240" w:lineRule="auto"/>
        <w:jc w:val="both"/>
        <w:rPr>
          <w:rFonts w:ascii="Times New Roman" w:hAnsi="Times New Roman" w:cs="Times New Roman"/>
          <w:b/>
          <w:sz w:val="28"/>
          <w:szCs w:val="28"/>
          <w:lang w:val="kk-KZ"/>
        </w:rPr>
      </w:pPr>
    </w:p>
    <w:p w14:paraId="3C72F717" w14:textId="77777777" w:rsidR="00894A81" w:rsidRPr="002417EA" w:rsidRDefault="00894A81" w:rsidP="00A24934">
      <w:pPr>
        <w:spacing w:after="0" w:line="240" w:lineRule="auto"/>
        <w:ind w:firstLine="567"/>
        <w:jc w:val="both"/>
        <w:rPr>
          <w:rFonts w:ascii="Times New Roman" w:hAnsi="Times New Roman" w:cs="Times New Roman"/>
          <w:sz w:val="28"/>
          <w:szCs w:val="28"/>
          <w:lang w:val="kk-KZ"/>
        </w:rPr>
      </w:pPr>
      <w:r w:rsidRPr="002417EA">
        <w:rPr>
          <w:rFonts w:ascii="Times New Roman" w:hAnsi="Times New Roman" w:cs="Times New Roman"/>
          <w:sz w:val="28"/>
          <w:szCs w:val="28"/>
          <w:lang w:val="kk-KZ"/>
        </w:rPr>
        <w:t xml:space="preserve">Осыдан, төменгі жартыжазықтықтың бейнесі В дөңгелегі болып табылады, </w:t>
      </w:r>
      <w:r w:rsidRPr="002417EA">
        <w:rPr>
          <w:rFonts w:ascii="Times New Roman" w:hAnsi="Times New Roman" w:cs="Times New Roman"/>
          <w:position w:val="-6"/>
          <w:sz w:val="28"/>
          <w:szCs w:val="28"/>
        </w:rPr>
        <w:object w:dxaOrig="520" w:dyaOrig="279" w14:anchorId="2221AEEA">
          <v:shape id="_x0000_i2000" type="#_x0000_t75" style="width:25.3pt;height:15.8pt" o:ole="">
            <v:imagedata r:id="rId2238" o:title=""/>
          </v:shape>
          <o:OLEObject Type="Embed" ProgID="Equation.DSMT4" ShapeID="_x0000_i2000" DrawAspect="Content" ObjectID="_1840332454" r:id="rId2239"/>
        </w:object>
      </w:r>
      <w:r w:rsidRPr="002417EA">
        <w:rPr>
          <w:rFonts w:ascii="Times New Roman" w:hAnsi="Times New Roman" w:cs="Times New Roman"/>
          <w:sz w:val="28"/>
          <w:szCs w:val="28"/>
          <w:lang w:val="kk-KZ"/>
        </w:rPr>
        <w:t xml:space="preserve"> нүктесін қамтиды және ол толығымен жоғары жартыжазықтықта жатады </w:t>
      </w:r>
      <w:r w:rsidRPr="002417EA">
        <w:rPr>
          <w:rFonts w:ascii="Times New Roman" w:hAnsi="Times New Roman" w:cs="Times New Roman"/>
          <w:position w:val="-6"/>
          <w:sz w:val="28"/>
          <w:szCs w:val="28"/>
        </w:rPr>
        <w:object w:dxaOrig="320" w:dyaOrig="279" w14:anchorId="0140159D">
          <v:shape id="_x0000_i2001" type="#_x0000_t75" style="width:15.8pt;height:15.8pt" o:ole="">
            <v:imagedata r:id="rId2240" o:title=""/>
          </v:shape>
          <o:OLEObject Type="Embed" ProgID="Equation.DSMT4" ShapeID="_x0000_i2001" DrawAspect="Content" ObjectID="_1840332455" r:id="rId2241"/>
        </w:object>
      </w:r>
      <w:r w:rsidRPr="002417EA">
        <w:rPr>
          <w:rFonts w:ascii="Times New Roman" w:hAnsi="Times New Roman" w:cs="Times New Roman"/>
          <w:sz w:val="28"/>
          <w:szCs w:val="28"/>
          <w:lang w:val="kk-KZ"/>
        </w:rPr>
        <w:t xml:space="preserve"> нүктенің . симметрия принципіне сәйкес </w:t>
      </w:r>
      <w:r w:rsidRPr="002417EA">
        <w:rPr>
          <w:rFonts w:ascii="Times New Roman" w:hAnsi="Times New Roman" w:cs="Times New Roman"/>
          <w:position w:val="-4"/>
          <w:sz w:val="28"/>
          <w:szCs w:val="28"/>
        </w:rPr>
        <w:object w:dxaOrig="279" w:dyaOrig="279" w14:anchorId="1289C9E8">
          <v:shape id="_x0000_i2002" type="#_x0000_t75" style="width:15.8pt;height:15.8pt" o:ole="">
            <v:imagedata r:id="rId2242" o:title=""/>
          </v:shape>
          <o:OLEObject Type="Embed" ProgID="Equation.DSMT4" ShapeID="_x0000_i2002" DrawAspect="Content" ObjectID="_1840332456" r:id="rId2243"/>
        </w:object>
      </w:r>
      <w:r w:rsidRPr="002417EA">
        <w:rPr>
          <w:rFonts w:ascii="Times New Roman" w:hAnsi="Times New Roman" w:cs="Times New Roman"/>
          <w:sz w:val="28"/>
          <w:szCs w:val="28"/>
          <w:lang w:val="kk-KZ"/>
        </w:rPr>
        <w:t xml:space="preserve">түзуіне және </w:t>
      </w:r>
      <w:r w:rsidRPr="002417EA">
        <w:rPr>
          <w:rFonts w:ascii="Times New Roman" w:hAnsi="Times New Roman" w:cs="Times New Roman"/>
          <w:position w:val="-6"/>
          <w:sz w:val="28"/>
          <w:szCs w:val="28"/>
        </w:rPr>
        <w:object w:dxaOrig="840" w:dyaOrig="300" w14:anchorId="4B1380A7">
          <v:shape id="_x0000_i2003" type="#_x0000_t75" style="width:43.5pt;height:15.8pt" o:ole="">
            <v:imagedata r:id="rId2244" o:title=""/>
          </v:shape>
          <o:OLEObject Type="Embed" ProgID="Equation.DSMT4" ShapeID="_x0000_i2003" DrawAspect="Content" ObjectID="_1840332457" r:id="rId2245"/>
        </w:object>
      </w:r>
      <w:r w:rsidRPr="002417EA">
        <w:rPr>
          <w:rFonts w:ascii="Times New Roman" w:hAnsi="Times New Roman" w:cs="Times New Roman"/>
          <w:sz w:val="28"/>
          <w:szCs w:val="28"/>
          <w:lang w:val="kk-KZ"/>
        </w:rPr>
        <w:t xml:space="preserve">шеңберіне қатысты симметриялы. Атап айтқанда, бұл шеңбердің центрі жорамал осьте жату керек. Бұл шеңбердің центрі мен радиусын сәйкесінше </w:t>
      </w:r>
      <w:r w:rsidRPr="002417EA">
        <w:rPr>
          <w:rFonts w:ascii="Times New Roman" w:hAnsi="Times New Roman" w:cs="Times New Roman"/>
          <w:position w:val="-10"/>
          <w:sz w:val="28"/>
          <w:szCs w:val="28"/>
        </w:rPr>
        <w:object w:dxaOrig="340" w:dyaOrig="320" w14:anchorId="463B74ED">
          <v:shape id="_x0000_i2004" type="#_x0000_t75" style="width:15.8pt;height:15.8pt" o:ole="">
            <v:imagedata r:id="rId2246" o:title=""/>
          </v:shape>
          <o:OLEObject Type="Embed" ProgID="Equation.DSMT4" ShapeID="_x0000_i2004" DrawAspect="Content" ObjectID="_1840332458" r:id="rId2247"/>
        </w:object>
      </w:r>
      <w:r w:rsidRPr="002417EA">
        <w:rPr>
          <w:rFonts w:ascii="Times New Roman" w:hAnsi="Times New Roman" w:cs="Times New Roman"/>
          <w:sz w:val="28"/>
          <w:szCs w:val="28"/>
          <w:lang w:val="kk-KZ"/>
        </w:rPr>
        <w:t xml:space="preserve"> мен </w:t>
      </w:r>
      <w:r w:rsidRPr="002417EA">
        <w:rPr>
          <w:rFonts w:ascii="Times New Roman" w:hAnsi="Times New Roman" w:cs="Times New Roman"/>
          <w:position w:val="-4"/>
          <w:sz w:val="28"/>
          <w:szCs w:val="28"/>
        </w:rPr>
        <w:object w:dxaOrig="279" w:dyaOrig="220" w14:anchorId="7201799E">
          <v:shape id="_x0000_i2005" type="#_x0000_t75" style="width:15.8pt;height:11.85pt" o:ole="">
            <v:imagedata r:id="rId2248" o:title=""/>
          </v:shape>
          <o:OLEObject Type="Embed" ProgID="Equation.DSMT4" ShapeID="_x0000_i2005" DrawAspect="Content" ObjectID="_1840332459" r:id="rId2249"/>
        </w:object>
      </w:r>
      <w:r w:rsidRPr="002417EA">
        <w:rPr>
          <w:rFonts w:ascii="Times New Roman" w:hAnsi="Times New Roman" w:cs="Times New Roman"/>
          <w:sz w:val="28"/>
          <w:szCs w:val="28"/>
          <w:lang w:val="kk-KZ"/>
        </w:rPr>
        <w:t xml:space="preserve"> деп белгілеп, мынадай қатынас аламыз:</w:t>
      </w:r>
      <w:r w:rsidRPr="002417EA">
        <w:rPr>
          <w:rFonts w:ascii="Times New Roman" w:hAnsi="Times New Roman" w:cs="Times New Roman"/>
          <w:position w:val="-14"/>
          <w:sz w:val="28"/>
          <w:szCs w:val="28"/>
        </w:rPr>
        <w:object w:dxaOrig="2100" w:dyaOrig="440" w14:anchorId="3DA39437">
          <v:shape id="_x0000_i2006" type="#_x0000_t75" style="width:106pt;height:20.55pt" o:ole="">
            <v:imagedata r:id="rId2250" o:title=""/>
          </v:shape>
          <o:OLEObject Type="Embed" ProgID="Equation.DSMT4" ShapeID="_x0000_i2006" DrawAspect="Content" ObjectID="_1840332460" r:id="rId2251"/>
        </w:object>
      </w:r>
      <w:r w:rsidRPr="002417EA">
        <w:rPr>
          <w:rFonts w:ascii="Times New Roman" w:hAnsi="Times New Roman" w:cs="Times New Roman"/>
          <w:sz w:val="28"/>
          <w:szCs w:val="28"/>
          <w:lang w:val="kk-KZ"/>
        </w:rPr>
        <w:t xml:space="preserve"> мұндағы. </w:t>
      </w:r>
      <w:r w:rsidRPr="002417EA">
        <w:rPr>
          <w:rFonts w:ascii="Times New Roman" w:hAnsi="Times New Roman" w:cs="Times New Roman"/>
          <w:position w:val="-10"/>
          <w:sz w:val="28"/>
          <w:szCs w:val="28"/>
        </w:rPr>
        <w:object w:dxaOrig="1340" w:dyaOrig="400" w14:anchorId="4779D886">
          <v:shape id="_x0000_i2007" type="#_x0000_t75" style="width:67.25pt;height:18.2pt" o:ole="">
            <v:imagedata r:id="rId2252" o:title=""/>
          </v:shape>
          <o:OLEObject Type="Embed" ProgID="Equation.DSMT4" ShapeID="_x0000_i2007" DrawAspect="Content" ObjectID="_1840332461" r:id="rId2253"/>
        </w:object>
      </w:r>
      <w:r w:rsidRPr="002417EA">
        <w:rPr>
          <w:rFonts w:ascii="Times New Roman" w:hAnsi="Times New Roman" w:cs="Times New Roman"/>
          <w:sz w:val="28"/>
          <w:szCs w:val="28"/>
          <w:lang w:val="kk-KZ"/>
        </w:rPr>
        <w:t xml:space="preserve"> </w:t>
      </w:r>
      <w:r w:rsidRPr="002417EA">
        <w:rPr>
          <w:rFonts w:ascii="Times New Roman" w:hAnsi="Times New Roman" w:cs="Times New Roman"/>
          <w:position w:val="-4"/>
          <w:sz w:val="28"/>
          <w:szCs w:val="28"/>
        </w:rPr>
        <w:object w:dxaOrig="240" w:dyaOrig="279" w14:anchorId="28745EA7">
          <v:shape id="_x0000_i2008" type="#_x0000_t75" style="width:11.85pt;height:15.8pt" o:ole="">
            <v:imagedata r:id="rId2254" o:title=""/>
          </v:shape>
          <o:OLEObject Type="Embed" ProgID="Equation.DSMT4" ShapeID="_x0000_i2008" DrawAspect="Content" ObjectID="_1840332462" r:id="rId2255"/>
        </w:object>
      </w:r>
      <w:r w:rsidRPr="002417EA">
        <w:rPr>
          <w:rFonts w:ascii="Times New Roman" w:hAnsi="Times New Roman" w:cs="Times New Roman"/>
          <w:sz w:val="28"/>
          <w:szCs w:val="28"/>
          <w:lang w:val="kk-KZ"/>
        </w:rPr>
        <w:t>шеңберінің теңдеуін</w:t>
      </w:r>
      <w:r w:rsidRPr="002417EA">
        <w:rPr>
          <w:rFonts w:ascii="Times New Roman" w:hAnsi="Times New Roman" w:cs="Times New Roman"/>
          <w:position w:val="-14"/>
          <w:sz w:val="28"/>
          <w:szCs w:val="28"/>
        </w:rPr>
        <w:t xml:space="preserve"> </w:t>
      </w:r>
      <w:r w:rsidRPr="002417EA">
        <w:rPr>
          <w:rFonts w:ascii="Times New Roman" w:hAnsi="Times New Roman" w:cs="Times New Roman"/>
          <w:position w:val="-14"/>
          <w:sz w:val="28"/>
          <w:szCs w:val="28"/>
        </w:rPr>
        <w:object w:dxaOrig="1460" w:dyaOrig="480" w14:anchorId="135FFB92">
          <v:shape id="_x0000_i2009" type="#_x0000_t75" style="width:1in;height:25.3pt" o:ole="">
            <v:imagedata r:id="rId2256" o:title=""/>
          </v:shape>
          <o:OLEObject Type="Embed" ProgID="Equation.DSMT4" ShapeID="_x0000_i2009" DrawAspect="Content" ObjectID="_1840332463" r:id="rId2257"/>
        </w:object>
      </w:r>
      <w:r w:rsidRPr="002417EA">
        <w:rPr>
          <w:rFonts w:ascii="Times New Roman" w:hAnsi="Times New Roman" w:cs="Times New Roman"/>
          <w:sz w:val="28"/>
          <w:szCs w:val="28"/>
          <w:lang w:val="kk-KZ"/>
        </w:rPr>
        <w:t xml:space="preserve"> келесі түрде</w:t>
      </w:r>
      <w:r w:rsidRPr="002417EA">
        <w:rPr>
          <w:rFonts w:ascii="Times New Roman" w:hAnsi="Times New Roman" w:cs="Times New Roman"/>
          <w:sz w:val="28"/>
          <w:szCs w:val="28"/>
        </w:rPr>
        <w:t xml:space="preserve"> </w:t>
      </w:r>
      <w:r w:rsidRPr="002417EA">
        <w:rPr>
          <w:rFonts w:ascii="Times New Roman" w:hAnsi="Times New Roman" w:cs="Times New Roman"/>
          <w:position w:val="-18"/>
          <w:sz w:val="28"/>
          <w:szCs w:val="28"/>
        </w:rPr>
        <w:object w:dxaOrig="2220" w:dyaOrig="499" w14:anchorId="6442CDC7">
          <v:shape id="_x0000_i2010" type="#_x0000_t75" style="width:110.75pt;height:25.3pt" o:ole="">
            <v:imagedata r:id="rId2258" o:title=""/>
          </v:shape>
          <o:OLEObject Type="Embed" ProgID="Equation.DSMT4" ShapeID="_x0000_i2010" DrawAspect="Content" ObjectID="_1840332464" r:id="rId2259"/>
        </w:object>
      </w:r>
      <w:r w:rsidRPr="002417EA">
        <w:rPr>
          <w:rFonts w:ascii="Times New Roman" w:hAnsi="Times New Roman" w:cs="Times New Roman"/>
          <w:sz w:val="28"/>
          <w:szCs w:val="28"/>
          <w:lang w:val="kk-KZ"/>
        </w:rPr>
        <w:t xml:space="preserve"> жаза аламыз, ал бұл (2.18)-гі В шеңберінің  сипаттауының дәлелін береді.</w:t>
      </w:r>
      <w:r w:rsidRPr="002417EA">
        <w:rPr>
          <w:rFonts w:ascii="Times New Roman" w:hAnsi="Times New Roman" w:cs="Times New Roman"/>
          <w:sz w:val="28"/>
          <w:szCs w:val="28"/>
        </w:rPr>
        <w:t xml:space="preserve"> </w:t>
      </w:r>
      <w:r w:rsidRPr="002417EA">
        <w:rPr>
          <w:rFonts w:ascii="Times New Roman" w:hAnsi="Times New Roman" w:cs="Times New Roman"/>
          <w:position w:val="-12"/>
          <w:sz w:val="28"/>
          <w:szCs w:val="28"/>
        </w:rPr>
        <w:object w:dxaOrig="980" w:dyaOrig="360" w14:anchorId="71DD3EE8">
          <v:shape id="_x0000_i2011" type="#_x0000_t75" style="width:46.7pt;height:18.2pt" o:ole="">
            <v:imagedata r:id="rId2260" o:title=""/>
          </v:shape>
          <o:OLEObject Type="Embed" ProgID="Equation.DSMT4" ShapeID="_x0000_i2011" DrawAspect="Content" ObjectID="_1840332465" r:id="rId2261"/>
        </w:object>
      </w:r>
      <w:r w:rsidRPr="002417EA">
        <w:rPr>
          <w:rFonts w:ascii="Times New Roman" w:hAnsi="Times New Roman" w:cs="Times New Roman"/>
          <w:position w:val="-12"/>
          <w:sz w:val="28"/>
          <w:szCs w:val="28"/>
        </w:rPr>
        <w:t xml:space="preserve"> </w:t>
      </w:r>
      <w:r w:rsidRPr="002417EA">
        <w:rPr>
          <w:rFonts w:ascii="Times New Roman" w:hAnsi="Times New Roman" w:cs="Times New Roman"/>
          <w:sz w:val="28"/>
          <w:szCs w:val="28"/>
          <w:lang w:val="kk-KZ"/>
        </w:rPr>
        <w:t>және</w:t>
      </w:r>
      <w:r w:rsidRPr="002417EA">
        <w:rPr>
          <w:rFonts w:ascii="Times New Roman" w:hAnsi="Times New Roman" w:cs="Times New Roman"/>
          <w:sz w:val="28"/>
          <w:szCs w:val="28"/>
        </w:rPr>
        <w:t xml:space="preserve"> </w:t>
      </w:r>
      <w:r w:rsidRPr="002417EA">
        <w:rPr>
          <w:rFonts w:ascii="Times New Roman" w:hAnsi="Times New Roman" w:cs="Times New Roman"/>
          <w:position w:val="-12"/>
          <w:sz w:val="28"/>
          <w:szCs w:val="28"/>
        </w:rPr>
        <w:object w:dxaOrig="1520" w:dyaOrig="360" w14:anchorId="4FC32E89">
          <v:shape id="_x0000_i2012" type="#_x0000_t75" style="width:76.75pt;height:18.2pt" o:ole="">
            <v:imagedata r:id="rId2262" o:title=""/>
          </v:shape>
          <o:OLEObject Type="Embed" ProgID="Equation.DSMT4" ShapeID="_x0000_i2012" DrawAspect="Content" ObjectID="_1840332466" r:id="rId2263"/>
        </w:object>
      </w:r>
      <w:r w:rsidRPr="002417EA">
        <w:rPr>
          <w:rFonts w:ascii="Times New Roman" w:hAnsi="Times New Roman" w:cs="Times New Roman"/>
          <w:sz w:val="28"/>
          <w:szCs w:val="28"/>
        </w:rPr>
        <w:t xml:space="preserve"> </w:t>
      </w:r>
      <w:r w:rsidRPr="002417EA">
        <w:rPr>
          <w:rFonts w:ascii="Times New Roman" w:hAnsi="Times New Roman" w:cs="Times New Roman"/>
          <w:sz w:val="28"/>
          <w:szCs w:val="28"/>
          <w:lang w:val="kk-KZ"/>
        </w:rPr>
        <w:t xml:space="preserve">нүктелері </w:t>
      </w:r>
      <w:r w:rsidRPr="002417EA">
        <w:rPr>
          <w:rFonts w:ascii="Times New Roman" w:hAnsi="Times New Roman" w:cs="Times New Roman"/>
          <w:position w:val="-4"/>
          <w:sz w:val="28"/>
          <w:szCs w:val="28"/>
        </w:rPr>
        <w:object w:dxaOrig="240" w:dyaOrig="279" w14:anchorId="0DDD191C">
          <v:shape id="_x0000_i2013" type="#_x0000_t75" style="width:11.85pt;height:15.8pt" o:ole="">
            <v:imagedata r:id="rId2264" o:title=""/>
          </v:shape>
          <o:OLEObject Type="Embed" ProgID="Equation.DSMT4" ShapeID="_x0000_i2013" DrawAspect="Content" ObjectID="_1840332467" r:id="rId2265"/>
        </w:object>
      </w:r>
      <w:r w:rsidRPr="002417EA">
        <w:rPr>
          <w:rFonts w:ascii="Times New Roman" w:hAnsi="Times New Roman" w:cs="Times New Roman"/>
          <w:sz w:val="28"/>
          <w:szCs w:val="28"/>
          <w:lang w:val="kk-KZ"/>
        </w:rPr>
        <w:t xml:space="preserve">шеңберінде жататыны анық. Атап айтқанда, </w:t>
      </w:r>
      <w:r w:rsidRPr="002417EA">
        <w:rPr>
          <w:rFonts w:ascii="Times New Roman" w:hAnsi="Times New Roman" w:cs="Times New Roman"/>
          <w:position w:val="-6"/>
          <w:sz w:val="28"/>
          <w:szCs w:val="28"/>
        </w:rPr>
        <w:object w:dxaOrig="639" w:dyaOrig="240" w14:anchorId="76190AC1">
          <v:shape id="_x0000_i2014" type="#_x0000_t75" style="width:29.25pt;height:11.85pt" o:ole="">
            <v:imagedata r:id="rId2266" o:title=""/>
          </v:shape>
          <o:OLEObject Type="Embed" ProgID="Equation.DSMT4" ShapeID="_x0000_i2014" DrawAspect="Content" ObjectID="_1840332468" r:id="rId2267"/>
        </w:object>
      </w:r>
      <w:r w:rsidRPr="002417EA">
        <w:rPr>
          <w:rFonts w:ascii="Times New Roman" w:hAnsi="Times New Roman" w:cs="Times New Roman"/>
          <w:sz w:val="28"/>
          <w:szCs w:val="28"/>
          <w:lang w:val="kk-KZ"/>
        </w:rPr>
        <w:t xml:space="preserve"> теңдеуге  қойып </w:t>
      </w:r>
      <w:r w:rsidRPr="002417EA">
        <w:rPr>
          <w:rFonts w:ascii="Times New Roman" w:hAnsi="Times New Roman" w:cs="Times New Roman"/>
          <w:position w:val="-10"/>
          <w:sz w:val="28"/>
          <w:szCs w:val="28"/>
        </w:rPr>
        <w:object w:dxaOrig="260" w:dyaOrig="279" w14:anchorId="39BE882C">
          <v:shape id="_x0000_i2015" type="#_x0000_t75" style="width:11.85pt;height:15.8pt" o:ole="">
            <v:imagedata r:id="rId2268" o:title=""/>
          </v:shape>
          <o:OLEObject Type="Embed" ProgID="Equation.DSMT4" ShapeID="_x0000_i2015" DrawAspect="Content" ObjectID="_1840332469" r:id="rId2269"/>
        </w:object>
      </w:r>
      <w:r w:rsidRPr="002417EA">
        <w:rPr>
          <w:rFonts w:ascii="Times New Roman" w:hAnsi="Times New Roman" w:cs="Times New Roman"/>
          <w:sz w:val="28"/>
          <w:szCs w:val="28"/>
          <w:lang w:val="kk-KZ"/>
        </w:rPr>
        <w:t xml:space="preserve"> үшін (2.18) өрнегіне келеміз. </w:t>
      </w:r>
      <w:r w:rsidRPr="002417EA">
        <w:rPr>
          <w:rFonts w:ascii="Times New Roman" w:hAnsi="Times New Roman" w:cs="Times New Roman"/>
          <w:position w:val="-4"/>
          <w:sz w:val="28"/>
          <w:szCs w:val="28"/>
        </w:rPr>
        <w:object w:dxaOrig="240" w:dyaOrig="279" w14:anchorId="5D7AD5C7">
          <v:shape id="_x0000_i2016" type="#_x0000_t75" style="width:11.85pt;height:15.8pt" o:ole="">
            <v:imagedata r:id="rId2270" o:title=""/>
          </v:shape>
          <o:OLEObject Type="Embed" ProgID="Equation.DSMT4" ShapeID="_x0000_i2016" DrawAspect="Content" ObjectID="_1840332470" r:id="rId2271"/>
        </w:object>
      </w:r>
      <w:r w:rsidRPr="002417EA">
        <w:rPr>
          <w:rFonts w:ascii="Times New Roman" w:hAnsi="Times New Roman" w:cs="Times New Roman"/>
          <w:sz w:val="28"/>
          <w:szCs w:val="28"/>
          <w:lang w:val="kk-KZ"/>
        </w:rPr>
        <w:t xml:space="preserve">шеңбері </w:t>
      </w:r>
      <w:r w:rsidRPr="002417EA">
        <w:rPr>
          <w:rFonts w:ascii="Times New Roman" w:hAnsi="Times New Roman" w:cs="Times New Roman"/>
          <w:position w:val="-6"/>
          <w:sz w:val="28"/>
          <w:szCs w:val="28"/>
        </w:rPr>
        <w:object w:dxaOrig="1460" w:dyaOrig="320" w14:anchorId="4C680C4F">
          <v:shape id="_x0000_i2017" type="#_x0000_t75" style="width:1in;height:15.8pt" o:ole="">
            <v:imagedata r:id="rId2272" o:title=""/>
          </v:shape>
          <o:OLEObject Type="Embed" ProgID="Equation.DSMT4" ShapeID="_x0000_i2017" DrawAspect="Content" ObjectID="_1840332471" r:id="rId2273"/>
        </w:object>
      </w:r>
      <w:r w:rsidRPr="002417EA">
        <w:rPr>
          <w:rFonts w:ascii="Times New Roman" w:hAnsi="Times New Roman" w:cs="Times New Roman"/>
          <w:sz w:val="28"/>
          <w:szCs w:val="28"/>
          <w:lang w:val="kk-KZ"/>
        </w:rPr>
        <w:t>түрлендіруіне қатысты инварианттылығы оның теңдеуінен шығады. Лемма дәлелденді.</w:t>
      </w:r>
    </w:p>
    <w:p w14:paraId="217E03D3" w14:textId="419B7274" w:rsidR="00894A81" w:rsidRPr="002417EA" w:rsidRDefault="00894A81" w:rsidP="002417EA">
      <w:pPr>
        <w:spacing w:after="0" w:line="240" w:lineRule="auto"/>
        <w:ind w:firstLine="708"/>
        <w:jc w:val="both"/>
        <w:rPr>
          <w:rFonts w:ascii="Times New Roman" w:hAnsi="Times New Roman" w:cs="Times New Roman"/>
          <w:sz w:val="28"/>
          <w:szCs w:val="28"/>
          <w:lang w:val="kk-KZ"/>
        </w:rPr>
      </w:pPr>
      <w:r w:rsidRPr="002417EA">
        <w:rPr>
          <w:rFonts w:ascii="Times New Roman" w:hAnsi="Times New Roman" w:cs="Times New Roman"/>
          <w:sz w:val="28"/>
          <w:szCs w:val="28"/>
          <w:lang w:val="kk-KZ"/>
        </w:rPr>
        <w:t xml:space="preserve">2.1-ші лемма  </w:t>
      </w:r>
      <w:r w:rsidRPr="002417EA">
        <w:rPr>
          <w:rFonts w:ascii="Times New Roman" w:hAnsi="Times New Roman" w:cs="Times New Roman"/>
          <w:position w:val="-6"/>
          <w:sz w:val="28"/>
          <w:szCs w:val="28"/>
        </w:rPr>
        <w:object w:dxaOrig="700" w:dyaOrig="300" w14:anchorId="4EAD0472">
          <v:shape id="_x0000_i2018" type="#_x0000_t75" style="width:37.2pt;height:15.8pt" o:ole="">
            <v:imagedata r:id="rId2274" o:title=""/>
          </v:shape>
          <o:OLEObject Type="Embed" ProgID="Equation.DSMT4" ShapeID="_x0000_i2018" DrawAspect="Content" ObjectID="_1840332472" r:id="rId2275"/>
        </w:object>
      </w:r>
      <w:r w:rsidRPr="002417EA">
        <w:rPr>
          <w:rFonts w:ascii="Times New Roman" w:hAnsi="Times New Roman" w:cs="Times New Roman"/>
          <w:position w:val="-6"/>
          <w:sz w:val="28"/>
          <w:szCs w:val="28"/>
          <w:lang w:val="kk-KZ"/>
        </w:rPr>
        <w:t xml:space="preserve"> </w:t>
      </w:r>
      <w:r w:rsidRPr="002417EA">
        <w:rPr>
          <w:rFonts w:ascii="Times New Roman" w:hAnsi="Times New Roman" w:cs="Times New Roman"/>
          <w:sz w:val="28"/>
          <w:szCs w:val="28"/>
          <w:lang w:val="kk-KZ"/>
        </w:rPr>
        <w:t xml:space="preserve">жағдайында </w:t>
      </w:r>
      <w:r w:rsidRPr="002417EA">
        <w:rPr>
          <w:rFonts w:ascii="Times New Roman" w:hAnsi="Times New Roman" w:cs="Times New Roman"/>
          <w:position w:val="-12"/>
          <w:sz w:val="28"/>
          <w:szCs w:val="28"/>
        </w:rPr>
        <w:object w:dxaOrig="600" w:dyaOrig="380" w14:anchorId="5E9069C5">
          <v:shape id="_x0000_i2019" type="#_x0000_t75" style="width:29.25pt;height:18.2pt" o:ole="">
            <v:imagedata r:id="rId2276" o:title=""/>
          </v:shape>
          <o:OLEObject Type="Embed" ProgID="Equation.DSMT4" ShapeID="_x0000_i2019" DrawAspect="Content" ObjectID="_1840332473" r:id="rId2277"/>
        </w:object>
      </w:r>
      <w:r w:rsidRPr="002417EA">
        <w:rPr>
          <w:rFonts w:ascii="Times New Roman" w:hAnsi="Times New Roman" w:cs="Times New Roman"/>
          <w:sz w:val="28"/>
          <w:szCs w:val="28"/>
          <w:lang w:val="kk-KZ"/>
        </w:rPr>
        <w:t>екі нүктесі үшін қолдан</w:t>
      </w:r>
      <w:r w:rsidR="006273A0">
        <w:rPr>
          <w:rFonts w:ascii="Times New Roman" w:hAnsi="Times New Roman" w:cs="Times New Roman"/>
          <w:sz w:val="28"/>
          <w:szCs w:val="28"/>
          <w:lang w:val="kk-KZ"/>
        </w:rPr>
        <w:t xml:space="preserve">ылады 2.1-ші теоремаға сәйкес </w:t>
      </w:r>
      <w:r w:rsidR="006273A0">
        <w:rPr>
          <w:color w:val="1B1C1D"/>
          <w:sz w:val="28"/>
          <w:szCs w:val="28"/>
          <w:lang w:val="kk-KZ"/>
        </w:rPr>
        <w:t>[6, р. 1036-1037]</w:t>
      </w:r>
      <w:r w:rsidRPr="002417EA">
        <w:rPr>
          <w:rFonts w:ascii="Times New Roman" w:hAnsi="Times New Roman" w:cs="Times New Roman"/>
          <w:sz w:val="28"/>
          <w:szCs w:val="28"/>
          <w:lang w:val="kk-KZ"/>
        </w:rPr>
        <w:t xml:space="preserve"> жалпылығын шектемегенде ол нүктелерді әр түрлі деп айтуға болады. Олардың реттік нөмері </w:t>
      </w:r>
      <w:r w:rsidRPr="002417EA">
        <w:rPr>
          <w:rFonts w:ascii="Times New Roman" w:hAnsi="Times New Roman" w:cs="Times New Roman"/>
          <w:position w:val="-12"/>
          <w:sz w:val="28"/>
          <w:szCs w:val="28"/>
        </w:rPr>
        <w:object w:dxaOrig="660" w:dyaOrig="380" w14:anchorId="65369B08">
          <v:shape id="_x0000_i2020" type="#_x0000_t75" style="width:34pt;height:18.2pt" o:ole="">
            <v:imagedata r:id="rId2278" o:title=""/>
          </v:shape>
          <o:OLEObject Type="Embed" ProgID="Equation.DSMT4" ShapeID="_x0000_i2020" DrawAspect="Content" ObjectID="_1840332474" r:id="rId2279"/>
        </w:object>
      </w:r>
      <w:r w:rsidRPr="002417EA">
        <w:rPr>
          <w:rFonts w:ascii="Times New Roman" w:hAnsi="Times New Roman" w:cs="Times New Roman"/>
          <w:sz w:val="28"/>
          <w:szCs w:val="28"/>
          <w:lang w:val="kk-KZ"/>
        </w:rPr>
        <w:t xml:space="preserve">болсын. (2.17) сәйкес </w:t>
      </w:r>
      <w:r w:rsidRPr="002417EA">
        <w:rPr>
          <w:rFonts w:ascii="Times New Roman" w:hAnsi="Times New Roman" w:cs="Times New Roman"/>
          <w:position w:val="-12"/>
          <w:sz w:val="28"/>
          <w:szCs w:val="28"/>
        </w:rPr>
        <w:object w:dxaOrig="260" w:dyaOrig="380" w14:anchorId="7AE67465">
          <v:shape id="_x0000_i2021" type="#_x0000_t75" style="width:11.85pt;height:18.2pt" o:ole="">
            <v:imagedata r:id="rId2280" o:title=""/>
          </v:shape>
          <o:OLEObject Type="Embed" ProgID="Equation.DSMT4" ShapeID="_x0000_i2021" DrawAspect="Content" ObjectID="_1840332475" r:id="rId2281"/>
        </w:object>
      </w:r>
      <w:r w:rsidRPr="002417EA">
        <w:rPr>
          <w:rFonts w:ascii="Times New Roman" w:hAnsi="Times New Roman" w:cs="Times New Roman"/>
          <w:sz w:val="28"/>
          <w:szCs w:val="28"/>
          <w:lang w:val="kk-KZ"/>
        </w:rPr>
        <w:t xml:space="preserve"> түрлендіруі В шеңберін төменгі жарты жазықтықққа ауыстырады және келесі функциясын енгіземіз: </w:t>
      </w:r>
    </w:p>
    <w:p w14:paraId="7A6580A7" w14:textId="77777777" w:rsidR="00894A81" w:rsidRPr="002417EA" w:rsidRDefault="00894A81" w:rsidP="002417EA">
      <w:pPr>
        <w:spacing w:after="0" w:line="240" w:lineRule="auto"/>
        <w:jc w:val="both"/>
        <w:rPr>
          <w:rFonts w:ascii="Times New Roman" w:hAnsi="Times New Roman" w:cs="Times New Roman"/>
          <w:sz w:val="28"/>
          <w:szCs w:val="28"/>
          <w:lang w:val="kk-KZ"/>
        </w:rPr>
      </w:pPr>
    </w:p>
    <w:p w14:paraId="2305800E" w14:textId="77777777" w:rsidR="00894A81" w:rsidRPr="002417EA" w:rsidRDefault="00894A81" w:rsidP="002417EA">
      <w:pPr>
        <w:spacing w:after="0" w:line="240" w:lineRule="auto"/>
        <w:jc w:val="right"/>
        <w:rPr>
          <w:rFonts w:ascii="Times New Roman" w:hAnsi="Times New Roman" w:cs="Times New Roman"/>
          <w:sz w:val="28"/>
          <w:szCs w:val="28"/>
          <w:lang w:val="kk-KZ"/>
        </w:rPr>
      </w:pPr>
      <w:r w:rsidRPr="002417EA">
        <w:rPr>
          <w:rFonts w:ascii="Times New Roman" w:hAnsi="Times New Roman" w:cs="Times New Roman"/>
          <w:position w:val="-16"/>
          <w:sz w:val="28"/>
          <w:szCs w:val="28"/>
        </w:rPr>
        <w:object w:dxaOrig="5520" w:dyaOrig="420" w14:anchorId="760C3582">
          <v:shape id="_x0000_i2022" type="#_x0000_t75" style="width:279.3pt;height:20.55pt" o:ole="">
            <v:imagedata r:id="rId2282" o:title=""/>
          </v:shape>
          <o:OLEObject Type="Embed" ProgID="Equation.DSMT4" ShapeID="_x0000_i2022" DrawAspect="Content" ObjectID="_1840332476" r:id="rId2283"/>
        </w:object>
      </w:r>
      <w:r w:rsidRPr="002417EA">
        <w:rPr>
          <w:rFonts w:ascii="Times New Roman" w:hAnsi="Times New Roman" w:cs="Times New Roman"/>
          <w:position w:val="-16"/>
          <w:sz w:val="28"/>
          <w:szCs w:val="28"/>
          <w:lang w:val="kk-KZ"/>
        </w:rPr>
        <w:t xml:space="preserve">                           </w:t>
      </w:r>
      <w:r w:rsidRPr="002417EA">
        <w:rPr>
          <w:rFonts w:ascii="Times New Roman" w:hAnsi="Times New Roman" w:cs="Times New Roman"/>
          <w:sz w:val="28"/>
          <w:szCs w:val="28"/>
          <w:lang w:val="kk-KZ"/>
        </w:rPr>
        <w:t>(2.19)</w:t>
      </w:r>
    </w:p>
    <w:p w14:paraId="250E5674" w14:textId="77777777" w:rsidR="00894A81" w:rsidRPr="002417EA" w:rsidRDefault="00894A81" w:rsidP="002417EA">
      <w:pPr>
        <w:spacing w:after="0" w:line="240" w:lineRule="auto"/>
        <w:jc w:val="both"/>
        <w:rPr>
          <w:rFonts w:ascii="Times New Roman" w:hAnsi="Times New Roman" w:cs="Times New Roman"/>
          <w:sz w:val="28"/>
          <w:szCs w:val="28"/>
          <w:lang w:val="kk-KZ"/>
        </w:rPr>
      </w:pPr>
    </w:p>
    <w:p w14:paraId="321770EA" w14:textId="77777777" w:rsidR="00894A81" w:rsidRPr="002417EA" w:rsidRDefault="00894A81" w:rsidP="002417EA">
      <w:pPr>
        <w:spacing w:after="0" w:line="240" w:lineRule="auto"/>
        <w:jc w:val="both"/>
        <w:rPr>
          <w:rFonts w:ascii="Times New Roman" w:hAnsi="Times New Roman" w:cs="Times New Roman"/>
          <w:sz w:val="28"/>
          <w:szCs w:val="28"/>
          <w:lang w:val="kk-KZ"/>
        </w:rPr>
      </w:pPr>
      <w:r w:rsidRPr="002417EA">
        <w:rPr>
          <w:rFonts w:ascii="Times New Roman" w:hAnsi="Times New Roman" w:cs="Times New Roman"/>
          <w:sz w:val="28"/>
          <w:szCs w:val="28"/>
        </w:rPr>
        <w:t>B ше</w:t>
      </w:r>
      <w:r w:rsidRPr="002417EA">
        <w:rPr>
          <w:rFonts w:ascii="Times New Roman" w:hAnsi="Times New Roman" w:cs="Times New Roman"/>
          <w:sz w:val="28"/>
          <w:szCs w:val="28"/>
          <w:lang w:val="kk-KZ"/>
        </w:rPr>
        <w:t>ң</w:t>
      </w:r>
      <w:r w:rsidRPr="002417EA">
        <w:rPr>
          <w:rFonts w:ascii="Times New Roman" w:hAnsi="Times New Roman" w:cs="Times New Roman"/>
          <w:sz w:val="28"/>
          <w:szCs w:val="28"/>
        </w:rPr>
        <w:t>бер</w:t>
      </w:r>
      <w:r w:rsidRPr="002417EA">
        <w:rPr>
          <w:rFonts w:ascii="Times New Roman" w:hAnsi="Times New Roman" w:cs="Times New Roman"/>
          <w:sz w:val="28"/>
          <w:szCs w:val="28"/>
          <w:lang w:val="kk-KZ"/>
        </w:rPr>
        <w:t>і</w:t>
      </w:r>
      <w:r w:rsidRPr="002417EA">
        <w:rPr>
          <w:rFonts w:ascii="Times New Roman" w:hAnsi="Times New Roman" w:cs="Times New Roman"/>
          <w:sz w:val="28"/>
          <w:szCs w:val="28"/>
        </w:rPr>
        <w:t>нде</w:t>
      </w:r>
      <w:r w:rsidRPr="002417EA">
        <w:rPr>
          <w:rFonts w:ascii="Times New Roman" w:hAnsi="Times New Roman" w:cs="Times New Roman"/>
          <w:sz w:val="28"/>
          <w:szCs w:val="28"/>
          <w:lang w:val="kk-KZ"/>
        </w:rPr>
        <w:t xml:space="preserve"> бұл функция </w:t>
      </w:r>
      <w:r w:rsidRPr="002417EA">
        <w:rPr>
          <w:rFonts w:ascii="Times New Roman" w:hAnsi="Times New Roman" w:cs="Times New Roman"/>
          <w:sz w:val="28"/>
          <w:szCs w:val="28"/>
        </w:rPr>
        <w:t>аналитикалы</w:t>
      </w:r>
      <w:r w:rsidRPr="002417EA">
        <w:rPr>
          <w:rFonts w:ascii="Times New Roman" w:hAnsi="Times New Roman" w:cs="Times New Roman"/>
          <w:sz w:val="28"/>
          <w:szCs w:val="28"/>
          <w:lang w:val="kk-KZ"/>
        </w:rPr>
        <w:t>қ функция болып табылады. Айқын түрде мынадай болады:</w:t>
      </w:r>
    </w:p>
    <w:p w14:paraId="48539381" w14:textId="77777777" w:rsidR="00894A81" w:rsidRPr="002417EA" w:rsidRDefault="00894A81" w:rsidP="002417EA">
      <w:pPr>
        <w:spacing w:after="0" w:line="240" w:lineRule="auto"/>
        <w:jc w:val="both"/>
        <w:rPr>
          <w:rFonts w:ascii="Times New Roman" w:hAnsi="Times New Roman" w:cs="Times New Roman"/>
          <w:sz w:val="28"/>
          <w:szCs w:val="28"/>
          <w:lang w:val="kk-KZ"/>
        </w:rPr>
      </w:pPr>
    </w:p>
    <w:p w14:paraId="494E952D" w14:textId="77777777" w:rsidR="00894A81" w:rsidRPr="002417EA" w:rsidRDefault="00894A81" w:rsidP="002417EA">
      <w:pPr>
        <w:spacing w:after="0" w:line="240" w:lineRule="auto"/>
        <w:jc w:val="right"/>
        <w:rPr>
          <w:rFonts w:ascii="Times New Roman" w:hAnsi="Times New Roman" w:cs="Times New Roman"/>
          <w:sz w:val="28"/>
          <w:szCs w:val="28"/>
          <w:lang w:val="kk-KZ"/>
        </w:rPr>
      </w:pPr>
      <w:r w:rsidRPr="002417EA">
        <w:rPr>
          <w:rFonts w:ascii="Times New Roman" w:hAnsi="Times New Roman" w:cs="Times New Roman"/>
          <w:position w:val="-34"/>
          <w:sz w:val="28"/>
          <w:szCs w:val="28"/>
        </w:rPr>
        <w:object w:dxaOrig="3480" w:dyaOrig="780" w14:anchorId="4D6DAEF1">
          <v:shape id="_x0000_i2023" type="#_x0000_t75" style="width:174.85pt;height:38pt" o:ole="">
            <v:imagedata r:id="rId2284" o:title=""/>
          </v:shape>
          <o:OLEObject Type="Embed" ProgID="Equation.DSMT4" ShapeID="_x0000_i2023" DrawAspect="Content" ObjectID="_1840332477" r:id="rId2285"/>
        </w:object>
      </w:r>
      <w:r w:rsidRPr="002417EA">
        <w:rPr>
          <w:rFonts w:ascii="Times New Roman" w:hAnsi="Times New Roman" w:cs="Times New Roman"/>
          <w:position w:val="-16"/>
          <w:sz w:val="28"/>
          <w:szCs w:val="28"/>
          <w:lang w:val="kk-KZ"/>
        </w:rPr>
        <w:t xml:space="preserve">                                       </w:t>
      </w:r>
      <w:r w:rsidRPr="002417EA">
        <w:rPr>
          <w:rFonts w:ascii="Times New Roman" w:hAnsi="Times New Roman" w:cs="Times New Roman"/>
          <w:sz w:val="28"/>
          <w:szCs w:val="28"/>
          <w:lang w:val="kk-KZ"/>
        </w:rPr>
        <w:t>(2.20)</w:t>
      </w:r>
    </w:p>
    <w:p w14:paraId="66BDCCF7" w14:textId="77777777" w:rsidR="00894A81" w:rsidRPr="002417EA" w:rsidRDefault="00894A81" w:rsidP="002417EA">
      <w:pPr>
        <w:spacing w:after="0" w:line="240" w:lineRule="auto"/>
        <w:jc w:val="both"/>
        <w:rPr>
          <w:rFonts w:ascii="Times New Roman" w:hAnsi="Times New Roman" w:cs="Times New Roman"/>
          <w:position w:val="-24"/>
          <w:sz w:val="28"/>
          <w:szCs w:val="28"/>
          <w:lang w:val="kk-KZ"/>
        </w:rPr>
      </w:pPr>
    </w:p>
    <w:p w14:paraId="1A6D15F8" w14:textId="59667B94" w:rsidR="00894A81" w:rsidRPr="002417EA" w:rsidRDefault="00894A81" w:rsidP="002417EA">
      <w:pPr>
        <w:spacing w:after="0" w:line="240" w:lineRule="auto"/>
        <w:jc w:val="both"/>
        <w:rPr>
          <w:rFonts w:ascii="Times New Roman" w:hAnsi="Times New Roman" w:cs="Times New Roman"/>
          <w:sz w:val="28"/>
          <w:szCs w:val="28"/>
          <w:lang w:val="kk-KZ"/>
        </w:rPr>
      </w:pPr>
      <w:r w:rsidRPr="002417EA">
        <w:rPr>
          <w:rFonts w:ascii="Times New Roman" w:hAnsi="Times New Roman" w:cs="Times New Roman"/>
          <w:position w:val="-6"/>
          <w:sz w:val="28"/>
          <w:szCs w:val="28"/>
        </w:rPr>
        <w:object w:dxaOrig="200" w:dyaOrig="240" w14:anchorId="03DD30FE">
          <v:shape id="_x0000_i2024" type="#_x0000_t75" style="width:9.5pt;height:11.85pt" o:ole="">
            <v:imagedata r:id="rId2286" o:title=""/>
          </v:shape>
          <o:OLEObject Type="Embed" ProgID="Equation.DSMT4" ShapeID="_x0000_i2024" DrawAspect="Content" ObjectID="_1840332478" r:id="rId2287"/>
        </w:object>
      </w:r>
      <w:r w:rsidRPr="002417EA">
        <w:rPr>
          <w:rFonts w:ascii="Times New Roman" w:hAnsi="Times New Roman" w:cs="Times New Roman"/>
          <w:sz w:val="28"/>
          <w:szCs w:val="28"/>
          <w:lang w:val="kk-KZ"/>
        </w:rPr>
        <w:t xml:space="preserve">нүктесі </w:t>
      </w:r>
      <w:r w:rsidRPr="002417EA">
        <w:rPr>
          <w:rFonts w:ascii="Times New Roman" w:hAnsi="Times New Roman" w:cs="Times New Roman"/>
          <w:position w:val="-4"/>
          <w:sz w:val="28"/>
          <w:szCs w:val="28"/>
        </w:rPr>
        <w:object w:dxaOrig="260" w:dyaOrig="340" w14:anchorId="57AD20CB">
          <v:shape id="_x0000_i2025" type="#_x0000_t75" style="width:11.85pt;height:15.8pt" o:ole="">
            <v:imagedata r:id="rId2288" o:title=""/>
          </v:shape>
          <o:OLEObject Type="Embed" ProgID="Equation.DSMT4" ShapeID="_x0000_i2025" DrawAspect="Content" ObjectID="_1840332479" r:id="rId2289"/>
        </w:object>
      </w:r>
      <w:r w:rsidRPr="002417EA">
        <w:rPr>
          <w:rFonts w:ascii="Times New Roman" w:hAnsi="Times New Roman" w:cs="Times New Roman"/>
          <w:sz w:val="28"/>
          <w:szCs w:val="28"/>
          <w:lang w:val="kk-KZ"/>
        </w:rPr>
        <w:t xml:space="preserve">тұйық дөңгелегінде жатпайтындығы </w:t>
      </w:r>
      <w:r w:rsidR="006D5E6A">
        <w:rPr>
          <w:rFonts w:ascii="Times New Roman" w:hAnsi="Times New Roman" w:cs="Times New Roman"/>
          <w:sz w:val="28"/>
          <w:szCs w:val="28"/>
          <w:lang w:val="kk-KZ"/>
        </w:rPr>
        <w:t xml:space="preserve">2.1-ші лемманың </w:t>
      </w:r>
      <w:r w:rsidRPr="002417EA">
        <w:rPr>
          <w:rFonts w:ascii="Times New Roman" w:hAnsi="Times New Roman" w:cs="Times New Roman"/>
          <w:sz w:val="28"/>
          <w:szCs w:val="28"/>
          <w:lang w:val="kk-KZ"/>
        </w:rPr>
        <w:t xml:space="preserve">салдарынан аламыз. Атап айтқанда, </w:t>
      </w:r>
      <w:r w:rsidRPr="002417EA">
        <w:rPr>
          <w:rFonts w:ascii="Times New Roman" w:hAnsi="Times New Roman" w:cs="Times New Roman"/>
          <w:position w:val="-12"/>
          <w:sz w:val="28"/>
          <w:szCs w:val="28"/>
        </w:rPr>
        <w:object w:dxaOrig="1800" w:dyaOrig="380" w14:anchorId="27CFDF25">
          <v:shape id="_x0000_i2026" type="#_x0000_t75" style="width:90.2pt;height:18.2pt" o:ole="">
            <v:imagedata r:id="rId2290" o:title=""/>
          </v:shape>
          <o:OLEObject Type="Embed" ProgID="Equation.DSMT4" ShapeID="_x0000_i2026" DrawAspect="Content" ObjectID="_1840332480" r:id="rId2291"/>
        </w:object>
      </w:r>
      <w:r w:rsidRPr="002417EA">
        <w:rPr>
          <w:rFonts w:ascii="Times New Roman" w:hAnsi="Times New Roman" w:cs="Times New Roman"/>
          <w:position w:val="-30"/>
          <w:sz w:val="28"/>
          <w:szCs w:val="28"/>
          <w:lang w:val="kk-KZ"/>
        </w:rPr>
        <w:t xml:space="preserve"> </w:t>
      </w:r>
      <w:r w:rsidRPr="002417EA">
        <w:rPr>
          <w:rFonts w:ascii="Times New Roman" w:hAnsi="Times New Roman" w:cs="Times New Roman"/>
          <w:sz w:val="28"/>
          <w:szCs w:val="28"/>
          <w:lang w:val="kk-KZ"/>
        </w:rPr>
        <w:t xml:space="preserve">бірінші лемма бойынша  </w:t>
      </w:r>
      <w:r w:rsidRPr="002417EA">
        <w:rPr>
          <w:rFonts w:ascii="Times New Roman" w:hAnsi="Times New Roman" w:cs="Times New Roman"/>
          <w:position w:val="-12"/>
          <w:sz w:val="28"/>
          <w:szCs w:val="28"/>
        </w:rPr>
        <w:object w:dxaOrig="1160" w:dyaOrig="380" w14:anchorId="6CB04849">
          <v:shape id="_x0000_i2027" type="#_x0000_t75" style="width:56.2pt;height:18.2pt" o:ole="">
            <v:imagedata r:id="rId2292" o:title=""/>
          </v:shape>
          <o:OLEObject Type="Embed" ProgID="Equation.DSMT4" ShapeID="_x0000_i2027" DrawAspect="Content" ObjectID="_1840332481" r:id="rId2293"/>
        </w:object>
      </w:r>
      <w:r w:rsidRPr="002417EA">
        <w:rPr>
          <w:rFonts w:ascii="Times New Roman" w:hAnsi="Times New Roman" w:cs="Times New Roman"/>
          <w:sz w:val="28"/>
          <w:szCs w:val="28"/>
          <w:lang w:val="kk-KZ"/>
        </w:rPr>
        <w:t>нүктесі</w:t>
      </w:r>
      <w:r w:rsidRPr="002417EA">
        <w:rPr>
          <w:rFonts w:ascii="Times New Roman" w:hAnsi="Times New Roman" w:cs="Times New Roman"/>
          <w:position w:val="-12"/>
          <w:sz w:val="28"/>
          <w:szCs w:val="28"/>
          <w:lang w:val="kk-KZ"/>
        </w:rPr>
        <w:t xml:space="preserve"> </w:t>
      </w:r>
      <w:r w:rsidRPr="002417EA">
        <w:rPr>
          <w:rFonts w:ascii="Times New Roman" w:hAnsi="Times New Roman" w:cs="Times New Roman"/>
          <w:position w:val="-4"/>
          <w:sz w:val="28"/>
          <w:szCs w:val="28"/>
        </w:rPr>
        <w:object w:dxaOrig="260" w:dyaOrig="340" w14:anchorId="41D1FB0D">
          <v:shape id="_x0000_i2028" type="#_x0000_t75" style="width:11.85pt;height:15.8pt" o:ole="">
            <v:imagedata r:id="rId2294" o:title=""/>
          </v:shape>
          <o:OLEObject Type="Embed" ProgID="Equation.DSMT4" ShapeID="_x0000_i2028" DrawAspect="Content" ObjectID="_1840332482" r:id="rId2295"/>
        </w:object>
      </w:r>
      <w:r w:rsidRPr="002417EA">
        <w:rPr>
          <w:rFonts w:ascii="Times New Roman" w:hAnsi="Times New Roman" w:cs="Times New Roman"/>
          <w:sz w:val="28"/>
          <w:szCs w:val="28"/>
          <w:lang w:val="kk-KZ"/>
        </w:rPr>
        <w:t xml:space="preserve">жатпайды, сондықтан бұл </w:t>
      </w:r>
      <w:r w:rsidRPr="002417EA">
        <w:rPr>
          <w:rFonts w:ascii="Times New Roman" w:hAnsi="Times New Roman" w:cs="Times New Roman"/>
          <w:position w:val="-6"/>
          <w:sz w:val="28"/>
          <w:szCs w:val="28"/>
        </w:rPr>
        <w:object w:dxaOrig="1400" w:dyaOrig="320" w14:anchorId="2F98F62B">
          <v:shape id="_x0000_i2029" type="#_x0000_t75" style="width:68.85pt;height:15.8pt" o:ole="">
            <v:imagedata r:id="rId2296" o:title=""/>
          </v:shape>
          <o:OLEObject Type="Embed" ProgID="Equation.DSMT4" ShapeID="_x0000_i2029" DrawAspect="Content" ObjectID="_1840332483" r:id="rId2297"/>
        </w:object>
      </w:r>
      <w:r w:rsidRPr="002417EA">
        <w:rPr>
          <w:rFonts w:ascii="Times New Roman" w:hAnsi="Times New Roman" w:cs="Times New Roman"/>
          <w:sz w:val="28"/>
          <w:szCs w:val="28"/>
          <w:lang w:val="kk-KZ"/>
        </w:rPr>
        <w:t xml:space="preserve"> </w:t>
      </w:r>
      <w:r w:rsidRPr="002417EA">
        <w:rPr>
          <w:rFonts w:ascii="Times New Roman" w:hAnsi="Times New Roman" w:cs="Times New Roman"/>
          <w:position w:val="-12"/>
          <w:sz w:val="28"/>
          <w:szCs w:val="28"/>
          <w:lang w:val="kk-KZ"/>
        </w:rPr>
        <w:t xml:space="preserve"> </w:t>
      </w:r>
      <w:r w:rsidRPr="002417EA">
        <w:rPr>
          <w:rFonts w:ascii="Times New Roman" w:hAnsi="Times New Roman" w:cs="Times New Roman"/>
          <w:sz w:val="28"/>
          <w:szCs w:val="28"/>
          <w:lang w:val="kk-KZ"/>
        </w:rPr>
        <w:t>үшін де орынды. 2</w:t>
      </w:r>
      <w:r w:rsidR="006D5E6A">
        <w:rPr>
          <w:rFonts w:ascii="Times New Roman" w:hAnsi="Times New Roman" w:cs="Times New Roman"/>
          <w:sz w:val="28"/>
          <w:szCs w:val="28"/>
          <w:lang w:val="kk-KZ"/>
        </w:rPr>
        <w:t>.2</w:t>
      </w:r>
      <w:r w:rsidRPr="002417EA">
        <w:rPr>
          <w:rFonts w:ascii="Times New Roman" w:hAnsi="Times New Roman" w:cs="Times New Roman"/>
          <w:sz w:val="28"/>
          <w:szCs w:val="28"/>
          <w:lang w:val="kk-KZ"/>
        </w:rPr>
        <w:t xml:space="preserve">-ші теорема </w:t>
      </w:r>
      <w:r w:rsidRPr="002417EA">
        <w:rPr>
          <w:rFonts w:ascii="Times New Roman" w:hAnsi="Times New Roman" w:cs="Times New Roman"/>
          <w:position w:val="-6"/>
          <w:sz w:val="28"/>
          <w:szCs w:val="28"/>
        </w:rPr>
        <w:object w:dxaOrig="200" w:dyaOrig="300" w14:anchorId="1A289E4C">
          <v:shape id="_x0000_i2030" type="#_x0000_t75" style="width:9.5pt;height:15.8pt" o:ole="">
            <v:imagedata r:id="rId2298" o:title=""/>
          </v:shape>
          <o:OLEObject Type="Embed" ProgID="Equation.DSMT4" ShapeID="_x0000_i2030" DrawAspect="Content" ObjectID="_1840332484" r:id="rId2299"/>
        </w:object>
      </w:r>
      <w:r w:rsidRPr="002417EA">
        <w:rPr>
          <w:rFonts w:ascii="Times New Roman" w:hAnsi="Times New Roman" w:cs="Times New Roman"/>
          <w:sz w:val="28"/>
          <w:szCs w:val="28"/>
          <w:lang w:val="kk-KZ"/>
        </w:rPr>
        <w:t xml:space="preserve"> функциясына қатысты былай түрленеді.</w:t>
      </w:r>
    </w:p>
    <w:p w14:paraId="65F096B2" w14:textId="77777777" w:rsidR="00894A81" w:rsidRPr="002417EA" w:rsidRDefault="00894A81" w:rsidP="00152387">
      <w:pPr>
        <w:spacing w:after="0" w:line="240" w:lineRule="auto"/>
        <w:ind w:firstLine="567"/>
        <w:jc w:val="both"/>
        <w:rPr>
          <w:rFonts w:ascii="Times New Roman" w:hAnsi="Times New Roman" w:cs="Times New Roman"/>
          <w:b/>
          <w:sz w:val="28"/>
          <w:szCs w:val="28"/>
          <w:lang w:val="kk-KZ"/>
        </w:rPr>
      </w:pPr>
      <w:r w:rsidRPr="002417EA">
        <w:rPr>
          <w:rFonts w:ascii="Times New Roman" w:hAnsi="Times New Roman" w:cs="Times New Roman"/>
          <w:b/>
          <w:bCs/>
          <w:sz w:val="28"/>
          <w:szCs w:val="28"/>
          <w:lang w:val="kk-KZ"/>
        </w:rPr>
        <w:t>Теорема 2.3.</w:t>
      </w:r>
      <w:r w:rsidRPr="002417EA">
        <w:rPr>
          <w:rFonts w:ascii="Times New Roman" w:hAnsi="Times New Roman" w:cs="Times New Roman"/>
          <w:b/>
          <w:sz w:val="28"/>
          <w:szCs w:val="28"/>
          <w:lang w:val="kk-KZ"/>
        </w:rPr>
        <w:t xml:space="preserve"> </w:t>
      </w:r>
      <w:r w:rsidRPr="002417EA">
        <w:rPr>
          <w:rFonts w:ascii="Times New Roman" w:hAnsi="Times New Roman" w:cs="Times New Roman"/>
          <w:sz w:val="28"/>
          <w:szCs w:val="28"/>
          <w:lang w:val="kk-KZ"/>
        </w:rPr>
        <w:t>Айталық,</w:t>
      </w:r>
      <w:r w:rsidRPr="002417EA">
        <w:rPr>
          <w:rFonts w:ascii="Times New Roman" w:hAnsi="Times New Roman" w:cs="Times New Roman"/>
          <w:b/>
          <w:sz w:val="28"/>
          <w:szCs w:val="28"/>
          <w:lang w:val="kk-KZ"/>
        </w:rPr>
        <w:t xml:space="preserve"> </w:t>
      </w:r>
      <w:r w:rsidRPr="002417EA">
        <w:rPr>
          <w:rFonts w:ascii="Times New Roman" w:hAnsi="Times New Roman" w:cs="Times New Roman"/>
          <w:position w:val="-12"/>
          <w:sz w:val="28"/>
          <w:szCs w:val="28"/>
        </w:rPr>
        <w:object w:dxaOrig="2040" w:dyaOrig="380" w14:anchorId="234D98D0">
          <v:shape id="_x0000_i2031" type="#_x0000_t75" style="width:102.05pt;height:18.2pt" o:ole="">
            <v:imagedata r:id="rId2300" o:title=""/>
          </v:shape>
          <o:OLEObject Type="Embed" ProgID="Equation.DSMT4" ShapeID="_x0000_i2031" DrawAspect="Content" ObjectID="_1840332485" r:id="rId2301"/>
        </w:object>
      </w:r>
      <w:r w:rsidRPr="002417EA">
        <w:rPr>
          <w:rFonts w:ascii="Times New Roman" w:hAnsi="Times New Roman" w:cs="Times New Roman"/>
          <w:b/>
          <w:sz w:val="28"/>
          <w:szCs w:val="28"/>
          <w:lang w:val="kk-KZ"/>
        </w:rPr>
        <w:t xml:space="preserve"> </w:t>
      </w:r>
      <w:r w:rsidRPr="002417EA">
        <w:rPr>
          <w:rFonts w:ascii="Times New Roman" w:hAnsi="Times New Roman" w:cs="Times New Roman"/>
          <w:sz w:val="28"/>
          <w:szCs w:val="28"/>
          <w:lang w:val="kk-KZ"/>
        </w:rPr>
        <w:t xml:space="preserve">және бірінші лемманың белгілеулерін алайық. Бұл (2.1), (2.2) есептерінің фредгольмдігі </w:t>
      </w:r>
      <w:r w:rsidRPr="002417EA">
        <w:rPr>
          <w:rFonts w:ascii="Times New Roman" w:hAnsi="Times New Roman" w:cs="Times New Roman"/>
          <w:position w:val="-12"/>
          <w:sz w:val="28"/>
          <w:szCs w:val="28"/>
        </w:rPr>
        <w:object w:dxaOrig="520" w:dyaOrig="360" w14:anchorId="72EC16D0">
          <v:shape id="_x0000_i2032" type="#_x0000_t75" style="width:25.3pt;height:18.2pt" o:ole="">
            <v:imagedata r:id="rId2302" o:title=""/>
          </v:shape>
          <o:OLEObject Type="Embed" ProgID="Equation.DSMT4" ShapeID="_x0000_i2032" DrawAspect="Content" ObjectID="_1840332486" r:id="rId2303"/>
        </w:object>
      </w:r>
      <w:r w:rsidRPr="002417EA">
        <w:rPr>
          <w:rFonts w:ascii="Times New Roman" w:hAnsi="Times New Roman" w:cs="Times New Roman"/>
          <w:sz w:val="28"/>
          <w:szCs w:val="28"/>
          <w:lang w:val="kk-KZ"/>
        </w:rPr>
        <w:t xml:space="preserve">функцияның </w:t>
      </w:r>
      <w:r w:rsidRPr="002417EA">
        <w:rPr>
          <w:rFonts w:ascii="Times New Roman" w:hAnsi="Times New Roman" w:cs="Times New Roman"/>
          <w:position w:val="-6"/>
          <w:sz w:val="28"/>
          <w:szCs w:val="28"/>
        </w:rPr>
        <w:object w:dxaOrig="840" w:dyaOrig="300" w14:anchorId="66340CB1">
          <v:shape id="_x0000_i2033" type="#_x0000_t75" style="width:43.5pt;height:15.8pt" o:ole="">
            <v:imagedata r:id="rId2304" o:title=""/>
          </v:shape>
          <o:OLEObject Type="Embed" ProgID="Equation.DSMT4" ShapeID="_x0000_i2033" DrawAspect="Content" ObjectID="_1840332487" r:id="rId2305"/>
        </w:object>
      </w:r>
      <w:r w:rsidRPr="002417EA">
        <w:rPr>
          <w:rFonts w:ascii="Times New Roman" w:hAnsi="Times New Roman" w:cs="Times New Roman"/>
          <w:position w:val="-6"/>
          <w:sz w:val="28"/>
          <w:szCs w:val="28"/>
          <w:lang w:val="kk-KZ"/>
        </w:rPr>
        <w:t xml:space="preserve"> </w:t>
      </w:r>
      <w:r w:rsidRPr="002417EA">
        <w:rPr>
          <w:rFonts w:ascii="Times New Roman" w:hAnsi="Times New Roman" w:cs="Times New Roman"/>
          <w:sz w:val="28"/>
          <w:szCs w:val="28"/>
          <w:lang w:val="kk-KZ"/>
        </w:rPr>
        <w:t xml:space="preserve">шеңберінде нольдері жоқтығымен пара-пар. </w:t>
      </w:r>
    </w:p>
    <w:p w14:paraId="59D20F11" w14:textId="5ED9616F" w:rsidR="00894A81" w:rsidRPr="002417EA" w:rsidRDefault="00894A81" w:rsidP="00152387">
      <w:pPr>
        <w:spacing w:after="0" w:line="240" w:lineRule="auto"/>
        <w:ind w:firstLine="567"/>
        <w:jc w:val="both"/>
        <w:rPr>
          <w:rFonts w:ascii="Times New Roman" w:hAnsi="Times New Roman" w:cs="Times New Roman"/>
          <w:sz w:val="28"/>
          <w:szCs w:val="28"/>
          <w:lang w:val="kk-KZ"/>
        </w:rPr>
      </w:pPr>
      <w:r w:rsidRPr="002417EA">
        <w:rPr>
          <w:rFonts w:ascii="Times New Roman" w:hAnsi="Times New Roman" w:cs="Times New Roman"/>
          <w:sz w:val="28"/>
          <w:szCs w:val="28"/>
          <w:lang w:val="kk-KZ"/>
        </w:rPr>
        <w:t xml:space="preserve">Айта кететін жайт, </w:t>
      </w:r>
      <w:r w:rsidRPr="002417EA">
        <w:rPr>
          <w:rFonts w:ascii="Times New Roman" w:hAnsi="Times New Roman" w:cs="Times New Roman"/>
          <w:position w:val="-4"/>
          <w:sz w:val="28"/>
          <w:szCs w:val="28"/>
        </w:rPr>
        <w:object w:dxaOrig="279" w:dyaOrig="279" w14:anchorId="75D7C820">
          <v:shape id="_x0000_i2034" type="#_x0000_t75" style="width:15.8pt;height:15.8pt" o:ole="">
            <v:imagedata r:id="rId2306" o:title=""/>
          </v:shape>
          <o:OLEObject Type="Embed" ProgID="Equation.DSMT4" ShapeID="_x0000_i2034" DrawAspect="Content" ObjectID="_1840332488" r:id="rId2307"/>
        </w:object>
      </w:r>
      <w:r w:rsidRPr="002417EA">
        <w:rPr>
          <w:rFonts w:ascii="Times New Roman" w:hAnsi="Times New Roman" w:cs="Times New Roman"/>
          <w:sz w:val="28"/>
          <w:szCs w:val="28"/>
          <w:lang w:val="kk-KZ"/>
        </w:rPr>
        <w:t xml:space="preserve">функциясы сияқты </w:t>
      </w:r>
      <w:r w:rsidRPr="002417EA">
        <w:rPr>
          <w:rFonts w:ascii="Times New Roman" w:hAnsi="Times New Roman" w:cs="Times New Roman"/>
          <w:position w:val="-6"/>
          <w:sz w:val="28"/>
          <w:szCs w:val="28"/>
        </w:rPr>
        <w:object w:dxaOrig="200" w:dyaOrig="300" w14:anchorId="72256E0E">
          <v:shape id="_x0000_i2035" type="#_x0000_t75" style="width:9.5pt;height:15.8pt" o:ole="">
            <v:imagedata r:id="rId2308" o:title=""/>
          </v:shape>
          <o:OLEObject Type="Embed" ProgID="Equation.DSMT4" ShapeID="_x0000_i2035" DrawAspect="Content" ObjectID="_1840332489" r:id="rId2309"/>
        </w:object>
      </w:r>
      <w:r w:rsidRPr="002417EA">
        <w:rPr>
          <w:rFonts w:ascii="Times New Roman" w:hAnsi="Times New Roman" w:cs="Times New Roman"/>
          <w:sz w:val="28"/>
          <w:szCs w:val="28"/>
          <w:lang w:val="kk-KZ"/>
        </w:rPr>
        <w:t xml:space="preserve"> функциясы да </w:t>
      </w:r>
      <w:r w:rsidRPr="002417EA">
        <w:rPr>
          <w:rFonts w:ascii="Times New Roman" w:hAnsi="Times New Roman" w:cs="Times New Roman"/>
          <w:position w:val="-6"/>
          <w:sz w:val="28"/>
          <w:szCs w:val="28"/>
        </w:rPr>
        <w:object w:dxaOrig="320" w:dyaOrig="279" w14:anchorId="20FC07CC">
          <v:shape id="_x0000_i2036" type="#_x0000_t75" style="width:15.8pt;height:15.8pt" o:ole="">
            <v:imagedata r:id="rId2310" o:title=""/>
          </v:shape>
          <o:OLEObject Type="Embed" ProgID="Equation.DSMT4" ShapeID="_x0000_i2036" DrawAspect="Content" ObjectID="_1840332490" r:id="rId2311"/>
        </w:object>
      </w:r>
      <w:r w:rsidRPr="002417EA">
        <w:rPr>
          <w:rFonts w:ascii="Times New Roman" w:hAnsi="Times New Roman" w:cs="Times New Roman"/>
          <w:position w:val="-6"/>
          <w:sz w:val="28"/>
          <w:szCs w:val="28"/>
          <w:lang w:val="kk-KZ"/>
        </w:rPr>
        <w:t xml:space="preserve"> </w:t>
      </w:r>
      <w:r w:rsidRPr="002417EA">
        <w:rPr>
          <w:rFonts w:ascii="Times New Roman" w:hAnsi="Times New Roman" w:cs="Times New Roman"/>
          <w:sz w:val="28"/>
          <w:szCs w:val="28"/>
          <w:lang w:val="kk-KZ"/>
        </w:rPr>
        <w:t xml:space="preserve">нүктесінде нольге айналады. </w:t>
      </w:r>
      <w:r w:rsidRPr="002417EA">
        <w:rPr>
          <w:rFonts w:ascii="Times New Roman" w:hAnsi="Times New Roman" w:cs="Times New Roman"/>
          <w:position w:val="-12"/>
          <w:sz w:val="28"/>
          <w:szCs w:val="28"/>
        </w:rPr>
        <w:object w:dxaOrig="1260" w:dyaOrig="380" w14:anchorId="7FC3E88F">
          <v:shape id="_x0000_i2037" type="#_x0000_t75" style="width:64.9pt;height:18.2pt" o:ole="">
            <v:imagedata r:id="rId2312" o:title=""/>
          </v:shape>
          <o:OLEObject Type="Embed" ProgID="Equation.DSMT4" ShapeID="_x0000_i2037" DrawAspect="Content" ObjectID="_1840332491" r:id="rId2313"/>
        </w:object>
      </w:r>
      <w:r w:rsidRPr="002417EA">
        <w:rPr>
          <w:rFonts w:ascii="Times New Roman" w:hAnsi="Times New Roman" w:cs="Times New Roman"/>
          <w:position w:val="-12"/>
          <w:sz w:val="28"/>
          <w:szCs w:val="28"/>
          <w:lang w:val="kk-KZ"/>
        </w:rPr>
        <w:t xml:space="preserve"> </w:t>
      </w:r>
      <w:r w:rsidRPr="002417EA">
        <w:rPr>
          <w:rFonts w:ascii="Times New Roman" w:hAnsi="Times New Roman" w:cs="Times New Roman"/>
          <w:sz w:val="28"/>
          <w:szCs w:val="28"/>
          <w:lang w:val="kk-KZ"/>
        </w:rPr>
        <w:t xml:space="preserve">болғанда бұл функция ерекше ықшамдалады және </w:t>
      </w:r>
      <w:r w:rsidRPr="002417EA">
        <w:rPr>
          <w:rFonts w:ascii="Times New Roman" w:hAnsi="Times New Roman" w:cs="Times New Roman"/>
          <w:position w:val="-12"/>
          <w:sz w:val="28"/>
          <w:szCs w:val="28"/>
          <w:lang w:val="kk-KZ"/>
        </w:rPr>
        <w:t xml:space="preserve"> </w:t>
      </w:r>
      <w:r w:rsidRPr="002417EA">
        <w:rPr>
          <w:rFonts w:ascii="Times New Roman" w:hAnsi="Times New Roman" w:cs="Times New Roman"/>
          <w:sz w:val="28"/>
          <w:szCs w:val="28"/>
          <w:lang w:val="kk-KZ"/>
        </w:rPr>
        <w:t xml:space="preserve">(2.20)-ғы </w:t>
      </w:r>
      <w:r w:rsidRPr="002417EA">
        <w:rPr>
          <w:rFonts w:ascii="Times New Roman" w:hAnsi="Times New Roman" w:cs="Times New Roman"/>
          <w:position w:val="-6"/>
          <w:sz w:val="28"/>
          <w:szCs w:val="28"/>
        </w:rPr>
        <w:object w:dxaOrig="240" w:dyaOrig="300" w14:anchorId="19BDB2C8">
          <v:shape id="_x0000_i2038" type="#_x0000_t75" style="width:11.85pt;height:15.8pt" o:ole="">
            <v:imagedata r:id="rId2314" o:title=""/>
          </v:shape>
          <o:OLEObject Type="Embed" ProgID="Equation.DSMT4" ShapeID="_x0000_i2038" DrawAspect="Content" ObjectID="_1840332492" r:id="rId2315"/>
        </w:object>
      </w:r>
      <w:r w:rsidRPr="002417EA">
        <w:rPr>
          <w:rFonts w:ascii="Times New Roman" w:hAnsi="Times New Roman" w:cs="Times New Roman"/>
          <w:sz w:val="28"/>
          <w:szCs w:val="28"/>
          <w:lang w:val="kk-KZ"/>
        </w:rPr>
        <w:t xml:space="preserve"> түрлендіруінен </w:t>
      </w:r>
      <w:r w:rsidRPr="002417EA">
        <w:rPr>
          <w:rFonts w:ascii="Times New Roman" w:hAnsi="Times New Roman" w:cs="Times New Roman"/>
          <w:position w:val="-6"/>
          <w:sz w:val="28"/>
          <w:szCs w:val="28"/>
        </w:rPr>
        <w:object w:dxaOrig="1460" w:dyaOrig="320" w14:anchorId="1D806DD0">
          <v:shape id="_x0000_i2039" type="#_x0000_t75" style="width:1in;height:15.8pt" o:ole="">
            <v:imagedata r:id="rId2316" o:title=""/>
          </v:shape>
          <o:OLEObject Type="Embed" ProgID="Equation.DSMT4" ShapeID="_x0000_i2039" DrawAspect="Content" ObjectID="_1840332493" r:id="rId2317"/>
        </w:object>
      </w:r>
      <w:r w:rsidRPr="002417EA">
        <w:rPr>
          <w:rFonts w:ascii="Times New Roman" w:hAnsi="Times New Roman" w:cs="Times New Roman"/>
          <w:sz w:val="28"/>
          <w:szCs w:val="28"/>
          <w:lang w:val="kk-KZ"/>
        </w:rPr>
        <w:t xml:space="preserve"> инв</w:t>
      </w:r>
      <w:r w:rsidR="006D5E6A">
        <w:rPr>
          <w:rFonts w:ascii="Times New Roman" w:hAnsi="Times New Roman" w:cs="Times New Roman"/>
          <w:sz w:val="28"/>
          <w:szCs w:val="28"/>
          <w:lang w:val="kk-KZ"/>
        </w:rPr>
        <w:t>олюциясы шығады. Бұл жағдайда [23</w:t>
      </w:r>
      <w:r w:rsidR="002F04EB" w:rsidRPr="002A03EA">
        <w:rPr>
          <w:rFonts w:ascii="Times New Roman" w:hAnsi="Times New Roman" w:cs="Times New Roman"/>
          <w:sz w:val="28"/>
          <w:szCs w:val="28"/>
          <w:lang w:val="kk-KZ"/>
        </w:rPr>
        <w:t xml:space="preserve">, </w:t>
      </w:r>
      <w:r w:rsidR="002F04EB">
        <w:rPr>
          <w:rFonts w:ascii="Times New Roman" w:hAnsi="Times New Roman" w:cs="Times New Roman"/>
          <w:sz w:val="28"/>
          <w:szCs w:val="28"/>
          <w:lang w:val="kk-KZ"/>
        </w:rPr>
        <w:t>р.</w:t>
      </w:r>
      <w:r w:rsidR="002F04EB" w:rsidRPr="002A03EA">
        <w:rPr>
          <w:rFonts w:ascii="Times New Roman" w:hAnsi="Times New Roman" w:cs="Times New Roman"/>
          <w:sz w:val="28"/>
          <w:szCs w:val="28"/>
          <w:lang w:val="kk-KZ"/>
        </w:rPr>
        <w:t xml:space="preserve"> </w:t>
      </w:r>
      <w:r w:rsidR="002F04EB">
        <w:rPr>
          <w:rFonts w:ascii="Times New Roman" w:hAnsi="Times New Roman" w:cs="Times New Roman"/>
          <w:sz w:val="28"/>
          <w:szCs w:val="28"/>
          <w:lang w:val="kk-KZ"/>
        </w:rPr>
        <w:t>1</w:t>
      </w:r>
      <w:r w:rsidR="002F04EB" w:rsidRPr="002A03EA">
        <w:rPr>
          <w:rFonts w:ascii="Times New Roman" w:hAnsi="Times New Roman" w:cs="Times New Roman"/>
          <w:sz w:val="28"/>
          <w:szCs w:val="28"/>
          <w:lang w:val="kk-KZ"/>
        </w:rPr>
        <w:t>600-1603</w:t>
      </w:r>
      <w:r w:rsidRPr="002417EA">
        <w:rPr>
          <w:rFonts w:ascii="Times New Roman" w:hAnsi="Times New Roman" w:cs="Times New Roman"/>
          <w:sz w:val="28"/>
          <w:szCs w:val="28"/>
          <w:lang w:val="kk-KZ"/>
        </w:rPr>
        <w:t xml:space="preserve">] жұмыстағы екінші теорема </w:t>
      </w:r>
      <w:r w:rsidR="006D5E6A">
        <w:rPr>
          <w:rFonts w:ascii="Times New Roman" w:hAnsi="Times New Roman" w:cs="Times New Roman"/>
          <w:sz w:val="28"/>
          <w:szCs w:val="28"/>
          <w:lang w:val="kk-KZ"/>
        </w:rPr>
        <w:t xml:space="preserve">2.3-ші </w:t>
      </w:r>
      <w:r w:rsidRPr="002417EA">
        <w:rPr>
          <w:rFonts w:ascii="Times New Roman" w:hAnsi="Times New Roman" w:cs="Times New Roman"/>
          <w:sz w:val="28"/>
          <w:szCs w:val="28"/>
          <w:lang w:val="kk-KZ"/>
        </w:rPr>
        <w:t xml:space="preserve"> теоремаға айналады. </w:t>
      </w:r>
    </w:p>
    <w:p w14:paraId="6A98E84C" w14:textId="77777777" w:rsidR="00894A81" w:rsidRPr="002417EA" w:rsidRDefault="00894A81" w:rsidP="002417EA">
      <w:pPr>
        <w:spacing w:after="0" w:line="240" w:lineRule="auto"/>
        <w:ind w:firstLine="708"/>
        <w:jc w:val="both"/>
        <w:rPr>
          <w:rFonts w:ascii="Times New Roman" w:hAnsi="Times New Roman" w:cs="Times New Roman"/>
          <w:sz w:val="28"/>
          <w:szCs w:val="28"/>
          <w:lang w:val="kk-KZ"/>
        </w:rPr>
      </w:pPr>
      <w:r w:rsidRPr="002417EA">
        <w:rPr>
          <w:rFonts w:ascii="Times New Roman" w:hAnsi="Times New Roman" w:cs="Times New Roman"/>
          <w:sz w:val="28"/>
          <w:szCs w:val="28"/>
          <w:lang w:val="kk-KZ"/>
        </w:rPr>
        <w:t xml:space="preserve">Алынған нәтижелерді төртінші және алтыншы дәрежелі жалпыланған теңдеулерге қолданамыз. 2.3-ші  теореманы (2.1) теңдеудің төртінші дәрежесіне қолдану. Есептің фредгольмдығына кіші мүшелері әсер етпегендіктен </w:t>
      </w:r>
      <w:r w:rsidRPr="002417EA">
        <w:rPr>
          <w:rFonts w:ascii="Times New Roman" w:hAnsi="Times New Roman" w:cs="Times New Roman"/>
          <w:position w:val="-12"/>
          <w:sz w:val="28"/>
          <w:szCs w:val="28"/>
        </w:rPr>
        <w:object w:dxaOrig="1200" w:dyaOrig="380" w14:anchorId="63017F28">
          <v:shape id="_x0000_i2040" type="#_x0000_t75" style="width:60.15pt;height:18.2pt" o:ole="">
            <v:imagedata r:id="rId2318" o:title=""/>
          </v:shape>
          <o:OLEObject Type="Embed" ProgID="Equation.DSMT4" ShapeID="_x0000_i2040" DrawAspect="Content" ObjectID="_1840332494" r:id="rId2319"/>
        </w:object>
      </w:r>
      <w:r w:rsidRPr="002417EA">
        <w:rPr>
          <w:rFonts w:ascii="Times New Roman" w:hAnsi="Times New Roman" w:cs="Times New Roman"/>
          <w:position w:val="-12"/>
          <w:sz w:val="28"/>
          <w:szCs w:val="28"/>
          <w:lang w:val="kk-KZ"/>
        </w:rPr>
        <w:t xml:space="preserve"> </w:t>
      </w:r>
      <w:r w:rsidRPr="002417EA">
        <w:rPr>
          <w:rFonts w:ascii="Times New Roman" w:hAnsi="Times New Roman" w:cs="Times New Roman"/>
          <w:sz w:val="28"/>
          <w:szCs w:val="28"/>
          <w:lang w:val="kk-KZ"/>
        </w:rPr>
        <w:t>теңдеудің басты бөлігін қолдану жеткілікті. Бұл теңдеу мына түрде жазылады:</w:t>
      </w:r>
    </w:p>
    <w:p w14:paraId="0714A5BF" w14:textId="77777777" w:rsidR="00894A81" w:rsidRPr="002417EA" w:rsidRDefault="00894A81" w:rsidP="002417EA">
      <w:pPr>
        <w:spacing w:after="0" w:line="240" w:lineRule="auto"/>
        <w:jc w:val="both"/>
        <w:rPr>
          <w:rFonts w:ascii="Times New Roman" w:hAnsi="Times New Roman" w:cs="Times New Roman"/>
          <w:sz w:val="28"/>
          <w:szCs w:val="28"/>
          <w:lang w:val="kk-KZ"/>
        </w:rPr>
      </w:pPr>
    </w:p>
    <w:p w14:paraId="3E2746B6" w14:textId="77777777" w:rsidR="00894A81" w:rsidRPr="002417EA" w:rsidRDefault="00894A81" w:rsidP="002417EA">
      <w:pPr>
        <w:spacing w:after="0" w:line="240" w:lineRule="auto"/>
        <w:jc w:val="right"/>
        <w:rPr>
          <w:rFonts w:ascii="Times New Roman" w:hAnsi="Times New Roman" w:cs="Times New Roman"/>
          <w:sz w:val="28"/>
          <w:szCs w:val="28"/>
          <w:lang w:val="kk-KZ"/>
        </w:rPr>
      </w:pPr>
      <w:r w:rsidRPr="002417EA">
        <w:rPr>
          <w:rFonts w:ascii="Times New Roman" w:hAnsi="Times New Roman" w:cs="Times New Roman"/>
          <w:position w:val="-12"/>
          <w:sz w:val="28"/>
          <w:szCs w:val="28"/>
          <w:lang w:val="kk-KZ"/>
        </w:rPr>
        <w:t xml:space="preserve">                        </w:t>
      </w:r>
      <w:r w:rsidRPr="002417EA">
        <w:rPr>
          <w:rFonts w:ascii="Times New Roman" w:hAnsi="Times New Roman" w:cs="Times New Roman"/>
          <w:position w:val="-12"/>
          <w:sz w:val="28"/>
          <w:szCs w:val="28"/>
        </w:rPr>
        <w:object w:dxaOrig="1100" w:dyaOrig="380" w14:anchorId="4B77FD05">
          <v:shape id="_x0000_i2041" type="#_x0000_t75" style="width:56.2pt;height:18.2pt" o:ole="">
            <v:imagedata r:id="rId2320" o:title=""/>
          </v:shape>
          <o:OLEObject Type="Embed" ProgID="Equation.DSMT4" ShapeID="_x0000_i2041" DrawAspect="Content" ObjectID="_1840332495" r:id="rId2321"/>
        </w:object>
      </w:r>
      <w:r w:rsidRPr="002417EA">
        <w:rPr>
          <w:rFonts w:ascii="Times New Roman" w:hAnsi="Times New Roman" w:cs="Times New Roman"/>
          <w:position w:val="-16"/>
          <w:sz w:val="28"/>
          <w:szCs w:val="28"/>
          <w:lang w:val="kk-KZ"/>
        </w:rPr>
        <w:t xml:space="preserve">                                                            </w:t>
      </w:r>
      <w:r w:rsidRPr="002417EA">
        <w:rPr>
          <w:rFonts w:ascii="Times New Roman" w:hAnsi="Times New Roman" w:cs="Times New Roman"/>
          <w:sz w:val="28"/>
          <w:szCs w:val="28"/>
          <w:lang w:val="kk-KZ"/>
        </w:rPr>
        <w:t>(2.21)</w:t>
      </w:r>
    </w:p>
    <w:p w14:paraId="03D0820C" w14:textId="77777777" w:rsidR="00894A81" w:rsidRPr="002417EA" w:rsidRDefault="00894A81" w:rsidP="002417EA">
      <w:pPr>
        <w:spacing w:after="0" w:line="240" w:lineRule="auto"/>
        <w:jc w:val="both"/>
        <w:rPr>
          <w:rFonts w:ascii="Times New Roman" w:hAnsi="Times New Roman" w:cs="Times New Roman"/>
          <w:position w:val="-12"/>
          <w:sz w:val="28"/>
          <w:szCs w:val="28"/>
          <w:lang w:val="kk-KZ"/>
        </w:rPr>
      </w:pPr>
    </w:p>
    <w:p w14:paraId="7119B63C" w14:textId="77777777" w:rsidR="00894A81" w:rsidRPr="002417EA" w:rsidRDefault="00894A81" w:rsidP="002417EA">
      <w:pPr>
        <w:spacing w:after="0" w:line="240" w:lineRule="auto"/>
        <w:jc w:val="both"/>
        <w:rPr>
          <w:rFonts w:ascii="Times New Roman" w:hAnsi="Times New Roman" w:cs="Times New Roman"/>
          <w:sz w:val="28"/>
          <w:szCs w:val="28"/>
          <w:lang w:val="kk-KZ"/>
        </w:rPr>
      </w:pPr>
      <w:r w:rsidRPr="002417EA">
        <w:rPr>
          <w:rFonts w:ascii="Times New Roman" w:hAnsi="Times New Roman" w:cs="Times New Roman"/>
          <w:sz w:val="28"/>
          <w:szCs w:val="28"/>
          <w:lang w:val="kk-KZ"/>
        </w:rPr>
        <w:t>екінші ретті оператормен</w:t>
      </w:r>
    </w:p>
    <w:p w14:paraId="02711EA0" w14:textId="77777777" w:rsidR="00894A81" w:rsidRPr="002417EA" w:rsidRDefault="00894A81" w:rsidP="002417EA">
      <w:pPr>
        <w:spacing w:after="0" w:line="240" w:lineRule="auto"/>
        <w:jc w:val="both"/>
        <w:rPr>
          <w:rFonts w:ascii="Times New Roman" w:hAnsi="Times New Roman" w:cs="Times New Roman"/>
          <w:sz w:val="28"/>
          <w:szCs w:val="28"/>
          <w:lang w:val="kk-KZ"/>
        </w:rPr>
      </w:pPr>
    </w:p>
    <w:p w14:paraId="48B0994C" w14:textId="77777777" w:rsidR="00894A81" w:rsidRPr="007C53FF" w:rsidRDefault="00894A81" w:rsidP="00E037F5">
      <w:pPr>
        <w:spacing w:after="0" w:line="240" w:lineRule="auto"/>
        <w:jc w:val="center"/>
        <w:rPr>
          <w:rFonts w:ascii="Times New Roman" w:hAnsi="Times New Roman" w:cs="Times New Roman"/>
          <w:position w:val="-34"/>
          <w:sz w:val="28"/>
          <w:szCs w:val="28"/>
          <w:lang w:val="kk-KZ"/>
        </w:rPr>
      </w:pPr>
      <w:r w:rsidRPr="007C53FF">
        <w:rPr>
          <w:rFonts w:ascii="Times New Roman" w:hAnsi="Times New Roman" w:cs="Times New Roman"/>
          <w:position w:val="-34"/>
          <w:sz w:val="28"/>
          <w:szCs w:val="28"/>
        </w:rPr>
        <w:object w:dxaOrig="5200" w:dyaOrig="820" w14:anchorId="55327A56">
          <v:shape id="_x0000_i2042" type="#_x0000_t75" style="width:258.75pt;height:43.5pt" o:ole="">
            <v:imagedata r:id="rId2322" o:title=""/>
          </v:shape>
          <o:OLEObject Type="Embed" ProgID="Equation.DSMT4" ShapeID="_x0000_i2042" DrawAspect="Content" ObjectID="_1840332496" r:id="rId2323"/>
        </w:object>
      </w:r>
    </w:p>
    <w:p w14:paraId="39F5C2CB" w14:textId="77777777" w:rsidR="00894A81" w:rsidRPr="00B439DD" w:rsidRDefault="00894A81" w:rsidP="00B439DD">
      <w:pPr>
        <w:spacing w:after="0" w:line="240" w:lineRule="auto"/>
        <w:jc w:val="both"/>
        <w:rPr>
          <w:rFonts w:ascii="Times New Roman" w:hAnsi="Times New Roman" w:cs="Times New Roman"/>
          <w:position w:val="-6"/>
          <w:sz w:val="28"/>
          <w:szCs w:val="28"/>
          <w:lang w:val="kk-KZ"/>
        </w:rPr>
      </w:pPr>
    </w:p>
    <w:p w14:paraId="243EA97C" w14:textId="77777777" w:rsidR="00894A81" w:rsidRPr="00B439DD" w:rsidRDefault="00894A81" w:rsidP="00B439DD">
      <w:pPr>
        <w:spacing w:after="0" w:line="240" w:lineRule="auto"/>
        <w:jc w:val="both"/>
        <w:rPr>
          <w:rFonts w:ascii="Times New Roman" w:hAnsi="Times New Roman" w:cs="Times New Roman"/>
          <w:sz w:val="28"/>
          <w:szCs w:val="28"/>
          <w:lang w:val="kk-KZ"/>
        </w:rPr>
      </w:pPr>
      <w:r w:rsidRPr="00B439DD">
        <w:rPr>
          <w:rFonts w:ascii="Times New Roman" w:hAnsi="Times New Roman" w:cs="Times New Roman"/>
          <w:position w:val="-12"/>
          <w:sz w:val="28"/>
          <w:szCs w:val="28"/>
        </w:rPr>
        <w:object w:dxaOrig="1180" w:dyaOrig="380" w14:anchorId="0C8C2710">
          <v:shape id="_x0000_i2043" type="#_x0000_t75" style="width:60.15pt;height:18.2pt" o:ole="">
            <v:imagedata r:id="rId2324" o:title=""/>
          </v:shape>
          <o:OLEObject Type="Embed" ProgID="Equation.DSMT4" ShapeID="_x0000_i2043" DrawAspect="Content" ObjectID="_1840332497" r:id="rId2325"/>
        </w:object>
      </w:r>
      <w:r w:rsidRPr="00B439DD">
        <w:rPr>
          <w:rFonts w:ascii="Times New Roman" w:hAnsi="Times New Roman" w:cs="Times New Roman"/>
          <w:position w:val="-12"/>
          <w:sz w:val="28"/>
          <w:szCs w:val="28"/>
          <w:lang w:val="kk-KZ"/>
        </w:rPr>
        <w:t xml:space="preserve"> </w:t>
      </w:r>
      <w:r w:rsidRPr="00B439DD">
        <w:rPr>
          <w:rFonts w:ascii="Times New Roman" w:hAnsi="Times New Roman" w:cs="Times New Roman"/>
          <w:sz w:val="28"/>
          <w:szCs w:val="28"/>
          <w:lang w:val="kk-KZ"/>
        </w:rPr>
        <w:t xml:space="preserve">айырымы біз қарастырып отырған жағдайда мүмкін мәдерінің саны   </w:t>
      </w:r>
      <w:r w:rsidRPr="00B439DD">
        <w:rPr>
          <w:rFonts w:ascii="Times New Roman" w:hAnsi="Times New Roman" w:cs="Times New Roman"/>
          <w:position w:val="-10"/>
          <w:sz w:val="28"/>
          <w:szCs w:val="28"/>
        </w:rPr>
        <w:object w:dxaOrig="1080" w:dyaOrig="340" w14:anchorId="77C340EA">
          <v:shape id="_x0000_i2044" type="#_x0000_t75" style="width:53.8pt;height:15.8pt" o:ole="">
            <v:imagedata r:id="rId2326" o:title=""/>
          </v:shape>
          <o:OLEObject Type="Embed" ProgID="Equation.DSMT4" ShapeID="_x0000_i2044" DrawAspect="Content" ObjectID="_1840332498" r:id="rId2327"/>
        </w:object>
      </w:r>
      <w:r w:rsidRPr="00B439DD">
        <w:rPr>
          <w:rFonts w:ascii="Times New Roman" w:hAnsi="Times New Roman" w:cs="Times New Roman"/>
          <w:position w:val="-10"/>
          <w:sz w:val="28"/>
          <w:szCs w:val="28"/>
          <w:lang w:val="kk-KZ"/>
        </w:rPr>
        <w:t xml:space="preserve"> </w:t>
      </w:r>
      <w:r w:rsidRPr="00B439DD">
        <w:rPr>
          <w:rFonts w:ascii="Times New Roman" w:hAnsi="Times New Roman" w:cs="Times New Roman"/>
          <w:sz w:val="28"/>
          <w:szCs w:val="28"/>
          <w:lang w:val="kk-KZ"/>
        </w:rPr>
        <w:t xml:space="preserve">үшеу болғандықтан (2.2) есеп мына түрде жазуға болады: </w:t>
      </w:r>
    </w:p>
    <w:p w14:paraId="12F8B551" w14:textId="77777777" w:rsidR="00894A81" w:rsidRPr="00B439DD" w:rsidRDefault="00894A81" w:rsidP="00B439DD">
      <w:pPr>
        <w:spacing w:after="0" w:line="240" w:lineRule="auto"/>
        <w:jc w:val="both"/>
        <w:rPr>
          <w:rFonts w:ascii="Times New Roman" w:hAnsi="Times New Roman" w:cs="Times New Roman"/>
          <w:sz w:val="28"/>
          <w:szCs w:val="28"/>
          <w:lang w:val="kk-KZ"/>
        </w:rPr>
      </w:pPr>
    </w:p>
    <w:p w14:paraId="6A50B1E6" w14:textId="11C272B6" w:rsidR="00894A81" w:rsidRPr="00B439DD" w:rsidRDefault="00894A81" w:rsidP="00B439DD">
      <w:pPr>
        <w:spacing w:after="0" w:line="240" w:lineRule="auto"/>
        <w:jc w:val="right"/>
        <w:rPr>
          <w:rFonts w:ascii="Times New Roman" w:hAnsi="Times New Roman" w:cs="Times New Roman"/>
          <w:sz w:val="28"/>
          <w:szCs w:val="28"/>
          <w:lang w:val="kk-KZ"/>
        </w:rPr>
      </w:pPr>
      <w:r w:rsidRPr="00B439DD">
        <w:rPr>
          <w:rFonts w:ascii="Times New Roman" w:hAnsi="Times New Roman" w:cs="Times New Roman"/>
          <w:position w:val="-38"/>
          <w:sz w:val="28"/>
          <w:szCs w:val="28"/>
        </w:rPr>
        <w:object w:dxaOrig="4220" w:dyaOrig="880" w14:anchorId="189E4261">
          <v:shape id="_x0000_i2045" type="#_x0000_t75" style="width:209.65pt;height:44.3pt" o:ole="">
            <v:imagedata r:id="rId2328" o:title=""/>
          </v:shape>
          <o:OLEObject Type="Embed" ProgID="Equation.DSMT4" ShapeID="_x0000_i2045" DrawAspect="Content" ObjectID="_1840332499" r:id="rId2329"/>
        </w:object>
      </w:r>
      <w:r w:rsidR="00F23B57">
        <w:rPr>
          <w:rFonts w:ascii="Times New Roman" w:hAnsi="Times New Roman" w:cs="Times New Roman"/>
          <w:position w:val="-16"/>
          <w:sz w:val="28"/>
          <w:szCs w:val="28"/>
          <w:lang w:val="kk-KZ"/>
        </w:rPr>
        <w:t xml:space="preserve">                  </w:t>
      </w:r>
      <w:r w:rsidRPr="00B439DD">
        <w:rPr>
          <w:rFonts w:ascii="Times New Roman" w:hAnsi="Times New Roman" w:cs="Times New Roman"/>
          <w:position w:val="-16"/>
          <w:sz w:val="28"/>
          <w:szCs w:val="28"/>
          <w:lang w:val="kk-KZ"/>
        </w:rPr>
        <w:t xml:space="preserve">    </w:t>
      </w:r>
      <w:r w:rsidRPr="00B439DD">
        <w:rPr>
          <w:rFonts w:ascii="Times New Roman" w:hAnsi="Times New Roman" w:cs="Times New Roman"/>
          <w:sz w:val="28"/>
          <w:szCs w:val="28"/>
          <w:lang w:val="kk-KZ"/>
        </w:rPr>
        <w:t>(2.22</w:t>
      </w:r>
      <w:r w:rsidRPr="00B439DD">
        <w:rPr>
          <w:rFonts w:ascii="Times New Roman" w:hAnsi="Times New Roman" w:cs="Times New Roman"/>
          <w:sz w:val="28"/>
          <w:szCs w:val="28"/>
          <w:vertAlign w:val="subscript"/>
          <w:lang w:val="kk-KZ"/>
        </w:rPr>
        <w:t>s</w:t>
      </w:r>
      <w:r w:rsidRPr="00B439DD">
        <w:rPr>
          <w:rFonts w:ascii="Times New Roman" w:hAnsi="Times New Roman" w:cs="Times New Roman"/>
          <w:sz w:val="28"/>
          <w:szCs w:val="28"/>
          <w:lang w:val="kk-KZ"/>
        </w:rPr>
        <w:t>)</w:t>
      </w:r>
    </w:p>
    <w:p w14:paraId="34C5BDB7" w14:textId="77777777" w:rsidR="00E523BC" w:rsidRPr="00B439DD" w:rsidRDefault="00E523BC" w:rsidP="00B439DD">
      <w:pPr>
        <w:spacing w:after="0" w:line="240" w:lineRule="auto"/>
        <w:jc w:val="right"/>
        <w:rPr>
          <w:rFonts w:ascii="Times New Roman" w:hAnsi="Times New Roman" w:cs="Times New Roman"/>
          <w:sz w:val="28"/>
          <w:szCs w:val="28"/>
          <w:lang w:val="kk-KZ"/>
        </w:rPr>
      </w:pPr>
    </w:p>
    <w:p w14:paraId="60426178" w14:textId="675331B0" w:rsidR="00E523BC" w:rsidRPr="00B439DD" w:rsidRDefault="00E523BC" w:rsidP="006D5E6A">
      <w:pPr>
        <w:spacing w:after="0" w:line="240" w:lineRule="auto"/>
        <w:jc w:val="both"/>
        <w:rPr>
          <w:rFonts w:ascii="Times New Roman" w:hAnsi="Times New Roman" w:cs="Times New Roman"/>
          <w:color w:val="202124"/>
          <w:sz w:val="28"/>
          <w:szCs w:val="28"/>
          <w:lang w:val="kk-KZ"/>
        </w:rPr>
      </w:pPr>
      <w:r w:rsidRPr="00B439DD">
        <w:rPr>
          <w:rFonts w:ascii="Times New Roman" w:hAnsi="Times New Roman" w:cs="Times New Roman"/>
          <w:color w:val="202124"/>
          <w:sz w:val="28"/>
          <w:szCs w:val="28"/>
          <w:lang w:val="kk-KZ"/>
        </w:rPr>
        <w:t xml:space="preserve">(2.5), (2.13) сәйкес </w:t>
      </w:r>
      <w:r w:rsidRPr="00B439DD">
        <w:rPr>
          <w:rFonts w:ascii="Times New Roman" w:hAnsi="Times New Roman" w:cs="Times New Roman"/>
          <w:position w:val="-16"/>
          <w:sz w:val="28"/>
          <w:szCs w:val="28"/>
        </w:rPr>
        <w:object w:dxaOrig="360" w:dyaOrig="420" w14:anchorId="0A652FF9">
          <v:shape id="_x0000_i2046" type="#_x0000_t75" style="width:18.2pt;height:20.55pt" o:ole="">
            <v:imagedata r:id="rId2330" o:title=""/>
          </v:shape>
          <o:OLEObject Type="Embed" ProgID="Equation.DSMT4" ShapeID="_x0000_i2046" DrawAspect="Content" ObjectID="_1840332500" r:id="rId2331"/>
        </w:object>
      </w:r>
      <w:r w:rsidRPr="00B439DD">
        <w:rPr>
          <w:rFonts w:ascii="Times New Roman" w:hAnsi="Times New Roman" w:cs="Times New Roman"/>
          <w:position w:val="-6"/>
          <w:sz w:val="28"/>
          <w:szCs w:val="28"/>
          <w:lang w:val="kk-KZ"/>
        </w:rPr>
        <w:t xml:space="preserve"> </w:t>
      </w:r>
      <w:r w:rsidRPr="00B439DD">
        <w:rPr>
          <w:rFonts w:ascii="Times New Roman" w:hAnsi="Times New Roman" w:cs="Times New Roman"/>
          <w:color w:val="202124"/>
          <w:sz w:val="28"/>
          <w:szCs w:val="28"/>
          <w:lang w:val="kk-KZ"/>
        </w:rPr>
        <w:t>матрицасы қарастырып отырған жағдайымызда</w:t>
      </w:r>
      <w:r w:rsidR="006D5E6A">
        <w:rPr>
          <w:rFonts w:ascii="Times New Roman" w:hAnsi="Times New Roman" w:cs="Times New Roman"/>
          <w:color w:val="202124"/>
          <w:sz w:val="28"/>
          <w:szCs w:val="28"/>
          <w:lang w:val="kk-KZ"/>
        </w:rPr>
        <w:t xml:space="preserve"> </w:t>
      </w:r>
      <w:r w:rsidRPr="00B439DD">
        <w:rPr>
          <w:rFonts w:ascii="Times New Roman" w:hAnsi="Times New Roman" w:cs="Times New Roman"/>
          <w:color w:val="202124"/>
          <w:sz w:val="28"/>
          <w:szCs w:val="28"/>
          <w:lang w:val="kk-KZ"/>
        </w:rPr>
        <w:t>төмендегі түрге келеді:</w:t>
      </w:r>
    </w:p>
    <w:p w14:paraId="6DA23054" w14:textId="77777777" w:rsidR="00E523BC" w:rsidRPr="00B439DD" w:rsidRDefault="00E523BC" w:rsidP="00B439DD">
      <w:pPr>
        <w:spacing w:after="0" w:line="240" w:lineRule="auto"/>
        <w:rPr>
          <w:rFonts w:ascii="Times New Roman" w:hAnsi="Times New Roman" w:cs="Times New Roman"/>
          <w:color w:val="202124"/>
          <w:sz w:val="28"/>
          <w:szCs w:val="28"/>
          <w:lang w:val="kk-KZ"/>
        </w:rPr>
      </w:pPr>
    </w:p>
    <w:p w14:paraId="0224EA66" w14:textId="77777777" w:rsidR="00E523BC" w:rsidRPr="00B439DD" w:rsidRDefault="00E523BC" w:rsidP="00B439DD">
      <w:pPr>
        <w:spacing w:after="0" w:line="240" w:lineRule="auto"/>
        <w:jc w:val="center"/>
        <w:rPr>
          <w:rFonts w:ascii="Times New Roman" w:hAnsi="Times New Roman" w:cs="Times New Roman"/>
          <w:color w:val="202124"/>
          <w:sz w:val="28"/>
          <w:szCs w:val="28"/>
          <w:lang w:val="kk-KZ"/>
        </w:rPr>
      </w:pPr>
      <w:r w:rsidRPr="00B439DD">
        <w:rPr>
          <w:rFonts w:ascii="Times New Roman" w:hAnsi="Times New Roman" w:cs="Times New Roman"/>
          <w:position w:val="-36"/>
          <w:sz w:val="28"/>
          <w:szCs w:val="28"/>
        </w:rPr>
        <w:object w:dxaOrig="5200" w:dyaOrig="859" w14:anchorId="66EE27CA">
          <v:shape id="_x0000_i2047" type="#_x0000_t75" style="width:258.75pt;height:44.3pt" o:ole="">
            <v:imagedata r:id="rId2332" o:title=""/>
          </v:shape>
          <o:OLEObject Type="Embed" ProgID="Equation.DSMT4" ShapeID="_x0000_i2047" DrawAspect="Content" ObjectID="_1840332501" r:id="rId2333"/>
        </w:object>
      </w:r>
    </w:p>
    <w:p w14:paraId="5D410379" w14:textId="77777777" w:rsidR="00894A81" w:rsidRPr="00B439DD" w:rsidRDefault="00894A81" w:rsidP="00B439DD">
      <w:pPr>
        <w:spacing w:after="0" w:line="240" w:lineRule="auto"/>
        <w:jc w:val="both"/>
        <w:rPr>
          <w:rFonts w:ascii="Times New Roman" w:hAnsi="Times New Roman" w:cs="Times New Roman"/>
          <w:sz w:val="28"/>
          <w:szCs w:val="28"/>
          <w:lang w:val="kk-KZ"/>
        </w:rPr>
      </w:pPr>
    </w:p>
    <w:p w14:paraId="222F308C" w14:textId="77777777" w:rsidR="00894A81" w:rsidRPr="00B439DD" w:rsidRDefault="00894A81" w:rsidP="00B439DD">
      <w:pPr>
        <w:spacing w:after="0" w:line="240" w:lineRule="auto"/>
        <w:jc w:val="both"/>
        <w:rPr>
          <w:rFonts w:ascii="Times New Roman" w:hAnsi="Times New Roman" w:cs="Times New Roman"/>
          <w:sz w:val="28"/>
          <w:szCs w:val="28"/>
          <w:lang w:val="kk-KZ"/>
        </w:rPr>
      </w:pPr>
      <w:r w:rsidRPr="00B439DD">
        <w:rPr>
          <w:rFonts w:ascii="Times New Roman" w:hAnsi="Times New Roman" w:cs="Times New Roman"/>
          <w:sz w:val="28"/>
          <w:szCs w:val="28"/>
          <w:lang w:val="kk-KZ"/>
        </w:rPr>
        <w:t xml:space="preserve">Сондықтан, </w:t>
      </w:r>
      <w:r w:rsidRPr="00B439DD">
        <w:rPr>
          <w:rFonts w:ascii="Times New Roman" w:hAnsi="Times New Roman" w:cs="Times New Roman"/>
          <w:position w:val="-12"/>
          <w:sz w:val="28"/>
          <w:szCs w:val="28"/>
        </w:rPr>
        <w:object w:dxaOrig="2200" w:dyaOrig="420" w14:anchorId="59796366">
          <v:shape id="_x0000_i2048" type="#_x0000_t75" style="width:110.75pt;height:20.55pt" o:ole="">
            <v:imagedata r:id="rId2334" o:title=""/>
          </v:shape>
          <o:OLEObject Type="Embed" ProgID="Equation.DSMT4" ShapeID="_x0000_i2048" DrawAspect="Content" ObjectID="_1840332502" r:id="rId2335"/>
        </w:object>
      </w:r>
      <w:r w:rsidRPr="00B439DD">
        <w:rPr>
          <w:rFonts w:ascii="Times New Roman" w:hAnsi="Times New Roman" w:cs="Times New Roman"/>
          <w:sz w:val="28"/>
          <w:szCs w:val="28"/>
        </w:rPr>
        <w:t>ай</w:t>
      </w:r>
      <w:r w:rsidRPr="00B439DD">
        <w:rPr>
          <w:rFonts w:ascii="Times New Roman" w:hAnsi="Times New Roman" w:cs="Times New Roman"/>
          <w:sz w:val="28"/>
          <w:szCs w:val="28"/>
          <w:lang w:val="kk-KZ"/>
        </w:rPr>
        <w:t>қын түрде:</w:t>
      </w:r>
    </w:p>
    <w:p w14:paraId="07663172" w14:textId="77777777" w:rsidR="00894A81" w:rsidRPr="00B439DD" w:rsidRDefault="00894A81" w:rsidP="00B439DD">
      <w:pPr>
        <w:spacing w:after="0" w:line="240" w:lineRule="auto"/>
        <w:jc w:val="both"/>
        <w:rPr>
          <w:rFonts w:ascii="Times New Roman" w:hAnsi="Times New Roman" w:cs="Times New Roman"/>
          <w:sz w:val="28"/>
          <w:szCs w:val="28"/>
          <w:lang w:val="kk-KZ"/>
        </w:rPr>
      </w:pPr>
    </w:p>
    <w:p w14:paraId="768399EF" w14:textId="77777777" w:rsidR="00894A81" w:rsidRPr="00B439DD" w:rsidRDefault="00894A81" w:rsidP="00B439DD">
      <w:pPr>
        <w:spacing w:after="0" w:line="240" w:lineRule="auto"/>
        <w:jc w:val="center"/>
        <w:rPr>
          <w:rFonts w:ascii="Times New Roman" w:hAnsi="Times New Roman" w:cs="Times New Roman"/>
          <w:position w:val="-34"/>
          <w:sz w:val="28"/>
          <w:szCs w:val="28"/>
          <w:lang w:val="kk-KZ"/>
        </w:rPr>
      </w:pPr>
      <w:r w:rsidRPr="00B439DD">
        <w:rPr>
          <w:rFonts w:ascii="Times New Roman" w:hAnsi="Times New Roman" w:cs="Times New Roman"/>
          <w:position w:val="-34"/>
          <w:sz w:val="28"/>
          <w:szCs w:val="28"/>
        </w:rPr>
        <w:object w:dxaOrig="2380" w:dyaOrig="820" w14:anchorId="20E712ED">
          <v:shape id="_x0000_i2049" type="#_x0000_t75" style="width:118.7pt;height:43.5pt" o:ole="">
            <v:imagedata r:id="rId2336" o:title=""/>
          </v:shape>
          <o:OLEObject Type="Embed" ProgID="Equation.DSMT4" ShapeID="_x0000_i2049" DrawAspect="Content" ObjectID="_1840332503" r:id="rId2337"/>
        </w:object>
      </w:r>
    </w:p>
    <w:p w14:paraId="31B55684" w14:textId="77777777" w:rsidR="00894A81" w:rsidRPr="00B439DD" w:rsidRDefault="00894A81" w:rsidP="00B439DD">
      <w:pPr>
        <w:spacing w:after="0" w:line="240" w:lineRule="auto"/>
        <w:jc w:val="both"/>
        <w:rPr>
          <w:rFonts w:ascii="Times New Roman" w:hAnsi="Times New Roman" w:cs="Times New Roman"/>
          <w:sz w:val="28"/>
          <w:szCs w:val="28"/>
          <w:lang w:val="kk-KZ"/>
        </w:rPr>
      </w:pPr>
    </w:p>
    <w:p w14:paraId="14C4E6FD" w14:textId="77777777" w:rsidR="00894A81" w:rsidRPr="00B439DD" w:rsidRDefault="00894A81" w:rsidP="00B439DD">
      <w:pPr>
        <w:spacing w:after="0" w:line="240" w:lineRule="auto"/>
        <w:jc w:val="both"/>
        <w:rPr>
          <w:rFonts w:ascii="Times New Roman" w:hAnsi="Times New Roman" w:cs="Times New Roman"/>
          <w:sz w:val="28"/>
          <w:szCs w:val="28"/>
          <w:lang w:val="kk-KZ"/>
        </w:rPr>
      </w:pPr>
      <w:r w:rsidRPr="00B439DD">
        <w:rPr>
          <w:rFonts w:ascii="Times New Roman" w:hAnsi="Times New Roman" w:cs="Times New Roman"/>
          <w:sz w:val="28"/>
          <w:szCs w:val="28"/>
          <w:lang w:val="kk-KZ"/>
        </w:rPr>
        <w:t xml:space="preserve">Мұндағы </w:t>
      </w:r>
      <w:r w:rsidRPr="00B439DD">
        <w:rPr>
          <w:rFonts w:ascii="Times New Roman" w:hAnsi="Times New Roman" w:cs="Times New Roman"/>
          <w:position w:val="-12"/>
          <w:sz w:val="28"/>
          <w:szCs w:val="28"/>
        </w:rPr>
        <w:object w:dxaOrig="1060" w:dyaOrig="380" w14:anchorId="5BCDE3E4">
          <v:shape id="_x0000_i2050" type="#_x0000_t75" style="width:53.8pt;height:18.2pt" o:ole="">
            <v:imagedata r:id="rId2338" o:title=""/>
          </v:shape>
          <o:OLEObject Type="Embed" ProgID="Equation.DSMT4" ShapeID="_x0000_i2050" DrawAspect="Content" ObjectID="_1840332504" r:id="rId2339"/>
        </w:object>
      </w:r>
      <w:r w:rsidRPr="00B439DD">
        <w:rPr>
          <w:rFonts w:ascii="Times New Roman" w:hAnsi="Times New Roman" w:cs="Times New Roman"/>
          <w:position w:val="-12"/>
          <w:sz w:val="28"/>
          <w:szCs w:val="28"/>
        </w:rPr>
        <w:object w:dxaOrig="2400" w:dyaOrig="420" w14:anchorId="04AC7AD9">
          <v:shape id="_x0000_i2051" type="#_x0000_t75" style="width:118.7pt;height:20.55pt" o:ole="">
            <v:imagedata r:id="rId2340" o:title=""/>
          </v:shape>
          <o:OLEObject Type="Embed" ProgID="Equation.DSMT4" ShapeID="_x0000_i2051" DrawAspect="Content" ObjectID="_1840332505" r:id="rId2341"/>
        </w:object>
      </w:r>
      <w:r w:rsidRPr="00B439DD">
        <w:rPr>
          <w:rFonts w:ascii="Times New Roman" w:hAnsi="Times New Roman" w:cs="Times New Roman"/>
          <w:position w:val="-12"/>
          <w:sz w:val="28"/>
          <w:szCs w:val="28"/>
          <w:lang w:val="kk-KZ"/>
        </w:rPr>
        <w:t xml:space="preserve"> </w:t>
      </w:r>
      <w:r w:rsidRPr="00B439DD">
        <w:rPr>
          <w:rFonts w:ascii="Times New Roman" w:hAnsi="Times New Roman" w:cs="Times New Roman"/>
          <w:sz w:val="28"/>
          <w:szCs w:val="28"/>
          <w:lang w:val="kk-KZ"/>
        </w:rPr>
        <w:t>және</w:t>
      </w:r>
    </w:p>
    <w:p w14:paraId="60DE3400" w14:textId="77777777" w:rsidR="00894A81" w:rsidRPr="00B439DD" w:rsidRDefault="00894A81" w:rsidP="00B439DD">
      <w:pPr>
        <w:spacing w:after="0" w:line="240" w:lineRule="auto"/>
        <w:jc w:val="both"/>
        <w:rPr>
          <w:rFonts w:ascii="Times New Roman" w:hAnsi="Times New Roman" w:cs="Times New Roman"/>
          <w:sz w:val="28"/>
          <w:szCs w:val="28"/>
          <w:lang w:val="kk-KZ"/>
        </w:rPr>
      </w:pPr>
    </w:p>
    <w:p w14:paraId="477DD7C4" w14:textId="69695F79" w:rsidR="00894A81" w:rsidRPr="00B439DD" w:rsidRDefault="00894A81" w:rsidP="00B439DD">
      <w:pPr>
        <w:spacing w:after="0" w:line="240" w:lineRule="auto"/>
        <w:jc w:val="right"/>
        <w:rPr>
          <w:rFonts w:ascii="Times New Roman" w:hAnsi="Times New Roman" w:cs="Times New Roman"/>
          <w:sz w:val="28"/>
          <w:szCs w:val="28"/>
          <w:lang w:val="kk-KZ"/>
        </w:rPr>
      </w:pPr>
      <w:r w:rsidRPr="00B439DD">
        <w:rPr>
          <w:rFonts w:ascii="Times New Roman" w:hAnsi="Times New Roman" w:cs="Times New Roman"/>
          <w:position w:val="-12"/>
          <w:sz w:val="28"/>
          <w:szCs w:val="28"/>
        </w:rPr>
        <w:object w:dxaOrig="5560" w:dyaOrig="420" w14:anchorId="67F18237">
          <v:shape id="_x0000_i2052" type="#_x0000_t75" style="width:276.9pt;height:20.55pt" o:ole="">
            <v:imagedata r:id="rId2342" o:title=""/>
          </v:shape>
          <o:OLEObject Type="Embed" ProgID="Equation.DSMT4" ShapeID="_x0000_i2052" DrawAspect="Content" ObjectID="_1840332506" r:id="rId2343"/>
        </w:object>
      </w:r>
      <w:r w:rsidRPr="00B439DD">
        <w:rPr>
          <w:rFonts w:ascii="Times New Roman" w:hAnsi="Times New Roman" w:cs="Times New Roman"/>
          <w:position w:val="-16"/>
          <w:sz w:val="28"/>
          <w:szCs w:val="28"/>
          <w:lang w:val="kk-KZ"/>
        </w:rPr>
        <w:t xml:space="preserve"> </w:t>
      </w:r>
      <w:r w:rsidRPr="00B439DD">
        <w:rPr>
          <w:rFonts w:ascii="Times New Roman" w:hAnsi="Times New Roman" w:cs="Times New Roman"/>
          <w:position w:val="-12"/>
          <w:sz w:val="28"/>
          <w:szCs w:val="28"/>
        </w:rPr>
        <w:object w:dxaOrig="1060" w:dyaOrig="420" w14:anchorId="371D5857">
          <v:shape id="_x0000_i2053" type="#_x0000_t75" style="width:53.8pt;height:20.55pt" o:ole="">
            <v:imagedata r:id="rId2344" o:title=""/>
          </v:shape>
          <o:OLEObject Type="Embed" ProgID="Equation.DSMT4" ShapeID="_x0000_i2053" DrawAspect="Content" ObjectID="_1840332507" r:id="rId2345"/>
        </w:object>
      </w:r>
      <w:r w:rsidR="00F23B57">
        <w:rPr>
          <w:rFonts w:ascii="Times New Roman" w:hAnsi="Times New Roman" w:cs="Times New Roman"/>
          <w:position w:val="-16"/>
          <w:sz w:val="28"/>
          <w:szCs w:val="28"/>
          <w:lang w:val="kk-KZ"/>
        </w:rPr>
        <w:t xml:space="preserve"> </w:t>
      </w:r>
      <w:r w:rsidRPr="00B439DD">
        <w:rPr>
          <w:rFonts w:ascii="Times New Roman" w:hAnsi="Times New Roman" w:cs="Times New Roman"/>
          <w:position w:val="-16"/>
          <w:sz w:val="28"/>
          <w:szCs w:val="28"/>
          <w:lang w:val="kk-KZ"/>
        </w:rPr>
        <w:t xml:space="preserve">    </w:t>
      </w:r>
      <w:r w:rsidRPr="00B439DD">
        <w:rPr>
          <w:rFonts w:ascii="Times New Roman" w:hAnsi="Times New Roman" w:cs="Times New Roman"/>
          <w:sz w:val="28"/>
          <w:szCs w:val="28"/>
          <w:lang w:val="kk-KZ"/>
        </w:rPr>
        <w:t>(2.23)</w:t>
      </w:r>
    </w:p>
    <w:p w14:paraId="41CB4608" w14:textId="77777777" w:rsidR="00894A81" w:rsidRPr="00B439DD" w:rsidRDefault="00894A81" w:rsidP="00B439DD">
      <w:pPr>
        <w:spacing w:after="0" w:line="240" w:lineRule="auto"/>
        <w:jc w:val="both"/>
        <w:rPr>
          <w:rFonts w:ascii="Times New Roman" w:hAnsi="Times New Roman" w:cs="Times New Roman"/>
          <w:sz w:val="28"/>
          <w:szCs w:val="28"/>
          <w:lang w:val="kk-KZ"/>
        </w:rPr>
      </w:pPr>
    </w:p>
    <w:p w14:paraId="2E4A73DA" w14:textId="63015F53" w:rsidR="00894A81" w:rsidRPr="00B439DD" w:rsidRDefault="00894A81" w:rsidP="00B439DD">
      <w:pPr>
        <w:spacing w:after="0" w:line="240" w:lineRule="auto"/>
        <w:jc w:val="both"/>
        <w:rPr>
          <w:rFonts w:ascii="Times New Roman" w:hAnsi="Times New Roman" w:cs="Times New Roman"/>
          <w:sz w:val="28"/>
          <w:szCs w:val="28"/>
          <w:lang w:val="kk-KZ"/>
        </w:rPr>
      </w:pPr>
      <w:r w:rsidRPr="00B439DD">
        <w:rPr>
          <w:rFonts w:ascii="Times New Roman" w:hAnsi="Times New Roman" w:cs="Times New Roman"/>
          <w:sz w:val="28"/>
          <w:szCs w:val="28"/>
          <w:lang w:val="kk-KZ"/>
        </w:rPr>
        <w:t xml:space="preserve">Атап айтқанда, </w:t>
      </w:r>
      <w:r w:rsidRPr="00B439DD">
        <w:rPr>
          <w:rFonts w:ascii="Times New Roman" w:hAnsi="Times New Roman" w:cs="Times New Roman"/>
          <w:position w:val="-4"/>
          <w:sz w:val="28"/>
          <w:szCs w:val="28"/>
        </w:rPr>
        <w:object w:dxaOrig="260" w:dyaOrig="340" w14:anchorId="7BD2CBB5">
          <v:shape id="_x0000_i2054" type="#_x0000_t75" style="width:11.85pt;height:15.8pt" o:ole="">
            <v:imagedata r:id="rId2346" o:title=""/>
          </v:shape>
          <o:OLEObject Type="Embed" ProgID="Equation.DSMT4" ShapeID="_x0000_i2054" DrawAspect="Content" ObjectID="_1840332508" r:id="rId2347"/>
        </w:object>
      </w:r>
      <w:r w:rsidRPr="00B439DD">
        <w:rPr>
          <w:rFonts w:ascii="Times New Roman" w:hAnsi="Times New Roman" w:cs="Times New Roman"/>
          <w:sz w:val="28"/>
          <w:szCs w:val="28"/>
          <w:lang w:val="kk-KZ"/>
        </w:rPr>
        <w:t>-да</w:t>
      </w:r>
      <w:r w:rsidRPr="00B439DD">
        <w:rPr>
          <w:rFonts w:ascii="Times New Roman" w:hAnsi="Times New Roman" w:cs="Times New Roman"/>
          <w:position w:val="-12"/>
          <w:sz w:val="28"/>
          <w:szCs w:val="28"/>
        </w:rPr>
        <w:object w:dxaOrig="300" w:dyaOrig="380" w14:anchorId="60DDD13E">
          <v:shape id="_x0000_i2055" type="#_x0000_t75" style="width:15.8pt;height:18.2pt" o:ole="">
            <v:imagedata r:id="rId2348" o:title=""/>
          </v:shape>
          <o:OLEObject Type="Embed" ProgID="Equation.DSMT4" ShapeID="_x0000_i2055" DrawAspect="Content" ObjectID="_1840332509" r:id="rId2349"/>
        </w:object>
      </w:r>
      <w:r w:rsidRPr="00B439DD">
        <w:rPr>
          <w:rFonts w:ascii="Times New Roman" w:hAnsi="Times New Roman" w:cs="Times New Roman"/>
          <w:sz w:val="28"/>
          <w:szCs w:val="28"/>
          <w:lang w:val="kk-KZ"/>
        </w:rPr>
        <w:t xml:space="preserve">нөлден өзгеше. Айталық, қандай да бір </w:t>
      </w:r>
      <w:r w:rsidRPr="00B439DD">
        <w:rPr>
          <w:rFonts w:ascii="Times New Roman" w:hAnsi="Times New Roman" w:cs="Times New Roman"/>
          <w:position w:val="-4"/>
          <w:sz w:val="28"/>
          <w:szCs w:val="28"/>
        </w:rPr>
        <w:object w:dxaOrig="680" w:dyaOrig="340" w14:anchorId="38B12658">
          <v:shape id="_x0000_i2056" type="#_x0000_t75" style="width:34pt;height:15.8pt" o:ole="">
            <v:imagedata r:id="rId2350" o:title=""/>
          </v:shape>
          <o:OLEObject Type="Embed" ProgID="Equation.DSMT4" ShapeID="_x0000_i2056" DrawAspect="Content" ObjectID="_1840332510" r:id="rId2351"/>
        </w:object>
      </w:r>
      <w:r w:rsidRPr="00B439DD">
        <w:rPr>
          <w:rFonts w:ascii="Times New Roman" w:hAnsi="Times New Roman" w:cs="Times New Roman"/>
          <w:sz w:val="28"/>
          <w:szCs w:val="28"/>
          <w:lang w:val="kk-KZ"/>
        </w:rPr>
        <w:t xml:space="preserve"> үшін</w:t>
      </w:r>
      <w:r w:rsidRPr="00B439DD">
        <w:rPr>
          <w:rFonts w:ascii="Times New Roman" w:hAnsi="Times New Roman" w:cs="Times New Roman"/>
          <w:position w:val="-4"/>
          <w:sz w:val="28"/>
          <w:szCs w:val="28"/>
          <w:lang w:val="kk-KZ"/>
        </w:rPr>
        <w:t xml:space="preserve"> </w:t>
      </w:r>
      <w:r w:rsidRPr="00B439DD">
        <w:rPr>
          <w:rFonts w:ascii="Times New Roman" w:hAnsi="Times New Roman" w:cs="Times New Roman"/>
          <w:position w:val="-10"/>
          <w:sz w:val="28"/>
          <w:szCs w:val="28"/>
        </w:rPr>
        <w:object w:dxaOrig="1960" w:dyaOrig="400" w14:anchorId="7F18CA3E">
          <v:shape id="_x0000_i2057" type="#_x0000_t75" style="width:97.3pt;height:18.2pt" o:ole="">
            <v:imagedata r:id="rId2352" o:title=""/>
          </v:shape>
          <o:OLEObject Type="Embed" ProgID="Equation.DSMT4" ShapeID="_x0000_i2057" DrawAspect="Content" ObjectID="_1840332511" r:id="rId2353"/>
        </w:object>
      </w:r>
      <w:r w:rsidRPr="00B439DD">
        <w:rPr>
          <w:rFonts w:ascii="Times New Roman" w:hAnsi="Times New Roman" w:cs="Times New Roman"/>
          <w:sz w:val="28"/>
          <w:szCs w:val="28"/>
          <w:lang w:val="kk-KZ"/>
        </w:rPr>
        <w:t>болсын. Сондықтан,</w:t>
      </w:r>
      <w:r w:rsidRPr="00B439DD">
        <w:rPr>
          <w:rFonts w:ascii="Times New Roman" w:hAnsi="Times New Roman" w:cs="Times New Roman"/>
          <w:position w:val="-6"/>
          <w:sz w:val="28"/>
          <w:szCs w:val="28"/>
          <w:lang w:val="kk-KZ"/>
        </w:rPr>
        <w:t xml:space="preserve"> </w:t>
      </w:r>
      <w:r w:rsidRPr="00B439DD">
        <w:rPr>
          <w:rFonts w:ascii="Times New Roman" w:hAnsi="Times New Roman" w:cs="Times New Roman"/>
          <w:position w:val="-6"/>
          <w:sz w:val="28"/>
          <w:szCs w:val="28"/>
        </w:rPr>
        <w:object w:dxaOrig="920" w:dyaOrig="320" w14:anchorId="7513A947">
          <v:shape id="_x0000_i2058" type="#_x0000_t75" style="width:46.7pt;height:15.8pt" o:ole="">
            <v:imagedata r:id="rId2354" o:title=""/>
          </v:shape>
          <o:OLEObject Type="Embed" ProgID="Equation.DSMT4" ShapeID="_x0000_i2058" DrawAspect="Content" ObjectID="_1840332512" r:id="rId2355"/>
        </w:object>
      </w:r>
      <w:r w:rsidRPr="00B439DD">
        <w:rPr>
          <w:rFonts w:ascii="Times New Roman" w:hAnsi="Times New Roman" w:cs="Times New Roman"/>
          <w:position w:val="-6"/>
          <w:sz w:val="28"/>
          <w:szCs w:val="28"/>
          <w:lang w:val="kk-KZ"/>
        </w:rPr>
        <w:t xml:space="preserve"> </w:t>
      </w:r>
      <w:r w:rsidRPr="00B439DD">
        <w:rPr>
          <w:rFonts w:ascii="Times New Roman" w:hAnsi="Times New Roman" w:cs="Times New Roman"/>
          <w:sz w:val="28"/>
          <w:szCs w:val="28"/>
          <w:lang w:val="kk-KZ"/>
        </w:rPr>
        <w:t>нүктесі де</w:t>
      </w:r>
      <w:r w:rsidRPr="00B439DD">
        <w:rPr>
          <w:rFonts w:ascii="Times New Roman" w:hAnsi="Times New Roman" w:cs="Times New Roman"/>
          <w:position w:val="-4"/>
          <w:sz w:val="28"/>
          <w:szCs w:val="28"/>
        </w:rPr>
        <w:object w:dxaOrig="260" w:dyaOrig="340" w14:anchorId="0E51F345">
          <v:shape id="_x0000_i2059" type="#_x0000_t75" style="width:11.85pt;height:15.8pt" o:ole="">
            <v:imagedata r:id="rId2356" o:title=""/>
          </v:shape>
          <o:OLEObject Type="Embed" ProgID="Equation.DSMT4" ShapeID="_x0000_i2059" DrawAspect="Content" ObjectID="_1840332513" r:id="rId2357"/>
        </w:object>
      </w:r>
      <w:r w:rsidRPr="00B439DD">
        <w:rPr>
          <w:rFonts w:ascii="Times New Roman" w:hAnsi="Times New Roman" w:cs="Times New Roman"/>
          <w:sz w:val="28"/>
          <w:szCs w:val="28"/>
          <w:lang w:val="kk-KZ"/>
        </w:rPr>
        <w:t xml:space="preserve"> жатады, онда  </w:t>
      </w:r>
      <w:r w:rsidRPr="00B439DD">
        <w:rPr>
          <w:rFonts w:ascii="Times New Roman" w:hAnsi="Times New Roman" w:cs="Times New Roman"/>
          <w:position w:val="-12"/>
          <w:sz w:val="28"/>
          <w:szCs w:val="28"/>
        </w:rPr>
        <w:object w:dxaOrig="2100" w:dyaOrig="420" w14:anchorId="78EE55E3">
          <v:shape id="_x0000_i2060" type="#_x0000_t75" style="width:106pt;height:20.55pt" o:ole="">
            <v:imagedata r:id="rId2358" o:title=""/>
          </v:shape>
          <o:OLEObject Type="Embed" ProgID="Equation.DSMT4" ShapeID="_x0000_i2060" DrawAspect="Content" ObjectID="_1840332514" r:id="rId2359"/>
        </w:object>
      </w:r>
      <w:r w:rsidRPr="00B439DD">
        <w:rPr>
          <w:rFonts w:ascii="Times New Roman" w:hAnsi="Times New Roman" w:cs="Times New Roman"/>
          <w:position w:val="-4"/>
          <w:sz w:val="28"/>
          <w:szCs w:val="28"/>
          <w:lang w:val="kk-KZ"/>
        </w:rPr>
        <w:t xml:space="preserve"> </w:t>
      </w:r>
      <w:r w:rsidRPr="00B439DD">
        <w:rPr>
          <w:rFonts w:ascii="Times New Roman" w:hAnsi="Times New Roman" w:cs="Times New Roman"/>
          <w:sz w:val="28"/>
          <w:szCs w:val="28"/>
          <w:lang w:val="kk-KZ"/>
        </w:rPr>
        <w:t xml:space="preserve">нүктесі де жатады, ал бұл (2.20) бойынша мүмкін емес. </w:t>
      </w:r>
      <w:r w:rsidRPr="00B439DD">
        <w:rPr>
          <w:rFonts w:ascii="Times New Roman" w:hAnsi="Times New Roman" w:cs="Times New Roman"/>
          <w:position w:val="-4"/>
          <w:sz w:val="28"/>
          <w:szCs w:val="28"/>
          <w:lang w:val="kk-KZ"/>
        </w:rPr>
        <w:t xml:space="preserve">Қарастырып отырған </w:t>
      </w:r>
      <w:r w:rsidRPr="00B439DD">
        <w:rPr>
          <w:rFonts w:ascii="Times New Roman" w:hAnsi="Times New Roman" w:cs="Times New Roman"/>
          <w:position w:val="-20"/>
          <w:sz w:val="28"/>
          <w:szCs w:val="28"/>
        </w:rPr>
        <w:object w:dxaOrig="1400" w:dyaOrig="499" w14:anchorId="6A61CBAA">
          <v:shape id="_x0000_i2061" type="#_x0000_t75" style="width:68.85pt;height:25.3pt" o:ole="">
            <v:imagedata r:id="rId2360" o:title=""/>
          </v:shape>
          <o:OLEObject Type="Embed" ProgID="Equation.DSMT4" ShapeID="_x0000_i2061" DrawAspect="Content" ObjectID="_1840332515" r:id="rId2361"/>
        </w:object>
      </w:r>
      <w:r w:rsidRPr="00B439DD">
        <w:rPr>
          <w:rFonts w:ascii="Times New Roman" w:hAnsi="Times New Roman" w:cs="Times New Roman"/>
          <w:position w:val="-4"/>
          <w:sz w:val="28"/>
          <w:szCs w:val="28"/>
          <w:lang w:val="kk-KZ"/>
        </w:rPr>
        <w:t xml:space="preserve"> жағдайында</w:t>
      </w:r>
      <w:r w:rsidRPr="00B439DD">
        <w:rPr>
          <w:rFonts w:ascii="Times New Roman" w:hAnsi="Times New Roman" w:cs="Times New Roman"/>
          <w:position w:val="-6"/>
          <w:sz w:val="28"/>
          <w:szCs w:val="28"/>
          <w:lang w:val="kk-KZ"/>
        </w:rPr>
        <w:t xml:space="preserve"> </w:t>
      </w:r>
      <w:r w:rsidRPr="00B439DD">
        <w:rPr>
          <w:rFonts w:ascii="Times New Roman" w:hAnsi="Times New Roman" w:cs="Times New Roman"/>
          <w:position w:val="-4"/>
          <w:sz w:val="28"/>
          <w:szCs w:val="28"/>
          <w:lang w:val="kk-KZ"/>
        </w:rPr>
        <w:t xml:space="preserve"> </w:t>
      </w:r>
      <w:r w:rsidR="006D5E6A">
        <w:rPr>
          <w:rFonts w:ascii="Times New Roman" w:hAnsi="Times New Roman" w:cs="Times New Roman"/>
          <w:sz w:val="28"/>
          <w:szCs w:val="28"/>
          <w:lang w:val="kk-KZ"/>
        </w:rPr>
        <w:t>[</w:t>
      </w:r>
      <w:r w:rsidR="002F04EB">
        <w:rPr>
          <w:rFonts w:ascii="Times New Roman" w:hAnsi="Times New Roman" w:cs="Times New Roman"/>
          <w:sz w:val="28"/>
          <w:szCs w:val="28"/>
          <w:lang w:val="kk-KZ"/>
        </w:rPr>
        <w:t>23</w:t>
      </w:r>
      <w:r w:rsidR="002F04EB" w:rsidRPr="002F04EB">
        <w:rPr>
          <w:rFonts w:ascii="Times New Roman" w:hAnsi="Times New Roman" w:cs="Times New Roman"/>
          <w:sz w:val="28"/>
          <w:szCs w:val="28"/>
          <w:lang w:val="kk-KZ"/>
        </w:rPr>
        <w:t xml:space="preserve">, </w:t>
      </w:r>
      <w:r w:rsidR="002F04EB">
        <w:rPr>
          <w:rFonts w:ascii="Times New Roman" w:hAnsi="Times New Roman" w:cs="Times New Roman"/>
          <w:sz w:val="28"/>
          <w:szCs w:val="28"/>
          <w:lang w:val="kk-KZ"/>
        </w:rPr>
        <w:t>р.</w:t>
      </w:r>
      <w:r w:rsidR="002F04EB" w:rsidRPr="002F04EB">
        <w:rPr>
          <w:rFonts w:ascii="Times New Roman" w:hAnsi="Times New Roman" w:cs="Times New Roman"/>
          <w:sz w:val="28"/>
          <w:szCs w:val="28"/>
          <w:lang w:val="kk-KZ"/>
        </w:rPr>
        <w:t xml:space="preserve"> </w:t>
      </w:r>
      <w:r w:rsidR="002F04EB">
        <w:rPr>
          <w:rFonts w:ascii="Times New Roman" w:hAnsi="Times New Roman" w:cs="Times New Roman"/>
          <w:sz w:val="28"/>
          <w:szCs w:val="28"/>
          <w:lang w:val="kk-KZ"/>
        </w:rPr>
        <w:t>1</w:t>
      </w:r>
      <w:r w:rsidR="002F04EB" w:rsidRPr="002F04EB">
        <w:rPr>
          <w:rFonts w:ascii="Times New Roman" w:hAnsi="Times New Roman" w:cs="Times New Roman"/>
          <w:sz w:val="28"/>
          <w:szCs w:val="28"/>
          <w:lang w:val="kk-KZ"/>
        </w:rPr>
        <w:t>600-1603</w:t>
      </w:r>
      <w:r w:rsidRPr="00B439DD">
        <w:rPr>
          <w:rFonts w:ascii="Times New Roman" w:hAnsi="Times New Roman" w:cs="Times New Roman"/>
          <w:sz w:val="28"/>
          <w:szCs w:val="28"/>
          <w:lang w:val="kk-KZ"/>
        </w:rPr>
        <w:t>]-ғы екінші теоремаға сәйкес келесі қорытындыға келеміз.</w:t>
      </w:r>
    </w:p>
    <w:p w14:paraId="794B4EF4" w14:textId="77777777" w:rsidR="00894A81" w:rsidRPr="00B439DD" w:rsidRDefault="00894A81" w:rsidP="00F23B57">
      <w:pPr>
        <w:spacing w:after="0" w:line="240" w:lineRule="auto"/>
        <w:ind w:firstLine="567"/>
        <w:jc w:val="both"/>
        <w:rPr>
          <w:rFonts w:ascii="Times New Roman" w:hAnsi="Times New Roman" w:cs="Times New Roman"/>
          <w:sz w:val="28"/>
          <w:szCs w:val="28"/>
          <w:lang w:val="kk-KZ"/>
        </w:rPr>
      </w:pPr>
      <w:r w:rsidRPr="00B439DD">
        <w:rPr>
          <w:rFonts w:ascii="Times New Roman" w:hAnsi="Times New Roman" w:cs="Times New Roman"/>
          <w:b/>
          <w:bCs/>
          <w:sz w:val="28"/>
          <w:szCs w:val="28"/>
          <w:lang w:val="kk-KZ"/>
        </w:rPr>
        <w:t>Қорытынды 2.1.</w:t>
      </w:r>
      <w:r w:rsidRPr="00B439DD">
        <w:rPr>
          <w:rFonts w:ascii="Times New Roman" w:hAnsi="Times New Roman" w:cs="Times New Roman"/>
          <w:b/>
          <w:sz w:val="28"/>
          <w:szCs w:val="28"/>
          <w:lang w:val="kk-KZ"/>
        </w:rPr>
        <w:t xml:space="preserve"> </w:t>
      </w:r>
      <w:r w:rsidRPr="00B439DD">
        <w:rPr>
          <w:rFonts w:ascii="Times New Roman" w:hAnsi="Times New Roman" w:cs="Times New Roman"/>
          <w:position w:val="-6"/>
          <w:sz w:val="28"/>
          <w:szCs w:val="28"/>
        </w:rPr>
        <w:object w:dxaOrig="620" w:dyaOrig="300" w14:anchorId="44CF2FAB">
          <v:shape id="_x0000_i2062" type="#_x0000_t75" style="width:28.5pt;height:15.8pt" o:ole="">
            <v:imagedata r:id="rId2362" o:title=""/>
          </v:shape>
          <o:OLEObject Type="Embed" ProgID="Equation.DSMT4" ShapeID="_x0000_i2062" DrawAspect="Content" ObjectID="_1840332516" r:id="rId2363"/>
        </w:object>
      </w:r>
      <w:r w:rsidRPr="00B439DD">
        <w:rPr>
          <w:rFonts w:ascii="Times New Roman" w:hAnsi="Times New Roman" w:cs="Times New Roman"/>
          <w:b/>
          <w:sz w:val="28"/>
          <w:szCs w:val="28"/>
          <w:lang w:val="kk-KZ"/>
        </w:rPr>
        <w:t xml:space="preserve"> </w:t>
      </w:r>
      <w:r w:rsidRPr="00B439DD">
        <w:rPr>
          <w:rFonts w:ascii="Times New Roman" w:hAnsi="Times New Roman" w:cs="Times New Roman"/>
          <w:sz w:val="28"/>
          <w:szCs w:val="28"/>
          <w:lang w:val="kk-KZ"/>
        </w:rPr>
        <w:t>болғанда (2.21), (2.22</w:t>
      </w:r>
      <w:r w:rsidRPr="00B439DD">
        <w:rPr>
          <w:rFonts w:ascii="Times New Roman" w:hAnsi="Times New Roman" w:cs="Times New Roman"/>
          <w:sz w:val="28"/>
          <w:szCs w:val="28"/>
          <w:vertAlign w:val="subscript"/>
          <w:lang w:val="kk-KZ"/>
        </w:rPr>
        <w:t>s</w:t>
      </w:r>
      <w:r w:rsidRPr="00B439DD">
        <w:rPr>
          <w:rFonts w:ascii="Times New Roman" w:hAnsi="Times New Roman" w:cs="Times New Roman"/>
          <w:sz w:val="28"/>
          <w:szCs w:val="28"/>
          <w:lang w:val="kk-KZ"/>
        </w:rPr>
        <w:t xml:space="preserve">) есебі фредгольмдік және оның индексі нолге тең, ал </w:t>
      </w:r>
      <w:r w:rsidRPr="00B439DD">
        <w:rPr>
          <w:rFonts w:ascii="Times New Roman" w:hAnsi="Times New Roman" w:cs="Times New Roman"/>
          <w:position w:val="-6"/>
          <w:sz w:val="28"/>
          <w:szCs w:val="28"/>
        </w:rPr>
        <w:object w:dxaOrig="600" w:dyaOrig="300" w14:anchorId="5B649713">
          <v:shape id="_x0000_i2063" type="#_x0000_t75" style="width:29.25pt;height:15.8pt" o:ole="">
            <v:imagedata r:id="rId2364" o:title=""/>
          </v:shape>
          <o:OLEObject Type="Embed" ProgID="Equation.DSMT4" ShapeID="_x0000_i2063" DrawAspect="Content" ObjectID="_1840332517" r:id="rId2365"/>
        </w:object>
      </w:r>
      <w:r w:rsidRPr="00B439DD">
        <w:rPr>
          <w:rFonts w:ascii="Times New Roman" w:hAnsi="Times New Roman" w:cs="Times New Roman"/>
          <w:position w:val="-6"/>
          <w:sz w:val="28"/>
          <w:szCs w:val="28"/>
          <w:lang w:val="kk-KZ"/>
        </w:rPr>
        <w:t xml:space="preserve"> </w:t>
      </w:r>
      <w:r w:rsidRPr="00B439DD">
        <w:rPr>
          <w:rFonts w:ascii="Times New Roman" w:hAnsi="Times New Roman" w:cs="Times New Roman"/>
          <w:sz w:val="28"/>
          <w:szCs w:val="28"/>
          <w:lang w:val="kk-KZ"/>
        </w:rPr>
        <w:t xml:space="preserve">фредгольмдік сонда, тек ғана сонда бірінші лемма бойынша </w:t>
      </w:r>
      <w:r w:rsidRPr="00B439DD">
        <w:rPr>
          <w:rFonts w:ascii="Times New Roman" w:hAnsi="Times New Roman" w:cs="Times New Roman"/>
          <w:position w:val="-12"/>
          <w:sz w:val="28"/>
          <w:szCs w:val="28"/>
        </w:rPr>
        <w:object w:dxaOrig="620" w:dyaOrig="380" w14:anchorId="3D049995">
          <v:shape id="_x0000_i2064" type="#_x0000_t75" style="width:28.5pt;height:18.2pt" o:ole="">
            <v:imagedata r:id="rId2366" o:title=""/>
          </v:shape>
          <o:OLEObject Type="Embed" ProgID="Equation.DSMT4" ShapeID="_x0000_i2064" DrawAspect="Content" ObjectID="_1840332518" r:id="rId2367"/>
        </w:object>
      </w:r>
      <w:r w:rsidRPr="00B439DD">
        <w:rPr>
          <w:rFonts w:ascii="Times New Roman" w:hAnsi="Times New Roman" w:cs="Times New Roman"/>
          <w:sz w:val="28"/>
          <w:szCs w:val="28"/>
          <w:lang w:val="kk-KZ"/>
        </w:rPr>
        <w:t xml:space="preserve"> жағдайында анықталатын </w:t>
      </w:r>
      <w:r w:rsidRPr="00B439DD">
        <w:rPr>
          <w:rFonts w:ascii="Times New Roman" w:hAnsi="Times New Roman" w:cs="Times New Roman"/>
          <w:position w:val="-12"/>
          <w:sz w:val="28"/>
          <w:szCs w:val="28"/>
        </w:rPr>
        <w:object w:dxaOrig="279" w:dyaOrig="380" w14:anchorId="7484AF42">
          <v:shape id="_x0000_i2065" type="#_x0000_t75" style="width:15.8pt;height:18.2pt" o:ole="">
            <v:imagedata r:id="rId2368" o:title=""/>
          </v:shape>
          <o:OLEObject Type="Embed" ProgID="Equation.DSMT4" ShapeID="_x0000_i2065" DrawAspect="Content" ObjectID="_1840332519" r:id="rId2369"/>
        </w:object>
      </w:r>
      <w:r w:rsidRPr="00B439DD">
        <w:rPr>
          <w:rFonts w:ascii="Times New Roman" w:hAnsi="Times New Roman" w:cs="Times New Roman"/>
          <w:sz w:val="28"/>
          <w:szCs w:val="28"/>
          <w:lang w:val="kk-KZ"/>
        </w:rPr>
        <w:t xml:space="preserve"> көпмүшелігінің нөлдері </w:t>
      </w:r>
      <w:r w:rsidRPr="00B439DD">
        <w:rPr>
          <w:rFonts w:ascii="Times New Roman" w:hAnsi="Times New Roman" w:cs="Times New Roman"/>
          <w:position w:val="-4"/>
          <w:sz w:val="28"/>
          <w:szCs w:val="28"/>
        </w:rPr>
        <w:object w:dxaOrig="260" w:dyaOrig="279" w14:anchorId="214477C8">
          <v:shape id="_x0000_i2066" type="#_x0000_t75" style="width:11.85pt;height:15.8pt" o:ole="">
            <v:imagedata r:id="rId2370" o:title=""/>
          </v:shape>
          <o:OLEObject Type="Embed" ProgID="Equation.DSMT4" ShapeID="_x0000_i2066" DrawAspect="Content" ObjectID="_1840332520" r:id="rId2371"/>
        </w:object>
      </w:r>
      <w:r w:rsidRPr="00B439DD">
        <w:rPr>
          <w:rFonts w:ascii="Times New Roman" w:hAnsi="Times New Roman" w:cs="Times New Roman"/>
          <w:sz w:val="28"/>
          <w:szCs w:val="28"/>
          <w:lang w:val="kk-KZ"/>
        </w:rPr>
        <w:t xml:space="preserve">дөңгелегінің </w:t>
      </w:r>
      <w:r w:rsidRPr="00B439DD">
        <w:rPr>
          <w:rFonts w:ascii="Times New Roman" w:hAnsi="Times New Roman" w:cs="Times New Roman"/>
          <w:position w:val="-4"/>
          <w:sz w:val="28"/>
          <w:szCs w:val="28"/>
        </w:rPr>
        <w:object w:dxaOrig="240" w:dyaOrig="279" w14:anchorId="5AB3F06C">
          <v:shape id="_x0000_i2067" type="#_x0000_t75" style="width:11.85pt;height:15.8pt" o:ole="">
            <v:imagedata r:id="rId2372" o:title=""/>
          </v:shape>
          <o:OLEObject Type="Embed" ProgID="Equation.DSMT4" ShapeID="_x0000_i2067" DrawAspect="Content" ObjectID="_1840332521" r:id="rId2373"/>
        </w:object>
      </w:r>
      <w:r w:rsidRPr="00B439DD">
        <w:rPr>
          <w:rFonts w:ascii="Times New Roman" w:hAnsi="Times New Roman" w:cs="Times New Roman"/>
          <w:position w:val="-4"/>
          <w:sz w:val="28"/>
          <w:szCs w:val="28"/>
          <w:lang w:val="kk-KZ"/>
        </w:rPr>
        <w:t xml:space="preserve"> </w:t>
      </w:r>
      <w:r w:rsidRPr="00B439DD">
        <w:rPr>
          <w:rFonts w:ascii="Times New Roman" w:hAnsi="Times New Roman" w:cs="Times New Roman"/>
          <w:sz w:val="28"/>
          <w:szCs w:val="28"/>
          <w:lang w:val="kk-KZ"/>
        </w:rPr>
        <w:t xml:space="preserve">шекаралық шеңберінде жатпайды. </w:t>
      </w:r>
    </w:p>
    <w:p w14:paraId="5920E1E5" w14:textId="77777777" w:rsidR="00894A81" w:rsidRPr="00B439DD" w:rsidRDefault="00894A81" w:rsidP="00F23B57">
      <w:pPr>
        <w:spacing w:after="0" w:line="240" w:lineRule="auto"/>
        <w:ind w:firstLine="567"/>
        <w:jc w:val="both"/>
        <w:rPr>
          <w:rFonts w:ascii="Times New Roman" w:hAnsi="Times New Roman" w:cs="Times New Roman"/>
          <w:sz w:val="28"/>
          <w:szCs w:val="28"/>
          <w:lang w:val="kk-KZ"/>
        </w:rPr>
      </w:pPr>
      <w:r w:rsidRPr="00B439DD">
        <w:rPr>
          <w:rFonts w:ascii="Times New Roman" w:hAnsi="Times New Roman" w:cs="Times New Roman"/>
          <w:sz w:val="28"/>
          <w:szCs w:val="28"/>
          <w:lang w:val="kk-KZ"/>
        </w:rPr>
        <w:t xml:space="preserve">Келесі леммадан байқағанымыздай </w:t>
      </w:r>
      <w:r w:rsidRPr="00B439DD">
        <w:rPr>
          <w:rFonts w:ascii="Times New Roman" w:hAnsi="Times New Roman" w:cs="Times New Roman"/>
          <w:position w:val="-12"/>
          <w:sz w:val="28"/>
          <w:szCs w:val="28"/>
        </w:rPr>
        <w:object w:dxaOrig="279" w:dyaOrig="380" w14:anchorId="441B44FD">
          <v:shape id="_x0000_i2068" type="#_x0000_t75" style="width:15.8pt;height:18.2pt" o:ole="">
            <v:imagedata r:id="rId2374" o:title=""/>
          </v:shape>
          <o:OLEObject Type="Embed" ProgID="Equation.DSMT4" ShapeID="_x0000_i2068" DrawAspect="Content" ObjectID="_1840332522" r:id="rId2375"/>
        </w:object>
      </w:r>
      <w:r w:rsidRPr="00B439DD">
        <w:rPr>
          <w:rFonts w:ascii="Times New Roman" w:hAnsi="Times New Roman" w:cs="Times New Roman"/>
          <w:sz w:val="28"/>
          <w:szCs w:val="28"/>
          <w:lang w:val="kk-KZ"/>
        </w:rPr>
        <w:t xml:space="preserve"> көпмүшелігінің нөлдерінің бірі </w:t>
      </w:r>
      <w:r w:rsidRPr="00B439DD">
        <w:rPr>
          <w:rFonts w:ascii="Times New Roman" w:hAnsi="Times New Roman" w:cs="Times New Roman"/>
          <w:position w:val="-4"/>
          <w:sz w:val="28"/>
          <w:szCs w:val="28"/>
        </w:rPr>
        <w:object w:dxaOrig="240" w:dyaOrig="279" w14:anchorId="65326B02">
          <v:shape id="_x0000_i2069" type="#_x0000_t75" style="width:11.85pt;height:15.8pt" o:ole="">
            <v:imagedata r:id="rId2376" o:title=""/>
          </v:shape>
          <o:OLEObject Type="Embed" ProgID="Equation.DSMT4" ShapeID="_x0000_i2069" DrawAspect="Content" ObjectID="_1840332523" r:id="rId2377"/>
        </w:object>
      </w:r>
      <w:r w:rsidRPr="00B439DD">
        <w:rPr>
          <w:rFonts w:ascii="Times New Roman" w:hAnsi="Times New Roman" w:cs="Times New Roman"/>
          <w:position w:val="-4"/>
          <w:sz w:val="28"/>
          <w:szCs w:val="28"/>
          <w:lang w:val="kk-KZ"/>
        </w:rPr>
        <w:t xml:space="preserve"> </w:t>
      </w:r>
      <w:r w:rsidRPr="00B439DD">
        <w:rPr>
          <w:rFonts w:ascii="Times New Roman" w:hAnsi="Times New Roman" w:cs="Times New Roman"/>
          <w:sz w:val="28"/>
          <w:szCs w:val="28"/>
          <w:lang w:val="kk-KZ"/>
        </w:rPr>
        <w:t xml:space="preserve">шеңберінде жататындай </w:t>
      </w:r>
      <w:r w:rsidRPr="00B439DD">
        <w:rPr>
          <w:rFonts w:ascii="Times New Roman" w:hAnsi="Times New Roman" w:cs="Times New Roman"/>
          <w:position w:val="-12"/>
          <w:sz w:val="28"/>
          <w:szCs w:val="28"/>
        </w:rPr>
        <w:object w:dxaOrig="300" w:dyaOrig="380" w14:anchorId="5A402868">
          <v:shape id="_x0000_i2070" type="#_x0000_t75" style="width:15.8pt;height:18.2pt" o:ole="">
            <v:imagedata r:id="rId2378" o:title=""/>
          </v:shape>
          <o:OLEObject Type="Embed" ProgID="Equation.DSMT4" ShapeID="_x0000_i2070" DrawAspect="Content" ObjectID="_1840332524" r:id="rId2379"/>
        </w:object>
      </w:r>
      <w:r w:rsidRPr="00B439DD">
        <w:rPr>
          <w:rFonts w:ascii="Times New Roman" w:hAnsi="Times New Roman" w:cs="Times New Roman"/>
          <w:sz w:val="28"/>
          <w:szCs w:val="28"/>
          <w:lang w:val="kk-KZ"/>
        </w:rPr>
        <w:t xml:space="preserve"> және </w:t>
      </w:r>
      <w:r w:rsidRPr="00B439DD">
        <w:rPr>
          <w:rFonts w:ascii="Times New Roman" w:hAnsi="Times New Roman" w:cs="Times New Roman"/>
          <w:position w:val="-12"/>
          <w:sz w:val="28"/>
          <w:szCs w:val="28"/>
        </w:rPr>
        <w:object w:dxaOrig="260" w:dyaOrig="380" w14:anchorId="6A5B0135">
          <v:shape id="_x0000_i2071" type="#_x0000_t75" style="width:11.85pt;height:18.2pt" o:ole="">
            <v:imagedata r:id="rId2380" o:title=""/>
          </v:shape>
          <o:OLEObject Type="Embed" ProgID="Equation.DSMT4" ShapeID="_x0000_i2071" DrawAspect="Content" ObjectID="_1840332525" r:id="rId2381"/>
        </w:object>
      </w:r>
      <w:r w:rsidRPr="00B439DD">
        <w:rPr>
          <w:rFonts w:ascii="Times New Roman" w:hAnsi="Times New Roman" w:cs="Times New Roman"/>
          <w:sz w:val="28"/>
          <w:szCs w:val="28"/>
          <w:lang w:val="kk-KZ"/>
        </w:rPr>
        <w:t xml:space="preserve"> таңдауға болады. </w:t>
      </w:r>
    </w:p>
    <w:p w14:paraId="5D8706C0" w14:textId="77777777" w:rsidR="00894A81" w:rsidRPr="00B439DD" w:rsidRDefault="00894A81" w:rsidP="00F23B57">
      <w:pPr>
        <w:spacing w:after="0" w:line="240" w:lineRule="auto"/>
        <w:ind w:firstLine="567"/>
        <w:jc w:val="both"/>
        <w:rPr>
          <w:rFonts w:ascii="Times New Roman" w:hAnsi="Times New Roman" w:cs="Times New Roman"/>
          <w:color w:val="202124"/>
          <w:sz w:val="28"/>
          <w:szCs w:val="28"/>
          <w:lang w:val="kk-KZ"/>
        </w:rPr>
      </w:pPr>
      <w:r w:rsidRPr="00B439DD">
        <w:rPr>
          <w:rFonts w:ascii="Times New Roman" w:hAnsi="Times New Roman" w:cs="Times New Roman"/>
          <w:b/>
          <w:bCs/>
          <w:sz w:val="28"/>
          <w:szCs w:val="28"/>
          <w:lang w:val="kk-KZ"/>
        </w:rPr>
        <w:t>Лемма 2.2.</w:t>
      </w:r>
      <w:r w:rsidRPr="00B439DD">
        <w:rPr>
          <w:rFonts w:ascii="Times New Roman" w:hAnsi="Times New Roman" w:cs="Times New Roman"/>
          <w:sz w:val="28"/>
          <w:szCs w:val="28"/>
          <w:lang w:val="kk-KZ"/>
        </w:rPr>
        <w:t xml:space="preserve"> Айталық, </w:t>
      </w:r>
      <w:r w:rsidRPr="00B439DD">
        <w:rPr>
          <w:rFonts w:ascii="Times New Roman" w:hAnsi="Times New Roman" w:cs="Times New Roman"/>
          <w:position w:val="-12"/>
          <w:sz w:val="28"/>
          <w:szCs w:val="28"/>
        </w:rPr>
        <w:object w:dxaOrig="620" w:dyaOrig="380" w14:anchorId="404A4FE1">
          <v:shape id="_x0000_i2072" type="#_x0000_t75" style="width:28.5pt;height:18.2pt" o:ole="">
            <v:imagedata r:id="rId2382" o:title=""/>
          </v:shape>
          <o:OLEObject Type="Embed" ProgID="Equation.DSMT4" ShapeID="_x0000_i2072" DrawAspect="Content" ObjectID="_1840332526" r:id="rId2383"/>
        </w:object>
      </w:r>
      <w:r w:rsidRPr="00B439DD">
        <w:rPr>
          <w:rFonts w:ascii="Times New Roman" w:hAnsi="Times New Roman" w:cs="Times New Roman"/>
          <w:sz w:val="28"/>
          <w:szCs w:val="28"/>
          <w:lang w:val="kk-KZ"/>
        </w:rPr>
        <w:t xml:space="preserve"> </w:t>
      </w:r>
      <w:r w:rsidRPr="00B439DD">
        <w:rPr>
          <w:rFonts w:ascii="Times New Roman" w:hAnsi="Times New Roman" w:cs="Times New Roman"/>
          <w:color w:val="202124"/>
          <w:sz w:val="28"/>
          <w:szCs w:val="28"/>
          <w:lang w:val="kk-KZ"/>
        </w:rPr>
        <w:t>нүктесі жоғары жарты жазықтығында жатсын және бірінші леммадағыдай төмендегідей белгілейік:</w:t>
      </w:r>
    </w:p>
    <w:p w14:paraId="201AD78F" w14:textId="77777777" w:rsidR="00894A81" w:rsidRPr="00B439DD" w:rsidRDefault="00894A81" w:rsidP="00B439DD">
      <w:pPr>
        <w:spacing w:after="0" w:line="240" w:lineRule="auto"/>
        <w:jc w:val="both"/>
        <w:rPr>
          <w:rFonts w:ascii="Times New Roman" w:hAnsi="Times New Roman" w:cs="Times New Roman"/>
          <w:color w:val="202124"/>
          <w:sz w:val="28"/>
          <w:szCs w:val="28"/>
          <w:lang w:val="kk-KZ"/>
        </w:rPr>
      </w:pPr>
    </w:p>
    <w:p w14:paraId="40CC3A54" w14:textId="6BB766F6" w:rsidR="00894A81" w:rsidRPr="00B439DD" w:rsidRDefault="00894A81" w:rsidP="00B439DD">
      <w:pPr>
        <w:spacing w:after="0" w:line="240" w:lineRule="auto"/>
        <w:jc w:val="right"/>
        <w:rPr>
          <w:rFonts w:ascii="Times New Roman" w:hAnsi="Times New Roman" w:cs="Times New Roman"/>
          <w:sz w:val="28"/>
          <w:szCs w:val="28"/>
          <w:lang w:val="kk-KZ"/>
        </w:rPr>
      </w:pPr>
      <w:r w:rsidRPr="00B439DD">
        <w:rPr>
          <w:rFonts w:ascii="Times New Roman" w:hAnsi="Times New Roman" w:cs="Times New Roman"/>
          <w:position w:val="-14"/>
          <w:sz w:val="28"/>
          <w:szCs w:val="28"/>
        </w:rPr>
        <w:object w:dxaOrig="2620" w:dyaOrig="499" w14:anchorId="7DE74DB7">
          <v:shape id="_x0000_i2073" type="#_x0000_t75" style="width:128.2pt;height:25.3pt" o:ole="">
            <v:imagedata r:id="rId2384" o:title=""/>
          </v:shape>
          <o:OLEObject Type="Embed" ProgID="Equation.DSMT4" ShapeID="_x0000_i2073" DrawAspect="Content" ObjectID="_1840332527" r:id="rId2385"/>
        </w:object>
      </w:r>
      <w:r w:rsidRPr="00B439DD">
        <w:rPr>
          <w:rFonts w:ascii="Times New Roman" w:hAnsi="Times New Roman" w:cs="Times New Roman"/>
          <w:position w:val="-16"/>
          <w:sz w:val="28"/>
          <w:szCs w:val="28"/>
          <w:lang w:val="kk-KZ"/>
        </w:rPr>
        <w:t xml:space="preserve">                </w:t>
      </w:r>
      <w:r w:rsidR="00F23B57">
        <w:rPr>
          <w:rFonts w:ascii="Times New Roman" w:hAnsi="Times New Roman" w:cs="Times New Roman"/>
          <w:position w:val="-16"/>
          <w:sz w:val="28"/>
          <w:szCs w:val="28"/>
          <w:lang w:val="kk-KZ"/>
        </w:rPr>
        <w:t xml:space="preserve">       </w:t>
      </w:r>
      <w:r w:rsidRPr="00B439DD">
        <w:rPr>
          <w:rFonts w:ascii="Times New Roman" w:hAnsi="Times New Roman" w:cs="Times New Roman"/>
          <w:position w:val="-16"/>
          <w:sz w:val="28"/>
          <w:szCs w:val="28"/>
          <w:lang w:val="kk-KZ"/>
        </w:rPr>
        <w:t xml:space="preserve">                  </w:t>
      </w:r>
      <w:r w:rsidRPr="00B439DD">
        <w:rPr>
          <w:rFonts w:ascii="Times New Roman" w:hAnsi="Times New Roman" w:cs="Times New Roman"/>
          <w:sz w:val="28"/>
          <w:szCs w:val="28"/>
          <w:lang w:val="kk-KZ"/>
        </w:rPr>
        <w:t>(2.24)</w:t>
      </w:r>
    </w:p>
    <w:p w14:paraId="75E676E3" w14:textId="77777777" w:rsidR="00894A81" w:rsidRPr="00B439DD" w:rsidRDefault="00894A81" w:rsidP="00B439DD">
      <w:pPr>
        <w:spacing w:after="0" w:line="240" w:lineRule="auto"/>
        <w:jc w:val="both"/>
        <w:rPr>
          <w:rFonts w:ascii="Times New Roman" w:hAnsi="Times New Roman" w:cs="Times New Roman"/>
          <w:position w:val="-12"/>
          <w:sz w:val="28"/>
          <w:szCs w:val="28"/>
          <w:lang w:val="kk-KZ"/>
        </w:rPr>
      </w:pPr>
    </w:p>
    <w:p w14:paraId="256BE285" w14:textId="77777777" w:rsidR="00894A81" w:rsidRPr="00B439DD" w:rsidRDefault="00894A81" w:rsidP="00B439DD">
      <w:pPr>
        <w:spacing w:after="0" w:line="240" w:lineRule="auto"/>
        <w:jc w:val="both"/>
        <w:rPr>
          <w:rFonts w:ascii="Times New Roman" w:hAnsi="Times New Roman" w:cs="Times New Roman"/>
          <w:position w:val="-12"/>
          <w:sz w:val="28"/>
          <w:szCs w:val="28"/>
          <w:lang w:val="kk-KZ"/>
        </w:rPr>
      </w:pPr>
      <w:r w:rsidRPr="00B439DD">
        <w:rPr>
          <w:rFonts w:ascii="Times New Roman" w:hAnsi="Times New Roman" w:cs="Times New Roman"/>
          <w:position w:val="-12"/>
          <w:sz w:val="28"/>
          <w:szCs w:val="28"/>
          <w:lang w:val="kk-KZ"/>
        </w:rPr>
        <w:t xml:space="preserve">Онда </w:t>
      </w:r>
    </w:p>
    <w:p w14:paraId="36DDCC21" w14:textId="77777777" w:rsidR="00894A81" w:rsidRPr="00B439DD" w:rsidRDefault="00894A81" w:rsidP="00B439DD">
      <w:pPr>
        <w:spacing w:after="0" w:line="240" w:lineRule="auto"/>
        <w:jc w:val="both"/>
        <w:rPr>
          <w:rFonts w:ascii="Times New Roman" w:hAnsi="Times New Roman" w:cs="Times New Roman"/>
          <w:position w:val="-12"/>
          <w:sz w:val="28"/>
          <w:szCs w:val="28"/>
          <w:lang w:val="kk-KZ"/>
        </w:rPr>
      </w:pPr>
    </w:p>
    <w:p w14:paraId="75ECD039" w14:textId="77777777" w:rsidR="00894A81" w:rsidRPr="00B439DD" w:rsidRDefault="00894A81" w:rsidP="00B439DD">
      <w:pPr>
        <w:spacing w:after="0" w:line="240" w:lineRule="auto"/>
        <w:jc w:val="center"/>
        <w:rPr>
          <w:rFonts w:ascii="Times New Roman" w:hAnsi="Times New Roman" w:cs="Times New Roman"/>
          <w:position w:val="-34"/>
          <w:sz w:val="28"/>
          <w:szCs w:val="28"/>
          <w:lang w:val="kk-KZ"/>
        </w:rPr>
      </w:pPr>
      <w:r w:rsidRPr="00B439DD">
        <w:rPr>
          <w:rFonts w:ascii="Times New Roman" w:hAnsi="Times New Roman" w:cs="Times New Roman"/>
          <w:position w:val="-34"/>
          <w:sz w:val="28"/>
          <w:szCs w:val="28"/>
        </w:rPr>
        <w:object w:dxaOrig="1420" w:dyaOrig="780" w14:anchorId="2D9D63A9">
          <v:shape id="_x0000_i2074" type="#_x0000_t75" style="width:1in;height:38pt" o:ole="">
            <v:imagedata r:id="rId2386" o:title=""/>
          </v:shape>
          <o:OLEObject Type="Embed" ProgID="Equation.DSMT4" ShapeID="_x0000_i2074" DrawAspect="Content" ObjectID="_1840332528" r:id="rId2387"/>
        </w:object>
      </w:r>
    </w:p>
    <w:p w14:paraId="18FD0A6E" w14:textId="77777777" w:rsidR="00894A81" w:rsidRPr="00B439DD" w:rsidRDefault="00894A81" w:rsidP="00B439DD">
      <w:pPr>
        <w:spacing w:after="0" w:line="240" w:lineRule="auto"/>
        <w:jc w:val="both"/>
        <w:rPr>
          <w:rFonts w:ascii="Times New Roman" w:hAnsi="Times New Roman" w:cs="Times New Roman"/>
          <w:position w:val="-12"/>
          <w:sz w:val="28"/>
          <w:szCs w:val="28"/>
          <w:lang w:val="kk-KZ"/>
        </w:rPr>
      </w:pPr>
    </w:p>
    <w:p w14:paraId="3E85CAD8" w14:textId="77777777" w:rsidR="00894A81" w:rsidRPr="00B439DD" w:rsidRDefault="00894A81" w:rsidP="00B439DD">
      <w:pPr>
        <w:spacing w:after="0" w:line="240" w:lineRule="auto"/>
        <w:jc w:val="both"/>
        <w:rPr>
          <w:rFonts w:ascii="Times New Roman" w:hAnsi="Times New Roman" w:cs="Times New Roman"/>
          <w:sz w:val="28"/>
          <w:szCs w:val="28"/>
          <w:lang w:val="kk-KZ"/>
        </w:rPr>
      </w:pPr>
      <w:r w:rsidRPr="00B439DD">
        <w:rPr>
          <w:rFonts w:ascii="Times New Roman" w:hAnsi="Times New Roman" w:cs="Times New Roman"/>
          <w:sz w:val="28"/>
          <w:szCs w:val="28"/>
          <w:lang w:val="kk-KZ"/>
        </w:rPr>
        <w:t>нүктесі де жоғары жарты жазықтығында жатсын және бұл нүктелер үшін (2.21), (2.22</w:t>
      </w:r>
      <w:r w:rsidRPr="00B439DD">
        <w:rPr>
          <w:rFonts w:ascii="Times New Roman" w:hAnsi="Times New Roman" w:cs="Times New Roman"/>
          <w:sz w:val="28"/>
          <w:szCs w:val="28"/>
          <w:vertAlign w:val="subscript"/>
          <w:lang w:val="kk-KZ"/>
        </w:rPr>
        <w:t>s</w:t>
      </w:r>
      <w:r w:rsidRPr="00B439DD">
        <w:rPr>
          <w:rFonts w:ascii="Times New Roman" w:hAnsi="Times New Roman" w:cs="Times New Roman"/>
          <w:sz w:val="28"/>
          <w:szCs w:val="28"/>
          <w:lang w:val="kk-KZ"/>
        </w:rPr>
        <w:t>) есебінің фредгольмдығы бұзылады.</w:t>
      </w:r>
    </w:p>
    <w:p w14:paraId="2DC392BE" w14:textId="489CAB72" w:rsidR="00894A81" w:rsidRPr="00B439DD" w:rsidRDefault="00894A81" w:rsidP="00B439DD">
      <w:pPr>
        <w:spacing w:after="0" w:line="240" w:lineRule="auto"/>
        <w:ind w:firstLine="708"/>
        <w:jc w:val="both"/>
        <w:rPr>
          <w:rFonts w:ascii="Times New Roman" w:hAnsi="Times New Roman" w:cs="Times New Roman"/>
          <w:color w:val="202124"/>
          <w:sz w:val="28"/>
          <w:szCs w:val="28"/>
          <w:lang w:val="kk-KZ"/>
        </w:rPr>
      </w:pPr>
      <w:r w:rsidRPr="006D5E6A">
        <w:rPr>
          <w:rFonts w:ascii="Times New Roman" w:hAnsi="Times New Roman" w:cs="Times New Roman"/>
          <w:i/>
          <w:sz w:val="28"/>
          <w:szCs w:val="28"/>
          <w:lang w:val="kk-KZ"/>
        </w:rPr>
        <w:t>Дәлелдеуі.</w:t>
      </w:r>
      <w:r w:rsidRPr="00B439DD">
        <w:rPr>
          <w:rFonts w:ascii="Times New Roman" w:hAnsi="Times New Roman" w:cs="Times New Roman"/>
          <w:position w:val="-12"/>
          <w:sz w:val="28"/>
          <w:szCs w:val="28"/>
        </w:rPr>
        <w:object w:dxaOrig="300" w:dyaOrig="380" w14:anchorId="0A051FBE">
          <v:shape id="_x0000_i2075" type="#_x0000_t75" style="width:15.8pt;height:18.2pt" o:ole="">
            <v:imagedata r:id="rId2388" o:title=""/>
          </v:shape>
          <o:OLEObject Type="Embed" ProgID="Equation.DSMT4" ShapeID="_x0000_i2075" DrawAspect="Content" ObjectID="_1840332529" r:id="rId2389"/>
        </w:object>
      </w:r>
      <w:r w:rsidRPr="00B439DD">
        <w:rPr>
          <w:rFonts w:ascii="Times New Roman" w:hAnsi="Times New Roman" w:cs="Times New Roman"/>
          <w:sz w:val="28"/>
          <w:szCs w:val="28"/>
          <w:lang w:val="kk-KZ"/>
        </w:rPr>
        <w:t xml:space="preserve"> </w:t>
      </w:r>
      <w:r w:rsidRPr="00B439DD">
        <w:rPr>
          <w:rFonts w:ascii="Times New Roman" w:hAnsi="Times New Roman" w:cs="Times New Roman"/>
          <w:color w:val="202124"/>
          <w:sz w:val="28"/>
          <w:szCs w:val="28"/>
          <w:lang w:val="kk-KZ"/>
        </w:rPr>
        <w:t>нүктесі жоғары жарты жазықтығында жататындығына көз жеткізейік. Анықтамадан байқайтынымыз</w:t>
      </w:r>
      <w:r w:rsidRPr="00B439DD">
        <w:rPr>
          <w:rFonts w:ascii="Times New Roman" w:hAnsi="Times New Roman" w:cs="Times New Roman"/>
          <w:position w:val="-12"/>
          <w:sz w:val="28"/>
          <w:szCs w:val="28"/>
          <w:lang w:val="kk-KZ"/>
        </w:rPr>
        <w:t xml:space="preserve"> </w:t>
      </w:r>
      <w:r w:rsidRPr="00B439DD">
        <w:rPr>
          <w:rFonts w:ascii="Times New Roman" w:hAnsi="Times New Roman" w:cs="Times New Roman"/>
          <w:position w:val="-12"/>
          <w:sz w:val="28"/>
          <w:szCs w:val="28"/>
        </w:rPr>
        <w:object w:dxaOrig="300" w:dyaOrig="380" w14:anchorId="019F6B3B">
          <v:shape id="_x0000_i2076" type="#_x0000_t75" style="width:15.8pt;height:18.2pt" o:ole="">
            <v:imagedata r:id="rId2390" o:title=""/>
          </v:shape>
          <o:OLEObject Type="Embed" ProgID="Equation.DSMT4" ShapeID="_x0000_i2076" DrawAspect="Content" ObjectID="_1840332530" r:id="rId2391"/>
        </w:object>
      </w:r>
      <w:r w:rsidRPr="00B439DD">
        <w:rPr>
          <w:rFonts w:ascii="Times New Roman" w:hAnsi="Times New Roman" w:cs="Times New Roman"/>
          <w:sz w:val="28"/>
          <w:szCs w:val="28"/>
          <w:lang w:val="kk-KZ"/>
        </w:rPr>
        <w:t xml:space="preserve"> </w:t>
      </w:r>
      <w:r w:rsidRPr="00B439DD">
        <w:rPr>
          <w:rFonts w:ascii="Times New Roman" w:hAnsi="Times New Roman" w:cs="Times New Roman"/>
          <w:color w:val="202124"/>
          <w:sz w:val="28"/>
          <w:szCs w:val="28"/>
          <w:lang w:val="kk-KZ"/>
        </w:rPr>
        <w:t xml:space="preserve">нүктесі үшін </w:t>
      </w:r>
      <w:r w:rsidRPr="00B439DD">
        <w:rPr>
          <w:rFonts w:ascii="Times New Roman" w:hAnsi="Times New Roman" w:cs="Times New Roman"/>
          <w:position w:val="-12"/>
          <w:sz w:val="28"/>
          <w:szCs w:val="28"/>
        </w:rPr>
        <w:object w:dxaOrig="1640" w:dyaOrig="380" w14:anchorId="5BE17A8B">
          <v:shape id="_x0000_i2077" type="#_x0000_t75" style="width:80.7pt;height:18.2pt" o:ole="">
            <v:imagedata r:id="rId2392" o:title=""/>
          </v:shape>
          <o:OLEObject Type="Embed" ProgID="Equation.DSMT4" ShapeID="_x0000_i2077" DrawAspect="Content" ObjectID="_1840332531" r:id="rId2393"/>
        </w:object>
      </w:r>
      <w:r w:rsidRPr="00B439DD">
        <w:rPr>
          <w:rFonts w:ascii="Times New Roman" w:hAnsi="Times New Roman" w:cs="Times New Roman"/>
          <w:color w:val="202124"/>
          <w:sz w:val="28"/>
          <w:szCs w:val="28"/>
          <w:lang w:val="kk-KZ"/>
        </w:rPr>
        <w:t xml:space="preserve">. Сондықтан, егер </w:t>
      </w:r>
      <w:r w:rsidRPr="00B439DD">
        <w:rPr>
          <w:rFonts w:ascii="Times New Roman" w:hAnsi="Times New Roman" w:cs="Times New Roman"/>
          <w:position w:val="-12"/>
          <w:sz w:val="28"/>
          <w:szCs w:val="28"/>
        </w:rPr>
        <w:object w:dxaOrig="1040" w:dyaOrig="380" w14:anchorId="7427049B">
          <v:shape id="_x0000_i2078" type="#_x0000_t75" style="width:53.8pt;height:18.2pt" o:ole="">
            <v:imagedata r:id="rId2394" o:title=""/>
          </v:shape>
          <o:OLEObject Type="Embed" ProgID="Equation.DSMT4" ShapeID="_x0000_i2078" DrawAspect="Content" ObjectID="_1840332532" r:id="rId2395"/>
        </w:object>
      </w:r>
      <w:r w:rsidRPr="00B439DD">
        <w:rPr>
          <w:rFonts w:ascii="Times New Roman" w:hAnsi="Times New Roman" w:cs="Times New Roman"/>
          <w:position w:val="-12"/>
          <w:sz w:val="28"/>
          <w:szCs w:val="28"/>
          <w:lang w:val="kk-KZ"/>
        </w:rPr>
        <w:t xml:space="preserve"> </w:t>
      </w:r>
      <w:r w:rsidR="006D5E6A">
        <w:rPr>
          <w:rFonts w:ascii="Times New Roman" w:hAnsi="Times New Roman" w:cs="Times New Roman"/>
          <w:color w:val="202124"/>
          <w:sz w:val="28"/>
          <w:szCs w:val="28"/>
          <w:lang w:val="kk-KZ"/>
        </w:rPr>
        <w:t>болса онда 2.1-ші</w:t>
      </w:r>
      <w:r w:rsidRPr="00B439DD">
        <w:rPr>
          <w:rFonts w:ascii="Times New Roman" w:hAnsi="Times New Roman" w:cs="Times New Roman"/>
          <w:color w:val="202124"/>
          <w:sz w:val="28"/>
          <w:szCs w:val="28"/>
          <w:lang w:val="kk-KZ"/>
        </w:rPr>
        <w:t xml:space="preserve"> леммаға  сайкес </w:t>
      </w:r>
      <w:r w:rsidRPr="00B439DD">
        <w:rPr>
          <w:rFonts w:ascii="Times New Roman" w:hAnsi="Times New Roman" w:cs="Times New Roman"/>
          <w:position w:val="-6"/>
          <w:sz w:val="28"/>
          <w:szCs w:val="28"/>
        </w:rPr>
        <w:object w:dxaOrig="200" w:dyaOrig="240" w14:anchorId="17E89902">
          <v:shape id="_x0000_i2079" type="#_x0000_t75" style="width:9.5pt;height:11.85pt" o:ole="">
            <v:imagedata r:id="rId2396" o:title=""/>
          </v:shape>
          <o:OLEObject Type="Embed" ProgID="Equation.DSMT4" ShapeID="_x0000_i2079" DrawAspect="Content" ObjectID="_1840332533" r:id="rId2397"/>
        </w:object>
      </w:r>
      <w:r w:rsidRPr="00B439DD">
        <w:rPr>
          <w:rFonts w:ascii="Times New Roman" w:hAnsi="Times New Roman" w:cs="Times New Roman"/>
          <w:color w:val="202124"/>
          <w:sz w:val="28"/>
          <w:szCs w:val="28"/>
          <w:lang w:val="kk-KZ"/>
        </w:rPr>
        <w:t xml:space="preserve">нүктесі </w:t>
      </w:r>
      <w:r w:rsidRPr="00B439DD">
        <w:rPr>
          <w:rFonts w:ascii="Times New Roman" w:hAnsi="Times New Roman" w:cs="Times New Roman"/>
          <w:position w:val="-4"/>
          <w:sz w:val="28"/>
          <w:szCs w:val="28"/>
        </w:rPr>
        <w:object w:dxaOrig="260" w:dyaOrig="340" w14:anchorId="5142AE61">
          <v:shape id="_x0000_i2080" type="#_x0000_t75" style="width:11.85pt;height:15.8pt" o:ole="">
            <v:imagedata r:id="rId2398" o:title=""/>
          </v:shape>
          <o:OLEObject Type="Embed" ProgID="Equation.DSMT4" ShapeID="_x0000_i2080" DrawAspect="Content" ObjectID="_1840332534" r:id="rId2399"/>
        </w:object>
      </w:r>
      <w:r w:rsidRPr="00B439DD">
        <w:rPr>
          <w:rFonts w:ascii="Times New Roman" w:hAnsi="Times New Roman" w:cs="Times New Roman"/>
          <w:color w:val="202124"/>
          <w:sz w:val="28"/>
          <w:szCs w:val="28"/>
          <w:lang w:val="kk-KZ"/>
        </w:rPr>
        <w:t xml:space="preserve"> жатуы керек, ал бұл мүмкін емес.</w:t>
      </w:r>
    </w:p>
    <w:p w14:paraId="42E1476F" w14:textId="77777777" w:rsidR="00894A81" w:rsidRPr="00B439DD" w:rsidRDefault="00894A81" w:rsidP="00B439DD">
      <w:pPr>
        <w:spacing w:after="0" w:line="240" w:lineRule="auto"/>
        <w:jc w:val="both"/>
        <w:rPr>
          <w:rFonts w:ascii="Times New Roman" w:hAnsi="Times New Roman" w:cs="Times New Roman"/>
          <w:color w:val="202124"/>
          <w:sz w:val="28"/>
          <w:szCs w:val="28"/>
          <w:lang w:val="en-US"/>
        </w:rPr>
      </w:pPr>
      <w:r w:rsidRPr="00B439DD">
        <w:rPr>
          <w:rFonts w:ascii="Times New Roman" w:hAnsi="Times New Roman" w:cs="Times New Roman"/>
          <w:color w:val="202124"/>
          <w:sz w:val="28"/>
          <w:szCs w:val="28"/>
          <w:lang w:val="kk-KZ"/>
        </w:rPr>
        <w:tab/>
        <w:t xml:space="preserve">Айталық, </w:t>
      </w:r>
      <w:r w:rsidRPr="00B439DD">
        <w:rPr>
          <w:rFonts w:ascii="Times New Roman" w:hAnsi="Times New Roman" w:cs="Times New Roman"/>
          <w:position w:val="-12"/>
          <w:sz w:val="28"/>
          <w:szCs w:val="28"/>
        </w:rPr>
        <w:object w:dxaOrig="279" w:dyaOrig="380" w14:anchorId="0628921D">
          <v:shape id="_x0000_i2081" type="#_x0000_t75" style="width:15.8pt;height:18.2pt" o:ole="">
            <v:imagedata r:id="rId2400" o:title=""/>
          </v:shape>
          <o:OLEObject Type="Embed" ProgID="Equation.DSMT4" ShapeID="_x0000_i2081" DrawAspect="Content" ObjectID="_1840332535" r:id="rId2401"/>
        </w:object>
      </w:r>
      <w:r w:rsidRPr="00B439DD">
        <w:rPr>
          <w:rFonts w:ascii="Times New Roman" w:hAnsi="Times New Roman" w:cs="Times New Roman"/>
          <w:color w:val="202124"/>
          <w:sz w:val="28"/>
          <w:szCs w:val="28"/>
          <w:lang w:val="kk-KZ"/>
        </w:rPr>
        <w:t>және</w:t>
      </w:r>
      <w:r w:rsidRPr="00B439DD">
        <w:rPr>
          <w:rFonts w:ascii="Times New Roman" w:hAnsi="Times New Roman" w:cs="Times New Roman"/>
          <w:position w:val="-12"/>
          <w:sz w:val="28"/>
          <w:szCs w:val="28"/>
          <w:lang w:val="kk-KZ"/>
        </w:rPr>
        <w:t xml:space="preserve"> </w:t>
      </w:r>
      <w:r w:rsidRPr="00B439DD">
        <w:rPr>
          <w:rFonts w:ascii="Times New Roman" w:hAnsi="Times New Roman" w:cs="Times New Roman"/>
          <w:position w:val="-12"/>
          <w:sz w:val="28"/>
          <w:szCs w:val="28"/>
        </w:rPr>
        <w:object w:dxaOrig="1160" w:dyaOrig="380" w14:anchorId="5D7A11F7">
          <v:shape id="_x0000_i2082" type="#_x0000_t75" style="width:56.2pt;height:18.2pt" o:ole="">
            <v:imagedata r:id="rId2402" o:title=""/>
          </v:shape>
          <o:OLEObject Type="Embed" ProgID="Equation.DSMT4" ShapeID="_x0000_i2082" DrawAspect="Content" ObjectID="_1840332536" r:id="rId2403"/>
        </w:object>
      </w:r>
      <w:r w:rsidRPr="00B439DD">
        <w:rPr>
          <w:rFonts w:ascii="Times New Roman" w:hAnsi="Times New Roman" w:cs="Times New Roman"/>
          <w:color w:val="202124"/>
          <w:sz w:val="28"/>
          <w:szCs w:val="28"/>
          <w:lang w:val="kk-KZ"/>
        </w:rPr>
        <w:t xml:space="preserve">бұл нүктелер және </w:t>
      </w:r>
      <w:r w:rsidRPr="00B439DD">
        <w:rPr>
          <w:rFonts w:ascii="Times New Roman" w:hAnsi="Times New Roman" w:cs="Times New Roman"/>
          <w:position w:val="-4"/>
          <w:sz w:val="28"/>
          <w:szCs w:val="28"/>
        </w:rPr>
        <w:object w:dxaOrig="240" w:dyaOrig="279" w14:anchorId="2F1009BF">
          <v:shape id="_x0000_i2083" type="#_x0000_t75" style="width:11.85pt;height:15.8pt" o:ole="">
            <v:imagedata r:id="rId2404" o:title=""/>
          </v:shape>
          <o:OLEObject Type="Embed" ProgID="Equation.DSMT4" ShapeID="_x0000_i2083" DrawAspect="Content" ObjectID="_1840332537" r:id="rId2405"/>
        </w:object>
      </w:r>
      <w:r w:rsidRPr="00B439DD">
        <w:rPr>
          <w:rFonts w:ascii="Times New Roman" w:hAnsi="Times New Roman" w:cs="Times New Roman"/>
          <w:color w:val="202124"/>
          <w:sz w:val="28"/>
          <w:szCs w:val="28"/>
          <w:lang w:val="kk-KZ"/>
        </w:rPr>
        <w:t xml:space="preserve">шеңберінің жорамал  осьпен қиылысуы. Онда, (2.18) теңдігіне сәйкес  </w:t>
      </w:r>
      <w:r w:rsidRPr="00B439DD">
        <w:rPr>
          <w:rFonts w:ascii="Times New Roman" w:hAnsi="Times New Roman" w:cs="Times New Roman"/>
          <w:position w:val="-12"/>
          <w:sz w:val="28"/>
          <w:szCs w:val="28"/>
        </w:rPr>
        <w:object w:dxaOrig="2780" w:dyaOrig="420" w14:anchorId="1552B623">
          <v:shape id="_x0000_i2084" type="#_x0000_t75" style="width:140.85pt;height:20.55pt" o:ole="">
            <v:imagedata r:id="rId2406" o:title=""/>
          </v:shape>
          <o:OLEObject Type="Embed" ProgID="Equation.DSMT4" ShapeID="_x0000_i2084" DrawAspect="Content" ObjectID="_1840332538" r:id="rId2407"/>
        </w:object>
      </w:r>
      <w:r w:rsidRPr="00B439DD">
        <w:rPr>
          <w:rFonts w:ascii="Times New Roman" w:hAnsi="Times New Roman" w:cs="Times New Roman"/>
          <w:position w:val="-12"/>
          <w:sz w:val="28"/>
          <w:szCs w:val="28"/>
          <w:lang w:val="kk-KZ"/>
        </w:rPr>
        <w:t xml:space="preserve"> </w:t>
      </w:r>
      <w:r w:rsidRPr="00B439DD">
        <w:rPr>
          <w:rFonts w:ascii="Times New Roman" w:hAnsi="Times New Roman" w:cs="Times New Roman"/>
          <w:color w:val="202124"/>
          <w:sz w:val="28"/>
          <w:szCs w:val="28"/>
          <w:lang w:val="kk-KZ"/>
        </w:rPr>
        <w:t>теңдіктері орынды.</w:t>
      </w:r>
    </w:p>
    <w:p w14:paraId="577E40F1" w14:textId="77777777" w:rsidR="00894A81" w:rsidRPr="00B439DD" w:rsidRDefault="00894A81" w:rsidP="00B439DD">
      <w:pPr>
        <w:spacing w:after="0" w:line="240" w:lineRule="auto"/>
        <w:jc w:val="both"/>
        <w:rPr>
          <w:rFonts w:ascii="Times New Roman" w:hAnsi="Times New Roman" w:cs="Times New Roman"/>
          <w:color w:val="202124"/>
          <w:sz w:val="28"/>
          <w:szCs w:val="28"/>
          <w:lang w:val="en-US"/>
        </w:rPr>
      </w:pPr>
    </w:p>
    <w:p w14:paraId="218E52AA" w14:textId="77777777" w:rsidR="00894A81" w:rsidRPr="00B439DD" w:rsidRDefault="00894A81" w:rsidP="00B439DD">
      <w:pPr>
        <w:spacing w:after="0" w:line="240" w:lineRule="auto"/>
        <w:jc w:val="center"/>
        <w:rPr>
          <w:rFonts w:ascii="Times New Roman" w:hAnsi="Times New Roman" w:cs="Times New Roman"/>
          <w:position w:val="-12"/>
          <w:sz w:val="28"/>
          <w:szCs w:val="28"/>
          <w:lang w:val="en-US"/>
        </w:rPr>
      </w:pPr>
      <w:r w:rsidRPr="00B439DD">
        <w:rPr>
          <w:rFonts w:ascii="Times New Roman" w:hAnsi="Times New Roman" w:cs="Times New Roman"/>
          <w:position w:val="-12"/>
          <w:sz w:val="28"/>
          <w:szCs w:val="28"/>
        </w:rPr>
        <w:object w:dxaOrig="4400" w:dyaOrig="480" w14:anchorId="212216B6">
          <v:shape id="_x0000_i2085" type="#_x0000_t75" style="width:219.15pt;height:25.3pt" o:ole="">
            <v:imagedata r:id="rId2408" o:title=""/>
          </v:shape>
          <o:OLEObject Type="Embed" ProgID="Equation.DSMT4" ShapeID="_x0000_i2085" DrawAspect="Content" ObjectID="_1840332539" r:id="rId2409"/>
        </w:object>
      </w:r>
    </w:p>
    <w:p w14:paraId="6C0619EC" w14:textId="77777777" w:rsidR="00894A81" w:rsidRPr="00B439DD" w:rsidRDefault="00894A81" w:rsidP="00B439DD">
      <w:pPr>
        <w:spacing w:after="0" w:line="240" w:lineRule="auto"/>
        <w:jc w:val="both"/>
        <w:rPr>
          <w:rFonts w:ascii="Times New Roman" w:hAnsi="Times New Roman" w:cs="Times New Roman"/>
          <w:position w:val="-12"/>
          <w:sz w:val="28"/>
          <w:szCs w:val="28"/>
          <w:lang w:val="en-US"/>
        </w:rPr>
      </w:pPr>
    </w:p>
    <w:p w14:paraId="411D6E97" w14:textId="77777777" w:rsidR="00894A81" w:rsidRPr="00B439DD" w:rsidRDefault="00894A81" w:rsidP="00B439DD">
      <w:pPr>
        <w:spacing w:after="0" w:line="240" w:lineRule="auto"/>
        <w:jc w:val="both"/>
        <w:rPr>
          <w:rFonts w:ascii="Times New Roman" w:hAnsi="Times New Roman" w:cs="Times New Roman"/>
          <w:position w:val="-12"/>
          <w:sz w:val="28"/>
          <w:szCs w:val="28"/>
          <w:lang w:val="kk-KZ"/>
        </w:rPr>
      </w:pPr>
      <w:r w:rsidRPr="00B439DD">
        <w:rPr>
          <w:rFonts w:ascii="Times New Roman" w:hAnsi="Times New Roman" w:cs="Times New Roman"/>
          <w:position w:val="-12"/>
          <w:sz w:val="28"/>
          <w:szCs w:val="28"/>
        </w:rPr>
        <w:object w:dxaOrig="720" w:dyaOrig="380" w14:anchorId="33CE0E39">
          <v:shape id="_x0000_i2086" type="#_x0000_t75" style="width:37.2pt;height:18.2pt" o:ole="">
            <v:imagedata r:id="rId2410" o:title=""/>
          </v:shape>
          <o:OLEObject Type="Embed" ProgID="Equation.DSMT4" ShapeID="_x0000_i2086" DrawAspect="Content" ObjectID="_1840332540" r:id="rId2411"/>
        </w:object>
      </w:r>
      <w:r w:rsidRPr="00B439DD">
        <w:rPr>
          <w:rFonts w:ascii="Times New Roman" w:hAnsi="Times New Roman" w:cs="Times New Roman"/>
          <w:color w:val="202124"/>
          <w:sz w:val="28"/>
          <w:szCs w:val="28"/>
          <w:lang w:val="kk-KZ"/>
        </w:rPr>
        <w:t xml:space="preserve"> нүктесі (</w:t>
      </w:r>
      <w:r w:rsidRPr="00B439DD">
        <w:rPr>
          <w:rFonts w:ascii="Times New Roman" w:hAnsi="Times New Roman" w:cs="Times New Roman"/>
          <w:color w:val="202124"/>
          <w:sz w:val="28"/>
          <w:szCs w:val="28"/>
          <w:lang w:val="en-US"/>
        </w:rPr>
        <w:t>2</w:t>
      </w:r>
      <w:r w:rsidRPr="00B439DD">
        <w:rPr>
          <w:rFonts w:ascii="Times New Roman" w:hAnsi="Times New Roman" w:cs="Times New Roman"/>
          <w:color w:val="202124"/>
          <w:sz w:val="28"/>
          <w:szCs w:val="28"/>
          <w:lang w:val="kk-KZ"/>
        </w:rPr>
        <w:t>.23) теңдеудің бірінші түйіндесінің түбірі деп аталады, сондықтан</w:t>
      </w:r>
      <w:r w:rsidRPr="00B439DD">
        <w:rPr>
          <w:rFonts w:ascii="Times New Roman" w:hAnsi="Times New Roman" w:cs="Times New Roman"/>
          <w:b/>
          <w:sz w:val="28"/>
          <w:szCs w:val="28"/>
          <w:lang w:val="kk-KZ"/>
        </w:rPr>
        <w:t xml:space="preserve">. </w:t>
      </w:r>
      <w:r w:rsidRPr="00B439DD">
        <w:rPr>
          <w:rFonts w:ascii="Times New Roman" w:hAnsi="Times New Roman" w:cs="Times New Roman"/>
          <w:sz w:val="28"/>
          <w:szCs w:val="28"/>
          <w:lang w:val="kk-KZ"/>
        </w:rPr>
        <w:t>(2.21), (2.22</w:t>
      </w:r>
      <w:r w:rsidRPr="00B439DD">
        <w:rPr>
          <w:rFonts w:ascii="Times New Roman" w:hAnsi="Times New Roman" w:cs="Times New Roman"/>
          <w:sz w:val="28"/>
          <w:szCs w:val="28"/>
          <w:vertAlign w:val="subscript"/>
          <w:lang w:val="kk-KZ"/>
        </w:rPr>
        <w:t>s</w:t>
      </w:r>
      <w:r w:rsidRPr="00B439DD">
        <w:rPr>
          <w:rFonts w:ascii="Times New Roman" w:hAnsi="Times New Roman" w:cs="Times New Roman"/>
          <w:sz w:val="28"/>
          <w:szCs w:val="28"/>
          <w:lang w:val="kk-KZ"/>
        </w:rPr>
        <w:t>) фредгольмдік емес болады.</w:t>
      </w:r>
    </w:p>
    <w:p w14:paraId="21287A70" w14:textId="77777777" w:rsidR="00894A81" w:rsidRPr="00B439DD" w:rsidRDefault="00894A81" w:rsidP="00B439DD">
      <w:pPr>
        <w:spacing w:after="0" w:line="240" w:lineRule="auto"/>
        <w:jc w:val="both"/>
        <w:rPr>
          <w:rFonts w:ascii="Times New Roman" w:hAnsi="Times New Roman" w:cs="Times New Roman"/>
          <w:color w:val="202124"/>
          <w:sz w:val="28"/>
          <w:szCs w:val="28"/>
          <w:lang w:val="kk-KZ"/>
        </w:rPr>
      </w:pPr>
      <w:r w:rsidRPr="00B439DD">
        <w:rPr>
          <w:rFonts w:ascii="Times New Roman" w:hAnsi="Times New Roman" w:cs="Times New Roman"/>
          <w:color w:val="202124"/>
          <w:sz w:val="28"/>
          <w:szCs w:val="28"/>
          <w:lang w:val="kk-KZ"/>
        </w:rPr>
        <w:tab/>
      </w:r>
      <w:r w:rsidRPr="00B439DD">
        <w:rPr>
          <w:rFonts w:ascii="Times New Roman" w:hAnsi="Times New Roman" w:cs="Times New Roman"/>
          <w:position w:val="-12"/>
          <w:sz w:val="28"/>
          <w:szCs w:val="28"/>
        </w:rPr>
        <w:object w:dxaOrig="1140" w:dyaOrig="380" w14:anchorId="03046CD7">
          <v:shape id="_x0000_i2087" type="#_x0000_t75" style="width:56.2pt;height:18.2pt" o:ole="">
            <v:imagedata r:id="rId2412" o:title=""/>
          </v:shape>
          <o:OLEObject Type="Embed" ProgID="Equation.DSMT4" ShapeID="_x0000_i2087" DrawAspect="Content" ObjectID="_1840332541" r:id="rId2413"/>
        </w:object>
      </w:r>
      <w:r w:rsidRPr="00B439DD">
        <w:rPr>
          <w:rFonts w:ascii="Times New Roman" w:hAnsi="Times New Roman" w:cs="Times New Roman"/>
          <w:position w:val="-12"/>
          <w:sz w:val="28"/>
          <w:szCs w:val="28"/>
          <w:lang w:val="kk-KZ"/>
        </w:rPr>
        <w:t xml:space="preserve"> </w:t>
      </w:r>
      <w:r w:rsidRPr="00B439DD">
        <w:rPr>
          <w:rFonts w:ascii="Times New Roman" w:hAnsi="Times New Roman" w:cs="Times New Roman"/>
          <w:color w:val="202124"/>
          <w:sz w:val="28"/>
          <w:szCs w:val="28"/>
          <w:lang w:val="kk-KZ"/>
        </w:rPr>
        <w:t xml:space="preserve">болғандықтан </w:t>
      </w:r>
      <w:r w:rsidRPr="00B439DD">
        <w:rPr>
          <w:rFonts w:ascii="Times New Roman" w:hAnsi="Times New Roman" w:cs="Times New Roman"/>
          <w:position w:val="-12"/>
          <w:sz w:val="28"/>
          <w:szCs w:val="28"/>
        </w:rPr>
        <w:object w:dxaOrig="3280" w:dyaOrig="420" w14:anchorId="5BD01632">
          <v:shape id="_x0000_i2088" type="#_x0000_t75" style="width:164.55pt;height:20.55pt" o:ole="">
            <v:imagedata r:id="rId2414" o:title=""/>
          </v:shape>
          <o:OLEObject Type="Embed" ProgID="Equation.DSMT4" ShapeID="_x0000_i2088" DrawAspect="Content" ObjectID="_1840332542" r:id="rId2415"/>
        </w:object>
      </w:r>
      <w:r w:rsidRPr="00B439DD">
        <w:rPr>
          <w:rFonts w:ascii="Times New Roman" w:hAnsi="Times New Roman" w:cs="Times New Roman"/>
          <w:position w:val="-12"/>
          <w:sz w:val="28"/>
          <w:szCs w:val="28"/>
          <w:lang w:val="kk-KZ"/>
        </w:rPr>
        <w:t xml:space="preserve"> </w:t>
      </w:r>
      <w:r w:rsidRPr="00B439DD">
        <w:rPr>
          <w:rFonts w:ascii="Times New Roman" w:hAnsi="Times New Roman" w:cs="Times New Roman"/>
          <w:color w:val="202124"/>
          <w:sz w:val="28"/>
          <w:szCs w:val="28"/>
          <w:lang w:val="kk-KZ"/>
        </w:rPr>
        <w:t>теңдеуін мына түрде жазуға болады:</w:t>
      </w:r>
    </w:p>
    <w:p w14:paraId="28EDDD86" w14:textId="77777777" w:rsidR="00894A81" w:rsidRPr="00B439DD" w:rsidRDefault="00894A81" w:rsidP="00B439DD">
      <w:pPr>
        <w:spacing w:after="0" w:line="240" w:lineRule="auto"/>
        <w:jc w:val="both"/>
        <w:rPr>
          <w:rFonts w:ascii="Times New Roman" w:hAnsi="Times New Roman" w:cs="Times New Roman"/>
          <w:color w:val="202124"/>
          <w:sz w:val="28"/>
          <w:szCs w:val="28"/>
          <w:lang w:val="kk-KZ"/>
        </w:rPr>
      </w:pPr>
    </w:p>
    <w:p w14:paraId="4858386B" w14:textId="77777777" w:rsidR="00894A81" w:rsidRPr="00B439DD" w:rsidRDefault="00894A81" w:rsidP="00B439DD">
      <w:pPr>
        <w:spacing w:after="0" w:line="240" w:lineRule="auto"/>
        <w:jc w:val="center"/>
        <w:rPr>
          <w:rFonts w:ascii="Times New Roman" w:hAnsi="Times New Roman" w:cs="Times New Roman"/>
          <w:position w:val="-12"/>
          <w:sz w:val="28"/>
          <w:szCs w:val="28"/>
          <w:lang w:val="kk-KZ"/>
        </w:rPr>
      </w:pPr>
      <w:r w:rsidRPr="00B439DD">
        <w:rPr>
          <w:rFonts w:ascii="Times New Roman" w:hAnsi="Times New Roman" w:cs="Times New Roman"/>
          <w:position w:val="-12"/>
          <w:sz w:val="28"/>
          <w:szCs w:val="28"/>
        </w:rPr>
        <w:object w:dxaOrig="2720" w:dyaOrig="440" w14:anchorId="58F06ECE">
          <v:shape id="_x0000_i2089" type="#_x0000_t75" style="width:136.9pt;height:20.55pt" o:ole="">
            <v:imagedata r:id="rId2416" o:title=""/>
          </v:shape>
          <o:OLEObject Type="Embed" ProgID="Equation.DSMT4" ShapeID="_x0000_i2089" DrawAspect="Content" ObjectID="_1840332543" r:id="rId2417"/>
        </w:object>
      </w:r>
    </w:p>
    <w:p w14:paraId="7B79396F" w14:textId="77777777" w:rsidR="00894A81" w:rsidRPr="00B439DD" w:rsidRDefault="00894A81" w:rsidP="00B439DD">
      <w:pPr>
        <w:spacing w:after="0" w:line="240" w:lineRule="auto"/>
        <w:jc w:val="both"/>
        <w:rPr>
          <w:rFonts w:ascii="Times New Roman" w:hAnsi="Times New Roman" w:cs="Times New Roman"/>
          <w:color w:val="202124"/>
          <w:sz w:val="28"/>
          <w:szCs w:val="28"/>
          <w:lang w:val="kk-KZ"/>
        </w:rPr>
      </w:pPr>
    </w:p>
    <w:p w14:paraId="749D4BFC" w14:textId="77777777" w:rsidR="00894A81" w:rsidRPr="00B439DD" w:rsidRDefault="00894A81" w:rsidP="00B439DD">
      <w:pPr>
        <w:spacing w:after="0" w:line="240" w:lineRule="auto"/>
        <w:jc w:val="both"/>
        <w:rPr>
          <w:rFonts w:ascii="Times New Roman" w:hAnsi="Times New Roman" w:cs="Times New Roman"/>
          <w:position w:val="-12"/>
          <w:sz w:val="28"/>
          <w:szCs w:val="28"/>
          <w:lang w:val="kk-KZ"/>
        </w:rPr>
      </w:pPr>
      <w:r w:rsidRPr="00B439DD">
        <w:rPr>
          <w:rFonts w:ascii="Times New Roman" w:hAnsi="Times New Roman" w:cs="Times New Roman"/>
          <w:position w:val="-12"/>
          <w:sz w:val="28"/>
          <w:szCs w:val="28"/>
          <w:lang w:val="kk-KZ"/>
        </w:rPr>
        <w:t>(2.25) теңдігін ескерсек (2.24) тепе-тең болады.</w:t>
      </w:r>
    </w:p>
    <w:p w14:paraId="5178FBB5" w14:textId="77777777" w:rsidR="00894A81" w:rsidRPr="00B439DD" w:rsidRDefault="00894A81" w:rsidP="00B439DD">
      <w:pPr>
        <w:spacing w:after="0" w:line="240" w:lineRule="auto"/>
        <w:ind w:firstLine="708"/>
        <w:jc w:val="both"/>
        <w:rPr>
          <w:rFonts w:ascii="Times New Roman" w:hAnsi="Times New Roman" w:cs="Times New Roman"/>
          <w:position w:val="-6"/>
          <w:sz w:val="28"/>
          <w:szCs w:val="28"/>
          <w:lang w:val="kk-KZ"/>
        </w:rPr>
      </w:pPr>
      <w:r w:rsidRPr="00B439DD">
        <w:rPr>
          <w:rFonts w:ascii="Times New Roman" w:hAnsi="Times New Roman" w:cs="Times New Roman"/>
          <w:sz w:val="28"/>
          <w:szCs w:val="28"/>
          <w:lang w:val="kk-KZ"/>
        </w:rPr>
        <w:t xml:space="preserve">Төртінші реттен жоғары эллипстік теңдеулердің сәйкес көпмүшелерінің айқын түбірлерін табу қиындық тудырады. Мысалы, алтыншы дәрежелі, яғни </w:t>
      </w:r>
      <w:r w:rsidRPr="00B439DD">
        <w:rPr>
          <w:rFonts w:ascii="Times New Roman" w:hAnsi="Times New Roman" w:cs="Times New Roman"/>
          <w:position w:val="-6"/>
          <w:sz w:val="28"/>
          <w:szCs w:val="28"/>
        </w:rPr>
        <w:object w:dxaOrig="560" w:dyaOrig="300" w14:anchorId="1AD7C23C">
          <v:shape id="_x0000_i2090" type="#_x0000_t75" style="width:26.9pt;height:15.8pt" o:ole="">
            <v:imagedata r:id="rId2418" o:title=""/>
          </v:shape>
          <o:OLEObject Type="Embed" ProgID="Equation.DSMT4" ShapeID="_x0000_i2090" DrawAspect="Content" ObjectID="_1840332544" r:id="rId2419"/>
        </w:object>
      </w:r>
      <w:r w:rsidRPr="00B439DD">
        <w:rPr>
          <w:rFonts w:ascii="Times New Roman" w:hAnsi="Times New Roman" w:cs="Times New Roman"/>
          <w:sz w:val="28"/>
          <w:szCs w:val="28"/>
          <w:lang w:val="kk-KZ"/>
        </w:rPr>
        <w:t xml:space="preserve"> қарастырайық. Екінші теоремаға сайкес екі жағдайды қарастырсақ жеткілікті:</w:t>
      </w:r>
      <w:r w:rsidRPr="00B439DD">
        <w:rPr>
          <w:rFonts w:ascii="Times New Roman" w:hAnsi="Times New Roman" w:cs="Times New Roman"/>
          <w:position w:val="-12"/>
          <w:sz w:val="28"/>
          <w:szCs w:val="28"/>
        </w:rPr>
        <w:object w:dxaOrig="340" w:dyaOrig="360" w14:anchorId="624332C4">
          <v:shape id="_x0000_i2091" type="#_x0000_t75" style="width:15.8pt;height:18.2pt" o:ole="">
            <v:imagedata r:id="rId2420" o:title=""/>
          </v:shape>
          <o:OLEObject Type="Embed" ProgID="Equation.DSMT4" ShapeID="_x0000_i2091" DrawAspect="Content" ObjectID="_1840332545" r:id="rId2421"/>
        </w:object>
      </w:r>
      <w:r w:rsidRPr="00B439DD">
        <w:rPr>
          <w:rFonts w:ascii="Times New Roman" w:hAnsi="Times New Roman" w:cs="Times New Roman"/>
          <w:position w:val="-12"/>
          <w:sz w:val="28"/>
          <w:szCs w:val="28"/>
          <w:lang w:val="kk-KZ"/>
        </w:rPr>
        <w:t xml:space="preserve"> </w:t>
      </w:r>
      <w:r w:rsidRPr="00B439DD">
        <w:rPr>
          <w:rFonts w:ascii="Times New Roman" w:hAnsi="Times New Roman" w:cs="Times New Roman"/>
          <w:sz w:val="28"/>
          <w:szCs w:val="28"/>
          <w:lang w:val="kk-KZ"/>
        </w:rPr>
        <w:t xml:space="preserve">барлық түбірлер жұп-жұбымен әр түрлі, яғни </w:t>
      </w:r>
      <w:r w:rsidRPr="00B439DD">
        <w:rPr>
          <w:rFonts w:ascii="Times New Roman" w:hAnsi="Times New Roman" w:cs="Times New Roman"/>
          <w:position w:val="-12"/>
          <w:sz w:val="28"/>
          <w:szCs w:val="28"/>
        </w:rPr>
        <w:object w:dxaOrig="1520" w:dyaOrig="380" w14:anchorId="46FF612B">
          <v:shape id="_x0000_i2092" type="#_x0000_t75" style="width:76.75pt;height:18.2pt" o:ole="">
            <v:imagedata r:id="rId2422" o:title=""/>
          </v:shape>
          <o:OLEObject Type="Embed" ProgID="Equation.DSMT4" ShapeID="_x0000_i2092" DrawAspect="Content" ObjectID="_1840332546" r:id="rId2423"/>
        </w:object>
      </w:r>
      <w:r w:rsidRPr="00B439DD">
        <w:rPr>
          <w:rFonts w:ascii="Times New Roman" w:hAnsi="Times New Roman" w:cs="Times New Roman"/>
          <w:position w:val="-6"/>
          <w:sz w:val="28"/>
          <w:szCs w:val="28"/>
          <w:lang w:val="kk-KZ"/>
        </w:rPr>
        <w:t xml:space="preserve"> </w:t>
      </w:r>
      <w:r w:rsidRPr="00B439DD">
        <w:rPr>
          <w:rFonts w:ascii="Times New Roman" w:hAnsi="Times New Roman" w:cs="Times New Roman"/>
          <w:sz w:val="28"/>
          <w:szCs w:val="28"/>
          <w:lang w:val="kk-KZ"/>
        </w:rPr>
        <w:t xml:space="preserve">және </w:t>
      </w:r>
      <w:r w:rsidRPr="00B439DD">
        <w:rPr>
          <w:rFonts w:ascii="Times New Roman" w:hAnsi="Times New Roman" w:cs="Times New Roman"/>
          <w:position w:val="-12"/>
          <w:sz w:val="28"/>
          <w:szCs w:val="28"/>
        </w:rPr>
        <w:object w:dxaOrig="420" w:dyaOrig="360" w14:anchorId="4E3F91E7">
          <v:shape id="_x0000_i2093" type="#_x0000_t75" style="width:20.55pt;height:18.2pt" o:ole="">
            <v:imagedata r:id="rId2424" o:title=""/>
          </v:shape>
          <o:OLEObject Type="Embed" ProgID="Equation.DSMT4" ShapeID="_x0000_i2093" DrawAspect="Content" ObjectID="_1840332547" r:id="rId2425"/>
        </w:object>
      </w:r>
      <w:r w:rsidRPr="00B439DD">
        <w:rPr>
          <w:rFonts w:ascii="Times New Roman" w:hAnsi="Times New Roman" w:cs="Times New Roman"/>
          <w:position w:val="-12"/>
          <w:sz w:val="28"/>
          <w:szCs w:val="28"/>
          <w:lang w:val="kk-KZ"/>
        </w:rPr>
        <w:t xml:space="preserve"> </w:t>
      </w:r>
      <w:r w:rsidRPr="00B439DD">
        <w:rPr>
          <w:rFonts w:ascii="Times New Roman" w:hAnsi="Times New Roman" w:cs="Times New Roman"/>
          <w:sz w:val="28"/>
          <w:szCs w:val="28"/>
          <w:lang w:val="kk-KZ"/>
        </w:rPr>
        <w:t xml:space="preserve">осы түбірлердің біреуі еселі болады, мысалы, </w:t>
      </w:r>
      <w:r w:rsidRPr="00B439DD">
        <w:rPr>
          <w:rFonts w:ascii="Times New Roman" w:hAnsi="Times New Roman" w:cs="Times New Roman"/>
          <w:position w:val="-12"/>
          <w:sz w:val="28"/>
          <w:szCs w:val="28"/>
        </w:rPr>
        <w:object w:dxaOrig="1440" w:dyaOrig="380" w14:anchorId="77CD183E">
          <v:shape id="_x0000_i2094" type="#_x0000_t75" style="width:1in;height:18.2pt" o:ole="">
            <v:imagedata r:id="rId2426" o:title=""/>
          </v:shape>
          <o:OLEObject Type="Embed" ProgID="Equation.DSMT4" ShapeID="_x0000_i2094" DrawAspect="Content" ObjectID="_1840332548" r:id="rId2427"/>
        </w:object>
      </w:r>
      <w:r w:rsidRPr="00B439DD">
        <w:rPr>
          <w:rFonts w:ascii="Times New Roman" w:hAnsi="Times New Roman" w:cs="Times New Roman"/>
          <w:sz w:val="28"/>
          <w:szCs w:val="28"/>
          <w:lang w:val="kk-KZ"/>
        </w:rPr>
        <w:t>Сәйкесінше, жоғарыда (2.21) теңдеуге ұқсас екінші реттік операторлар үшін келесі теңдеуді аламыз</w:t>
      </w:r>
    </w:p>
    <w:p w14:paraId="295D1DA8" w14:textId="77777777" w:rsidR="00894A81" w:rsidRPr="00B439DD" w:rsidRDefault="00894A81" w:rsidP="00B439DD">
      <w:pPr>
        <w:spacing w:after="0" w:line="240" w:lineRule="auto"/>
        <w:jc w:val="both"/>
        <w:rPr>
          <w:rFonts w:ascii="Times New Roman" w:hAnsi="Times New Roman" w:cs="Times New Roman"/>
          <w:position w:val="-12"/>
          <w:sz w:val="28"/>
          <w:szCs w:val="28"/>
          <w:lang w:val="kk-KZ"/>
        </w:rPr>
      </w:pPr>
    </w:p>
    <w:p w14:paraId="744773C5" w14:textId="14F0134D" w:rsidR="00894A81" w:rsidRPr="00B439DD" w:rsidRDefault="00894A81" w:rsidP="00B439DD">
      <w:pPr>
        <w:spacing w:after="0" w:line="240" w:lineRule="auto"/>
        <w:jc w:val="right"/>
        <w:rPr>
          <w:rFonts w:ascii="Times New Roman" w:hAnsi="Times New Roman" w:cs="Times New Roman"/>
          <w:sz w:val="28"/>
          <w:szCs w:val="28"/>
          <w:lang w:val="kk-KZ"/>
        </w:rPr>
      </w:pPr>
      <w:r w:rsidRPr="00B439DD">
        <w:rPr>
          <w:rFonts w:ascii="Times New Roman" w:hAnsi="Times New Roman" w:cs="Times New Roman"/>
          <w:position w:val="-12"/>
          <w:sz w:val="28"/>
          <w:szCs w:val="28"/>
        </w:rPr>
        <w:object w:dxaOrig="1480" w:dyaOrig="380" w14:anchorId="1227EDC0">
          <v:shape id="_x0000_i2095" type="#_x0000_t75" style="width:75.15pt;height:18.2pt" o:ole="">
            <v:imagedata r:id="rId2428" o:title=""/>
          </v:shape>
          <o:OLEObject Type="Embed" ProgID="Equation.DSMT4" ShapeID="_x0000_i2095" DrawAspect="Content" ObjectID="_1840332549" r:id="rId2429"/>
        </w:object>
      </w:r>
      <w:r w:rsidR="00A24934">
        <w:rPr>
          <w:rFonts w:ascii="Times New Roman" w:hAnsi="Times New Roman" w:cs="Times New Roman"/>
          <w:position w:val="-12"/>
          <w:sz w:val="28"/>
          <w:szCs w:val="28"/>
          <w:lang w:val="kk-KZ"/>
        </w:rPr>
        <w:t xml:space="preserve">                              </w:t>
      </w:r>
      <w:r w:rsidR="002417EA" w:rsidRPr="00B439DD">
        <w:rPr>
          <w:rFonts w:ascii="Times New Roman" w:hAnsi="Times New Roman" w:cs="Times New Roman"/>
          <w:position w:val="-16"/>
          <w:sz w:val="28"/>
          <w:szCs w:val="28"/>
          <w:lang w:val="kk-KZ"/>
        </w:rPr>
        <w:t xml:space="preserve">  </w:t>
      </w:r>
      <w:r w:rsidRPr="00B439DD">
        <w:rPr>
          <w:rFonts w:ascii="Times New Roman" w:hAnsi="Times New Roman" w:cs="Times New Roman"/>
          <w:position w:val="-16"/>
          <w:sz w:val="28"/>
          <w:szCs w:val="28"/>
          <w:lang w:val="kk-KZ"/>
        </w:rPr>
        <w:t xml:space="preserve">                 </w:t>
      </w:r>
      <w:r w:rsidRPr="00B439DD">
        <w:rPr>
          <w:rFonts w:ascii="Times New Roman" w:hAnsi="Times New Roman" w:cs="Times New Roman"/>
          <w:position w:val="-12"/>
          <w:sz w:val="28"/>
          <w:szCs w:val="28"/>
        </w:rPr>
        <w:object w:dxaOrig="840" w:dyaOrig="360" w14:anchorId="20D88F88">
          <v:shape id="_x0000_i2096" type="#_x0000_t75" style="width:43.5pt;height:18.2pt" o:ole="">
            <v:imagedata r:id="rId2430" o:title=""/>
          </v:shape>
          <o:OLEObject Type="Embed" ProgID="Equation.DSMT4" ShapeID="_x0000_i2096" DrawAspect="Content" ObjectID="_1840332550" r:id="rId2431"/>
        </w:object>
      </w:r>
    </w:p>
    <w:p w14:paraId="7431402E" w14:textId="77777777" w:rsidR="00894A81" w:rsidRPr="00B439DD" w:rsidRDefault="00894A81" w:rsidP="00B439DD">
      <w:pPr>
        <w:spacing w:after="0" w:line="240" w:lineRule="auto"/>
        <w:jc w:val="both"/>
        <w:rPr>
          <w:rFonts w:ascii="Times New Roman" w:hAnsi="Times New Roman" w:cs="Times New Roman"/>
          <w:position w:val="-6"/>
          <w:sz w:val="28"/>
          <w:szCs w:val="28"/>
          <w:lang w:val="kk-KZ"/>
        </w:rPr>
      </w:pPr>
    </w:p>
    <w:p w14:paraId="37FFA6DD" w14:textId="5921239F" w:rsidR="00894A81" w:rsidRPr="00B439DD" w:rsidRDefault="00894A81" w:rsidP="00B439DD">
      <w:pPr>
        <w:spacing w:after="0" w:line="240" w:lineRule="auto"/>
        <w:jc w:val="right"/>
        <w:rPr>
          <w:rFonts w:ascii="Times New Roman" w:hAnsi="Times New Roman" w:cs="Times New Roman"/>
          <w:position w:val="-12"/>
          <w:sz w:val="28"/>
          <w:szCs w:val="28"/>
          <w:lang w:val="kk-KZ"/>
        </w:rPr>
      </w:pPr>
      <w:r w:rsidRPr="00B439DD">
        <w:rPr>
          <w:rFonts w:ascii="Times New Roman" w:hAnsi="Times New Roman" w:cs="Times New Roman"/>
          <w:position w:val="-12"/>
          <w:sz w:val="28"/>
          <w:szCs w:val="28"/>
        </w:rPr>
        <w:object w:dxaOrig="1240" w:dyaOrig="420" w14:anchorId="2F071166">
          <v:shape id="_x0000_i2097" type="#_x0000_t75" style="width:63.3pt;height:20.55pt" o:ole="">
            <v:imagedata r:id="rId2432" o:title=""/>
          </v:shape>
          <o:OLEObject Type="Embed" ProgID="Equation.DSMT4" ShapeID="_x0000_i2097" DrawAspect="Content" ObjectID="_1840332551" r:id="rId2433"/>
        </w:object>
      </w:r>
      <w:r w:rsidRPr="00B439DD">
        <w:rPr>
          <w:rFonts w:ascii="Times New Roman" w:hAnsi="Times New Roman" w:cs="Times New Roman"/>
          <w:position w:val="-12"/>
          <w:sz w:val="28"/>
          <w:szCs w:val="28"/>
          <w:lang w:val="kk-KZ"/>
        </w:rPr>
        <w:t xml:space="preserve">                               </w:t>
      </w:r>
      <w:r w:rsidR="002417EA" w:rsidRPr="00B439DD">
        <w:rPr>
          <w:rFonts w:ascii="Times New Roman" w:hAnsi="Times New Roman" w:cs="Times New Roman"/>
          <w:position w:val="-16"/>
          <w:sz w:val="28"/>
          <w:szCs w:val="28"/>
          <w:lang w:val="kk-KZ"/>
        </w:rPr>
        <w:t xml:space="preserve">  </w:t>
      </w:r>
      <w:r w:rsidRPr="00B439DD">
        <w:rPr>
          <w:rFonts w:ascii="Times New Roman" w:hAnsi="Times New Roman" w:cs="Times New Roman"/>
          <w:position w:val="-16"/>
          <w:sz w:val="28"/>
          <w:szCs w:val="28"/>
          <w:lang w:val="kk-KZ"/>
        </w:rPr>
        <w:t xml:space="preserve">                  </w:t>
      </w:r>
      <w:r w:rsidRPr="00B439DD">
        <w:rPr>
          <w:rFonts w:ascii="Times New Roman" w:hAnsi="Times New Roman" w:cs="Times New Roman"/>
          <w:position w:val="-12"/>
          <w:sz w:val="28"/>
          <w:szCs w:val="28"/>
        </w:rPr>
        <w:object w:dxaOrig="920" w:dyaOrig="360" w14:anchorId="3D334A59">
          <v:shape id="_x0000_i2098" type="#_x0000_t75" style="width:46.7pt;height:18.2pt" o:ole="">
            <v:imagedata r:id="rId2434" o:title=""/>
          </v:shape>
          <o:OLEObject Type="Embed" ProgID="Equation.DSMT4" ShapeID="_x0000_i2098" DrawAspect="Content" ObjectID="_1840332552" r:id="rId2435"/>
        </w:object>
      </w:r>
    </w:p>
    <w:p w14:paraId="73A5D9CF" w14:textId="77777777" w:rsidR="002417EA" w:rsidRPr="00B439DD" w:rsidRDefault="002417EA" w:rsidP="00B439DD">
      <w:pPr>
        <w:spacing w:after="0" w:line="240" w:lineRule="auto"/>
        <w:jc w:val="right"/>
        <w:rPr>
          <w:rFonts w:ascii="Times New Roman" w:hAnsi="Times New Roman" w:cs="Times New Roman"/>
          <w:sz w:val="28"/>
          <w:szCs w:val="28"/>
          <w:lang w:val="kk-KZ"/>
        </w:rPr>
      </w:pPr>
    </w:p>
    <w:p w14:paraId="65B14B24" w14:textId="77777777" w:rsidR="00894A81" w:rsidRPr="00B439DD" w:rsidRDefault="00894A81" w:rsidP="00B439DD">
      <w:pPr>
        <w:spacing w:after="0" w:line="240" w:lineRule="auto"/>
        <w:jc w:val="both"/>
        <w:rPr>
          <w:rFonts w:ascii="Times New Roman" w:hAnsi="Times New Roman" w:cs="Times New Roman"/>
          <w:sz w:val="28"/>
          <w:szCs w:val="28"/>
          <w:lang w:val="kk-KZ"/>
        </w:rPr>
      </w:pPr>
      <w:r w:rsidRPr="00B439DD">
        <w:rPr>
          <w:rFonts w:ascii="Times New Roman" w:hAnsi="Times New Roman" w:cs="Times New Roman"/>
          <w:position w:val="-6"/>
          <w:sz w:val="28"/>
          <w:szCs w:val="28"/>
        </w:rPr>
        <w:object w:dxaOrig="999" w:dyaOrig="300" w14:anchorId="73B81F6E">
          <v:shape id="_x0000_i2099" type="#_x0000_t75" style="width:49.05pt;height:15.8pt" o:ole="">
            <v:imagedata r:id="rId2436" o:title=""/>
          </v:shape>
          <o:OLEObject Type="Embed" ProgID="Equation.DSMT4" ShapeID="_x0000_i2099" DrawAspect="Content" ObjectID="_1840332553" r:id="rId2437"/>
        </w:object>
      </w:r>
      <w:r w:rsidRPr="00B439DD">
        <w:rPr>
          <w:rFonts w:ascii="Times New Roman" w:hAnsi="Times New Roman" w:cs="Times New Roman"/>
          <w:sz w:val="28"/>
          <w:szCs w:val="28"/>
          <w:lang w:val="kk-KZ"/>
        </w:rPr>
        <w:t xml:space="preserve"> үшін </w:t>
      </w:r>
      <w:r w:rsidRPr="00B439DD">
        <w:rPr>
          <w:rFonts w:ascii="Times New Roman" w:hAnsi="Times New Roman" w:cs="Times New Roman"/>
          <w:position w:val="-12"/>
          <w:sz w:val="28"/>
          <w:szCs w:val="28"/>
        </w:rPr>
        <w:object w:dxaOrig="1060" w:dyaOrig="380" w14:anchorId="799ABCC3">
          <v:shape id="_x0000_i2100" type="#_x0000_t75" style="width:53.8pt;height:18.2pt" o:ole="">
            <v:imagedata r:id="rId2438" o:title=""/>
          </v:shape>
          <o:OLEObject Type="Embed" ProgID="Equation.DSMT4" ShapeID="_x0000_i2100" DrawAspect="Content" ObjectID="_1840332554" r:id="rId2439"/>
        </w:object>
      </w:r>
      <w:r w:rsidRPr="00B439DD">
        <w:rPr>
          <w:rFonts w:ascii="Times New Roman" w:hAnsi="Times New Roman" w:cs="Times New Roman"/>
          <w:position w:val="-12"/>
          <w:sz w:val="28"/>
          <w:szCs w:val="28"/>
          <w:lang w:val="kk-KZ"/>
        </w:rPr>
        <w:t xml:space="preserve"> </w:t>
      </w:r>
      <w:r w:rsidRPr="00B439DD">
        <w:rPr>
          <w:rFonts w:ascii="Times New Roman" w:hAnsi="Times New Roman" w:cs="Times New Roman"/>
          <w:sz w:val="28"/>
          <w:szCs w:val="28"/>
          <w:lang w:val="kk-KZ"/>
        </w:rPr>
        <w:t xml:space="preserve">және </w:t>
      </w:r>
      <w:r w:rsidRPr="00B439DD">
        <w:rPr>
          <w:rFonts w:ascii="Times New Roman" w:hAnsi="Times New Roman" w:cs="Times New Roman"/>
          <w:position w:val="-12"/>
          <w:sz w:val="28"/>
          <w:szCs w:val="28"/>
          <w:lang w:val="kk-KZ"/>
        </w:rPr>
        <w:t xml:space="preserve"> </w:t>
      </w:r>
      <w:r w:rsidRPr="00B439DD">
        <w:rPr>
          <w:rFonts w:ascii="Times New Roman" w:hAnsi="Times New Roman" w:cs="Times New Roman"/>
          <w:position w:val="-12"/>
          <w:sz w:val="28"/>
          <w:szCs w:val="28"/>
        </w:rPr>
        <w:object w:dxaOrig="1040" w:dyaOrig="380" w14:anchorId="40488425">
          <v:shape id="_x0000_i2101" type="#_x0000_t75" style="width:53.8pt;height:18.2pt" o:ole="">
            <v:imagedata r:id="rId2440" o:title=""/>
          </v:shape>
          <o:OLEObject Type="Embed" ProgID="Equation.DSMT4" ShapeID="_x0000_i2101" DrawAspect="Content" ObjectID="_1840332555" r:id="rId2441"/>
        </w:object>
      </w:r>
      <w:r w:rsidRPr="00B439DD">
        <w:rPr>
          <w:rFonts w:ascii="Times New Roman" w:hAnsi="Times New Roman" w:cs="Times New Roman"/>
          <w:position w:val="-12"/>
          <w:sz w:val="28"/>
          <w:szCs w:val="28"/>
          <w:lang w:val="kk-KZ"/>
        </w:rPr>
        <w:t xml:space="preserve"> </w:t>
      </w:r>
      <w:r w:rsidRPr="00B439DD">
        <w:rPr>
          <w:rFonts w:ascii="Times New Roman" w:hAnsi="Times New Roman" w:cs="Times New Roman"/>
          <w:sz w:val="28"/>
          <w:szCs w:val="28"/>
          <w:lang w:val="kk-KZ"/>
        </w:rPr>
        <w:t>оң айырымдарына қатысты (2.2) теңдіктегі есеп келесідей жазылады</w:t>
      </w:r>
    </w:p>
    <w:p w14:paraId="5D9CA2A1" w14:textId="77777777" w:rsidR="00894A81" w:rsidRPr="00B439DD" w:rsidRDefault="00894A81" w:rsidP="00B439DD">
      <w:pPr>
        <w:spacing w:after="0" w:line="240" w:lineRule="auto"/>
        <w:jc w:val="both"/>
        <w:rPr>
          <w:rFonts w:ascii="Times New Roman" w:hAnsi="Times New Roman" w:cs="Times New Roman"/>
          <w:sz w:val="28"/>
          <w:szCs w:val="28"/>
          <w:lang w:val="kk-KZ"/>
        </w:rPr>
      </w:pPr>
    </w:p>
    <w:p w14:paraId="5D17F2AC" w14:textId="77777777" w:rsidR="00894A81" w:rsidRPr="00B439DD" w:rsidRDefault="00894A81" w:rsidP="00B439DD">
      <w:pPr>
        <w:spacing w:after="0" w:line="240" w:lineRule="auto"/>
        <w:jc w:val="right"/>
        <w:rPr>
          <w:rFonts w:ascii="Times New Roman" w:hAnsi="Times New Roman" w:cs="Times New Roman"/>
          <w:sz w:val="28"/>
          <w:szCs w:val="28"/>
          <w:lang w:val="kk-KZ"/>
        </w:rPr>
      </w:pPr>
      <w:r w:rsidRPr="00B439DD">
        <w:rPr>
          <w:rFonts w:ascii="Times New Roman" w:hAnsi="Times New Roman" w:cs="Times New Roman"/>
          <w:position w:val="-36"/>
          <w:sz w:val="28"/>
          <w:szCs w:val="28"/>
        </w:rPr>
        <w:object w:dxaOrig="6600" w:dyaOrig="859" w14:anchorId="39024A4C">
          <v:shape id="_x0000_i2102" type="#_x0000_t75" style="width:329.95pt;height:44.3pt" o:ole="">
            <v:imagedata r:id="rId2442" o:title=""/>
          </v:shape>
          <o:OLEObject Type="Embed" ProgID="Equation.DSMT4" ShapeID="_x0000_i2102" DrawAspect="Content" ObjectID="_1840332556" r:id="rId2443"/>
        </w:object>
      </w:r>
      <w:r w:rsidRPr="00B439DD">
        <w:rPr>
          <w:rFonts w:ascii="Times New Roman" w:hAnsi="Times New Roman" w:cs="Times New Roman"/>
          <w:position w:val="-16"/>
          <w:sz w:val="28"/>
          <w:szCs w:val="28"/>
          <w:lang w:val="kk-KZ"/>
        </w:rPr>
        <w:t xml:space="preserve">       </w:t>
      </w:r>
      <w:r w:rsidRPr="00B439DD">
        <w:rPr>
          <w:rFonts w:ascii="Times New Roman" w:hAnsi="Times New Roman" w:cs="Times New Roman"/>
          <w:position w:val="-14"/>
          <w:sz w:val="28"/>
          <w:szCs w:val="28"/>
        </w:rPr>
        <w:object w:dxaOrig="999" w:dyaOrig="400" w14:anchorId="27E90AB2">
          <v:shape id="_x0000_i2103" type="#_x0000_t75" style="width:49.05pt;height:18.2pt" o:ole="">
            <v:imagedata r:id="rId2444" o:title=""/>
          </v:shape>
          <o:OLEObject Type="Embed" ProgID="Equation.DSMT4" ShapeID="_x0000_i2103" DrawAspect="Content" ObjectID="_1840332557" r:id="rId2445"/>
        </w:object>
      </w:r>
    </w:p>
    <w:p w14:paraId="7AC597CF" w14:textId="77777777" w:rsidR="00894A81" w:rsidRPr="00B439DD" w:rsidRDefault="00894A81" w:rsidP="00B439DD">
      <w:pPr>
        <w:spacing w:after="0" w:line="240" w:lineRule="auto"/>
        <w:jc w:val="both"/>
        <w:rPr>
          <w:rFonts w:ascii="Times New Roman" w:hAnsi="Times New Roman" w:cs="Times New Roman"/>
          <w:position w:val="-36"/>
          <w:sz w:val="28"/>
          <w:szCs w:val="28"/>
          <w:lang w:val="kk-KZ"/>
        </w:rPr>
      </w:pPr>
    </w:p>
    <w:p w14:paraId="095DCC8D" w14:textId="77777777" w:rsidR="00894A81" w:rsidRPr="00B439DD" w:rsidRDefault="00894A81" w:rsidP="00152387">
      <w:pPr>
        <w:spacing w:after="0" w:line="240" w:lineRule="auto"/>
        <w:ind w:firstLine="567"/>
        <w:jc w:val="both"/>
        <w:rPr>
          <w:rFonts w:ascii="Times New Roman" w:hAnsi="Times New Roman" w:cs="Times New Roman"/>
          <w:sz w:val="28"/>
          <w:szCs w:val="28"/>
          <w:lang w:val="kk-KZ"/>
        </w:rPr>
      </w:pPr>
      <w:r w:rsidRPr="00B439DD">
        <w:rPr>
          <w:rFonts w:ascii="Times New Roman" w:hAnsi="Times New Roman" w:cs="Times New Roman"/>
          <w:sz w:val="28"/>
          <w:szCs w:val="28"/>
          <w:lang w:val="kk-KZ"/>
        </w:rPr>
        <w:t xml:space="preserve">Соған сәйкес (2.12) векторды </w:t>
      </w:r>
      <w:r w:rsidRPr="00B439DD">
        <w:rPr>
          <w:rFonts w:ascii="Times New Roman" w:hAnsi="Times New Roman" w:cs="Times New Roman"/>
          <w:position w:val="-12"/>
          <w:sz w:val="28"/>
          <w:szCs w:val="28"/>
        </w:rPr>
        <w:object w:dxaOrig="1660" w:dyaOrig="420" w14:anchorId="324C1446">
          <v:shape id="_x0000_i2104" type="#_x0000_t75" style="width:83.85pt;height:20.55pt" o:ole="">
            <v:imagedata r:id="rId2446" o:title=""/>
          </v:shape>
          <o:OLEObject Type="Embed" ProgID="Equation.DSMT4" ShapeID="_x0000_i2104" DrawAspect="Content" ObjectID="_1840332558" r:id="rId2447"/>
        </w:object>
      </w:r>
      <w:r w:rsidRPr="00B439DD">
        <w:rPr>
          <w:rFonts w:ascii="Times New Roman" w:hAnsi="Times New Roman" w:cs="Times New Roman"/>
          <w:sz w:val="28"/>
          <w:szCs w:val="28"/>
          <w:lang w:val="kk-KZ"/>
        </w:rPr>
        <w:t>түрінде алған орынды, (2.5) анықтамаға сәйкес</w:t>
      </w:r>
      <w:r w:rsidRPr="00B439DD">
        <w:rPr>
          <w:rFonts w:ascii="Times New Roman" w:hAnsi="Times New Roman" w:cs="Times New Roman"/>
          <w:position w:val="-16"/>
          <w:sz w:val="28"/>
          <w:szCs w:val="28"/>
        </w:rPr>
        <w:object w:dxaOrig="420" w:dyaOrig="420" w14:anchorId="2BB29174">
          <v:shape id="_x0000_i2105" type="#_x0000_t75" style="width:20.55pt;height:20.55pt" o:ole="">
            <v:imagedata r:id="rId2448" o:title=""/>
          </v:shape>
          <o:OLEObject Type="Embed" ProgID="Equation.DSMT4" ShapeID="_x0000_i2105" DrawAspect="Content" ObjectID="_1840332559" r:id="rId2449"/>
        </w:object>
      </w:r>
      <w:r w:rsidRPr="00B439DD">
        <w:rPr>
          <w:rFonts w:ascii="Times New Roman" w:hAnsi="Times New Roman" w:cs="Times New Roman"/>
          <w:sz w:val="28"/>
          <w:szCs w:val="28"/>
          <w:lang w:val="kk-KZ"/>
        </w:rPr>
        <w:t>матрицасы үшін түрлендіруін аламыз:</w:t>
      </w:r>
    </w:p>
    <w:p w14:paraId="6E7CE382" w14:textId="77777777" w:rsidR="00894A81" w:rsidRPr="00B439DD" w:rsidRDefault="00894A81" w:rsidP="00B439DD">
      <w:pPr>
        <w:spacing w:after="0" w:line="240" w:lineRule="auto"/>
        <w:jc w:val="both"/>
        <w:rPr>
          <w:rFonts w:ascii="Times New Roman" w:hAnsi="Times New Roman" w:cs="Times New Roman"/>
          <w:sz w:val="28"/>
          <w:szCs w:val="28"/>
          <w:lang w:val="kk-KZ"/>
        </w:rPr>
      </w:pPr>
    </w:p>
    <w:p w14:paraId="4830EB76" w14:textId="77777777" w:rsidR="00894A81" w:rsidRPr="00B439DD" w:rsidRDefault="00894A81" w:rsidP="00B439DD">
      <w:pPr>
        <w:spacing w:after="0" w:line="240" w:lineRule="auto"/>
        <w:jc w:val="center"/>
        <w:rPr>
          <w:rFonts w:ascii="Times New Roman" w:hAnsi="Times New Roman" w:cs="Times New Roman"/>
          <w:position w:val="-12"/>
          <w:sz w:val="28"/>
          <w:szCs w:val="28"/>
          <w:lang w:val="kk-KZ"/>
        </w:rPr>
      </w:pPr>
      <w:r w:rsidRPr="00B439DD">
        <w:rPr>
          <w:rFonts w:ascii="Times New Roman" w:hAnsi="Times New Roman" w:cs="Times New Roman"/>
          <w:position w:val="-56"/>
          <w:sz w:val="28"/>
          <w:szCs w:val="28"/>
        </w:rPr>
        <w:object w:dxaOrig="7260" w:dyaOrig="1260" w14:anchorId="7C82E8AD">
          <v:shape id="_x0000_i2106" type="#_x0000_t75" style="width:362.35pt;height:64.9pt" o:ole="">
            <v:imagedata r:id="rId2450" o:title=""/>
          </v:shape>
          <o:OLEObject Type="Embed" ProgID="Equation.DSMT4" ShapeID="_x0000_i2106" DrawAspect="Content" ObjectID="_1840332560" r:id="rId2451"/>
        </w:object>
      </w:r>
    </w:p>
    <w:p w14:paraId="17C5E3D0" w14:textId="77777777" w:rsidR="00894A81" w:rsidRPr="00B439DD" w:rsidRDefault="00894A81" w:rsidP="00B439DD">
      <w:pPr>
        <w:spacing w:after="0" w:line="240" w:lineRule="auto"/>
        <w:jc w:val="both"/>
        <w:rPr>
          <w:rFonts w:ascii="Times New Roman" w:hAnsi="Times New Roman" w:cs="Times New Roman"/>
          <w:position w:val="-12"/>
          <w:sz w:val="28"/>
          <w:szCs w:val="28"/>
          <w:lang w:val="kk-KZ"/>
        </w:rPr>
      </w:pPr>
    </w:p>
    <w:p w14:paraId="1DC16327" w14:textId="77777777" w:rsidR="00894A81" w:rsidRPr="00B439DD" w:rsidRDefault="00894A81" w:rsidP="00B439DD">
      <w:pPr>
        <w:spacing w:after="0" w:line="240" w:lineRule="auto"/>
        <w:jc w:val="both"/>
        <w:rPr>
          <w:rFonts w:ascii="Times New Roman" w:hAnsi="Times New Roman" w:cs="Times New Roman"/>
          <w:sz w:val="28"/>
          <w:szCs w:val="28"/>
          <w:lang w:val="kk-KZ"/>
        </w:rPr>
      </w:pPr>
      <w:r w:rsidRPr="00B439DD">
        <w:rPr>
          <w:rFonts w:ascii="Times New Roman" w:hAnsi="Times New Roman" w:cs="Times New Roman"/>
          <w:position w:val="-16"/>
          <w:sz w:val="28"/>
          <w:szCs w:val="28"/>
        </w:rPr>
        <w:object w:dxaOrig="1520" w:dyaOrig="420" w14:anchorId="4525375F">
          <v:shape id="_x0000_i2107" type="#_x0000_t75" style="width:76.75pt;height:20.55pt" o:ole="">
            <v:imagedata r:id="rId2452" o:title=""/>
          </v:shape>
          <o:OLEObject Type="Embed" ProgID="Equation.DSMT4" ShapeID="_x0000_i2107" DrawAspect="Content" ObjectID="_1840332561" r:id="rId2453"/>
        </w:object>
      </w:r>
      <w:r w:rsidRPr="00B439DD">
        <w:rPr>
          <w:rFonts w:ascii="Times New Roman" w:hAnsi="Times New Roman" w:cs="Times New Roman"/>
          <w:sz w:val="28"/>
          <w:szCs w:val="28"/>
          <w:lang w:val="kk-KZ"/>
        </w:rPr>
        <w:t xml:space="preserve">матрицасының анықтауышын </w:t>
      </w:r>
      <w:r w:rsidRPr="00B439DD">
        <w:rPr>
          <w:rFonts w:ascii="Times New Roman" w:hAnsi="Times New Roman" w:cs="Times New Roman"/>
          <w:position w:val="-12"/>
          <w:sz w:val="28"/>
          <w:szCs w:val="28"/>
        </w:rPr>
        <w:object w:dxaOrig="340" w:dyaOrig="360" w14:anchorId="3FCA2189">
          <v:shape id="_x0000_i2108" type="#_x0000_t75" style="width:15.8pt;height:18.2pt" o:ole="">
            <v:imagedata r:id="rId2454" o:title=""/>
          </v:shape>
          <o:OLEObject Type="Embed" ProgID="Equation.DSMT4" ShapeID="_x0000_i2108" DrawAspect="Content" ObjectID="_1840332562" r:id="rId2455"/>
        </w:object>
      </w:r>
      <w:r w:rsidRPr="00B439DD">
        <w:rPr>
          <w:rFonts w:ascii="Times New Roman" w:hAnsi="Times New Roman" w:cs="Times New Roman"/>
          <w:sz w:val="28"/>
          <w:szCs w:val="28"/>
          <w:lang w:val="kk-KZ"/>
        </w:rPr>
        <w:t xml:space="preserve"> жағдайы үшін мына түрде жаза аламыз:</w:t>
      </w:r>
    </w:p>
    <w:p w14:paraId="1F0598AD" w14:textId="77777777" w:rsidR="00894A81" w:rsidRPr="00B439DD" w:rsidRDefault="00894A81" w:rsidP="00B439DD">
      <w:pPr>
        <w:spacing w:after="0" w:line="240" w:lineRule="auto"/>
        <w:jc w:val="both"/>
        <w:rPr>
          <w:rFonts w:ascii="Times New Roman" w:hAnsi="Times New Roman" w:cs="Times New Roman"/>
          <w:sz w:val="28"/>
          <w:szCs w:val="28"/>
          <w:lang w:val="kk-KZ"/>
        </w:rPr>
      </w:pPr>
    </w:p>
    <w:p w14:paraId="34BEDF98" w14:textId="77777777" w:rsidR="00894A81" w:rsidRPr="00B439DD" w:rsidRDefault="00A24934" w:rsidP="00B439DD">
      <w:pPr>
        <w:spacing w:after="0" w:line="240" w:lineRule="auto"/>
        <w:jc w:val="center"/>
        <w:rPr>
          <w:rFonts w:ascii="Times New Roman" w:hAnsi="Times New Roman" w:cs="Times New Roman"/>
          <w:position w:val="-16"/>
          <w:sz w:val="28"/>
          <w:szCs w:val="28"/>
          <w:lang w:val="kk-KZ"/>
        </w:rPr>
      </w:pPr>
      <w:r w:rsidRPr="00B439DD">
        <w:rPr>
          <w:rFonts w:ascii="Times New Roman" w:hAnsi="Times New Roman" w:cs="Times New Roman"/>
          <w:position w:val="-16"/>
          <w:sz w:val="28"/>
          <w:szCs w:val="28"/>
        </w:rPr>
        <w:object w:dxaOrig="5740" w:dyaOrig="460" w14:anchorId="48755F6F">
          <v:shape id="_x0000_i2109" type="#_x0000_t75" style="width:287.2pt;height:20.55pt" o:ole="">
            <v:imagedata r:id="rId2456" o:title=""/>
          </v:shape>
          <o:OLEObject Type="Embed" ProgID="Equation.DSMT4" ShapeID="_x0000_i2109" DrawAspect="Content" ObjectID="_1840332563" r:id="rId2457"/>
        </w:object>
      </w:r>
    </w:p>
    <w:p w14:paraId="19948D48" w14:textId="77777777" w:rsidR="00894A81" w:rsidRPr="00B439DD" w:rsidRDefault="00894A81" w:rsidP="00B439DD">
      <w:pPr>
        <w:spacing w:after="0" w:line="240" w:lineRule="auto"/>
        <w:jc w:val="both"/>
        <w:rPr>
          <w:rFonts w:ascii="Times New Roman" w:hAnsi="Times New Roman" w:cs="Times New Roman"/>
          <w:position w:val="-14"/>
          <w:sz w:val="28"/>
          <w:szCs w:val="28"/>
          <w:lang w:val="kk-KZ"/>
        </w:rPr>
      </w:pPr>
    </w:p>
    <w:p w14:paraId="72FCCC6F" w14:textId="77777777" w:rsidR="00894A81" w:rsidRPr="00B439DD" w:rsidRDefault="00894A81" w:rsidP="00B439DD">
      <w:pPr>
        <w:spacing w:after="0" w:line="240" w:lineRule="auto"/>
        <w:jc w:val="both"/>
        <w:rPr>
          <w:rFonts w:ascii="Times New Roman" w:hAnsi="Times New Roman" w:cs="Times New Roman"/>
          <w:position w:val="-14"/>
          <w:sz w:val="28"/>
          <w:szCs w:val="28"/>
          <w:lang w:val="kk-KZ"/>
        </w:rPr>
      </w:pPr>
      <w:r w:rsidRPr="00B439DD">
        <w:rPr>
          <w:rFonts w:ascii="Times New Roman" w:hAnsi="Times New Roman" w:cs="Times New Roman"/>
          <w:position w:val="-14"/>
          <w:sz w:val="28"/>
          <w:szCs w:val="28"/>
          <w:lang w:val="kk-KZ"/>
        </w:rPr>
        <w:t>Сондықтан, (2.15) функциясы өрнегін аламыз:</w:t>
      </w:r>
    </w:p>
    <w:p w14:paraId="673BB0E3" w14:textId="77777777" w:rsidR="00894A81" w:rsidRPr="00B439DD" w:rsidRDefault="00894A81" w:rsidP="00B439DD">
      <w:pPr>
        <w:spacing w:after="0" w:line="240" w:lineRule="auto"/>
        <w:jc w:val="both"/>
        <w:rPr>
          <w:rFonts w:ascii="Times New Roman" w:hAnsi="Times New Roman" w:cs="Times New Roman"/>
          <w:position w:val="-14"/>
          <w:sz w:val="28"/>
          <w:szCs w:val="28"/>
        </w:rPr>
      </w:pPr>
    </w:p>
    <w:p w14:paraId="77FDEA53" w14:textId="77777777" w:rsidR="00894A81" w:rsidRPr="00B439DD" w:rsidRDefault="00894A81" w:rsidP="00B439DD">
      <w:pPr>
        <w:spacing w:after="0" w:line="240" w:lineRule="auto"/>
        <w:jc w:val="center"/>
        <w:rPr>
          <w:rFonts w:ascii="Times New Roman" w:hAnsi="Times New Roman" w:cs="Times New Roman"/>
          <w:position w:val="-34"/>
          <w:sz w:val="28"/>
          <w:szCs w:val="28"/>
          <w:lang w:val="kk-KZ"/>
        </w:rPr>
      </w:pPr>
      <w:r w:rsidRPr="00B439DD">
        <w:rPr>
          <w:rFonts w:ascii="Times New Roman" w:hAnsi="Times New Roman" w:cs="Times New Roman"/>
          <w:position w:val="-34"/>
          <w:sz w:val="28"/>
          <w:szCs w:val="28"/>
        </w:rPr>
        <w:object w:dxaOrig="4260" w:dyaOrig="820" w14:anchorId="59DAF6EB">
          <v:shape id="_x0000_i2110" type="#_x0000_t75" style="width:212.85pt;height:43.5pt" o:ole="">
            <v:imagedata r:id="rId2458" o:title=""/>
          </v:shape>
          <o:OLEObject Type="Embed" ProgID="Equation.DSMT4" ShapeID="_x0000_i2110" DrawAspect="Content" ObjectID="_1840332564" r:id="rId2459"/>
        </w:object>
      </w:r>
    </w:p>
    <w:p w14:paraId="631367A3" w14:textId="77777777" w:rsidR="00894A81" w:rsidRPr="00B439DD" w:rsidRDefault="00894A81" w:rsidP="00B439DD">
      <w:pPr>
        <w:spacing w:after="0" w:line="240" w:lineRule="auto"/>
        <w:jc w:val="both"/>
        <w:rPr>
          <w:rFonts w:ascii="Times New Roman" w:hAnsi="Times New Roman" w:cs="Times New Roman"/>
          <w:position w:val="-14"/>
          <w:sz w:val="28"/>
          <w:szCs w:val="28"/>
          <w:lang w:val="kk-KZ"/>
        </w:rPr>
      </w:pPr>
    </w:p>
    <w:p w14:paraId="7A7BD139" w14:textId="4FEB3A3A" w:rsidR="00894A81" w:rsidRPr="00B439DD" w:rsidRDefault="00894A81" w:rsidP="00B439DD">
      <w:pPr>
        <w:spacing w:after="0" w:line="240" w:lineRule="auto"/>
        <w:jc w:val="both"/>
        <w:rPr>
          <w:rFonts w:ascii="Times New Roman" w:hAnsi="Times New Roman" w:cs="Times New Roman"/>
          <w:sz w:val="28"/>
          <w:szCs w:val="28"/>
          <w:lang w:val="kk-KZ"/>
        </w:rPr>
      </w:pPr>
      <w:r w:rsidRPr="00B439DD">
        <w:rPr>
          <w:rFonts w:ascii="Times New Roman" w:hAnsi="Times New Roman" w:cs="Times New Roman"/>
          <w:sz w:val="28"/>
          <w:szCs w:val="28"/>
          <w:lang w:val="kk-KZ"/>
        </w:rPr>
        <w:t xml:space="preserve">қандай да бір </w:t>
      </w:r>
      <w:r w:rsidRPr="00B439DD">
        <w:rPr>
          <w:rFonts w:ascii="Times New Roman" w:hAnsi="Times New Roman" w:cs="Times New Roman"/>
          <w:position w:val="-12"/>
          <w:sz w:val="28"/>
          <w:szCs w:val="28"/>
        </w:rPr>
        <w:object w:dxaOrig="600" w:dyaOrig="360" w14:anchorId="403F8E28">
          <v:shape id="_x0000_i2111" type="#_x0000_t75" style="width:29.25pt;height:18.2pt" o:ole="">
            <v:imagedata r:id="rId2460" o:title=""/>
          </v:shape>
          <o:OLEObject Type="Embed" ProgID="Equation.DSMT4" ShapeID="_x0000_i2111" DrawAspect="Content" ObjectID="_1840332565" r:id="rId2461"/>
        </w:object>
      </w:r>
      <w:r w:rsidRPr="00B439DD">
        <w:rPr>
          <w:rFonts w:ascii="Times New Roman" w:hAnsi="Times New Roman" w:cs="Times New Roman"/>
          <w:sz w:val="28"/>
          <w:szCs w:val="28"/>
          <w:lang w:val="kk-KZ"/>
        </w:rPr>
        <w:t xml:space="preserve"> көпмүшелігімен. Мұндағы </w:t>
      </w:r>
      <w:r w:rsidRPr="00B439DD">
        <w:rPr>
          <w:rFonts w:ascii="Times New Roman" w:hAnsi="Times New Roman" w:cs="Times New Roman"/>
          <w:position w:val="-6"/>
          <w:sz w:val="28"/>
          <w:szCs w:val="28"/>
        </w:rPr>
        <w:object w:dxaOrig="680" w:dyaOrig="300" w14:anchorId="613D66E0">
          <v:shape id="_x0000_i2112" type="#_x0000_t75" style="width:34pt;height:15.8pt" o:ole="">
            <v:imagedata r:id="rId2462" o:title=""/>
          </v:shape>
          <o:OLEObject Type="Embed" ProgID="Equation.DSMT4" ShapeID="_x0000_i2112" DrawAspect="Content" ObjectID="_1840332566" r:id="rId2463"/>
        </w:object>
      </w:r>
      <w:r w:rsidRPr="00B439DD">
        <w:rPr>
          <w:rFonts w:ascii="Times New Roman" w:hAnsi="Times New Roman" w:cs="Times New Roman"/>
          <w:sz w:val="28"/>
          <w:szCs w:val="28"/>
          <w:lang w:val="kk-KZ"/>
        </w:rPr>
        <w:t>болғанда</w:t>
      </w:r>
      <w:r w:rsidRPr="00B439DD">
        <w:rPr>
          <w:rFonts w:ascii="Times New Roman" w:hAnsi="Times New Roman" w:cs="Times New Roman"/>
          <w:position w:val="-12"/>
          <w:sz w:val="28"/>
          <w:szCs w:val="28"/>
        </w:rPr>
        <w:object w:dxaOrig="600" w:dyaOrig="360" w14:anchorId="0BA0911F">
          <v:shape id="_x0000_i2113" type="#_x0000_t75" style="width:29.25pt;height:18.2pt" o:ole="">
            <v:imagedata r:id="rId2464" o:title=""/>
          </v:shape>
          <o:OLEObject Type="Embed" ProgID="Equation.DSMT4" ShapeID="_x0000_i2113" DrawAspect="Content" ObjectID="_1840332567" r:id="rId2465"/>
        </w:object>
      </w:r>
      <w:r w:rsidRPr="00B439DD">
        <w:rPr>
          <w:rFonts w:ascii="Times New Roman" w:hAnsi="Times New Roman" w:cs="Times New Roman"/>
          <w:sz w:val="28"/>
          <w:szCs w:val="28"/>
          <w:lang w:val="kk-KZ"/>
        </w:rPr>
        <w:t xml:space="preserve"> функциясы </w:t>
      </w:r>
      <w:r w:rsidRPr="00B439DD">
        <w:rPr>
          <w:rFonts w:ascii="Times New Roman" w:hAnsi="Times New Roman" w:cs="Times New Roman"/>
          <w:position w:val="-6"/>
          <w:sz w:val="28"/>
          <w:szCs w:val="28"/>
        </w:rPr>
        <w:object w:dxaOrig="740" w:dyaOrig="279" w14:anchorId="29EBFB66">
          <v:shape id="_x0000_i2114" type="#_x0000_t75" style="width:36.4pt;height:15.8pt" o:ole="">
            <v:imagedata r:id="rId2466" o:title=""/>
          </v:shape>
          <o:OLEObject Type="Embed" ProgID="Equation.DSMT4" ShapeID="_x0000_i2114" DrawAspect="Content" ObjectID="_1840332568" r:id="rId2467"/>
        </w:object>
      </w:r>
      <w:r w:rsidRPr="00B439DD">
        <w:rPr>
          <w:rFonts w:ascii="Times New Roman" w:hAnsi="Times New Roman" w:cs="Times New Roman"/>
          <w:sz w:val="28"/>
          <w:szCs w:val="28"/>
          <w:lang w:val="kk-KZ"/>
        </w:rPr>
        <w:t xml:space="preserve"> нүктесінде нөлге тең болады. </w:t>
      </w:r>
      <w:r w:rsidRPr="00B439DD">
        <w:rPr>
          <w:rFonts w:ascii="Times New Roman" w:hAnsi="Times New Roman" w:cs="Times New Roman"/>
          <w:position w:val="-20"/>
          <w:sz w:val="28"/>
          <w:szCs w:val="28"/>
        </w:rPr>
        <w:object w:dxaOrig="1400" w:dyaOrig="499" w14:anchorId="5D18472D">
          <v:shape id="_x0000_i2115" type="#_x0000_t75" style="width:68.85pt;height:25.3pt" o:ole="">
            <v:imagedata r:id="rId2468" o:title=""/>
          </v:shape>
          <o:OLEObject Type="Embed" ProgID="Equation.DSMT4" ShapeID="_x0000_i2115" DrawAspect="Content" ObjectID="_1840332569" r:id="rId2469"/>
        </w:object>
      </w:r>
      <w:r w:rsidRPr="00B439DD">
        <w:rPr>
          <w:rFonts w:ascii="Times New Roman" w:hAnsi="Times New Roman" w:cs="Times New Roman"/>
          <w:sz w:val="28"/>
          <w:szCs w:val="28"/>
          <w:lang w:val="kk-KZ"/>
        </w:rPr>
        <w:t xml:space="preserve">болғандықтан, онда </w:t>
      </w:r>
      <w:r w:rsidR="00D61D54">
        <w:rPr>
          <w:rFonts w:ascii="Times New Roman" w:hAnsi="Times New Roman" w:cs="Times New Roman"/>
          <w:sz w:val="28"/>
          <w:szCs w:val="28"/>
          <w:lang w:val="kk-KZ"/>
        </w:rPr>
        <w:t>2.1-ші</w:t>
      </w:r>
      <w:r w:rsidRPr="00B439DD">
        <w:rPr>
          <w:rFonts w:ascii="Times New Roman" w:hAnsi="Times New Roman" w:cs="Times New Roman"/>
          <w:sz w:val="28"/>
          <w:szCs w:val="28"/>
          <w:lang w:val="kk-KZ"/>
        </w:rPr>
        <w:t xml:space="preserve"> теоремаға сайкес келесі қорытындыға келеміз.</w:t>
      </w:r>
    </w:p>
    <w:p w14:paraId="2445C289" w14:textId="27A09193" w:rsidR="00894A81" w:rsidRPr="00B439DD" w:rsidRDefault="00894A81" w:rsidP="00D61D54">
      <w:pPr>
        <w:spacing w:after="0" w:line="240" w:lineRule="auto"/>
        <w:ind w:firstLine="708"/>
        <w:jc w:val="both"/>
        <w:rPr>
          <w:rFonts w:ascii="Times New Roman" w:hAnsi="Times New Roman" w:cs="Times New Roman"/>
          <w:sz w:val="28"/>
          <w:szCs w:val="28"/>
          <w:lang w:val="kk-KZ"/>
        </w:rPr>
      </w:pPr>
      <w:r w:rsidRPr="00B439DD">
        <w:rPr>
          <w:rFonts w:ascii="Times New Roman" w:hAnsi="Times New Roman" w:cs="Times New Roman"/>
          <w:sz w:val="28"/>
          <w:szCs w:val="28"/>
          <w:lang w:val="kk-KZ"/>
        </w:rPr>
        <w:t>Қорытынды 2.2.</w:t>
      </w:r>
      <w:r w:rsidRPr="00B439DD">
        <w:rPr>
          <w:rFonts w:ascii="Times New Roman" w:hAnsi="Times New Roman" w:cs="Times New Roman"/>
          <w:b/>
          <w:sz w:val="28"/>
          <w:szCs w:val="28"/>
          <w:lang w:val="kk-KZ"/>
        </w:rPr>
        <w:t xml:space="preserve"> </w:t>
      </w:r>
      <w:r w:rsidRPr="00B439DD">
        <w:rPr>
          <w:rFonts w:ascii="Times New Roman" w:hAnsi="Times New Roman" w:cs="Times New Roman"/>
          <w:sz w:val="28"/>
          <w:szCs w:val="28"/>
          <w:lang w:val="kk-KZ"/>
        </w:rPr>
        <w:t>(2.26</w:t>
      </w:r>
      <w:r w:rsidRPr="00B439DD">
        <w:rPr>
          <w:rFonts w:ascii="Times New Roman" w:hAnsi="Times New Roman" w:cs="Times New Roman"/>
          <w:sz w:val="28"/>
          <w:szCs w:val="28"/>
          <w:vertAlign w:val="subscript"/>
          <w:lang w:val="kk-KZ"/>
        </w:rPr>
        <w:t>і</w:t>
      </w:r>
      <w:r w:rsidRPr="00B439DD">
        <w:rPr>
          <w:rFonts w:ascii="Times New Roman" w:hAnsi="Times New Roman" w:cs="Times New Roman"/>
          <w:sz w:val="28"/>
          <w:szCs w:val="28"/>
          <w:lang w:val="kk-KZ"/>
        </w:rPr>
        <w:t xml:space="preserve">), (2.27) фредгольмдік есептері </w:t>
      </w:r>
      <w:r w:rsidRPr="00B439DD">
        <w:rPr>
          <w:rFonts w:ascii="Times New Roman" w:hAnsi="Times New Roman" w:cs="Times New Roman"/>
          <w:position w:val="-4"/>
          <w:sz w:val="28"/>
          <w:szCs w:val="28"/>
        </w:rPr>
        <w:object w:dxaOrig="240" w:dyaOrig="279" w14:anchorId="076F825C">
          <v:shape id="_x0000_i2116" type="#_x0000_t75" style="width:11.85pt;height:15.8pt" o:ole="">
            <v:imagedata r:id="rId2470" o:title=""/>
          </v:shape>
          <o:OLEObject Type="Embed" ProgID="Equation.DSMT4" ShapeID="_x0000_i2116" DrawAspect="Content" ObjectID="_1840332570" r:id="rId2471"/>
        </w:object>
      </w:r>
      <w:r w:rsidRPr="00B439DD">
        <w:rPr>
          <w:rFonts w:ascii="Times New Roman" w:hAnsi="Times New Roman" w:cs="Times New Roman"/>
          <w:sz w:val="28"/>
          <w:szCs w:val="28"/>
          <w:lang w:val="kk-KZ"/>
        </w:rPr>
        <w:t xml:space="preserve">шеңберінде </w:t>
      </w:r>
      <w:r w:rsidRPr="00B439DD">
        <w:rPr>
          <w:rFonts w:ascii="Times New Roman" w:hAnsi="Times New Roman" w:cs="Times New Roman"/>
          <w:position w:val="-12"/>
          <w:sz w:val="28"/>
          <w:szCs w:val="28"/>
        </w:rPr>
        <w:object w:dxaOrig="639" w:dyaOrig="360" w14:anchorId="5BE8C44F">
          <v:shape id="_x0000_i2117" type="#_x0000_t75" style="width:29.25pt;height:18.2pt" o:ole="">
            <v:imagedata r:id="rId2472" o:title=""/>
          </v:shape>
          <o:OLEObject Type="Embed" ProgID="Equation.DSMT4" ShapeID="_x0000_i2117" DrawAspect="Content" ObjectID="_1840332571" r:id="rId2473"/>
        </w:object>
      </w:r>
      <w:r w:rsidRPr="00B439DD">
        <w:rPr>
          <w:rFonts w:ascii="Times New Roman" w:hAnsi="Times New Roman" w:cs="Times New Roman"/>
          <w:sz w:val="28"/>
          <w:szCs w:val="28"/>
          <w:lang w:val="kk-KZ"/>
        </w:rPr>
        <w:t xml:space="preserve"> көпмүшелігінің нақты тү</w:t>
      </w:r>
      <w:r w:rsidR="006D5E6A">
        <w:rPr>
          <w:rFonts w:ascii="Times New Roman" w:hAnsi="Times New Roman" w:cs="Times New Roman"/>
          <w:sz w:val="28"/>
          <w:szCs w:val="28"/>
          <w:lang w:val="kk-KZ"/>
        </w:rPr>
        <w:t xml:space="preserve">білерінің жоқтығымен пара-пар. </w:t>
      </w:r>
      <w:r w:rsidRPr="00B439DD">
        <w:rPr>
          <w:rFonts w:ascii="Times New Roman" w:hAnsi="Times New Roman" w:cs="Times New Roman"/>
          <w:position w:val="-4"/>
          <w:sz w:val="28"/>
          <w:szCs w:val="28"/>
        </w:rPr>
        <w:object w:dxaOrig="260" w:dyaOrig="279" w14:anchorId="0BBFF015">
          <v:shape id="_x0000_i2118" type="#_x0000_t75" style="width:11.85pt;height:15.8pt" o:ole="">
            <v:imagedata r:id="rId2474" o:title=""/>
          </v:shape>
          <o:OLEObject Type="Embed" ProgID="Equation.DSMT4" ShapeID="_x0000_i2118" DrawAspect="Content" ObjectID="_1840332572" r:id="rId2475"/>
        </w:object>
      </w:r>
      <w:r w:rsidRPr="00B439DD">
        <w:rPr>
          <w:rFonts w:ascii="Times New Roman" w:hAnsi="Times New Roman" w:cs="Times New Roman"/>
          <w:sz w:val="28"/>
          <w:szCs w:val="28"/>
          <w:lang w:val="kk-KZ"/>
        </w:rPr>
        <w:t xml:space="preserve"> көпмүшелігі </w:t>
      </w:r>
      <w:r w:rsidRPr="00B439DD">
        <w:rPr>
          <w:rFonts w:ascii="Times New Roman" w:hAnsi="Times New Roman" w:cs="Times New Roman"/>
          <w:position w:val="-4"/>
          <w:sz w:val="28"/>
          <w:szCs w:val="28"/>
        </w:rPr>
        <w:object w:dxaOrig="480" w:dyaOrig="279" w14:anchorId="5D69FFE3">
          <v:shape id="_x0000_i2119" type="#_x0000_t75" style="width:25.3pt;height:15.8pt" o:ole="">
            <v:imagedata r:id="rId2476" o:title=""/>
          </v:shape>
          <o:OLEObject Type="Embed" ProgID="Equation.DSMT4" ShapeID="_x0000_i2119" DrawAspect="Content" ObjectID="_1840332573" r:id="rId2477"/>
        </w:object>
      </w:r>
      <w:r w:rsidRPr="00B439DD">
        <w:rPr>
          <w:rFonts w:ascii="Times New Roman" w:hAnsi="Times New Roman" w:cs="Times New Roman"/>
          <w:sz w:val="28"/>
          <w:szCs w:val="28"/>
          <w:lang w:val="kk-KZ"/>
        </w:rPr>
        <w:t xml:space="preserve"> болғанда мынадай түрге келеді:</w:t>
      </w:r>
    </w:p>
    <w:p w14:paraId="2344BA0B" w14:textId="77777777" w:rsidR="00894A81" w:rsidRPr="00B439DD" w:rsidRDefault="00894A81" w:rsidP="00B439DD">
      <w:pPr>
        <w:spacing w:after="0" w:line="240" w:lineRule="auto"/>
        <w:jc w:val="both"/>
        <w:rPr>
          <w:rFonts w:ascii="Times New Roman" w:hAnsi="Times New Roman" w:cs="Times New Roman"/>
          <w:position w:val="-30"/>
          <w:sz w:val="28"/>
          <w:szCs w:val="28"/>
          <w:lang w:val="kk-KZ"/>
        </w:rPr>
      </w:pPr>
    </w:p>
    <w:p w14:paraId="1EA1FB49" w14:textId="77777777" w:rsidR="00894A81" w:rsidRPr="00B439DD" w:rsidRDefault="00894A81" w:rsidP="00B439DD">
      <w:pPr>
        <w:spacing w:after="0" w:line="240" w:lineRule="auto"/>
        <w:jc w:val="center"/>
        <w:rPr>
          <w:rFonts w:ascii="Times New Roman" w:hAnsi="Times New Roman" w:cs="Times New Roman"/>
          <w:position w:val="-38"/>
          <w:sz w:val="28"/>
          <w:szCs w:val="28"/>
          <w:lang w:val="kk-KZ"/>
        </w:rPr>
      </w:pPr>
      <w:r w:rsidRPr="00B439DD">
        <w:rPr>
          <w:rFonts w:ascii="Times New Roman" w:hAnsi="Times New Roman" w:cs="Times New Roman"/>
          <w:position w:val="-38"/>
          <w:sz w:val="28"/>
          <w:szCs w:val="28"/>
        </w:rPr>
        <w:object w:dxaOrig="3780" w:dyaOrig="900" w14:anchorId="468A9263">
          <v:shape id="_x0000_i2120" type="#_x0000_t75" style="width:189.9pt;height:45.9pt" o:ole="">
            <v:imagedata r:id="rId2478" o:title=""/>
          </v:shape>
          <o:OLEObject Type="Embed" ProgID="Equation.DSMT4" ShapeID="_x0000_i2120" DrawAspect="Content" ObjectID="_1840332574" r:id="rId2479"/>
        </w:object>
      </w:r>
    </w:p>
    <w:p w14:paraId="4731D757" w14:textId="77777777" w:rsidR="00894A81" w:rsidRPr="00B439DD" w:rsidRDefault="00894A81" w:rsidP="00B439DD">
      <w:pPr>
        <w:spacing w:after="0" w:line="240" w:lineRule="auto"/>
        <w:jc w:val="both"/>
        <w:rPr>
          <w:rFonts w:ascii="Times New Roman" w:hAnsi="Times New Roman" w:cs="Times New Roman"/>
          <w:position w:val="-30"/>
          <w:sz w:val="28"/>
          <w:szCs w:val="28"/>
          <w:lang w:val="kk-KZ"/>
        </w:rPr>
      </w:pPr>
    </w:p>
    <w:p w14:paraId="5E1F0ACE" w14:textId="77777777" w:rsidR="00894A81" w:rsidRPr="00B439DD" w:rsidRDefault="00894A81" w:rsidP="00B439DD">
      <w:pPr>
        <w:spacing w:after="0" w:line="240" w:lineRule="auto"/>
        <w:jc w:val="center"/>
        <w:rPr>
          <w:rFonts w:ascii="Times New Roman" w:hAnsi="Times New Roman" w:cs="Times New Roman"/>
          <w:position w:val="-18"/>
          <w:sz w:val="28"/>
          <w:szCs w:val="28"/>
          <w:lang w:val="kk-KZ"/>
        </w:rPr>
      </w:pPr>
      <w:r w:rsidRPr="00B439DD">
        <w:rPr>
          <w:rFonts w:ascii="Times New Roman" w:hAnsi="Times New Roman" w:cs="Times New Roman"/>
          <w:position w:val="-18"/>
          <w:sz w:val="28"/>
          <w:szCs w:val="28"/>
        </w:rPr>
        <w:object w:dxaOrig="5600" w:dyaOrig="660" w14:anchorId="4D1EC185">
          <v:shape id="_x0000_i2121" type="#_x0000_t75" style="width:280.9pt;height:34pt" o:ole="">
            <v:imagedata r:id="rId2480" o:title=""/>
          </v:shape>
          <o:OLEObject Type="Embed" ProgID="Equation.DSMT4" ShapeID="_x0000_i2121" DrawAspect="Content" ObjectID="_1840332575" r:id="rId2481"/>
        </w:object>
      </w:r>
    </w:p>
    <w:p w14:paraId="67EE77BF" w14:textId="77777777" w:rsidR="00894A81" w:rsidRPr="00B439DD" w:rsidRDefault="00894A81" w:rsidP="00B439DD">
      <w:pPr>
        <w:spacing w:after="0" w:line="240" w:lineRule="auto"/>
        <w:jc w:val="both"/>
        <w:rPr>
          <w:rFonts w:ascii="Times New Roman" w:hAnsi="Times New Roman" w:cs="Times New Roman"/>
          <w:position w:val="-30"/>
          <w:sz w:val="28"/>
          <w:szCs w:val="28"/>
          <w:lang w:val="kk-KZ"/>
        </w:rPr>
      </w:pPr>
    </w:p>
    <w:p w14:paraId="4274BE57" w14:textId="65FB3B1C" w:rsidR="00894A81" w:rsidRPr="00B439DD" w:rsidRDefault="002417EA" w:rsidP="00B439DD">
      <w:pPr>
        <w:spacing w:after="0" w:line="240" w:lineRule="auto"/>
        <w:jc w:val="both"/>
        <w:rPr>
          <w:rFonts w:ascii="Times New Roman" w:hAnsi="Times New Roman" w:cs="Times New Roman"/>
          <w:sz w:val="28"/>
          <w:szCs w:val="28"/>
          <w:lang w:val="kk-KZ"/>
        </w:rPr>
      </w:pPr>
      <w:r w:rsidRPr="00B439DD">
        <w:rPr>
          <w:rFonts w:ascii="Times New Roman" w:hAnsi="Times New Roman" w:cs="Times New Roman"/>
          <w:sz w:val="28"/>
          <w:szCs w:val="28"/>
          <w:lang w:val="kk-KZ"/>
        </w:rPr>
        <w:t>қ</w:t>
      </w:r>
      <w:r w:rsidR="00894A81" w:rsidRPr="00B439DD">
        <w:rPr>
          <w:rFonts w:ascii="Times New Roman" w:hAnsi="Times New Roman" w:cs="Times New Roman"/>
          <w:sz w:val="28"/>
          <w:szCs w:val="28"/>
          <w:lang w:val="kk-KZ"/>
        </w:rPr>
        <w:t xml:space="preserve">осынды белгісіндегі штрих белгісі төмендегі циклдік үштік қосындыланатынын білдіреді. </w:t>
      </w:r>
    </w:p>
    <w:p w14:paraId="13B6F549" w14:textId="77777777" w:rsidR="00894A81" w:rsidRPr="007C53FF" w:rsidRDefault="00894A81" w:rsidP="00894A81">
      <w:pPr>
        <w:spacing w:after="0" w:line="240" w:lineRule="auto"/>
        <w:jc w:val="both"/>
        <w:rPr>
          <w:rFonts w:ascii="Times New Roman" w:hAnsi="Times New Roman" w:cs="Times New Roman"/>
          <w:sz w:val="28"/>
          <w:szCs w:val="28"/>
          <w:lang w:val="kk-KZ"/>
        </w:rPr>
      </w:pPr>
    </w:p>
    <w:p w14:paraId="6CECB7A6" w14:textId="77777777" w:rsidR="00894A81" w:rsidRPr="00B439DD" w:rsidRDefault="00894A81" w:rsidP="00B439DD">
      <w:pPr>
        <w:spacing w:after="0" w:line="240" w:lineRule="auto"/>
        <w:jc w:val="center"/>
        <w:rPr>
          <w:rFonts w:ascii="Times New Roman" w:hAnsi="Times New Roman" w:cs="Times New Roman"/>
          <w:position w:val="-12"/>
          <w:sz w:val="28"/>
          <w:szCs w:val="28"/>
          <w:lang w:val="kk-KZ"/>
        </w:rPr>
      </w:pPr>
      <w:r w:rsidRPr="00B439DD">
        <w:rPr>
          <w:rFonts w:ascii="Times New Roman" w:hAnsi="Times New Roman" w:cs="Times New Roman"/>
          <w:position w:val="-12"/>
          <w:sz w:val="28"/>
          <w:szCs w:val="28"/>
        </w:rPr>
        <w:object w:dxaOrig="3780" w:dyaOrig="360" w14:anchorId="2FF2F830">
          <v:shape id="_x0000_i2122" type="#_x0000_t75" style="width:189.9pt;height:18.2pt" o:ole="">
            <v:imagedata r:id="rId2482" o:title=""/>
          </v:shape>
          <o:OLEObject Type="Embed" ProgID="Equation.DSMT4" ShapeID="_x0000_i2122" DrawAspect="Content" ObjectID="_1840332576" r:id="rId2483"/>
        </w:object>
      </w:r>
    </w:p>
    <w:p w14:paraId="504E5C1B" w14:textId="77777777" w:rsidR="00894A81" w:rsidRPr="00B439DD" w:rsidRDefault="00894A81" w:rsidP="00B439DD">
      <w:pPr>
        <w:spacing w:after="0" w:line="240" w:lineRule="auto"/>
        <w:rPr>
          <w:rFonts w:ascii="Times New Roman" w:hAnsi="Times New Roman" w:cs="Times New Roman"/>
          <w:sz w:val="28"/>
          <w:szCs w:val="28"/>
          <w:lang w:val="kk-KZ"/>
        </w:rPr>
      </w:pPr>
    </w:p>
    <w:p w14:paraId="69305AF0" w14:textId="77777777" w:rsidR="00894A81" w:rsidRPr="00B439DD" w:rsidRDefault="00894A81" w:rsidP="00152387">
      <w:pPr>
        <w:spacing w:after="0" w:line="240" w:lineRule="auto"/>
        <w:ind w:firstLine="567"/>
        <w:jc w:val="both"/>
        <w:rPr>
          <w:rFonts w:ascii="Times New Roman" w:hAnsi="Times New Roman" w:cs="Times New Roman"/>
          <w:sz w:val="28"/>
          <w:szCs w:val="28"/>
          <w:lang w:val="kk-KZ"/>
        </w:rPr>
      </w:pPr>
      <w:r w:rsidRPr="00B439DD">
        <w:rPr>
          <w:rFonts w:ascii="Times New Roman" w:hAnsi="Times New Roman" w:cs="Times New Roman"/>
          <w:sz w:val="28"/>
          <w:szCs w:val="28"/>
          <w:lang w:val="kk-KZ"/>
        </w:rPr>
        <w:t xml:space="preserve">Егер қосымша </w:t>
      </w:r>
      <w:r w:rsidRPr="00B439DD">
        <w:rPr>
          <w:rFonts w:ascii="Times New Roman" w:hAnsi="Times New Roman" w:cs="Times New Roman"/>
          <w:position w:val="-6"/>
          <w:sz w:val="28"/>
          <w:szCs w:val="28"/>
        </w:rPr>
        <w:object w:dxaOrig="440" w:dyaOrig="300" w14:anchorId="1728205B">
          <v:shape id="_x0000_i2123" type="#_x0000_t75" style="width:20.55pt;height:15.8pt" o:ole="">
            <v:imagedata r:id="rId2484" o:title=""/>
          </v:shape>
          <o:OLEObject Type="Embed" ProgID="Equation.DSMT4" ShapeID="_x0000_i2123" DrawAspect="Content" ObjectID="_1840332577" r:id="rId2485"/>
        </w:object>
      </w:r>
      <w:r w:rsidRPr="00B439DD">
        <w:rPr>
          <w:rFonts w:ascii="Times New Roman" w:hAnsi="Times New Roman" w:cs="Times New Roman"/>
          <w:position w:val="-6"/>
          <w:sz w:val="28"/>
          <w:szCs w:val="28"/>
          <w:lang w:val="kk-KZ"/>
        </w:rPr>
        <w:t xml:space="preserve"> </w:t>
      </w:r>
      <w:r w:rsidRPr="00B439DD">
        <w:rPr>
          <w:rFonts w:ascii="Times New Roman" w:hAnsi="Times New Roman" w:cs="Times New Roman"/>
          <w:sz w:val="28"/>
          <w:szCs w:val="28"/>
          <w:lang w:val="kk-KZ"/>
        </w:rPr>
        <w:t xml:space="preserve">болса, онда </w:t>
      </w:r>
      <w:r w:rsidRPr="00B439DD">
        <w:rPr>
          <w:rFonts w:ascii="Times New Roman" w:hAnsi="Times New Roman" w:cs="Times New Roman"/>
          <w:position w:val="-12"/>
          <w:sz w:val="28"/>
          <w:szCs w:val="28"/>
        </w:rPr>
        <w:object w:dxaOrig="1640" w:dyaOrig="420" w14:anchorId="796E1181">
          <v:shape id="_x0000_i2124" type="#_x0000_t75" style="width:80.7pt;height:20.55pt" o:ole="">
            <v:imagedata r:id="rId2486" o:title=""/>
          </v:shape>
          <o:OLEObject Type="Embed" ProgID="Equation.DSMT4" ShapeID="_x0000_i2124" DrawAspect="Content" ObjectID="_1840332578" r:id="rId2487"/>
        </w:object>
      </w:r>
      <w:r w:rsidRPr="00B439DD">
        <w:rPr>
          <w:rFonts w:ascii="Times New Roman" w:hAnsi="Times New Roman" w:cs="Times New Roman"/>
          <w:sz w:val="28"/>
          <w:szCs w:val="28"/>
          <w:lang w:val="kk-KZ"/>
        </w:rPr>
        <w:t xml:space="preserve"> көпмүшелігімен тікелей тексеру көрсеткендей</w:t>
      </w:r>
    </w:p>
    <w:p w14:paraId="7F1D8EF0" w14:textId="77777777" w:rsidR="00894A81" w:rsidRPr="00B439DD" w:rsidRDefault="00894A81" w:rsidP="00B439DD">
      <w:pPr>
        <w:spacing w:after="0" w:line="240" w:lineRule="auto"/>
        <w:jc w:val="both"/>
        <w:rPr>
          <w:rFonts w:ascii="Times New Roman" w:hAnsi="Times New Roman" w:cs="Times New Roman"/>
          <w:sz w:val="28"/>
          <w:szCs w:val="28"/>
          <w:lang w:val="kk-KZ"/>
        </w:rPr>
      </w:pPr>
      <w:r w:rsidRPr="00B439DD">
        <w:rPr>
          <w:rFonts w:ascii="Times New Roman" w:hAnsi="Times New Roman" w:cs="Times New Roman"/>
          <w:sz w:val="28"/>
          <w:szCs w:val="28"/>
          <w:lang w:val="kk-KZ"/>
        </w:rPr>
        <w:t xml:space="preserve"> </w:t>
      </w:r>
    </w:p>
    <w:p w14:paraId="2C0180A7" w14:textId="77777777" w:rsidR="00894A81" w:rsidRPr="00B439DD" w:rsidRDefault="00894A81" w:rsidP="00B439DD">
      <w:pPr>
        <w:spacing w:after="0" w:line="240" w:lineRule="auto"/>
        <w:jc w:val="center"/>
        <w:rPr>
          <w:rFonts w:ascii="Times New Roman" w:hAnsi="Times New Roman" w:cs="Times New Roman"/>
          <w:position w:val="-18"/>
          <w:sz w:val="28"/>
          <w:szCs w:val="28"/>
          <w:lang w:val="kk-KZ"/>
        </w:rPr>
      </w:pPr>
      <w:r w:rsidRPr="00B439DD">
        <w:rPr>
          <w:rFonts w:ascii="Times New Roman" w:hAnsi="Times New Roman" w:cs="Times New Roman"/>
          <w:position w:val="-18"/>
          <w:sz w:val="28"/>
          <w:szCs w:val="28"/>
        </w:rPr>
        <w:object w:dxaOrig="6680" w:dyaOrig="660" w14:anchorId="0EA288E3">
          <v:shape id="_x0000_i2125" type="#_x0000_t75" style="width:333.9pt;height:34pt" o:ole="">
            <v:imagedata r:id="rId2488" o:title=""/>
          </v:shape>
          <o:OLEObject Type="Embed" ProgID="Equation.DSMT4" ShapeID="_x0000_i2125" DrawAspect="Content" ObjectID="_1840332579" r:id="rId2489"/>
        </w:object>
      </w:r>
    </w:p>
    <w:p w14:paraId="50B15D0F" w14:textId="77777777" w:rsidR="00894A81" w:rsidRPr="00B439DD" w:rsidRDefault="00894A81" w:rsidP="00B439DD">
      <w:pPr>
        <w:spacing w:after="0" w:line="240" w:lineRule="auto"/>
        <w:jc w:val="both"/>
        <w:rPr>
          <w:rFonts w:ascii="Times New Roman" w:hAnsi="Times New Roman" w:cs="Times New Roman"/>
          <w:position w:val="-16"/>
          <w:sz w:val="28"/>
          <w:szCs w:val="28"/>
          <w:lang w:val="kk-KZ"/>
        </w:rPr>
      </w:pPr>
    </w:p>
    <w:p w14:paraId="1B42E1EC" w14:textId="77777777" w:rsidR="00D61D54" w:rsidRDefault="00894A81" w:rsidP="00B439DD">
      <w:pPr>
        <w:spacing w:after="0" w:line="240" w:lineRule="auto"/>
        <w:jc w:val="both"/>
        <w:rPr>
          <w:rFonts w:ascii="Times New Roman" w:hAnsi="Times New Roman" w:cs="Times New Roman"/>
          <w:position w:val="-16"/>
          <w:sz w:val="28"/>
          <w:szCs w:val="28"/>
          <w:lang w:val="kk-KZ"/>
        </w:rPr>
      </w:pPr>
      <w:r w:rsidRPr="00B439DD">
        <w:rPr>
          <w:rFonts w:ascii="Times New Roman" w:hAnsi="Times New Roman" w:cs="Times New Roman"/>
          <w:position w:val="-16"/>
          <w:sz w:val="28"/>
          <w:szCs w:val="28"/>
          <w:lang w:val="kk-KZ"/>
        </w:rPr>
        <w:t>2.2-ші теоремаға сә</w:t>
      </w:r>
      <w:r w:rsidR="00D61D54">
        <w:rPr>
          <w:rFonts w:ascii="Times New Roman" w:hAnsi="Times New Roman" w:cs="Times New Roman"/>
          <w:position w:val="-16"/>
          <w:sz w:val="28"/>
          <w:szCs w:val="28"/>
          <w:lang w:val="kk-KZ"/>
        </w:rPr>
        <w:t>йкес есептің индексі нөлге тең.</w:t>
      </w:r>
    </w:p>
    <w:p w14:paraId="5FB045F9" w14:textId="6FE1E6DC" w:rsidR="00894A81" w:rsidRPr="00D61D54" w:rsidRDefault="00894A81" w:rsidP="00D61D54">
      <w:pPr>
        <w:spacing w:after="0" w:line="240" w:lineRule="auto"/>
        <w:ind w:firstLine="708"/>
        <w:jc w:val="both"/>
        <w:rPr>
          <w:rFonts w:ascii="Times New Roman" w:hAnsi="Times New Roman" w:cs="Times New Roman"/>
          <w:position w:val="-16"/>
          <w:sz w:val="28"/>
          <w:szCs w:val="28"/>
          <w:lang w:val="kk-KZ"/>
        </w:rPr>
      </w:pPr>
      <w:r w:rsidRPr="00B439DD">
        <w:rPr>
          <w:rFonts w:ascii="Times New Roman" w:hAnsi="Times New Roman" w:cs="Times New Roman"/>
          <w:position w:val="-12"/>
          <w:sz w:val="28"/>
          <w:szCs w:val="28"/>
        </w:rPr>
        <w:object w:dxaOrig="420" w:dyaOrig="360" w14:anchorId="0C6A2C3B">
          <v:shape id="_x0000_i2126" type="#_x0000_t75" style="width:20.55pt;height:18.2pt" o:ole="">
            <v:imagedata r:id="rId2490" o:title=""/>
          </v:shape>
          <o:OLEObject Type="Embed" ProgID="Equation.DSMT4" ShapeID="_x0000_i2126" DrawAspect="Content" ObjectID="_1840332580" r:id="rId2491"/>
        </w:object>
      </w:r>
      <w:r w:rsidRPr="00B439DD">
        <w:rPr>
          <w:rFonts w:ascii="Times New Roman" w:hAnsi="Times New Roman" w:cs="Times New Roman"/>
          <w:sz w:val="28"/>
          <w:szCs w:val="28"/>
          <w:lang w:val="kk-KZ"/>
        </w:rPr>
        <w:t xml:space="preserve"> жағдайында</w:t>
      </w:r>
      <w:r w:rsidRPr="00B439DD">
        <w:rPr>
          <w:rFonts w:ascii="Times New Roman" w:hAnsi="Times New Roman" w:cs="Times New Roman"/>
          <w:position w:val="-12"/>
          <w:sz w:val="28"/>
          <w:szCs w:val="28"/>
          <w:lang w:val="kk-KZ"/>
        </w:rPr>
        <w:t xml:space="preserve"> </w:t>
      </w:r>
      <w:r w:rsidRPr="00B439DD">
        <w:rPr>
          <w:rFonts w:ascii="Times New Roman" w:hAnsi="Times New Roman" w:cs="Times New Roman"/>
          <w:position w:val="-12"/>
          <w:sz w:val="28"/>
          <w:szCs w:val="28"/>
        </w:rPr>
        <w:object w:dxaOrig="1200" w:dyaOrig="380" w14:anchorId="602F9D03">
          <v:shape id="_x0000_i2127" type="#_x0000_t75" style="width:60.15pt;height:18.2pt" o:ole="">
            <v:imagedata r:id="rId2492" o:title=""/>
          </v:shape>
          <o:OLEObject Type="Embed" ProgID="Equation.DSMT4" ShapeID="_x0000_i2127" DrawAspect="Content" ObjectID="_1840332581" r:id="rId2493"/>
        </w:object>
      </w:r>
      <w:r w:rsidRPr="00B439DD">
        <w:rPr>
          <w:rFonts w:ascii="Times New Roman" w:hAnsi="Times New Roman" w:cs="Times New Roman"/>
          <w:sz w:val="28"/>
          <w:szCs w:val="28"/>
          <w:lang w:val="kk-KZ"/>
        </w:rPr>
        <w:t xml:space="preserve"> деп алсақ болады. Осы жағдайда</w:t>
      </w:r>
    </w:p>
    <w:p w14:paraId="087944D1" w14:textId="77777777" w:rsidR="00894A81" w:rsidRPr="00B439DD" w:rsidRDefault="00894A81" w:rsidP="00B439DD">
      <w:pPr>
        <w:spacing w:after="0" w:line="240" w:lineRule="auto"/>
        <w:rPr>
          <w:rFonts w:ascii="Times New Roman" w:hAnsi="Times New Roman" w:cs="Times New Roman"/>
          <w:position w:val="-12"/>
          <w:sz w:val="28"/>
          <w:szCs w:val="28"/>
          <w:lang w:val="kk-KZ"/>
        </w:rPr>
      </w:pPr>
    </w:p>
    <w:p w14:paraId="2F51B3DC" w14:textId="04256961" w:rsidR="00894A81" w:rsidRPr="00B439DD" w:rsidRDefault="00D61D54" w:rsidP="00B439DD">
      <w:pPr>
        <w:spacing w:after="0" w:line="240" w:lineRule="auto"/>
        <w:jc w:val="center"/>
        <w:rPr>
          <w:rFonts w:ascii="Times New Roman" w:hAnsi="Times New Roman" w:cs="Times New Roman"/>
          <w:position w:val="-16"/>
          <w:sz w:val="28"/>
          <w:szCs w:val="28"/>
          <w:lang w:val="kk-KZ"/>
        </w:rPr>
      </w:pPr>
      <w:r w:rsidRPr="00B439DD">
        <w:rPr>
          <w:rFonts w:ascii="Times New Roman" w:hAnsi="Times New Roman" w:cs="Times New Roman"/>
          <w:position w:val="-16"/>
          <w:sz w:val="28"/>
          <w:szCs w:val="28"/>
        </w:rPr>
        <w:object w:dxaOrig="7820" w:dyaOrig="460" w14:anchorId="1DA7642B">
          <v:shape id="_x0000_i2128" type="#_x0000_t75" style="width:422.5pt;height:20.55pt" o:ole="">
            <v:imagedata r:id="rId2494" o:title=""/>
          </v:shape>
          <o:OLEObject Type="Embed" ProgID="Equation.DSMT4" ShapeID="_x0000_i2128" DrawAspect="Content" ObjectID="_1840332582" r:id="rId2495"/>
        </w:object>
      </w:r>
    </w:p>
    <w:p w14:paraId="6C6DBFA8" w14:textId="77777777" w:rsidR="00894A81" w:rsidRPr="00B439DD" w:rsidRDefault="00894A81" w:rsidP="00B439DD">
      <w:pPr>
        <w:spacing w:after="0" w:line="240" w:lineRule="auto"/>
        <w:jc w:val="both"/>
        <w:rPr>
          <w:rFonts w:ascii="Times New Roman" w:hAnsi="Times New Roman" w:cs="Times New Roman"/>
          <w:sz w:val="28"/>
          <w:szCs w:val="28"/>
          <w:lang w:val="kk-KZ"/>
        </w:rPr>
      </w:pPr>
    </w:p>
    <w:p w14:paraId="495E8DD6" w14:textId="77777777" w:rsidR="00894A81" w:rsidRPr="00B439DD" w:rsidRDefault="00894A81" w:rsidP="00B439DD">
      <w:pPr>
        <w:spacing w:after="0" w:line="240" w:lineRule="auto"/>
        <w:jc w:val="both"/>
        <w:rPr>
          <w:rFonts w:ascii="Times New Roman" w:hAnsi="Times New Roman" w:cs="Times New Roman"/>
          <w:sz w:val="28"/>
          <w:szCs w:val="28"/>
          <w:lang w:val="kk-KZ"/>
        </w:rPr>
      </w:pPr>
      <w:r w:rsidRPr="00B439DD">
        <w:rPr>
          <w:rFonts w:ascii="Times New Roman" w:hAnsi="Times New Roman" w:cs="Times New Roman"/>
          <w:sz w:val="28"/>
          <w:szCs w:val="28"/>
          <w:lang w:val="kk-KZ"/>
        </w:rPr>
        <w:t xml:space="preserve">мұндағы </w:t>
      </w:r>
      <w:r w:rsidRPr="00B439DD">
        <w:rPr>
          <w:rFonts w:ascii="Times New Roman" w:hAnsi="Times New Roman" w:cs="Times New Roman"/>
          <w:position w:val="-14"/>
          <w:sz w:val="28"/>
          <w:szCs w:val="28"/>
        </w:rPr>
        <w:object w:dxaOrig="3460" w:dyaOrig="440" w14:anchorId="39BA8490">
          <v:shape id="_x0000_i2129" type="#_x0000_t75" style="width:174.05pt;height:20.55pt" o:ole="">
            <v:imagedata r:id="rId2496" o:title=""/>
          </v:shape>
          <o:OLEObject Type="Embed" ProgID="Equation.DSMT4" ShapeID="_x0000_i2129" DrawAspect="Content" ObjectID="_1840332583" r:id="rId2497"/>
        </w:object>
      </w:r>
      <w:r w:rsidRPr="00B439DD">
        <w:rPr>
          <w:rFonts w:ascii="Times New Roman" w:hAnsi="Times New Roman" w:cs="Times New Roman"/>
          <w:position w:val="-14"/>
          <w:sz w:val="28"/>
          <w:szCs w:val="28"/>
          <w:lang w:val="kk-KZ"/>
        </w:rPr>
        <w:t xml:space="preserve"> </w:t>
      </w:r>
      <w:r w:rsidRPr="00B439DD">
        <w:rPr>
          <w:rFonts w:ascii="Times New Roman" w:hAnsi="Times New Roman" w:cs="Times New Roman"/>
          <w:sz w:val="28"/>
          <w:szCs w:val="28"/>
          <w:lang w:val="kk-KZ"/>
        </w:rPr>
        <w:t>көпмүшелігімен</w:t>
      </w:r>
    </w:p>
    <w:p w14:paraId="4B7423AF" w14:textId="77777777" w:rsidR="00894A81" w:rsidRPr="00B439DD" w:rsidRDefault="00894A81" w:rsidP="00B439DD">
      <w:pPr>
        <w:spacing w:after="0" w:line="240" w:lineRule="auto"/>
        <w:jc w:val="both"/>
        <w:rPr>
          <w:rFonts w:ascii="Times New Roman" w:hAnsi="Times New Roman" w:cs="Times New Roman"/>
          <w:sz w:val="28"/>
          <w:szCs w:val="28"/>
          <w:lang w:val="kk-KZ"/>
        </w:rPr>
      </w:pPr>
    </w:p>
    <w:p w14:paraId="4189BB5A" w14:textId="77777777" w:rsidR="00894A81" w:rsidRPr="00B439DD" w:rsidRDefault="00894A81" w:rsidP="00B439DD">
      <w:pPr>
        <w:spacing w:after="0" w:line="240" w:lineRule="auto"/>
        <w:jc w:val="center"/>
        <w:rPr>
          <w:rFonts w:ascii="Times New Roman" w:hAnsi="Times New Roman" w:cs="Times New Roman"/>
          <w:position w:val="-36"/>
          <w:sz w:val="28"/>
          <w:szCs w:val="28"/>
          <w:lang w:val="kk-KZ"/>
        </w:rPr>
      </w:pPr>
      <w:r w:rsidRPr="00B439DD">
        <w:rPr>
          <w:rFonts w:ascii="Times New Roman" w:hAnsi="Times New Roman" w:cs="Times New Roman"/>
          <w:position w:val="-36"/>
          <w:sz w:val="28"/>
          <w:szCs w:val="28"/>
        </w:rPr>
        <w:object w:dxaOrig="4640" w:dyaOrig="859" w14:anchorId="437C51F8">
          <v:shape id="_x0000_i2130" type="#_x0000_t75" style="width:231.8pt;height:44.3pt" o:ole="">
            <v:imagedata r:id="rId2498" o:title=""/>
          </v:shape>
          <o:OLEObject Type="Embed" ProgID="Equation.DSMT4" ShapeID="_x0000_i2130" DrawAspect="Content" ObjectID="_1840332584" r:id="rId2499"/>
        </w:object>
      </w:r>
    </w:p>
    <w:p w14:paraId="5BE5502C" w14:textId="77777777" w:rsidR="00894A81" w:rsidRPr="00B439DD" w:rsidRDefault="00894A81" w:rsidP="00B439DD">
      <w:pPr>
        <w:spacing w:after="0" w:line="240" w:lineRule="auto"/>
        <w:jc w:val="both"/>
        <w:rPr>
          <w:rFonts w:ascii="Times New Roman" w:hAnsi="Times New Roman" w:cs="Times New Roman"/>
          <w:position w:val="-30"/>
          <w:sz w:val="28"/>
          <w:szCs w:val="28"/>
          <w:lang w:val="kk-KZ"/>
        </w:rPr>
      </w:pPr>
    </w:p>
    <w:p w14:paraId="07419815" w14:textId="77777777" w:rsidR="00894A81" w:rsidRPr="00B439DD" w:rsidRDefault="00894A81" w:rsidP="00B439DD">
      <w:pPr>
        <w:spacing w:after="0" w:line="240" w:lineRule="auto"/>
        <w:jc w:val="both"/>
        <w:rPr>
          <w:rFonts w:ascii="Times New Roman" w:hAnsi="Times New Roman" w:cs="Times New Roman"/>
          <w:sz w:val="28"/>
          <w:szCs w:val="28"/>
          <w:lang w:val="kk-KZ"/>
        </w:rPr>
      </w:pPr>
      <w:r w:rsidRPr="00B439DD">
        <w:rPr>
          <w:rFonts w:ascii="Times New Roman" w:hAnsi="Times New Roman" w:cs="Times New Roman"/>
          <w:position w:val="-6"/>
          <w:sz w:val="28"/>
          <w:szCs w:val="28"/>
        </w:rPr>
        <w:object w:dxaOrig="1100" w:dyaOrig="300" w14:anchorId="13615FC7">
          <v:shape id="_x0000_i2131" type="#_x0000_t75" style="width:56.2pt;height:15.8pt" o:ole="">
            <v:imagedata r:id="rId2500" o:title=""/>
          </v:shape>
          <o:OLEObject Type="Embed" ProgID="Equation.DSMT4" ShapeID="_x0000_i2131" DrawAspect="Content" ObjectID="_1840332585" r:id="rId2501"/>
        </w:object>
      </w:r>
      <w:r w:rsidRPr="00B439DD">
        <w:rPr>
          <w:rFonts w:ascii="Times New Roman" w:hAnsi="Times New Roman" w:cs="Times New Roman"/>
          <w:position w:val="-6"/>
          <w:sz w:val="28"/>
          <w:szCs w:val="28"/>
          <w:lang w:val="en-US"/>
        </w:rPr>
        <w:t xml:space="preserve"> </w:t>
      </w:r>
      <w:r w:rsidRPr="00B439DD">
        <w:rPr>
          <w:rFonts w:ascii="Times New Roman" w:hAnsi="Times New Roman" w:cs="Times New Roman"/>
          <w:sz w:val="28"/>
          <w:szCs w:val="28"/>
          <w:lang w:val="kk-KZ"/>
        </w:rPr>
        <w:t>дәрежесімен</w:t>
      </w:r>
      <w:r w:rsidRPr="00B439DD">
        <w:rPr>
          <w:rFonts w:ascii="Times New Roman" w:hAnsi="Times New Roman" w:cs="Times New Roman"/>
          <w:sz w:val="28"/>
          <w:szCs w:val="28"/>
          <w:lang w:val="en-US"/>
        </w:rPr>
        <w:t xml:space="preserve"> </w:t>
      </w:r>
      <w:r w:rsidRPr="00B439DD">
        <w:rPr>
          <w:rFonts w:ascii="Times New Roman" w:hAnsi="Times New Roman" w:cs="Times New Roman"/>
          <w:sz w:val="28"/>
          <w:szCs w:val="28"/>
        </w:rPr>
        <w:t>аны</w:t>
      </w:r>
      <w:r w:rsidRPr="00B439DD">
        <w:rPr>
          <w:rFonts w:ascii="Times New Roman" w:hAnsi="Times New Roman" w:cs="Times New Roman"/>
          <w:sz w:val="28"/>
          <w:szCs w:val="28"/>
          <w:lang w:val="kk-KZ"/>
        </w:rPr>
        <w:t>қ</w:t>
      </w:r>
      <w:r w:rsidRPr="00B439DD">
        <w:rPr>
          <w:rFonts w:ascii="Times New Roman" w:hAnsi="Times New Roman" w:cs="Times New Roman"/>
          <w:sz w:val="28"/>
          <w:szCs w:val="28"/>
        </w:rPr>
        <w:t>талады</w:t>
      </w:r>
      <w:r w:rsidRPr="00B439DD">
        <w:rPr>
          <w:rFonts w:ascii="Times New Roman" w:hAnsi="Times New Roman" w:cs="Times New Roman"/>
          <w:sz w:val="28"/>
          <w:szCs w:val="28"/>
          <w:lang w:val="kk-KZ"/>
        </w:rPr>
        <w:t>. Айқын түрде</w:t>
      </w:r>
    </w:p>
    <w:p w14:paraId="7A7406E9" w14:textId="77777777" w:rsidR="00894A81" w:rsidRPr="00B439DD" w:rsidRDefault="00894A81" w:rsidP="00B439DD">
      <w:pPr>
        <w:spacing w:after="0" w:line="240" w:lineRule="auto"/>
        <w:jc w:val="both"/>
        <w:rPr>
          <w:rFonts w:ascii="Times New Roman" w:hAnsi="Times New Roman" w:cs="Times New Roman"/>
          <w:sz w:val="28"/>
          <w:szCs w:val="28"/>
          <w:lang w:val="kk-KZ"/>
        </w:rPr>
      </w:pPr>
    </w:p>
    <w:p w14:paraId="503A1C11" w14:textId="77777777" w:rsidR="00894A81" w:rsidRPr="00B439DD" w:rsidRDefault="00894A81" w:rsidP="00B439DD">
      <w:pPr>
        <w:spacing w:after="0" w:line="240" w:lineRule="auto"/>
        <w:jc w:val="center"/>
        <w:rPr>
          <w:rFonts w:ascii="Times New Roman" w:hAnsi="Times New Roman" w:cs="Times New Roman"/>
          <w:position w:val="-30"/>
          <w:sz w:val="28"/>
          <w:szCs w:val="28"/>
        </w:rPr>
      </w:pPr>
      <w:r w:rsidRPr="00B439DD">
        <w:rPr>
          <w:rFonts w:ascii="Times New Roman" w:hAnsi="Times New Roman" w:cs="Times New Roman"/>
          <w:position w:val="-14"/>
          <w:sz w:val="28"/>
          <w:szCs w:val="28"/>
        </w:rPr>
        <w:object w:dxaOrig="4860" w:dyaOrig="440" w14:anchorId="19A4101D">
          <v:shape id="_x0000_i2132" type="#_x0000_t75" style="width:242.9pt;height:20.55pt" o:ole="">
            <v:imagedata r:id="rId2502" o:title=""/>
          </v:shape>
          <o:OLEObject Type="Embed" ProgID="Equation.DSMT4" ShapeID="_x0000_i2132" DrawAspect="Content" ObjectID="_1840332586" r:id="rId2503"/>
        </w:object>
      </w:r>
    </w:p>
    <w:p w14:paraId="6053A917" w14:textId="77777777" w:rsidR="00894A81" w:rsidRPr="00B439DD" w:rsidRDefault="00894A81" w:rsidP="00B439DD">
      <w:pPr>
        <w:spacing w:after="0" w:line="240" w:lineRule="auto"/>
        <w:jc w:val="center"/>
        <w:rPr>
          <w:rFonts w:ascii="Times New Roman" w:hAnsi="Times New Roman" w:cs="Times New Roman"/>
          <w:position w:val="-64"/>
          <w:sz w:val="28"/>
          <w:szCs w:val="28"/>
          <w:lang w:val="kk-KZ"/>
        </w:rPr>
      </w:pPr>
      <w:r w:rsidRPr="00B439DD">
        <w:rPr>
          <w:rFonts w:ascii="Times New Roman" w:hAnsi="Times New Roman" w:cs="Times New Roman"/>
          <w:position w:val="-14"/>
          <w:sz w:val="28"/>
          <w:szCs w:val="28"/>
        </w:rPr>
        <w:object w:dxaOrig="6120" w:dyaOrig="440" w14:anchorId="460AF290">
          <v:shape id="_x0000_i2133" type="#_x0000_t75" style="width:306.2pt;height:20.55pt" o:ole="">
            <v:imagedata r:id="rId2504" o:title=""/>
          </v:shape>
          <o:OLEObject Type="Embed" ProgID="Equation.DSMT4" ShapeID="_x0000_i2133" DrawAspect="Content" ObjectID="_1840332587" r:id="rId2505"/>
        </w:object>
      </w:r>
    </w:p>
    <w:p w14:paraId="048ACD4C" w14:textId="77777777" w:rsidR="00894A81" w:rsidRPr="00B439DD" w:rsidRDefault="00894A81" w:rsidP="00B439DD">
      <w:pPr>
        <w:spacing w:after="0" w:line="240" w:lineRule="auto"/>
        <w:jc w:val="center"/>
        <w:rPr>
          <w:rFonts w:ascii="Times New Roman" w:hAnsi="Times New Roman" w:cs="Times New Roman"/>
          <w:position w:val="-64"/>
          <w:sz w:val="28"/>
          <w:szCs w:val="28"/>
          <w:lang w:val="kk-KZ"/>
        </w:rPr>
      </w:pPr>
      <w:r w:rsidRPr="00B439DD">
        <w:rPr>
          <w:rFonts w:ascii="Times New Roman" w:hAnsi="Times New Roman" w:cs="Times New Roman"/>
          <w:position w:val="-14"/>
          <w:sz w:val="28"/>
          <w:szCs w:val="28"/>
        </w:rPr>
        <w:object w:dxaOrig="7620" w:dyaOrig="440" w14:anchorId="2D0869D6">
          <v:shape id="_x0000_i2134" type="#_x0000_t75" style="width:383.75pt;height:20.55pt" o:ole="">
            <v:imagedata r:id="rId2506" o:title=""/>
          </v:shape>
          <o:OLEObject Type="Embed" ProgID="Equation.DSMT4" ShapeID="_x0000_i2134" DrawAspect="Content" ObjectID="_1840332588" r:id="rId2507"/>
        </w:object>
      </w:r>
    </w:p>
    <w:p w14:paraId="5BF28C56" w14:textId="77777777" w:rsidR="00894A81" w:rsidRPr="00B439DD" w:rsidRDefault="00894A81" w:rsidP="00B439DD">
      <w:pPr>
        <w:spacing w:after="0" w:line="240" w:lineRule="auto"/>
        <w:jc w:val="center"/>
        <w:rPr>
          <w:rFonts w:ascii="Times New Roman" w:hAnsi="Times New Roman" w:cs="Times New Roman"/>
          <w:position w:val="-14"/>
          <w:sz w:val="28"/>
          <w:szCs w:val="28"/>
          <w:lang w:val="en-US"/>
        </w:rPr>
      </w:pPr>
      <w:r w:rsidRPr="00B439DD">
        <w:rPr>
          <w:rFonts w:ascii="Times New Roman" w:hAnsi="Times New Roman" w:cs="Times New Roman"/>
          <w:position w:val="-14"/>
          <w:sz w:val="28"/>
          <w:szCs w:val="28"/>
        </w:rPr>
        <w:object w:dxaOrig="5080" w:dyaOrig="440" w14:anchorId="36D10352">
          <v:shape id="_x0000_i2135" type="#_x0000_t75" style="width:254pt;height:20.55pt" o:ole="">
            <v:imagedata r:id="rId2508" o:title=""/>
          </v:shape>
          <o:OLEObject Type="Embed" ProgID="Equation.DSMT4" ShapeID="_x0000_i2135" DrawAspect="Content" ObjectID="_1840332589" r:id="rId2509"/>
        </w:object>
      </w:r>
    </w:p>
    <w:p w14:paraId="02FEB422" w14:textId="77777777" w:rsidR="00894A81" w:rsidRPr="00B439DD" w:rsidRDefault="00894A81" w:rsidP="00B439DD">
      <w:pPr>
        <w:spacing w:after="0" w:line="240" w:lineRule="auto"/>
        <w:rPr>
          <w:rFonts w:ascii="Times New Roman" w:hAnsi="Times New Roman" w:cs="Times New Roman"/>
          <w:position w:val="-30"/>
          <w:sz w:val="28"/>
          <w:szCs w:val="28"/>
          <w:lang w:val="en-US"/>
        </w:rPr>
      </w:pPr>
    </w:p>
    <w:p w14:paraId="00513D9E" w14:textId="3790CDEE" w:rsidR="00894A81" w:rsidRPr="00B439DD" w:rsidRDefault="00894A81" w:rsidP="00B439DD">
      <w:pPr>
        <w:spacing w:after="0" w:line="240" w:lineRule="auto"/>
        <w:jc w:val="both"/>
        <w:rPr>
          <w:rFonts w:ascii="Times New Roman" w:hAnsi="Times New Roman" w:cs="Times New Roman"/>
          <w:sz w:val="28"/>
          <w:szCs w:val="28"/>
          <w:lang w:val="en-US"/>
        </w:rPr>
      </w:pPr>
      <w:r w:rsidRPr="00B439DD">
        <w:rPr>
          <w:rFonts w:ascii="Times New Roman" w:hAnsi="Times New Roman" w:cs="Times New Roman"/>
          <w:position w:val="-6"/>
          <w:sz w:val="28"/>
          <w:szCs w:val="28"/>
        </w:rPr>
        <w:object w:dxaOrig="580" w:dyaOrig="300" w14:anchorId="0B792CB2">
          <v:shape id="_x0000_i2136" type="#_x0000_t75" style="width:28.5pt;height:15.8pt" o:ole="">
            <v:imagedata r:id="rId2510" o:title=""/>
          </v:shape>
          <o:OLEObject Type="Embed" ProgID="Equation.DSMT4" ShapeID="_x0000_i2136" DrawAspect="Content" ObjectID="_1840332590" r:id="rId2511"/>
        </w:object>
      </w:r>
      <w:r w:rsidR="00D61D54">
        <w:rPr>
          <w:rFonts w:ascii="Times New Roman" w:hAnsi="Times New Roman" w:cs="Times New Roman"/>
          <w:sz w:val="28"/>
          <w:szCs w:val="28"/>
          <w:lang w:val="kk-KZ"/>
        </w:rPr>
        <w:t xml:space="preserve"> сияқты  2.3-ші </w:t>
      </w:r>
      <w:r w:rsidRPr="00B439DD">
        <w:rPr>
          <w:rFonts w:ascii="Times New Roman" w:hAnsi="Times New Roman" w:cs="Times New Roman"/>
          <w:sz w:val="28"/>
          <w:szCs w:val="28"/>
          <w:lang w:val="kk-KZ"/>
        </w:rPr>
        <w:t xml:space="preserve">теорема бойынша </w:t>
      </w:r>
      <w:r w:rsidRPr="00B439DD">
        <w:rPr>
          <w:rFonts w:ascii="Times New Roman" w:hAnsi="Times New Roman" w:cs="Times New Roman"/>
          <w:position w:val="-12"/>
          <w:sz w:val="28"/>
          <w:szCs w:val="28"/>
        </w:rPr>
        <w:object w:dxaOrig="580" w:dyaOrig="360" w14:anchorId="42B45C37">
          <v:shape id="_x0000_i2137" type="#_x0000_t75" style="width:28.5pt;height:18.2pt" o:ole="">
            <v:imagedata r:id="rId2512" o:title=""/>
          </v:shape>
          <o:OLEObject Type="Embed" ProgID="Equation.DSMT4" ShapeID="_x0000_i2137" DrawAspect="Content" ObjectID="_1840332591" r:id="rId2513"/>
        </w:object>
      </w:r>
      <w:r w:rsidRPr="00B439DD">
        <w:rPr>
          <w:rFonts w:ascii="Times New Roman" w:hAnsi="Times New Roman" w:cs="Times New Roman"/>
          <w:sz w:val="28"/>
          <w:szCs w:val="28"/>
          <w:lang w:val="kk-KZ"/>
        </w:rPr>
        <w:t>функциясы үшін төмендегі өрнекті аламыз:</w:t>
      </w:r>
    </w:p>
    <w:p w14:paraId="47B591E5" w14:textId="77777777" w:rsidR="00894A81" w:rsidRPr="00B439DD" w:rsidRDefault="00894A81" w:rsidP="00B439DD">
      <w:pPr>
        <w:spacing w:after="0" w:line="240" w:lineRule="auto"/>
        <w:jc w:val="both"/>
        <w:rPr>
          <w:rFonts w:ascii="Times New Roman" w:hAnsi="Times New Roman" w:cs="Times New Roman"/>
          <w:sz w:val="28"/>
          <w:szCs w:val="28"/>
          <w:lang w:val="en-US"/>
        </w:rPr>
      </w:pPr>
    </w:p>
    <w:p w14:paraId="1BAAD135" w14:textId="77777777" w:rsidR="00894A81" w:rsidRPr="00B439DD" w:rsidRDefault="00894A81" w:rsidP="00B439DD">
      <w:pPr>
        <w:spacing w:after="0" w:line="240" w:lineRule="auto"/>
        <w:jc w:val="center"/>
        <w:rPr>
          <w:rFonts w:ascii="Times New Roman" w:hAnsi="Times New Roman" w:cs="Times New Roman"/>
          <w:position w:val="-34"/>
          <w:sz w:val="28"/>
          <w:szCs w:val="28"/>
          <w:lang w:val="en-US"/>
        </w:rPr>
      </w:pPr>
      <w:r w:rsidRPr="00B439DD">
        <w:rPr>
          <w:rFonts w:ascii="Times New Roman" w:hAnsi="Times New Roman" w:cs="Times New Roman"/>
          <w:position w:val="-34"/>
          <w:sz w:val="28"/>
          <w:szCs w:val="28"/>
        </w:rPr>
        <w:object w:dxaOrig="7580" w:dyaOrig="820" w14:anchorId="1C4282A0">
          <v:shape id="_x0000_i2138" type="#_x0000_t75" style="width:376.6pt;height:43.5pt" o:ole="">
            <v:imagedata r:id="rId2514" o:title=""/>
          </v:shape>
          <o:OLEObject Type="Embed" ProgID="Equation.DSMT4" ShapeID="_x0000_i2138" DrawAspect="Content" ObjectID="_1840332592" r:id="rId2515"/>
        </w:object>
      </w:r>
    </w:p>
    <w:p w14:paraId="0328B1BA" w14:textId="77777777" w:rsidR="00894A81" w:rsidRPr="00B439DD" w:rsidRDefault="00894A81" w:rsidP="00B439DD">
      <w:pPr>
        <w:spacing w:after="0" w:line="240" w:lineRule="auto"/>
        <w:jc w:val="both"/>
        <w:rPr>
          <w:rFonts w:ascii="Times New Roman" w:hAnsi="Times New Roman" w:cs="Times New Roman"/>
          <w:sz w:val="28"/>
          <w:szCs w:val="28"/>
          <w:lang w:val="en-US"/>
        </w:rPr>
      </w:pPr>
    </w:p>
    <w:p w14:paraId="153DA704" w14:textId="431790B6" w:rsidR="00894A81" w:rsidRPr="00293DA3" w:rsidRDefault="00894A81" w:rsidP="00D61D54">
      <w:pPr>
        <w:spacing w:after="0" w:line="240" w:lineRule="auto"/>
        <w:jc w:val="both"/>
        <w:rPr>
          <w:rFonts w:ascii="Times New Roman" w:hAnsi="Times New Roman" w:cs="Times New Roman"/>
          <w:sz w:val="28"/>
          <w:szCs w:val="28"/>
          <w:lang w:val="kk-KZ"/>
        </w:rPr>
      </w:pPr>
      <w:r w:rsidRPr="00B439DD">
        <w:rPr>
          <w:rFonts w:ascii="Times New Roman" w:hAnsi="Times New Roman" w:cs="Times New Roman"/>
          <w:sz w:val="28"/>
          <w:szCs w:val="28"/>
          <w:lang w:val="kk-KZ"/>
        </w:rPr>
        <w:t xml:space="preserve">мұндағы </w:t>
      </w:r>
      <w:r w:rsidRPr="00B439DD">
        <w:rPr>
          <w:rFonts w:ascii="Times New Roman" w:hAnsi="Times New Roman" w:cs="Times New Roman"/>
          <w:position w:val="-14"/>
          <w:sz w:val="28"/>
          <w:szCs w:val="28"/>
        </w:rPr>
        <w:object w:dxaOrig="840" w:dyaOrig="400" w14:anchorId="3E99E308">
          <v:shape id="_x0000_i2139" type="#_x0000_t75" style="width:43.5pt;height:18.2pt" o:ole="">
            <v:imagedata r:id="rId2516" o:title=""/>
          </v:shape>
          <o:OLEObject Type="Embed" ProgID="Equation.DSMT4" ShapeID="_x0000_i2139" DrawAspect="Content" ObjectID="_1840332593" r:id="rId2517"/>
        </w:object>
      </w:r>
      <w:r w:rsidRPr="00B439DD">
        <w:rPr>
          <w:rFonts w:ascii="Times New Roman" w:hAnsi="Times New Roman" w:cs="Times New Roman"/>
          <w:position w:val="-14"/>
          <w:sz w:val="28"/>
          <w:szCs w:val="28"/>
          <w:lang w:val="en-US"/>
        </w:rPr>
        <w:t xml:space="preserve"> </w:t>
      </w:r>
      <w:r w:rsidRPr="00B439DD">
        <w:rPr>
          <w:rFonts w:ascii="Times New Roman" w:hAnsi="Times New Roman" w:cs="Times New Roman"/>
          <w:sz w:val="28"/>
          <w:szCs w:val="28"/>
          <w:lang w:val="kk-KZ"/>
        </w:rPr>
        <w:t xml:space="preserve"> көпмүшесінің </w:t>
      </w:r>
      <w:r w:rsidRPr="00B439DD">
        <w:rPr>
          <w:rFonts w:ascii="Times New Roman" w:hAnsi="Times New Roman" w:cs="Times New Roman"/>
          <w:position w:val="-16"/>
          <w:sz w:val="28"/>
          <w:szCs w:val="28"/>
        </w:rPr>
        <w:object w:dxaOrig="300" w:dyaOrig="420" w14:anchorId="30A77882">
          <v:shape id="_x0000_i2140" type="#_x0000_t75" style="width:15.8pt;height:20.55pt" o:ole="">
            <v:imagedata r:id="rId2518" o:title=""/>
          </v:shape>
          <o:OLEObject Type="Embed" ProgID="Equation.DSMT4" ShapeID="_x0000_i2140" DrawAspect="Content" ObjectID="_1840332594" r:id="rId2519"/>
        </w:object>
      </w:r>
      <w:r w:rsidRPr="00B439DD">
        <w:rPr>
          <w:rFonts w:ascii="Times New Roman" w:hAnsi="Times New Roman" w:cs="Times New Roman"/>
          <w:sz w:val="28"/>
          <w:szCs w:val="28"/>
          <w:lang w:val="kk-KZ"/>
        </w:rPr>
        <w:t xml:space="preserve">түбірлері олардың еселіктерін ескере отырып алынған. </w:t>
      </w:r>
      <w:r w:rsidRPr="00B439DD">
        <w:rPr>
          <w:rFonts w:ascii="Times New Roman" w:hAnsi="Times New Roman" w:cs="Times New Roman"/>
          <w:position w:val="-20"/>
          <w:sz w:val="28"/>
          <w:szCs w:val="28"/>
        </w:rPr>
        <w:object w:dxaOrig="1420" w:dyaOrig="499" w14:anchorId="23C6DB76">
          <v:shape id="_x0000_i2141" type="#_x0000_t75" style="width:1in;height:25.3pt" o:ole="">
            <v:imagedata r:id="rId2520" o:title=""/>
          </v:shape>
          <o:OLEObject Type="Embed" ProgID="Equation.DSMT4" ShapeID="_x0000_i2141" DrawAspect="Content" ObjectID="_1840332595" r:id="rId2521"/>
        </w:object>
      </w:r>
      <w:r w:rsidRPr="00B439DD">
        <w:rPr>
          <w:rFonts w:ascii="Times New Roman" w:hAnsi="Times New Roman" w:cs="Times New Roman"/>
          <w:position w:val="-18"/>
          <w:sz w:val="28"/>
          <w:szCs w:val="28"/>
          <w:lang w:val="kk-KZ"/>
        </w:rPr>
        <w:t xml:space="preserve"> </w:t>
      </w:r>
      <w:r w:rsidRPr="00B439DD">
        <w:rPr>
          <w:rFonts w:ascii="Times New Roman" w:hAnsi="Times New Roman" w:cs="Times New Roman"/>
          <w:sz w:val="28"/>
          <w:szCs w:val="28"/>
          <w:lang w:val="kk-KZ"/>
        </w:rPr>
        <w:t xml:space="preserve">болғандықтан, онда 2.3-ші теоремаға сәйкес келесі қорытындыға келеміз. </w:t>
      </w:r>
    </w:p>
    <w:p w14:paraId="35AF383A" w14:textId="272149C3" w:rsidR="00894A81" w:rsidRPr="00B439DD" w:rsidRDefault="00894A81" w:rsidP="00D61D54">
      <w:pPr>
        <w:spacing w:after="0" w:line="240" w:lineRule="auto"/>
        <w:ind w:firstLine="708"/>
        <w:jc w:val="both"/>
        <w:rPr>
          <w:rFonts w:ascii="Times New Roman" w:hAnsi="Times New Roman" w:cs="Times New Roman"/>
          <w:sz w:val="28"/>
          <w:szCs w:val="28"/>
          <w:lang w:val="kk-KZ"/>
        </w:rPr>
      </w:pPr>
      <w:r w:rsidRPr="00B439DD">
        <w:rPr>
          <w:rFonts w:ascii="Times New Roman" w:hAnsi="Times New Roman" w:cs="Times New Roman"/>
          <w:b/>
          <w:bCs/>
          <w:sz w:val="28"/>
          <w:szCs w:val="28"/>
          <w:lang w:val="kk-KZ"/>
        </w:rPr>
        <w:t>Қорытынды 2.3.</w:t>
      </w:r>
      <w:r w:rsidRPr="00B439DD">
        <w:rPr>
          <w:rFonts w:ascii="Times New Roman" w:hAnsi="Times New Roman" w:cs="Times New Roman"/>
          <w:b/>
          <w:sz w:val="28"/>
          <w:szCs w:val="28"/>
          <w:lang w:val="kk-KZ"/>
        </w:rPr>
        <w:t xml:space="preserve"> </w:t>
      </w:r>
      <w:r w:rsidRPr="00B439DD">
        <w:rPr>
          <w:rFonts w:ascii="Times New Roman" w:hAnsi="Times New Roman" w:cs="Times New Roman"/>
          <w:position w:val="-12"/>
          <w:sz w:val="28"/>
          <w:szCs w:val="28"/>
        </w:rPr>
        <w:object w:dxaOrig="980" w:dyaOrig="360" w14:anchorId="1EDDF53E">
          <v:shape id="_x0000_i2142" type="#_x0000_t75" style="width:46.7pt;height:18.2pt" o:ole="">
            <v:imagedata r:id="rId2522" o:title=""/>
          </v:shape>
          <o:OLEObject Type="Embed" ProgID="Equation.DSMT4" ShapeID="_x0000_i2142" DrawAspect="Content" ObjectID="_1840332596" r:id="rId2523"/>
        </w:object>
      </w:r>
      <w:r w:rsidRPr="00B439DD">
        <w:rPr>
          <w:rFonts w:ascii="Times New Roman" w:hAnsi="Times New Roman" w:cs="Times New Roman"/>
          <w:sz w:val="28"/>
          <w:szCs w:val="28"/>
          <w:lang w:val="kk-KZ"/>
        </w:rPr>
        <w:t xml:space="preserve"> (2.27) есебінің фредгольмдігі </w:t>
      </w:r>
      <w:r w:rsidRPr="00B439DD">
        <w:rPr>
          <w:rFonts w:ascii="Times New Roman" w:hAnsi="Times New Roman" w:cs="Times New Roman"/>
          <w:position w:val="-4"/>
          <w:sz w:val="28"/>
          <w:szCs w:val="28"/>
        </w:rPr>
        <w:object w:dxaOrig="240" w:dyaOrig="279" w14:anchorId="441607EA">
          <v:shape id="_x0000_i2143" type="#_x0000_t75" style="width:11.85pt;height:15.8pt" o:ole="">
            <v:imagedata r:id="rId2524" o:title=""/>
          </v:shape>
          <o:OLEObject Type="Embed" ProgID="Equation.DSMT4" ShapeID="_x0000_i2143" DrawAspect="Content" ObjectID="_1840332597" r:id="rId2525"/>
        </w:object>
      </w:r>
      <w:r w:rsidRPr="00B439DD">
        <w:rPr>
          <w:rFonts w:ascii="Times New Roman" w:hAnsi="Times New Roman" w:cs="Times New Roman"/>
          <w:sz w:val="28"/>
          <w:szCs w:val="28"/>
          <w:lang w:val="kk-KZ"/>
        </w:rPr>
        <w:t xml:space="preserve">шеңберінде </w:t>
      </w:r>
      <w:r w:rsidRPr="00B439DD">
        <w:rPr>
          <w:rFonts w:ascii="Times New Roman" w:hAnsi="Times New Roman" w:cs="Times New Roman"/>
          <w:position w:val="-14"/>
          <w:sz w:val="28"/>
          <w:szCs w:val="28"/>
        </w:rPr>
        <w:object w:dxaOrig="440" w:dyaOrig="400" w14:anchorId="1C3A8549">
          <v:shape id="_x0000_i2144" type="#_x0000_t75" style="width:20.55pt;height:18.2pt" o:ole="">
            <v:imagedata r:id="rId2526" o:title=""/>
          </v:shape>
          <o:OLEObject Type="Embed" ProgID="Equation.DSMT4" ShapeID="_x0000_i2144" DrawAspect="Content" ObjectID="_1840332598" r:id="rId2527"/>
        </w:object>
      </w:r>
      <w:r w:rsidRPr="00B439DD">
        <w:rPr>
          <w:rFonts w:ascii="Times New Roman" w:hAnsi="Times New Roman" w:cs="Times New Roman"/>
          <w:sz w:val="28"/>
          <w:szCs w:val="28"/>
          <w:lang w:val="kk-KZ"/>
        </w:rPr>
        <w:t xml:space="preserve"> көпмүшесінің нақты тү</w:t>
      </w:r>
      <w:r w:rsidR="00D61D54">
        <w:rPr>
          <w:rFonts w:ascii="Times New Roman" w:hAnsi="Times New Roman" w:cs="Times New Roman"/>
          <w:sz w:val="28"/>
          <w:szCs w:val="28"/>
          <w:lang w:val="kk-KZ"/>
        </w:rPr>
        <w:t xml:space="preserve">білерінің жоқтығымен пара-пар. </w:t>
      </w:r>
      <w:r w:rsidRPr="00B439DD">
        <w:rPr>
          <w:rFonts w:ascii="Times New Roman" w:hAnsi="Times New Roman" w:cs="Times New Roman"/>
          <w:position w:val="-6"/>
          <w:sz w:val="28"/>
          <w:szCs w:val="28"/>
        </w:rPr>
        <w:object w:dxaOrig="1020" w:dyaOrig="300" w14:anchorId="0C17FCDE">
          <v:shape id="_x0000_i2145" type="#_x0000_t75" style="width:51.45pt;height:15.8pt" o:ole="">
            <v:imagedata r:id="rId2528" o:title=""/>
          </v:shape>
          <o:OLEObject Type="Embed" ProgID="Equation.DSMT4" ShapeID="_x0000_i2145" DrawAspect="Content" ObjectID="_1840332599" r:id="rId2529"/>
        </w:object>
      </w:r>
      <w:r w:rsidRPr="00B439DD">
        <w:rPr>
          <w:rFonts w:ascii="Times New Roman" w:hAnsi="Times New Roman" w:cs="Times New Roman"/>
          <w:sz w:val="28"/>
          <w:szCs w:val="28"/>
          <w:lang w:val="kk-KZ"/>
        </w:rPr>
        <w:t xml:space="preserve"> жағдайы үшін ғана ақырлы жауап аламыз. Ол үшін:</w:t>
      </w:r>
    </w:p>
    <w:p w14:paraId="1E0CC8B0" w14:textId="77777777" w:rsidR="00894A81" w:rsidRPr="00B439DD" w:rsidRDefault="00894A81" w:rsidP="00B439DD">
      <w:pPr>
        <w:spacing w:after="0" w:line="240" w:lineRule="auto"/>
        <w:jc w:val="both"/>
        <w:rPr>
          <w:rFonts w:ascii="Times New Roman" w:hAnsi="Times New Roman" w:cs="Times New Roman"/>
          <w:sz w:val="28"/>
          <w:szCs w:val="28"/>
          <w:lang w:val="kk-KZ"/>
        </w:rPr>
      </w:pPr>
    </w:p>
    <w:p w14:paraId="6B7BC394" w14:textId="77777777" w:rsidR="00894A81" w:rsidRPr="00B439DD" w:rsidRDefault="00894A81" w:rsidP="00B439DD">
      <w:pPr>
        <w:spacing w:after="0" w:line="240" w:lineRule="auto"/>
        <w:jc w:val="center"/>
        <w:rPr>
          <w:rFonts w:ascii="Times New Roman" w:hAnsi="Times New Roman" w:cs="Times New Roman"/>
          <w:position w:val="-14"/>
          <w:sz w:val="28"/>
          <w:szCs w:val="28"/>
          <w:lang w:val="kk-KZ"/>
        </w:rPr>
      </w:pPr>
      <w:r w:rsidRPr="00B439DD">
        <w:rPr>
          <w:rFonts w:ascii="Times New Roman" w:hAnsi="Times New Roman" w:cs="Times New Roman"/>
          <w:position w:val="-14"/>
          <w:sz w:val="28"/>
          <w:szCs w:val="28"/>
        </w:rPr>
        <w:object w:dxaOrig="3460" w:dyaOrig="440" w14:anchorId="0F4C7EBC">
          <v:shape id="_x0000_i2146" type="#_x0000_t75" style="width:174.05pt;height:20.55pt" o:ole="">
            <v:imagedata r:id="rId2530" o:title=""/>
          </v:shape>
          <o:OLEObject Type="Embed" ProgID="Equation.DSMT4" ShapeID="_x0000_i2146" DrawAspect="Content" ObjectID="_1840332600" r:id="rId2531"/>
        </w:object>
      </w:r>
    </w:p>
    <w:p w14:paraId="060AF516" w14:textId="77777777" w:rsidR="00894A81" w:rsidRPr="00B439DD" w:rsidRDefault="00894A81" w:rsidP="00B439DD">
      <w:pPr>
        <w:spacing w:after="0" w:line="240" w:lineRule="auto"/>
        <w:jc w:val="both"/>
        <w:rPr>
          <w:rFonts w:ascii="Times New Roman" w:hAnsi="Times New Roman" w:cs="Times New Roman"/>
          <w:position w:val="-14"/>
          <w:sz w:val="28"/>
          <w:szCs w:val="28"/>
          <w:lang w:val="kk-KZ"/>
        </w:rPr>
      </w:pPr>
    </w:p>
    <w:p w14:paraId="6D690B41" w14:textId="77777777" w:rsidR="00894A81" w:rsidRPr="00293DA3" w:rsidRDefault="00894A81" w:rsidP="00B439DD">
      <w:pPr>
        <w:spacing w:after="0" w:line="240" w:lineRule="auto"/>
        <w:jc w:val="both"/>
        <w:rPr>
          <w:rFonts w:ascii="Times New Roman" w:hAnsi="Times New Roman" w:cs="Times New Roman"/>
          <w:sz w:val="28"/>
          <w:szCs w:val="28"/>
          <w:lang w:val="kk-KZ"/>
        </w:rPr>
      </w:pPr>
      <w:r w:rsidRPr="00293DA3">
        <w:rPr>
          <w:rFonts w:ascii="Times New Roman" w:hAnsi="Times New Roman" w:cs="Times New Roman"/>
          <w:position w:val="-6"/>
          <w:sz w:val="28"/>
          <w:szCs w:val="28"/>
        </w:rPr>
        <w:object w:dxaOrig="580" w:dyaOrig="300" w14:anchorId="04A69A9D">
          <v:shape id="_x0000_i2147" type="#_x0000_t75" style="width:28.5pt;height:15.8pt" o:ole="">
            <v:imagedata r:id="rId2532" o:title=""/>
          </v:shape>
          <o:OLEObject Type="Embed" ProgID="Equation.DSMT4" ShapeID="_x0000_i2147" DrawAspect="Content" ObjectID="_1840332601" r:id="rId2533"/>
        </w:object>
      </w:r>
      <w:r w:rsidRPr="00293DA3">
        <w:rPr>
          <w:rFonts w:ascii="Times New Roman" w:hAnsi="Times New Roman" w:cs="Times New Roman"/>
          <w:position w:val="-6"/>
          <w:sz w:val="28"/>
          <w:szCs w:val="28"/>
          <w:lang w:val="kk-KZ"/>
        </w:rPr>
        <w:t xml:space="preserve"> </w:t>
      </w:r>
      <w:r w:rsidRPr="00293DA3">
        <w:rPr>
          <w:rFonts w:ascii="Times New Roman" w:hAnsi="Times New Roman" w:cs="Times New Roman"/>
          <w:sz w:val="28"/>
          <w:szCs w:val="28"/>
          <w:lang w:val="kk-KZ"/>
        </w:rPr>
        <w:t xml:space="preserve">үшін төртінші дәрежелі теңдеуде көрсетілгендей мұндағы бірінші көбейткіштің </w:t>
      </w:r>
      <w:r w:rsidRPr="00293DA3">
        <w:rPr>
          <w:rFonts w:ascii="Times New Roman" w:hAnsi="Times New Roman" w:cs="Times New Roman"/>
          <w:position w:val="-4"/>
          <w:sz w:val="28"/>
          <w:szCs w:val="28"/>
        </w:rPr>
        <w:object w:dxaOrig="260" w:dyaOrig="360" w14:anchorId="068621E0">
          <v:shape id="_x0000_i2148" type="#_x0000_t75" style="width:11.85pt;height:18.2pt" o:ole="">
            <v:imagedata r:id="rId2534" o:title=""/>
          </v:shape>
          <o:OLEObject Type="Embed" ProgID="Equation.DSMT4" ShapeID="_x0000_i2148" DrawAspect="Content" ObjectID="_1840332602" r:id="rId2535"/>
        </w:object>
      </w:r>
      <w:r w:rsidRPr="00293DA3">
        <w:rPr>
          <w:rFonts w:ascii="Times New Roman" w:hAnsi="Times New Roman" w:cs="Times New Roman"/>
          <w:position w:val="-14"/>
          <w:sz w:val="28"/>
          <w:szCs w:val="28"/>
          <w:lang w:val="kk-KZ"/>
        </w:rPr>
        <w:t xml:space="preserve"> </w:t>
      </w:r>
      <w:r w:rsidRPr="00293DA3">
        <w:rPr>
          <w:rFonts w:ascii="Times New Roman" w:hAnsi="Times New Roman" w:cs="Times New Roman"/>
          <w:sz w:val="28"/>
          <w:szCs w:val="28"/>
          <w:lang w:val="kk-KZ"/>
        </w:rPr>
        <w:t xml:space="preserve">тұйық шеңберінде нөлдері жоқ болады. </w:t>
      </w:r>
      <w:r w:rsidRPr="00293DA3">
        <w:rPr>
          <w:rFonts w:ascii="Times New Roman" w:hAnsi="Times New Roman" w:cs="Times New Roman"/>
          <w:position w:val="-12"/>
          <w:sz w:val="28"/>
          <w:szCs w:val="28"/>
        </w:rPr>
        <w:object w:dxaOrig="980" w:dyaOrig="360" w14:anchorId="62CE41A0">
          <v:shape id="_x0000_i2149" type="#_x0000_t75" style="width:46.7pt;height:18.2pt" o:ole="">
            <v:imagedata r:id="rId2536" o:title=""/>
          </v:shape>
          <o:OLEObject Type="Embed" ProgID="Equation.DSMT4" ShapeID="_x0000_i2149" DrawAspect="Content" ObjectID="_1840332603" r:id="rId2537"/>
        </w:object>
      </w:r>
      <w:r w:rsidRPr="00293DA3">
        <w:rPr>
          <w:rFonts w:ascii="Times New Roman" w:hAnsi="Times New Roman" w:cs="Times New Roman"/>
          <w:position w:val="-14"/>
          <w:sz w:val="28"/>
          <w:szCs w:val="28"/>
        </w:rPr>
        <w:object w:dxaOrig="999" w:dyaOrig="400" w14:anchorId="1DB87A42">
          <v:shape id="_x0000_i2150" type="#_x0000_t75" style="width:49.05pt;height:18.2pt" o:ole="">
            <v:imagedata r:id="rId2538" o:title=""/>
          </v:shape>
          <o:OLEObject Type="Embed" ProgID="Equation.DSMT4" ShapeID="_x0000_i2150" DrawAspect="Content" ObjectID="_1840332604" r:id="rId2539"/>
        </w:object>
      </w:r>
      <w:r w:rsidRPr="00293DA3">
        <w:rPr>
          <w:rFonts w:ascii="Times New Roman" w:hAnsi="Times New Roman" w:cs="Times New Roman"/>
          <w:sz w:val="28"/>
          <w:szCs w:val="28"/>
          <w:lang w:val="kk-KZ"/>
        </w:rPr>
        <w:t>есебі фредгольмдік және оның индексі нөлге тең.</w:t>
      </w:r>
    </w:p>
    <w:p w14:paraId="71E1BAA4" w14:textId="65FBFA08" w:rsidR="00894A81" w:rsidRPr="00293DA3" w:rsidRDefault="00894A81" w:rsidP="00152387">
      <w:pPr>
        <w:spacing w:after="0" w:line="240" w:lineRule="auto"/>
        <w:ind w:firstLine="567"/>
        <w:jc w:val="both"/>
        <w:rPr>
          <w:rFonts w:ascii="Times New Roman" w:hAnsi="Times New Roman" w:cs="Times New Roman"/>
          <w:sz w:val="28"/>
          <w:szCs w:val="28"/>
          <w:lang w:val="kk-KZ"/>
        </w:rPr>
      </w:pPr>
      <w:r w:rsidRPr="00293DA3">
        <w:rPr>
          <w:rFonts w:ascii="Times New Roman" w:hAnsi="Times New Roman" w:cs="Times New Roman"/>
          <w:sz w:val="28"/>
          <w:szCs w:val="28"/>
          <w:lang w:val="kk-KZ"/>
        </w:rPr>
        <w:t>Жалпы э</w:t>
      </w:r>
      <w:r w:rsidR="00017141" w:rsidRPr="00293DA3">
        <w:rPr>
          <w:rFonts w:ascii="Times New Roman" w:hAnsi="Times New Roman" w:cs="Times New Roman"/>
          <w:sz w:val="28"/>
          <w:szCs w:val="28"/>
          <w:lang w:val="kk-KZ"/>
        </w:rPr>
        <w:t>ллипcтік теорияның негізінде [39</w:t>
      </w:r>
      <w:r w:rsidRPr="00293DA3">
        <w:rPr>
          <w:rFonts w:ascii="Times New Roman" w:hAnsi="Times New Roman" w:cs="Times New Roman"/>
          <w:sz w:val="28"/>
          <w:szCs w:val="28"/>
          <w:lang w:val="kk-KZ"/>
        </w:rPr>
        <w:t xml:space="preserve">]-гі  </w:t>
      </w:r>
      <w:r w:rsidRPr="00293DA3">
        <w:rPr>
          <w:rFonts w:ascii="Times New Roman" w:hAnsi="Times New Roman" w:cs="Times New Roman"/>
          <w:color w:val="1B1C1D"/>
          <w:sz w:val="28"/>
          <w:szCs w:val="28"/>
          <w:lang w:val="kk-KZ"/>
        </w:rPr>
        <w:t>(</w:t>
      </w:r>
      <w:r w:rsidR="008B1043" w:rsidRPr="00293DA3">
        <w:rPr>
          <w:rFonts w:ascii="Times New Roman" w:hAnsi="Times New Roman" w:cs="Times New Roman"/>
          <w:color w:val="1B1C1D"/>
          <w:sz w:val="28"/>
          <w:szCs w:val="28"/>
          <w:lang w:val="kk-KZ"/>
        </w:rPr>
        <w:t>2.</w:t>
      </w:r>
      <w:r w:rsidRPr="00293DA3">
        <w:rPr>
          <w:rFonts w:ascii="Times New Roman" w:hAnsi="Times New Roman" w:cs="Times New Roman"/>
          <w:color w:val="1B1C1D"/>
          <w:sz w:val="28"/>
          <w:szCs w:val="28"/>
          <w:lang w:val="kk-KZ"/>
        </w:rPr>
        <w:t>1), (</w:t>
      </w:r>
      <w:r w:rsidR="008B1043" w:rsidRPr="00293DA3">
        <w:rPr>
          <w:rFonts w:ascii="Times New Roman" w:hAnsi="Times New Roman" w:cs="Times New Roman"/>
          <w:color w:val="1B1C1D"/>
          <w:sz w:val="28"/>
          <w:szCs w:val="28"/>
          <w:lang w:val="kk-KZ"/>
        </w:rPr>
        <w:t>2.</w:t>
      </w:r>
      <w:r w:rsidRPr="00293DA3">
        <w:rPr>
          <w:rFonts w:ascii="Times New Roman" w:hAnsi="Times New Roman" w:cs="Times New Roman"/>
          <w:color w:val="1B1C1D"/>
          <w:sz w:val="28"/>
          <w:szCs w:val="28"/>
          <w:lang w:val="kk-KZ"/>
        </w:rPr>
        <w:t xml:space="preserve">2) есебі </w:t>
      </w:r>
      <w:r w:rsidRPr="00293DA3">
        <w:rPr>
          <w:rFonts w:ascii="Times New Roman" w:hAnsi="Times New Roman" w:cs="Times New Roman"/>
          <w:position w:val="-12"/>
          <w:sz w:val="28"/>
          <w:szCs w:val="28"/>
        </w:rPr>
        <w:object w:dxaOrig="1120" w:dyaOrig="440" w14:anchorId="4936F55E">
          <v:shape id="_x0000_i2151" type="#_x0000_t75" style="width:56.2pt;height:20.55pt" o:ole="">
            <v:imagedata r:id="rId2540" o:title=""/>
          </v:shape>
          <o:OLEObject Type="Embed" ProgID="Equation.DSMT4" ShapeID="_x0000_i2151" DrawAspect="Content" ObjectID="_1840332605" r:id="rId2541"/>
        </w:object>
      </w:r>
      <w:r w:rsidRPr="00293DA3">
        <w:rPr>
          <w:rFonts w:ascii="Times New Roman" w:hAnsi="Times New Roman" w:cs="Times New Roman"/>
          <w:color w:val="1B1C1D"/>
          <w:sz w:val="28"/>
          <w:szCs w:val="28"/>
          <w:lang w:val="kk-KZ"/>
        </w:rPr>
        <w:t xml:space="preserve">кеңістігінде фредгольмді шешімді сонда тек сонда ғана, егер  де оны шеттік шарты қосалқы  шартты (немесе Шапиро-Лопатинский шартын) қанағаттандырса. Мұндай жағдайда </w:t>
      </w:r>
      <w:r w:rsidR="003B05BF" w:rsidRPr="00293DA3">
        <w:rPr>
          <w:rFonts w:ascii="Times New Roman" w:hAnsi="Times New Roman" w:cs="Times New Roman"/>
          <w:sz w:val="28"/>
          <w:szCs w:val="28"/>
          <w:lang w:val="kk-KZ"/>
        </w:rPr>
        <w:t>[</w:t>
      </w:r>
      <w:r w:rsidR="00017141" w:rsidRPr="00293DA3">
        <w:rPr>
          <w:rFonts w:ascii="Times New Roman" w:hAnsi="Times New Roman" w:cs="Times New Roman"/>
          <w:sz w:val="28"/>
          <w:szCs w:val="28"/>
          <w:lang w:val="kk-KZ"/>
        </w:rPr>
        <w:t>40]</w:t>
      </w:r>
      <w:r w:rsidRPr="00293DA3">
        <w:rPr>
          <w:rFonts w:ascii="Times New Roman" w:hAnsi="Times New Roman" w:cs="Times New Roman"/>
          <w:sz w:val="28"/>
          <w:szCs w:val="28"/>
          <w:lang w:val="kk-KZ"/>
        </w:rPr>
        <w:t xml:space="preserve"> мақалаға сүйеніп (2</w:t>
      </w:r>
      <w:r w:rsidR="001B02E6" w:rsidRPr="00293DA3">
        <w:rPr>
          <w:rFonts w:ascii="Times New Roman" w:hAnsi="Times New Roman" w:cs="Times New Roman"/>
          <w:sz w:val="28"/>
          <w:szCs w:val="28"/>
          <w:lang w:val="kk-KZ"/>
        </w:rPr>
        <w:t>.1</w:t>
      </w:r>
      <w:r w:rsidRPr="00293DA3">
        <w:rPr>
          <w:rFonts w:ascii="Times New Roman" w:hAnsi="Times New Roman" w:cs="Times New Roman"/>
          <w:sz w:val="28"/>
          <w:szCs w:val="28"/>
          <w:lang w:val="kk-KZ"/>
        </w:rPr>
        <w:t xml:space="preserve">) шеттік шарт </w:t>
      </w:r>
    </w:p>
    <w:p w14:paraId="7BC2137F" w14:textId="77777777" w:rsidR="00626857" w:rsidRPr="00293DA3" w:rsidRDefault="00626857" w:rsidP="00B439DD">
      <w:pPr>
        <w:spacing w:after="0" w:line="240" w:lineRule="auto"/>
        <w:ind w:firstLine="708"/>
        <w:jc w:val="both"/>
        <w:rPr>
          <w:rFonts w:ascii="Times New Roman" w:hAnsi="Times New Roman" w:cs="Times New Roman"/>
          <w:sz w:val="28"/>
          <w:szCs w:val="28"/>
          <w:lang w:val="kk-KZ"/>
        </w:rPr>
      </w:pPr>
    </w:p>
    <w:p w14:paraId="5F72DAF5" w14:textId="77777777" w:rsidR="00894A81" w:rsidRPr="00293DA3" w:rsidRDefault="00894A81" w:rsidP="00B439DD">
      <w:pPr>
        <w:spacing w:after="0" w:line="240" w:lineRule="auto"/>
        <w:jc w:val="center"/>
        <w:rPr>
          <w:rFonts w:ascii="Times New Roman" w:hAnsi="Times New Roman" w:cs="Times New Roman"/>
          <w:position w:val="-34"/>
          <w:sz w:val="28"/>
          <w:szCs w:val="28"/>
          <w:lang w:val="kk-KZ"/>
        </w:rPr>
      </w:pPr>
      <w:r w:rsidRPr="00293DA3">
        <w:rPr>
          <w:rFonts w:ascii="Times New Roman" w:hAnsi="Times New Roman" w:cs="Times New Roman"/>
          <w:position w:val="-34"/>
          <w:sz w:val="28"/>
          <w:szCs w:val="28"/>
        </w:rPr>
        <w:object w:dxaOrig="2180" w:dyaOrig="820" w14:anchorId="5C6FE440">
          <v:shape id="_x0000_i2152" type="#_x0000_t75" style="width:111.55pt;height:43.5pt" o:ole="">
            <v:imagedata r:id="rId2542" o:title=""/>
          </v:shape>
          <o:OLEObject Type="Embed" ProgID="Equation.DSMT4" ShapeID="_x0000_i2152" DrawAspect="Content" ObjectID="_1840332606" r:id="rId2543"/>
        </w:object>
      </w:r>
    </w:p>
    <w:p w14:paraId="5446D187" w14:textId="77777777" w:rsidR="00626857" w:rsidRPr="00293DA3" w:rsidRDefault="00626857" w:rsidP="00B439DD">
      <w:pPr>
        <w:spacing w:after="0" w:line="240" w:lineRule="auto"/>
        <w:rPr>
          <w:rFonts w:ascii="Times New Roman" w:hAnsi="Times New Roman" w:cs="Times New Roman"/>
          <w:sz w:val="28"/>
          <w:szCs w:val="28"/>
          <w:lang w:val="kk-KZ"/>
        </w:rPr>
      </w:pPr>
    </w:p>
    <w:p w14:paraId="3BE110CB" w14:textId="0DD3FF25" w:rsidR="00894A81" w:rsidRPr="00293DA3" w:rsidRDefault="00894A81" w:rsidP="00D61D54">
      <w:pPr>
        <w:spacing w:after="0" w:line="240" w:lineRule="auto"/>
        <w:jc w:val="both"/>
        <w:rPr>
          <w:rFonts w:ascii="Times New Roman" w:hAnsi="Times New Roman" w:cs="Times New Roman"/>
          <w:color w:val="1B1C1D"/>
          <w:sz w:val="28"/>
          <w:szCs w:val="28"/>
          <w:lang w:val="kk-KZ"/>
        </w:rPr>
      </w:pPr>
      <w:r w:rsidRPr="00293DA3">
        <w:rPr>
          <w:rFonts w:ascii="Times New Roman" w:hAnsi="Times New Roman" w:cs="Times New Roman"/>
          <w:color w:val="1B1C1D"/>
          <w:sz w:val="28"/>
          <w:szCs w:val="28"/>
          <w:lang w:val="kk-KZ"/>
        </w:rPr>
        <w:t>д</w:t>
      </w:r>
      <w:r w:rsidRPr="00293DA3">
        <w:rPr>
          <w:rFonts w:ascii="Times New Roman" w:hAnsi="Times New Roman" w:cs="Times New Roman"/>
          <w:color w:val="1B1C1D"/>
          <w:sz w:val="28"/>
          <w:szCs w:val="28"/>
        </w:rPr>
        <w:t>ифф</w:t>
      </w:r>
      <w:r w:rsidRPr="00293DA3">
        <w:rPr>
          <w:rFonts w:ascii="Times New Roman" w:hAnsi="Times New Roman" w:cs="Times New Roman"/>
          <w:color w:val="1B1C1D"/>
          <w:sz w:val="28"/>
          <w:szCs w:val="28"/>
          <w:lang w:val="kk-KZ"/>
        </w:rPr>
        <w:t>е</w:t>
      </w:r>
      <w:r w:rsidRPr="00293DA3">
        <w:rPr>
          <w:rFonts w:ascii="Times New Roman" w:hAnsi="Times New Roman" w:cs="Times New Roman"/>
          <w:color w:val="1B1C1D"/>
          <w:sz w:val="28"/>
          <w:szCs w:val="28"/>
        </w:rPr>
        <w:t>ренциалды</w:t>
      </w:r>
      <w:r w:rsidRPr="00293DA3">
        <w:rPr>
          <w:rFonts w:ascii="Times New Roman" w:hAnsi="Times New Roman" w:cs="Times New Roman"/>
          <w:color w:val="1B1C1D"/>
          <w:sz w:val="28"/>
          <w:szCs w:val="28"/>
          <w:lang w:val="kk-KZ"/>
        </w:rPr>
        <w:t xml:space="preserve">қ </w:t>
      </w:r>
      <w:r w:rsidRPr="00293DA3">
        <w:rPr>
          <w:rFonts w:ascii="Times New Roman" w:hAnsi="Times New Roman" w:cs="Times New Roman"/>
          <w:color w:val="1B1C1D"/>
          <w:sz w:val="28"/>
          <w:szCs w:val="28"/>
        </w:rPr>
        <w:t xml:space="preserve">операторын </w:t>
      </w:r>
      <w:r w:rsidRPr="00293DA3">
        <w:rPr>
          <w:rFonts w:ascii="Times New Roman" w:hAnsi="Times New Roman" w:cs="Times New Roman"/>
          <w:color w:val="000000" w:themeColor="text1"/>
          <w:sz w:val="28"/>
          <w:szCs w:val="28"/>
        </w:rPr>
        <w:t>б</w:t>
      </w:r>
      <w:r w:rsidRPr="00293DA3">
        <w:rPr>
          <w:rFonts w:ascii="Times New Roman" w:hAnsi="Times New Roman" w:cs="Times New Roman"/>
          <w:color w:val="000000" w:themeColor="text1"/>
          <w:sz w:val="28"/>
          <w:szCs w:val="28"/>
          <w:lang w:val="kk-KZ"/>
        </w:rPr>
        <w:t>ү</w:t>
      </w:r>
      <w:r w:rsidRPr="00293DA3">
        <w:rPr>
          <w:rFonts w:ascii="Times New Roman" w:hAnsi="Times New Roman" w:cs="Times New Roman"/>
          <w:color w:val="000000" w:themeColor="text1"/>
          <w:sz w:val="28"/>
          <w:szCs w:val="28"/>
        </w:rPr>
        <w:t>ркид</w:t>
      </w:r>
      <w:r w:rsidRPr="00293DA3">
        <w:rPr>
          <w:rFonts w:ascii="Times New Roman" w:hAnsi="Times New Roman" w:cs="Times New Roman"/>
          <w:color w:val="000000" w:themeColor="text1"/>
          <w:sz w:val="28"/>
          <w:szCs w:val="28"/>
          <w:lang w:val="kk-KZ"/>
        </w:rPr>
        <w:t>і</w:t>
      </w:r>
      <w:r w:rsidRPr="00293DA3">
        <w:rPr>
          <w:rFonts w:ascii="Times New Roman" w:hAnsi="Times New Roman" w:cs="Times New Roman"/>
          <w:color w:val="1B1C1D"/>
          <w:sz w:val="28"/>
          <w:szCs w:val="28"/>
          <w:lang w:val="kk-KZ"/>
        </w:rPr>
        <w:t xml:space="preserve"> деп айтамыз. Бұл диффренциалдық оператор (</w:t>
      </w:r>
      <w:r w:rsidR="001B02E6" w:rsidRPr="00293DA3">
        <w:rPr>
          <w:rFonts w:ascii="Times New Roman" w:hAnsi="Times New Roman" w:cs="Times New Roman"/>
          <w:color w:val="1B1C1D"/>
          <w:sz w:val="28"/>
          <w:szCs w:val="28"/>
          <w:lang w:val="kk-KZ"/>
        </w:rPr>
        <w:t>2.</w:t>
      </w:r>
      <w:r w:rsidRPr="00293DA3">
        <w:rPr>
          <w:rFonts w:ascii="Times New Roman" w:hAnsi="Times New Roman" w:cs="Times New Roman"/>
          <w:color w:val="1B1C1D"/>
          <w:sz w:val="28"/>
          <w:szCs w:val="28"/>
          <w:lang w:val="kk-KZ"/>
        </w:rPr>
        <w:t>1) теңдеудің басты бөлігі. Аталған шарт келесіден тұрады:</w:t>
      </w:r>
      <w:r w:rsidRPr="00293DA3">
        <w:rPr>
          <w:rFonts w:ascii="Times New Roman" w:hAnsi="Times New Roman" w:cs="Times New Roman"/>
          <w:position w:val="-12"/>
          <w:sz w:val="28"/>
          <w:szCs w:val="28"/>
          <w:lang w:val="kk-KZ"/>
        </w:rPr>
        <w:t xml:space="preserve"> </w:t>
      </w:r>
      <w:r w:rsidRPr="00293DA3">
        <w:rPr>
          <w:rFonts w:ascii="Times New Roman" w:hAnsi="Times New Roman" w:cs="Times New Roman"/>
          <w:position w:val="-6"/>
          <w:sz w:val="28"/>
          <w:szCs w:val="28"/>
        </w:rPr>
        <w:object w:dxaOrig="600" w:dyaOrig="300" w14:anchorId="4B944191">
          <v:shape id="_x0000_i2153" type="#_x0000_t75" style="width:29.25pt;height:15.8pt" o:ole="">
            <v:imagedata r:id="rId2544" o:title=""/>
          </v:shape>
          <o:OLEObject Type="Embed" ProgID="Equation.DSMT4" ShapeID="_x0000_i2153" DrawAspect="Content" ObjectID="_1840332607" r:id="rId2545"/>
        </w:object>
      </w:r>
      <w:r w:rsidRPr="00293DA3">
        <w:rPr>
          <w:rFonts w:ascii="Times New Roman" w:hAnsi="Times New Roman" w:cs="Times New Roman"/>
          <w:color w:val="1B1C1D"/>
          <w:sz w:val="28"/>
          <w:szCs w:val="28"/>
          <w:lang w:val="kk-KZ"/>
        </w:rPr>
        <w:t xml:space="preserve"> нүктесін бекітеміз де, </w:t>
      </w:r>
      <w:r w:rsidRPr="00293DA3">
        <w:rPr>
          <w:rFonts w:ascii="Times New Roman" w:hAnsi="Times New Roman" w:cs="Times New Roman"/>
          <w:position w:val="-4"/>
          <w:sz w:val="28"/>
          <w:szCs w:val="28"/>
        </w:rPr>
        <w:object w:dxaOrig="240" w:dyaOrig="279" w14:anchorId="11A43B1C">
          <v:shape id="_x0000_i2154" type="#_x0000_t75" style="width:11.85pt;height:15.8pt" o:ole="">
            <v:imagedata r:id="rId2546" o:title=""/>
          </v:shape>
          <o:OLEObject Type="Embed" ProgID="Equation.DSMT4" ShapeID="_x0000_i2154" DrawAspect="Content" ObjectID="_1840332608" r:id="rId2547"/>
        </w:object>
      </w:r>
      <w:r w:rsidRPr="00293DA3">
        <w:rPr>
          <w:rFonts w:ascii="Times New Roman" w:hAnsi="Times New Roman" w:cs="Times New Roman"/>
          <w:color w:val="1B1C1D"/>
          <w:sz w:val="28"/>
          <w:szCs w:val="28"/>
          <w:lang w:val="kk-KZ"/>
        </w:rPr>
        <w:t>оператордағы және (2</w:t>
      </w:r>
      <w:r w:rsidR="001B02E6" w:rsidRPr="00293DA3">
        <w:rPr>
          <w:rFonts w:ascii="Times New Roman" w:hAnsi="Times New Roman" w:cs="Times New Roman"/>
          <w:color w:val="1B1C1D"/>
          <w:sz w:val="28"/>
          <w:szCs w:val="28"/>
          <w:lang w:val="kk-KZ"/>
        </w:rPr>
        <w:t>.2</w:t>
      </w:r>
      <w:r w:rsidR="00D61D54" w:rsidRPr="00293DA3">
        <w:rPr>
          <w:rFonts w:ascii="Times New Roman" w:hAnsi="Times New Roman" w:cs="Times New Roman"/>
          <w:color w:val="1B1C1D"/>
          <w:sz w:val="28"/>
          <w:szCs w:val="28"/>
          <w:lang w:val="kk-KZ"/>
        </w:rPr>
        <w:t xml:space="preserve">) шеттік шарттағы </w:t>
      </w:r>
      <w:r w:rsidRPr="00293DA3">
        <w:rPr>
          <w:rFonts w:ascii="Times New Roman" w:hAnsi="Times New Roman" w:cs="Times New Roman"/>
          <w:color w:val="1B1C1D"/>
          <w:sz w:val="28"/>
          <w:szCs w:val="28"/>
          <w:lang w:val="kk-KZ"/>
        </w:rPr>
        <w:t xml:space="preserve">оператордағы </w:t>
      </w:r>
      <w:r w:rsidRPr="00293DA3">
        <w:rPr>
          <w:rFonts w:ascii="Times New Roman" w:hAnsi="Times New Roman" w:cs="Times New Roman"/>
          <w:position w:val="-6"/>
          <w:sz w:val="28"/>
          <w:szCs w:val="28"/>
        </w:rPr>
        <w:object w:dxaOrig="220" w:dyaOrig="240" w14:anchorId="647C5612">
          <v:shape id="_x0000_i2155" type="#_x0000_t75" style="width:11.85pt;height:11.85pt" o:ole="">
            <v:imagedata r:id="rId2548" o:title=""/>
          </v:shape>
          <o:OLEObject Type="Embed" ProgID="Equation.DSMT4" ShapeID="_x0000_i2155" DrawAspect="Content" ObjectID="_1840332609" r:id="rId2549"/>
        </w:object>
      </w:r>
      <w:r w:rsidRPr="00293DA3">
        <w:rPr>
          <w:rFonts w:ascii="Times New Roman" w:hAnsi="Times New Roman" w:cs="Times New Roman"/>
          <w:color w:val="1B1C1D"/>
          <w:sz w:val="28"/>
          <w:szCs w:val="28"/>
          <w:lang w:val="kk-KZ"/>
        </w:rPr>
        <w:t xml:space="preserve"> пен </w:t>
      </w:r>
      <w:r w:rsidRPr="00293DA3">
        <w:rPr>
          <w:rFonts w:ascii="Times New Roman" w:hAnsi="Times New Roman" w:cs="Times New Roman"/>
          <w:position w:val="-12"/>
          <w:sz w:val="28"/>
          <w:szCs w:val="28"/>
        </w:rPr>
        <w:object w:dxaOrig="240" w:dyaOrig="300" w14:anchorId="10FED386">
          <v:shape id="_x0000_i2156" type="#_x0000_t75" style="width:11.85pt;height:15.8pt" o:ole="">
            <v:imagedata r:id="rId2550" o:title=""/>
          </v:shape>
          <o:OLEObject Type="Embed" ProgID="Equation.DSMT4" ShapeID="_x0000_i2156" DrawAspect="Content" ObjectID="_1840332610" r:id="rId2551"/>
        </w:object>
      </w:r>
      <w:r w:rsidRPr="00293DA3">
        <w:rPr>
          <w:rFonts w:ascii="Times New Roman" w:hAnsi="Times New Roman" w:cs="Times New Roman"/>
          <w:color w:val="1B1C1D"/>
          <w:sz w:val="28"/>
          <w:szCs w:val="28"/>
          <w:lang w:val="kk-KZ"/>
        </w:rPr>
        <w:t xml:space="preserve"> бойынша туындыларды сәйкесінше  </w:t>
      </w:r>
      <w:r w:rsidRPr="00293DA3">
        <w:rPr>
          <w:rFonts w:ascii="Times New Roman" w:hAnsi="Times New Roman" w:cs="Times New Roman"/>
          <w:position w:val="-12"/>
          <w:sz w:val="28"/>
          <w:szCs w:val="28"/>
        </w:rPr>
        <w:object w:dxaOrig="1460" w:dyaOrig="380" w14:anchorId="1B056D23">
          <v:shape id="_x0000_i2157" type="#_x0000_t75" style="width:1in;height:18.2pt" o:ole="">
            <v:imagedata r:id="rId2552" o:title=""/>
          </v:shape>
          <o:OLEObject Type="Embed" ProgID="Equation.DSMT4" ShapeID="_x0000_i2157" DrawAspect="Content" ObjectID="_1840332611" r:id="rId2553"/>
        </w:object>
      </w:r>
      <w:r w:rsidRPr="00293DA3">
        <w:rPr>
          <w:rFonts w:ascii="Times New Roman" w:hAnsi="Times New Roman" w:cs="Times New Roman"/>
          <w:color w:val="1B1C1D"/>
          <w:sz w:val="28"/>
          <w:szCs w:val="28"/>
          <w:lang w:val="kk-KZ"/>
        </w:rPr>
        <w:t xml:space="preserve">пен </w:t>
      </w:r>
      <w:r w:rsidRPr="00293DA3">
        <w:rPr>
          <w:rFonts w:ascii="Times New Roman" w:hAnsi="Times New Roman" w:cs="Times New Roman"/>
          <w:position w:val="-12"/>
          <w:sz w:val="28"/>
          <w:szCs w:val="28"/>
        </w:rPr>
        <w:object w:dxaOrig="1520" w:dyaOrig="380" w14:anchorId="3A3886B2">
          <v:shape id="_x0000_i2158" type="#_x0000_t75" style="width:76.75pt;height:18.2pt" o:ole="">
            <v:imagedata r:id="rId2554" o:title=""/>
          </v:shape>
          <o:OLEObject Type="Embed" ProgID="Equation.DSMT4" ShapeID="_x0000_i2158" DrawAspect="Content" ObjectID="_1840332612" r:id="rId2555"/>
        </w:object>
      </w:r>
      <w:r w:rsidRPr="00293DA3">
        <w:rPr>
          <w:rFonts w:ascii="Times New Roman" w:hAnsi="Times New Roman" w:cs="Times New Roman"/>
          <w:color w:val="1B1C1D"/>
          <w:sz w:val="28"/>
          <w:szCs w:val="28"/>
          <w:lang w:val="kk-KZ"/>
        </w:rPr>
        <w:t>алмастырамыз. Нәтижесінде</w:t>
      </w:r>
    </w:p>
    <w:p w14:paraId="444E130A" w14:textId="77777777" w:rsidR="00894A81" w:rsidRPr="00293DA3" w:rsidRDefault="00894A81" w:rsidP="00B439DD">
      <w:pPr>
        <w:spacing w:after="0" w:line="240" w:lineRule="auto"/>
        <w:rPr>
          <w:rFonts w:ascii="Times New Roman" w:hAnsi="Times New Roman" w:cs="Times New Roman"/>
          <w:color w:val="1B1C1D"/>
          <w:sz w:val="28"/>
          <w:szCs w:val="28"/>
          <w:lang w:val="kk-KZ"/>
        </w:rPr>
      </w:pPr>
    </w:p>
    <w:p w14:paraId="023D3191" w14:textId="77777777" w:rsidR="00894A81" w:rsidRPr="00293DA3" w:rsidRDefault="00894A81" w:rsidP="00B439DD">
      <w:pPr>
        <w:spacing w:after="0" w:line="240" w:lineRule="auto"/>
        <w:jc w:val="center"/>
        <w:rPr>
          <w:rFonts w:ascii="Times New Roman" w:hAnsi="Times New Roman" w:cs="Times New Roman"/>
          <w:position w:val="-32"/>
          <w:sz w:val="28"/>
          <w:szCs w:val="28"/>
          <w:lang w:val="kk-KZ"/>
        </w:rPr>
      </w:pPr>
      <w:r w:rsidRPr="00293DA3">
        <w:rPr>
          <w:rFonts w:ascii="Times New Roman" w:hAnsi="Times New Roman" w:cs="Times New Roman"/>
          <w:position w:val="-32"/>
          <w:sz w:val="28"/>
          <w:szCs w:val="28"/>
        </w:rPr>
        <w:object w:dxaOrig="3980" w:dyaOrig="780" w14:anchorId="2594303C">
          <v:shape id="_x0000_i2159" type="#_x0000_t75" style="width:201.75pt;height:38pt" o:ole="">
            <v:imagedata r:id="rId2556" o:title=""/>
          </v:shape>
          <o:OLEObject Type="Embed" ProgID="Equation.DSMT4" ShapeID="_x0000_i2159" DrawAspect="Content" ObjectID="_1840332613" r:id="rId2557"/>
        </w:object>
      </w:r>
    </w:p>
    <w:p w14:paraId="00A32D5E" w14:textId="77777777" w:rsidR="00E037F5" w:rsidRPr="00293DA3" w:rsidRDefault="00E037F5" w:rsidP="00B439DD">
      <w:pPr>
        <w:spacing w:after="0" w:line="240" w:lineRule="auto"/>
        <w:rPr>
          <w:rFonts w:ascii="Times New Roman" w:hAnsi="Times New Roman" w:cs="Times New Roman"/>
          <w:position w:val="-34"/>
          <w:sz w:val="28"/>
          <w:szCs w:val="28"/>
          <w:lang w:val="kk-KZ"/>
        </w:rPr>
      </w:pPr>
    </w:p>
    <w:p w14:paraId="0F1030A4" w14:textId="77777777" w:rsidR="00894A81" w:rsidRPr="00293DA3" w:rsidRDefault="00626857" w:rsidP="00B439DD">
      <w:pPr>
        <w:spacing w:after="0" w:line="240" w:lineRule="auto"/>
        <w:jc w:val="both"/>
        <w:rPr>
          <w:rFonts w:ascii="Times New Roman" w:hAnsi="Times New Roman" w:cs="Times New Roman"/>
          <w:color w:val="1B1C1D"/>
          <w:sz w:val="28"/>
          <w:szCs w:val="28"/>
          <w:lang w:val="kk-KZ"/>
        </w:rPr>
      </w:pPr>
      <w:r w:rsidRPr="00293DA3">
        <w:rPr>
          <w:rFonts w:ascii="Times New Roman" w:hAnsi="Times New Roman" w:cs="Times New Roman"/>
          <w:color w:val="1B1C1D"/>
          <w:sz w:val="28"/>
          <w:szCs w:val="28"/>
          <w:lang w:val="kk-KZ"/>
        </w:rPr>
        <w:t>ж</w:t>
      </w:r>
      <w:r w:rsidR="00894A81" w:rsidRPr="00293DA3">
        <w:rPr>
          <w:rFonts w:ascii="Times New Roman" w:hAnsi="Times New Roman" w:cs="Times New Roman"/>
          <w:color w:val="1B1C1D"/>
          <w:sz w:val="28"/>
          <w:szCs w:val="28"/>
          <w:lang w:val="kk-KZ"/>
        </w:rPr>
        <w:t>әне</w:t>
      </w:r>
    </w:p>
    <w:p w14:paraId="7B26C49B" w14:textId="77777777" w:rsidR="00E037F5" w:rsidRPr="00293DA3" w:rsidRDefault="00E037F5" w:rsidP="00B439DD">
      <w:pPr>
        <w:spacing w:after="0" w:line="240" w:lineRule="auto"/>
        <w:jc w:val="both"/>
        <w:rPr>
          <w:rFonts w:ascii="Times New Roman" w:hAnsi="Times New Roman" w:cs="Times New Roman"/>
          <w:color w:val="1B1C1D"/>
          <w:sz w:val="28"/>
          <w:szCs w:val="28"/>
          <w:lang w:val="kk-KZ"/>
        </w:rPr>
      </w:pPr>
    </w:p>
    <w:p w14:paraId="195174DD" w14:textId="77777777" w:rsidR="00894A81" w:rsidRPr="00293DA3" w:rsidRDefault="00894A81" w:rsidP="00B439DD">
      <w:pPr>
        <w:spacing w:after="0" w:line="240" w:lineRule="auto"/>
        <w:jc w:val="center"/>
        <w:rPr>
          <w:rFonts w:ascii="Times New Roman" w:hAnsi="Times New Roman" w:cs="Times New Roman"/>
          <w:position w:val="-16"/>
          <w:sz w:val="28"/>
          <w:szCs w:val="28"/>
          <w:lang w:val="kk-KZ"/>
        </w:rPr>
      </w:pPr>
      <w:r w:rsidRPr="00293DA3">
        <w:rPr>
          <w:rFonts w:ascii="Times New Roman" w:hAnsi="Times New Roman" w:cs="Times New Roman"/>
          <w:position w:val="-16"/>
          <w:sz w:val="28"/>
          <w:szCs w:val="28"/>
        </w:rPr>
        <w:object w:dxaOrig="6080" w:dyaOrig="480" w14:anchorId="410B31E8">
          <v:shape id="_x0000_i2160" type="#_x0000_t75" style="width:303.8pt;height:25.3pt" o:ole="">
            <v:imagedata r:id="rId2558" o:title=""/>
          </v:shape>
          <o:OLEObject Type="Embed" ProgID="Equation.DSMT4" ShapeID="_x0000_i2160" DrawAspect="Content" ObjectID="_1840332614" r:id="rId2559"/>
        </w:object>
      </w:r>
    </w:p>
    <w:p w14:paraId="64FD0665" w14:textId="77777777" w:rsidR="00E037F5" w:rsidRPr="00293DA3" w:rsidRDefault="00E037F5" w:rsidP="00B439DD">
      <w:pPr>
        <w:spacing w:after="0" w:line="240" w:lineRule="auto"/>
        <w:rPr>
          <w:rFonts w:ascii="Times New Roman" w:hAnsi="Times New Roman" w:cs="Times New Roman"/>
          <w:color w:val="1B1C1D"/>
          <w:sz w:val="28"/>
          <w:szCs w:val="28"/>
          <w:lang w:val="kk-KZ"/>
        </w:rPr>
      </w:pPr>
    </w:p>
    <w:p w14:paraId="59EB2ECD" w14:textId="77777777" w:rsidR="00894A81" w:rsidRPr="00293DA3" w:rsidRDefault="00894A81" w:rsidP="00B439DD">
      <w:pPr>
        <w:spacing w:after="0" w:line="240" w:lineRule="auto"/>
        <w:jc w:val="both"/>
        <w:rPr>
          <w:rFonts w:ascii="Times New Roman" w:hAnsi="Times New Roman" w:cs="Times New Roman"/>
          <w:color w:val="1B1C1D"/>
          <w:sz w:val="28"/>
          <w:szCs w:val="28"/>
          <w:lang w:val="kk-KZ"/>
        </w:rPr>
      </w:pPr>
      <w:r w:rsidRPr="00293DA3">
        <w:rPr>
          <w:rFonts w:ascii="Times New Roman" w:hAnsi="Times New Roman" w:cs="Times New Roman"/>
          <w:color w:val="1B1C1D"/>
          <w:sz w:val="28"/>
          <w:szCs w:val="28"/>
          <w:lang w:val="kk-KZ"/>
        </w:rPr>
        <w:t>көпмүшеліктерін аламыз.</w:t>
      </w:r>
    </w:p>
    <w:p w14:paraId="2E6F4DB5" w14:textId="77777777" w:rsidR="00894A81" w:rsidRPr="00293DA3" w:rsidRDefault="00894A81" w:rsidP="00B439DD">
      <w:pPr>
        <w:spacing w:after="0" w:line="240" w:lineRule="auto"/>
        <w:jc w:val="both"/>
        <w:rPr>
          <w:rFonts w:ascii="Times New Roman" w:hAnsi="Times New Roman" w:cs="Times New Roman"/>
          <w:color w:val="1B1C1D"/>
          <w:sz w:val="28"/>
          <w:szCs w:val="28"/>
          <w:lang w:val="kk-KZ"/>
        </w:rPr>
      </w:pPr>
      <w:r w:rsidRPr="00293DA3">
        <w:rPr>
          <w:rFonts w:ascii="Times New Roman" w:hAnsi="Times New Roman" w:cs="Times New Roman"/>
          <w:color w:val="1B1C1D"/>
          <w:sz w:val="28"/>
          <w:szCs w:val="28"/>
          <w:lang w:val="kk-KZ"/>
        </w:rPr>
        <w:tab/>
        <w:t>(</w:t>
      </w:r>
      <w:r w:rsidR="001B02E6" w:rsidRPr="00293DA3">
        <w:rPr>
          <w:rFonts w:ascii="Times New Roman" w:hAnsi="Times New Roman" w:cs="Times New Roman"/>
          <w:color w:val="1B1C1D"/>
          <w:sz w:val="28"/>
          <w:szCs w:val="28"/>
          <w:lang w:val="kk-KZ"/>
        </w:rPr>
        <w:t>2.</w:t>
      </w:r>
      <w:r w:rsidRPr="00293DA3">
        <w:rPr>
          <w:rFonts w:ascii="Times New Roman" w:hAnsi="Times New Roman" w:cs="Times New Roman"/>
          <w:color w:val="1B1C1D"/>
          <w:sz w:val="28"/>
          <w:szCs w:val="28"/>
          <w:lang w:val="kk-KZ"/>
        </w:rPr>
        <w:t>3) белгілеуін қолданып А көпмүшелігін келесі түрде жазамыз.</w:t>
      </w:r>
    </w:p>
    <w:p w14:paraId="7F04ED6B" w14:textId="77777777" w:rsidR="00894A81" w:rsidRPr="00293DA3" w:rsidRDefault="00894A81" w:rsidP="00B439DD">
      <w:pPr>
        <w:spacing w:after="0" w:line="240" w:lineRule="auto"/>
        <w:jc w:val="both"/>
        <w:rPr>
          <w:rFonts w:ascii="Times New Roman" w:hAnsi="Times New Roman" w:cs="Times New Roman"/>
          <w:color w:val="1B1C1D"/>
          <w:sz w:val="28"/>
          <w:szCs w:val="28"/>
          <w:lang w:val="kk-KZ"/>
        </w:rPr>
      </w:pPr>
    </w:p>
    <w:p w14:paraId="7B152BD0" w14:textId="77777777" w:rsidR="00894A81" w:rsidRPr="00293DA3" w:rsidRDefault="00894A81" w:rsidP="00B439DD">
      <w:pPr>
        <w:spacing w:after="0" w:line="240" w:lineRule="auto"/>
        <w:jc w:val="center"/>
        <w:rPr>
          <w:rFonts w:ascii="Times New Roman" w:hAnsi="Times New Roman" w:cs="Times New Roman"/>
          <w:position w:val="-32"/>
          <w:sz w:val="28"/>
          <w:szCs w:val="28"/>
          <w:lang w:val="kk-KZ"/>
        </w:rPr>
      </w:pPr>
      <w:r w:rsidRPr="00293DA3">
        <w:rPr>
          <w:rFonts w:ascii="Times New Roman" w:hAnsi="Times New Roman" w:cs="Times New Roman"/>
          <w:position w:val="-32"/>
          <w:sz w:val="28"/>
          <w:szCs w:val="28"/>
        </w:rPr>
        <w:object w:dxaOrig="3640" w:dyaOrig="780" w14:anchorId="65866F64">
          <v:shape id="_x0000_i2161" type="#_x0000_t75" style="width:182.75pt;height:38pt" o:ole="">
            <v:imagedata r:id="rId2560" o:title=""/>
          </v:shape>
          <o:OLEObject Type="Embed" ProgID="Equation.DSMT4" ShapeID="_x0000_i2161" DrawAspect="Content" ObjectID="_1840332615" r:id="rId2561"/>
        </w:object>
      </w:r>
    </w:p>
    <w:p w14:paraId="763EB3D5" w14:textId="77777777" w:rsidR="00E037F5" w:rsidRPr="00293DA3" w:rsidRDefault="00E037F5" w:rsidP="00B439DD">
      <w:pPr>
        <w:spacing w:after="0" w:line="240" w:lineRule="auto"/>
        <w:rPr>
          <w:rFonts w:ascii="Times New Roman" w:hAnsi="Times New Roman" w:cs="Times New Roman"/>
          <w:color w:val="1B1C1D"/>
          <w:sz w:val="28"/>
          <w:szCs w:val="28"/>
          <w:lang w:val="kk-KZ"/>
        </w:rPr>
      </w:pPr>
    </w:p>
    <w:p w14:paraId="5E85FA86" w14:textId="77777777" w:rsidR="00894A81" w:rsidRPr="00293DA3" w:rsidRDefault="00894A81" w:rsidP="00B439DD">
      <w:pPr>
        <w:spacing w:after="0" w:line="240" w:lineRule="auto"/>
        <w:jc w:val="both"/>
        <w:rPr>
          <w:rFonts w:ascii="Times New Roman" w:hAnsi="Times New Roman" w:cs="Times New Roman"/>
          <w:color w:val="1B1C1D"/>
          <w:sz w:val="28"/>
          <w:szCs w:val="28"/>
          <w:lang w:val="kk-KZ"/>
        </w:rPr>
      </w:pPr>
      <w:r w:rsidRPr="00293DA3">
        <w:rPr>
          <w:rFonts w:ascii="Times New Roman" w:hAnsi="Times New Roman" w:cs="Times New Roman"/>
          <w:position w:val="-12"/>
          <w:sz w:val="28"/>
          <w:szCs w:val="28"/>
        </w:rPr>
        <w:object w:dxaOrig="1620" w:dyaOrig="360" w14:anchorId="716C2E8F">
          <v:shape id="_x0000_i2162" type="#_x0000_t75" style="width:79.1pt;height:18.2pt" o:ole="">
            <v:imagedata r:id="rId2562" o:title=""/>
          </v:shape>
          <o:OLEObject Type="Embed" ProgID="Equation.DSMT4" ShapeID="_x0000_i2162" DrawAspect="Content" ObjectID="_1840332616" r:id="rId2563"/>
        </w:object>
      </w:r>
      <w:r w:rsidRPr="00293DA3">
        <w:rPr>
          <w:rFonts w:ascii="Times New Roman" w:hAnsi="Times New Roman" w:cs="Times New Roman"/>
          <w:position w:val="-12"/>
          <w:sz w:val="28"/>
          <w:szCs w:val="28"/>
          <w:lang w:val="kk-KZ"/>
        </w:rPr>
        <w:t xml:space="preserve"> </w:t>
      </w:r>
      <w:r w:rsidRPr="00293DA3">
        <w:rPr>
          <w:rFonts w:ascii="Times New Roman" w:hAnsi="Times New Roman" w:cs="Times New Roman"/>
          <w:color w:val="1B1C1D"/>
          <w:sz w:val="28"/>
          <w:szCs w:val="28"/>
          <w:lang w:val="kk-KZ"/>
        </w:rPr>
        <w:t xml:space="preserve">түрлендіруі А көпмүшеліктің түбірлерін сипаттаушы теңдеудің түбірлеріне көшіреді. Түбірлердің еселіктері сақталады. Оған қосымша, жоғарғы жарты жазықтықты төменгіге көшіреді және </w:t>
      </w:r>
      <w:r w:rsidRPr="00293DA3">
        <w:rPr>
          <w:rFonts w:ascii="Times New Roman" w:hAnsi="Times New Roman" w:cs="Times New Roman"/>
          <w:position w:val="-12"/>
          <w:sz w:val="28"/>
          <w:szCs w:val="28"/>
        </w:rPr>
        <w:object w:dxaOrig="1359" w:dyaOrig="360" w14:anchorId="5E431EFB">
          <v:shape id="_x0000_i2163" type="#_x0000_t75" style="width:67.25pt;height:18.2pt" o:ole="">
            <v:imagedata r:id="rId2564" o:title=""/>
          </v:shape>
          <o:OLEObject Type="Embed" ProgID="Equation.DSMT4" ShapeID="_x0000_i2163" DrawAspect="Content" ObjectID="_1840332617" r:id="rId2565"/>
        </w:object>
      </w:r>
      <w:r w:rsidRPr="00293DA3">
        <w:rPr>
          <w:rFonts w:ascii="Times New Roman" w:hAnsi="Times New Roman" w:cs="Times New Roman"/>
          <w:color w:val="1B1C1D"/>
          <w:sz w:val="28"/>
          <w:szCs w:val="28"/>
          <w:lang w:val="kk-KZ"/>
        </w:rPr>
        <w:t xml:space="preserve"> инволюттік қасиетті сақтайды. Дербес жағдайда, </w:t>
      </w:r>
      <w:r w:rsidRPr="00293DA3">
        <w:rPr>
          <w:rFonts w:ascii="Times New Roman" w:hAnsi="Times New Roman" w:cs="Times New Roman"/>
          <w:position w:val="-12"/>
          <w:sz w:val="28"/>
          <w:szCs w:val="28"/>
        </w:rPr>
        <w:object w:dxaOrig="1140" w:dyaOrig="440" w14:anchorId="500866EA">
          <v:shape id="_x0000_i2164" type="#_x0000_t75" style="width:56.2pt;height:20.55pt" o:ole="">
            <v:imagedata r:id="rId2566" o:title=""/>
          </v:shape>
          <o:OLEObject Type="Embed" ProgID="Equation.DSMT4" ShapeID="_x0000_i2164" DrawAspect="Content" ObjectID="_1840332618" r:id="rId2567"/>
        </w:object>
      </w:r>
      <w:r w:rsidRPr="00293DA3">
        <w:rPr>
          <w:rFonts w:ascii="Times New Roman" w:hAnsi="Times New Roman" w:cs="Times New Roman"/>
          <w:color w:val="1B1C1D"/>
          <w:sz w:val="28"/>
          <w:szCs w:val="28"/>
          <w:lang w:val="kk-KZ"/>
        </w:rPr>
        <w:t>түрлендіруі жоғарғы жарты жазықтықты өзіне көшіреді, нәтижесінде,</w:t>
      </w:r>
    </w:p>
    <w:p w14:paraId="54E8C22B" w14:textId="77777777" w:rsidR="00894A81" w:rsidRPr="00293DA3" w:rsidRDefault="00894A81" w:rsidP="00B439DD">
      <w:pPr>
        <w:spacing w:after="0" w:line="240" w:lineRule="auto"/>
        <w:jc w:val="both"/>
        <w:rPr>
          <w:rFonts w:ascii="Times New Roman" w:hAnsi="Times New Roman" w:cs="Times New Roman"/>
          <w:color w:val="1B1C1D"/>
          <w:sz w:val="28"/>
          <w:szCs w:val="28"/>
          <w:lang w:val="kk-KZ"/>
        </w:rPr>
      </w:pPr>
    </w:p>
    <w:p w14:paraId="006DBD26" w14:textId="77777777" w:rsidR="00E037F5" w:rsidRPr="00293DA3" w:rsidRDefault="00894A81" w:rsidP="00B439DD">
      <w:pPr>
        <w:spacing w:after="0" w:line="240" w:lineRule="auto"/>
        <w:jc w:val="right"/>
        <w:rPr>
          <w:rFonts w:ascii="Times New Roman" w:hAnsi="Times New Roman" w:cs="Times New Roman"/>
          <w:color w:val="1B1C1D"/>
          <w:sz w:val="28"/>
          <w:szCs w:val="28"/>
          <w:lang w:val="kk-KZ"/>
        </w:rPr>
      </w:pPr>
      <w:r w:rsidRPr="00293DA3">
        <w:rPr>
          <w:rFonts w:ascii="Times New Roman" w:hAnsi="Times New Roman" w:cs="Times New Roman"/>
          <w:position w:val="-16"/>
          <w:sz w:val="28"/>
          <w:szCs w:val="28"/>
        </w:rPr>
        <w:object w:dxaOrig="4580" w:dyaOrig="480" w14:anchorId="6D60EFC7">
          <v:shape id="_x0000_i2165" type="#_x0000_t75" style="width:227.85pt;height:25.3pt" o:ole="">
            <v:imagedata r:id="rId2568" o:title=""/>
          </v:shape>
          <o:OLEObject Type="Embed" ProgID="Equation.DSMT4" ShapeID="_x0000_i2165" DrawAspect="Content" ObjectID="_1840332619" r:id="rId2569"/>
        </w:object>
      </w:r>
      <w:r w:rsidR="001B02E6" w:rsidRPr="00293DA3">
        <w:rPr>
          <w:rFonts w:ascii="Times New Roman" w:hAnsi="Times New Roman" w:cs="Times New Roman"/>
          <w:position w:val="-16"/>
          <w:sz w:val="28"/>
          <w:szCs w:val="28"/>
          <w:lang w:val="kk-KZ"/>
        </w:rPr>
        <w:t xml:space="preserve">           </w:t>
      </w:r>
      <w:r w:rsidR="001B02E6" w:rsidRPr="00293DA3">
        <w:rPr>
          <w:rFonts w:ascii="Times New Roman" w:hAnsi="Times New Roman" w:cs="Times New Roman"/>
          <w:color w:val="1B1C1D"/>
          <w:sz w:val="28"/>
          <w:szCs w:val="28"/>
          <w:lang w:val="kk-KZ"/>
        </w:rPr>
        <w:t xml:space="preserve">         (2.28</w:t>
      </w:r>
      <w:r w:rsidR="00E037F5" w:rsidRPr="00293DA3">
        <w:rPr>
          <w:rFonts w:ascii="Times New Roman" w:hAnsi="Times New Roman" w:cs="Times New Roman"/>
          <w:color w:val="1B1C1D"/>
          <w:sz w:val="28"/>
          <w:szCs w:val="28"/>
          <w:lang w:val="kk-KZ"/>
        </w:rPr>
        <w:t>)</w:t>
      </w:r>
    </w:p>
    <w:p w14:paraId="0CFDFFE6" w14:textId="77777777" w:rsidR="00626857" w:rsidRPr="00293DA3" w:rsidRDefault="00626857" w:rsidP="00B439DD">
      <w:pPr>
        <w:spacing w:after="0" w:line="240" w:lineRule="auto"/>
        <w:rPr>
          <w:rFonts w:ascii="Times New Roman" w:hAnsi="Times New Roman" w:cs="Times New Roman"/>
          <w:position w:val="-6"/>
          <w:sz w:val="28"/>
          <w:szCs w:val="28"/>
          <w:lang w:val="kk-KZ"/>
        </w:rPr>
      </w:pPr>
    </w:p>
    <w:p w14:paraId="074ECAAA" w14:textId="77777777" w:rsidR="00894A81" w:rsidRPr="00293DA3" w:rsidRDefault="00894A81" w:rsidP="00B439DD">
      <w:pPr>
        <w:spacing w:after="0" w:line="240" w:lineRule="auto"/>
        <w:jc w:val="both"/>
        <w:rPr>
          <w:rFonts w:ascii="Times New Roman" w:hAnsi="Times New Roman" w:cs="Times New Roman"/>
          <w:color w:val="1B1C1D"/>
          <w:sz w:val="28"/>
          <w:szCs w:val="28"/>
          <w:lang w:val="kk-KZ"/>
        </w:rPr>
      </w:pPr>
      <w:r w:rsidRPr="00293DA3">
        <w:rPr>
          <w:rFonts w:ascii="Times New Roman" w:hAnsi="Times New Roman" w:cs="Times New Roman"/>
          <w:position w:val="-6"/>
          <w:sz w:val="28"/>
          <w:szCs w:val="28"/>
        </w:rPr>
        <w:object w:dxaOrig="160" w:dyaOrig="300" w14:anchorId="3ADB9E27">
          <v:shape id="_x0000_i2166" type="#_x0000_t75" style="width:9.5pt;height:15.8pt" o:ole="">
            <v:imagedata r:id="rId2570" o:title=""/>
          </v:shape>
          <o:OLEObject Type="Embed" ProgID="Equation.DSMT4" ShapeID="_x0000_i2166" DrawAspect="Content" ObjectID="_1840332620" r:id="rId2571"/>
        </w:object>
      </w:r>
      <w:r w:rsidRPr="00293DA3">
        <w:rPr>
          <w:rFonts w:ascii="Times New Roman" w:hAnsi="Times New Roman" w:cs="Times New Roman"/>
          <w:sz w:val="28"/>
          <w:szCs w:val="28"/>
          <w:lang w:val="kk-KZ"/>
        </w:rPr>
        <w:t xml:space="preserve">-ші дәрежелі көпмүшелігі жоғарғы жарты жазықтықта жатқан А көпмүшелігінің түбірлерінен құралған. Осы айтылған белгілеулерден қосымша шарт деп </w:t>
      </w:r>
      <w:r w:rsidRPr="00293DA3">
        <w:rPr>
          <w:rFonts w:ascii="Times New Roman" w:hAnsi="Times New Roman" w:cs="Times New Roman"/>
          <w:position w:val="-16"/>
          <w:sz w:val="28"/>
          <w:szCs w:val="28"/>
        </w:rPr>
        <w:object w:dxaOrig="1780" w:dyaOrig="420" w14:anchorId="164F178F">
          <v:shape id="_x0000_i2167" type="#_x0000_t75" style="width:87.8pt;height:20.55pt" o:ole="">
            <v:imagedata r:id="rId2572" o:title=""/>
          </v:shape>
          <o:OLEObject Type="Embed" ProgID="Equation.DSMT4" ShapeID="_x0000_i2167" DrawAspect="Content" ObjectID="_1840332621" r:id="rId2573"/>
        </w:object>
      </w:r>
      <w:r w:rsidRPr="00293DA3">
        <w:rPr>
          <w:rFonts w:ascii="Times New Roman" w:hAnsi="Times New Roman" w:cs="Times New Roman"/>
          <w:color w:val="1B1C1D"/>
          <w:sz w:val="28"/>
          <w:szCs w:val="28"/>
          <w:lang w:val="kk-KZ"/>
        </w:rPr>
        <w:t xml:space="preserve"> </w:t>
      </w:r>
      <w:r w:rsidRPr="00293DA3">
        <w:rPr>
          <w:rFonts w:ascii="Times New Roman" w:hAnsi="Times New Roman" w:cs="Times New Roman"/>
          <w:sz w:val="28"/>
          <w:szCs w:val="28"/>
          <w:lang w:val="kk-KZ"/>
        </w:rPr>
        <w:t>көпмүшеліктерінің</w:t>
      </w:r>
      <w:r w:rsidR="00626857" w:rsidRPr="00293DA3">
        <w:rPr>
          <w:rFonts w:ascii="Times New Roman" w:hAnsi="Times New Roman" w:cs="Times New Roman"/>
          <w:color w:val="1B1C1D"/>
          <w:sz w:val="28"/>
          <w:szCs w:val="28"/>
          <w:lang w:val="kk-KZ"/>
        </w:rPr>
        <w:t xml:space="preserve"> </w:t>
      </w:r>
      <w:r w:rsidRPr="00293DA3">
        <w:rPr>
          <w:rFonts w:ascii="Times New Roman" w:hAnsi="Times New Roman" w:cs="Times New Roman"/>
          <w:position w:val="-12"/>
          <w:sz w:val="28"/>
          <w:szCs w:val="28"/>
        </w:rPr>
        <w:object w:dxaOrig="720" w:dyaOrig="420" w14:anchorId="7347972C">
          <v:shape id="_x0000_i2168" type="#_x0000_t75" style="width:37.2pt;height:20.55pt" o:ole="">
            <v:imagedata r:id="rId2574" o:title=""/>
          </v:shape>
          <o:OLEObject Type="Embed" ProgID="Equation.DSMT4" ShapeID="_x0000_i2168" DrawAspect="Content" ObjectID="_1840332622" r:id="rId2575"/>
        </w:object>
      </w:r>
      <w:r w:rsidRPr="00293DA3">
        <w:rPr>
          <w:rFonts w:ascii="Times New Roman" w:hAnsi="Times New Roman" w:cs="Times New Roman"/>
          <w:position w:val="-12"/>
          <w:sz w:val="28"/>
          <w:szCs w:val="28"/>
          <w:lang w:val="kk-KZ"/>
        </w:rPr>
        <w:t xml:space="preserve"> </w:t>
      </w:r>
      <w:r w:rsidRPr="00293DA3">
        <w:rPr>
          <w:rFonts w:ascii="Times New Roman" w:hAnsi="Times New Roman" w:cs="Times New Roman"/>
          <w:sz w:val="28"/>
          <w:szCs w:val="28"/>
          <w:lang w:val="kk-KZ"/>
        </w:rPr>
        <w:t>көпмүшелігінің модулі бойынша сызықты тәуелсіз екендігін тұжырымдаймыз. Сонымен, басқа жолмен алынған  осы шарт (</w:t>
      </w:r>
      <w:r w:rsidR="001B02E6" w:rsidRPr="00293DA3">
        <w:rPr>
          <w:rFonts w:ascii="Times New Roman" w:hAnsi="Times New Roman" w:cs="Times New Roman"/>
          <w:sz w:val="28"/>
          <w:szCs w:val="28"/>
          <w:lang w:val="kk-KZ"/>
        </w:rPr>
        <w:t>2.</w:t>
      </w:r>
      <w:r w:rsidRPr="00293DA3">
        <w:rPr>
          <w:rFonts w:ascii="Times New Roman" w:hAnsi="Times New Roman" w:cs="Times New Roman"/>
          <w:sz w:val="28"/>
          <w:szCs w:val="28"/>
          <w:lang w:val="kk-KZ"/>
        </w:rPr>
        <w:t>6) шартпен пара-пар екендігін көрсетеміз.</w:t>
      </w:r>
    </w:p>
    <w:p w14:paraId="74C18BE5" w14:textId="36F013D3" w:rsidR="00894A81" w:rsidRPr="00293DA3" w:rsidRDefault="00894A81" w:rsidP="00B439DD">
      <w:pPr>
        <w:spacing w:after="0" w:line="240" w:lineRule="auto"/>
        <w:ind w:firstLine="708"/>
        <w:jc w:val="both"/>
        <w:rPr>
          <w:rFonts w:ascii="Times New Roman" w:hAnsi="Times New Roman" w:cs="Times New Roman"/>
          <w:position w:val="-16"/>
          <w:sz w:val="28"/>
          <w:szCs w:val="28"/>
          <w:lang w:val="kk-KZ"/>
        </w:rPr>
      </w:pPr>
      <w:r w:rsidRPr="00293DA3">
        <w:rPr>
          <w:rFonts w:ascii="Times New Roman" w:hAnsi="Times New Roman" w:cs="Times New Roman"/>
          <w:b/>
          <w:sz w:val="28"/>
          <w:szCs w:val="28"/>
          <w:lang w:val="kk-KZ"/>
        </w:rPr>
        <w:t>Лемма 2.</w:t>
      </w:r>
      <w:r w:rsidR="0077396C" w:rsidRPr="00293DA3">
        <w:rPr>
          <w:rFonts w:ascii="Times New Roman" w:hAnsi="Times New Roman" w:cs="Times New Roman"/>
          <w:b/>
          <w:sz w:val="28"/>
          <w:szCs w:val="28"/>
          <w:lang w:val="kk-KZ"/>
        </w:rPr>
        <w:t>3.</w:t>
      </w:r>
      <w:r w:rsidRPr="00293DA3">
        <w:rPr>
          <w:rFonts w:ascii="Times New Roman" w:hAnsi="Times New Roman" w:cs="Times New Roman"/>
          <w:sz w:val="28"/>
          <w:szCs w:val="28"/>
          <w:lang w:val="kk-KZ"/>
        </w:rPr>
        <w:t xml:space="preserve"> (</w:t>
      </w:r>
      <w:r w:rsidR="001B02E6" w:rsidRPr="00293DA3">
        <w:rPr>
          <w:rFonts w:ascii="Times New Roman" w:hAnsi="Times New Roman" w:cs="Times New Roman"/>
          <w:sz w:val="28"/>
          <w:szCs w:val="28"/>
          <w:lang w:val="kk-KZ"/>
        </w:rPr>
        <w:t>2.</w:t>
      </w:r>
      <w:r w:rsidRPr="00293DA3">
        <w:rPr>
          <w:rFonts w:ascii="Times New Roman" w:hAnsi="Times New Roman" w:cs="Times New Roman"/>
          <w:sz w:val="28"/>
          <w:szCs w:val="28"/>
          <w:lang w:val="kk-KZ"/>
        </w:rPr>
        <w:t xml:space="preserve">6) шарт орындалады сонда тек сонда ғана, егер де </w:t>
      </w:r>
      <w:r w:rsidRPr="00293DA3">
        <w:rPr>
          <w:rFonts w:ascii="Times New Roman" w:hAnsi="Times New Roman" w:cs="Times New Roman"/>
          <w:position w:val="-16"/>
          <w:sz w:val="28"/>
          <w:szCs w:val="28"/>
        </w:rPr>
        <w:object w:dxaOrig="2540" w:dyaOrig="480" w14:anchorId="1C7F651A">
          <v:shape id="_x0000_i2169" type="#_x0000_t75" style="width:128.2pt;height:25.3pt" o:ole="">
            <v:imagedata r:id="rId2576" o:title=""/>
          </v:shape>
          <o:OLEObject Type="Embed" ProgID="Equation.DSMT4" ShapeID="_x0000_i2169" DrawAspect="Content" ObjectID="_1840332623" r:id="rId2577"/>
        </w:object>
      </w:r>
      <w:r w:rsidR="00626857" w:rsidRPr="00293DA3">
        <w:rPr>
          <w:rFonts w:ascii="Times New Roman" w:hAnsi="Times New Roman" w:cs="Times New Roman"/>
          <w:position w:val="-16"/>
          <w:sz w:val="28"/>
          <w:szCs w:val="28"/>
          <w:lang w:val="kk-KZ"/>
        </w:rPr>
        <w:t xml:space="preserve"> </w:t>
      </w:r>
      <w:r w:rsidRPr="00293DA3">
        <w:rPr>
          <w:rFonts w:ascii="Times New Roman" w:hAnsi="Times New Roman" w:cs="Times New Roman"/>
          <w:sz w:val="28"/>
          <w:szCs w:val="28"/>
          <w:lang w:val="kk-KZ"/>
        </w:rPr>
        <w:t xml:space="preserve">көпмүшеліктері </w:t>
      </w:r>
      <w:r w:rsidRPr="00293DA3">
        <w:rPr>
          <w:rFonts w:ascii="Times New Roman" w:hAnsi="Times New Roman" w:cs="Times New Roman"/>
          <w:position w:val="-12"/>
          <w:sz w:val="28"/>
          <w:szCs w:val="28"/>
        </w:rPr>
        <w:object w:dxaOrig="720" w:dyaOrig="420" w14:anchorId="5E56627F">
          <v:shape id="_x0000_i2170" type="#_x0000_t75" style="width:37.2pt;height:20.55pt" o:ole="">
            <v:imagedata r:id="rId2578" o:title=""/>
          </v:shape>
          <o:OLEObject Type="Embed" ProgID="Equation.DSMT4" ShapeID="_x0000_i2170" DrawAspect="Content" ObjectID="_1840332624" r:id="rId2579"/>
        </w:object>
      </w:r>
      <w:r w:rsidRPr="00293DA3">
        <w:rPr>
          <w:rFonts w:ascii="Times New Roman" w:hAnsi="Times New Roman" w:cs="Times New Roman"/>
          <w:sz w:val="28"/>
          <w:szCs w:val="28"/>
          <w:lang w:val="kk-KZ"/>
        </w:rPr>
        <w:t>көпмүшелігінің модулі бойынша сызықты тәуелсіз болса.</w:t>
      </w:r>
    </w:p>
    <w:p w14:paraId="4020D839" w14:textId="77777777" w:rsidR="00894A81" w:rsidRPr="00B439DD" w:rsidRDefault="00894A81" w:rsidP="00B439DD">
      <w:pPr>
        <w:spacing w:after="0" w:line="240" w:lineRule="auto"/>
        <w:ind w:firstLine="708"/>
        <w:jc w:val="both"/>
        <w:rPr>
          <w:rFonts w:ascii="Times New Roman" w:hAnsi="Times New Roman" w:cs="Times New Roman"/>
          <w:sz w:val="28"/>
          <w:szCs w:val="28"/>
          <w:lang w:val="kk-KZ"/>
        </w:rPr>
      </w:pPr>
      <w:r w:rsidRPr="00293DA3">
        <w:rPr>
          <w:rFonts w:ascii="Times New Roman" w:hAnsi="Times New Roman" w:cs="Times New Roman"/>
          <w:i/>
          <w:sz w:val="28"/>
          <w:szCs w:val="28"/>
          <w:lang w:val="kk-KZ"/>
        </w:rPr>
        <w:t>Дәлелдеуі.</w:t>
      </w:r>
      <w:r w:rsidRPr="00293DA3">
        <w:rPr>
          <w:rFonts w:ascii="Times New Roman" w:hAnsi="Times New Roman" w:cs="Times New Roman"/>
          <w:sz w:val="28"/>
          <w:szCs w:val="28"/>
          <w:lang w:val="kk-KZ"/>
        </w:rPr>
        <w:t xml:space="preserve"> Осы көпмүшеліктер </w:t>
      </w:r>
      <w:r w:rsidRPr="00293DA3">
        <w:rPr>
          <w:rFonts w:ascii="Times New Roman" w:hAnsi="Times New Roman" w:cs="Times New Roman"/>
          <w:position w:val="-12"/>
          <w:sz w:val="28"/>
          <w:szCs w:val="28"/>
        </w:rPr>
        <w:object w:dxaOrig="720" w:dyaOrig="420" w14:anchorId="330D89FD">
          <v:shape id="_x0000_i2171" type="#_x0000_t75" style="width:37.2pt;height:20.55pt" o:ole="">
            <v:imagedata r:id="rId2580" o:title=""/>
          </v:shape>
          <o:OLEObject Type="Embed" ProgID="Equation.DSMT4" ShapeID="_x0000_i2171" DrawAspect="Content" ObjectID="_1840332625" r:id="rId2581"/>
        </w:object>
      </w:r>
      <w:r w:rsidRPr="00293DA3">
        <w:rPr>
          <w:rFonts w:ascii="Times New Roman" w:hAnsi="Times New Roman" w:cs="Times New Roman"/>
          <w:sz w:val="28"/>
          <w:szCs w:val="28"/>
          <w:lang w:val="kk-KZ"/>
        </w:rPr>
        <w:t xml:space="preserve"> бойынша сызықты тәуелді болсын деп ұйғарайық, онда </w:t>
      </w:r>
      <w:r w:rsidRPr="00293DA3">
        <w:rPr>
          <w:rFonts w:ascii="Times New Roman" w:hAnsi="Times New Roman" w:cs="Times New Roman"/>
          <w:position w:val="-12"/>
          <w:sz w:val="28"/>
          <w:szCs w:val="28"/>
        </w:rPr>
        <w:object w:dxaOrig="2560" w:dyaOrig="380" w14:anchorId="29737F4F">
          <v:shape id="_x0000_i2172" type="#_x0000_t75" style="width:128.2pt;height:18.2pt" o:ole="">
            <v:imagedata r:id="rId2582" o:title=""/>
          </v:shape>
          <o:OLEObject Type="Embed" ProgID="Equation.DSMT4" ShapeID="_x0000_i2172" DrawAspect="Content" ObjectID="_1840332626" r:id="rId2583"/>
        </w:object>
      </w:r>
      <w:r w:rsidRPr="00293DA3">
        <w:rPr>
          <w:rFonts w:ascii="Times New Roman" w:hAnsi="Times New Roman" w:cs="Times New Roman"/>
          <w:position w:val="-12"/>
          <w:sz w:val="28"/>
          <w:szCs w:val="28"/>
          <w:lang w:val="kk-KZ"/>
        </w:rPr>
        <w:t xml:space="preserve"> </w:t>
      </w:r>
      <w:r w:rsidRPr="00293DA3">
        <w:rPr>
          <w:rFonts w:ascii="Times New Roman" w:hAnsi="Times New Roman" w:cs="Times New Roman"/>
          <w:sz w:val="28"/>
          <w:szCs w:val="28"/>
          <w:lang w:val="kk-KZ"/>
        </w:rPr>
        <w:t xml:space="preserve">тривиалды емес сызықты комбинациясы табылады, ол </w:t>
      </w:r>
      <w:r w:rsidRPr="00293DA3">
        <w:rPr>
          <w:rFonts w:ascii="Times New Roman" w:hAnsi="Times New Roman" w:cs="Times New Roman"/>
          <w:position w:val="-4"/>
          <w:sz w:val="28"/>
          <w:szCs w:val="28"/>
        </w:rPr>
        <w:object w:dxaOrig="360" w:dyaOrig="340" w14:anchorId="4EE7CFB7">
          <v:shape id="_x0000_i2173" type="#_x0000_t75" style="width:18.2pt;height:15.8pt" o:ole="">
            <v:imagedata r:id="rId2584" o:title=""/>
          </v:shape>
          <o:OLEObject Type="Embed" ProgID="Equation.DSMT4" ShapeID="_x0000_i2173" DrawAspect="Content" ObjectID="_1840332627" r:id="rId2585"/>
        </w:object>
      </w:r>
      <w:r w:rsidRPr="00293DA3">
        <w:rPr>
          <w:rFonts w:ascii="Times New Roman" w:hAnsi="Times New Roman" w:cs="Times New Roman"/>
          <w:sz w:val="28"/>
          <w:szCs w:val="28"/>
          <w:lang w:val="kk-KZ"/>
        </w:rPr>
        <w:t>-ге еселі болады. Яғни,</w:t>
      </w:r>
      <w:r w:rsidRPr="00B439DD">
        <w:rPr>
          <w:rFonts w:ascii="Times New Roman" w:hAnsi="Times New Roman" w:cs="Times New Roman"/>
          <w:sz w:val="28"/>
          <w:szCs w:val="28"/>
          <w:lang w:val="kk-KZ"/>
        </w:rPr>
        <w:t xml:space="preserve"> </w:t>
      </w:r>
    </w:p>
    <w:p w14:paraId="4713E6E3" w14:textId="77777777" w:rsidR="00626857" w:rsidRPr="00B439DD" w:rsidRDefault="00626857" w:rsidP="00B439DD">
      <w:pPr>
        <w:spacing w:after="0" w:line="240" w:lineRule="auto"/>
        <w:ind w:firstLine="708"/>
        <w:jc w:val="both"/>
        <w:rPr>
          <w:rFonts w:ascii="Times New Roman" w:hAnsi="Times New Roman" w:cs="Times New Roman"/>
          <w:sz w:val="28"/>
          <w:szCs w:val="28"/>
          <w:lang w:val="kk-KZ"/>
        </w:rPr>
      </w:pPr>
    </w:p>
    <w:p w14:paraId="618D66AF" w14:textId="77777777" w:rsidR="00894A81" w:rsidRPr="00B439DD" w:rsidRDefault="00894A81" w:rsidP="00B439DD">
      <w:pPr>
        <w:spacing w:after="0" w:line="240" w:lineRule="auto"/>
        <w:jc w:val="center"/>
        <w:rPr>
          <w:rFonts w:ascii="Times New Roman" w:hAnsi="Times New Roman" w:cs="Times New Roman"/>
          <w:color w:val="1B1C1D"/>
          <w:sz w:val="28"/>
          <w:szCs w:val="28"/>
          <w:lang w:val="kk-KZ"/>
        </w:rPr>
      </w:pPr>
      <w:r w:rsidRPr="00B439DD">
        <w:rPr>
          <w:rFonts w:ascii="Times New Roman" w:hAnsi="Times New Roman" w:cs="Times New Roman"/>
          <w:position w:val="-36"/>
          <w:sz w:val="28"/>
          <w:szCs w:val="28"/>
        </w:rPr>
        <w:object w:dxaOrig="3460" w:dyaOrig="820" w14:anchorId="2E188D67">
          <v:shape id="_x0000_i2174" type="#_x0000_t75" style="width:174.05pt;height:43.5pt" o:ole="">
            <v:imagedata r:id="rId2586" o:title=""/>
          </v:shape>
          <o:OLEObject Type="Embed" ProgID="Equation.DSMT4" ShapeID="_x0000_i2174" DrawAspect="Content" ObjectID="_1840332628" r:id="rId2587"/>
        </w:object>
      </w:r>
    </w:p>
    <w:p w14:paraId="08A927B6" w14:textId="77777777" w:rsidR="00894A81" w:rsidRPr="00B439DD" w:rsidRDefault="00894A81" w:rsidP="00B439DD">
      <w:pPr>
        <w:spacing w:after="0" w:line="240" w:lineRule="auto"/>
        <w:jc w:val="both"/>
        <w:rPr>
          <w:rFonts w:ascii="Times New Roman" w:hAnsi="Times New Roman" w:cs="Times New Roman"/>
          <w:color w:val="1B1C1D"/>
          <w:sz w:val="28"/>
          <w:szCs w:val="28"/>
          <w:lang w:val="kk-KZ"/>
        </w:rPr>
      </w:pPr>
    </w:p>
    <w:p w14:paraId="5C652651" w14:textId="77777777" w:rsidR="00894A81" w:rsidRPr="00B439DD" w:rsidRDefault="00894A81" w:rsidP="00B439DD">
      <w:pPr>
        <w:spacing w:after="0" w:line="240" w:lineRule="auto"/>
        <w:jc w:val="both"/>
        <w:rPr>
          <w:rFonts w:ascii="Times New Roman" w:hAnsi="Times New Roman" w:cs="Times New Roman"/>
          <w:sz w:val="28"/>
          <w:szCs w:val="28"/>
          <w:lang w:val="kk-KZ"/>
        </w:rPr>
      </w:pPr>
      <w:r w:rsidRPr="00B439DD">
        <w:rPr>
          <w:rFonts w:ascii="Times New Roman" w:hAnsi="Times New Roman" w:cs="Times New Roman"/>
          <w:color w:val="1B1C1D"/>
          <w:sz w:val="28"/>
          <w:szCs w:val="28"/>
          <w:lang w:val="kk-KZ"/>
        </w:rPr>
        <w:t xml:space="preserve">болады, мұндағы </w:t>
      </w:r>
      <w:r w:rsidRPr="00B439DD">
        <w:rPr>
          <w:rFonts w:ascii="Times New Roman" w:hAnsi="Times New Roman" w:cs="Times New Roman"/>
          <w:position w:val="-12"/>
          <w:sz w:val="28"/>
          <w:szCs w:val="28"/>
        </w:rPr>
        <w:object w:dxaOrig="600" w:dyaOrig="360" w14:anchorId="7EF56DCC">
          <v:shape id="_x0000_i2175" type="#_x0000_t75" style="width:29.25pt;height:18.2pt" o:ole="">
            <v:imagedata r:id="rId2588" o:title=""/>
          </v:shape>
          <o:OLEObject Type="Embed" ProgID="Equation.DSMT4" ShapeID="_x0000_i2175" DrawAspect="Content" ObjectID="_1840332629" r:id="rId2589"/>
        </w:object>
      </w:r>
      <w:r w:rsidRPr="00B439DD">
        <w:rPr>
          <w:rFonts w:ascii="Times New Roman" w:hAnsi="Times New Roman" w:cs="Times New Roman"/>
          <w:sz w:val="28"/>
          <w:szCs w:val="28"/>
          <w:lang w:val="kk-KZ"/>
        </w:rPr>
        <w:t xml:space="preserve"> қандай да бі</w:t>
      </w:r>
      <w:r w:rsidR="001B02E6" w:rsidRPr="00B439DD">
        <w:rPr>
          <w:rFonts w:ascii="Times New Roman" w:hAnsi="Times New Roman" w:cs="Times New Roman"/>
          <w:sz w:val="28"/>
          <w:szCs w:val="28"/>
          <w:lang w:val="kk-KZ"/>
        </w:rPr>
        <w:t>р көпмүшелік. Бұл тепе-теңдік (2.28</w:t>
      </w:r>
      <w:r w:rsidRPr="00B439DD">
        <w:rPr>
          <w:rFonts w:ascii="Times New Roman" w:hAnsi="Times New Roman" w:cs="Times New Roman"/>
          <w:sz w:val="28"/>
          <w:szCs w:val="28"/>
          <w:lang w:val="kk-KZ"/>
        </w:rPr>
        <w:t xml:space="preserve">) көбейткішке жіктеумен, </w:t>
      </w:r>
      <w:r w:rsidRPr="00B439DD">
        <w:rPr>
          <w:rFonts w:ascii="Times New Roman" w:hAnsi="Times New Roman" w:cs="Times New Roman"/>
          <w:position w:val="-4"/>
          <w:sz w:val="28"/>
          <w:szCs w:val="28"/>
        </w:rPr>
        <w:object w:dxaOrig="360" w:dyaOrig="340" w14:anchorId="288232F5">
          <v:shape id="_x0000_i2176" type="#_x0000_t75" style="width:18.2pt;height:15.8pt" o:ole="">
            <v:imagedata r:id="rId2590" o:title=""/>
          </v:shape>
          <o:OLEObject Type="Embed" ProgID="Equation.DSMT4" ShapeID="_x0000_i2176" DrawAspect="Content" ObjectID="_1840332630" r:id="rId2591"/>
        </w:object>
      </w:r>
      <w:r w:rsidRPr="00B439DD">
        <w:rPr>
          <w:rFonts w:ascii="Times New Roman" w:hAnsi="Times New Roman" w:cs="Times New Roman"/>
          <w:sz w:val="28"/>
          <w:szCs w:val="28"/>
          <w:lang w:val="kk-KZ"/>
        </w:rPr>
        <w:t xml:space="preserve">көпмүшелігінің </w:t>
      </w:r>
      <w:r w:rsidRPr="00B439DD">
        <w:rPr>
          <w:rFonts w:ascii="Times New Roman" w:hAnsi="Times New Roman" w:cs="Times New Roman"/>
          <w:position w:val="-12"/>
          <w:sz w:val="28"/>
          <w:szCs w:val="28"/>
        </w:rPr>
        <w:object w:dxaOrig="279" w:dyaOrig="380" w14:anchorId="25E9A09F">
          <v:shape id="_x0000_i2177" type="#_x0000_t75" style="width:15.8pt;height:18.2pt" o:ole="">
            <v:imagedata r:id="rId2592" o:title=""/>
          </v:shape>
          <o:OLEObject Type="Embed" ProgID="Equation.DSMT4" ShapeID="_x0000_i2177" DrawAspect="Content" ObjectID="_1840332631" r:id="rId2593"/>
        </w:object>
      </w:r>
      <w:r w:rsidRPr="00B439DD">
        <w:rPr>
          <w:rFonts w:ascii="Times New Roman" w:hAnsi="Times New Roman" w:cs="Times New Roman"/>
          <w:sz w:val="28"/>
          <w:szCs w:val="28"/>
          <w:lang w:val="kk-KZ"/>
        </w:rPr>
        <w:t xml:space="preserve"> нүктелеріндегі еселіктері </w:t>
      </w:r>
      <w:r w:rsidRPr="00B439DD">
        <w:rPr>
          <w:rFonts w:ascii="Times New Roman" w:hAnsi="Times New Roman" w:cs="Times New Roman"/>
          <w:position w:val="-12"/>
          <w:sz w:val="28"/>
          <w:szCs w:val="28"/>
        </w:rPr>
        <w:object w:dxaOrig="1260" w:dyaOrig="440" w14:anchorId="0EC3AF68">
          <v:shape id="_x0000_i2178" type="#_x0000_t75" style="width:64.9pt;height:20.55pt" o:ole="">
            <v:imagedata r:id="rId2594" o:title=""/>
          </v:shape>
          <o:OLEObject Type="Embed" ProgID="Equation.DSMT4" ShapeID="_x0000_i2178" DrawAspect="Content" ObjectID="_1840332632" r:id="rId2595"/>
        </w:object>
      </w:r>
      <w:r w:rsidRPr="00B439DD">
        <w:rPr>
          <w:rFonts w:ascii="Times New Roman" w:hAnsi="Times New Roman" w:cs="Times New Roman"/>
          <w:position w:val="-16"/>
          <w:sz w:val="28"/>
          <w:szCs w:val="28"/>
          <w:lang w:val="kk-KZ"/>
        </w:rPr>
        <w:t xml:space="preserve"> </w:t>
      </w:r>
      <w:r w:rsidRPr="00B439DD">
        <w:rPr>
          <w:rFonts w:ascii="Times New Roman" w:hAnsi="Times New Roman" w:cs="Times New Roman"/>
          <w:sz w:val="28"/>
          <w:szCs w:val="28"/>
          <w:lang w:val="kk-KZ"/>
        </w:rPr>
        <w:t xml:space="preserve">сәйкес келеді, ал ол </w:t>
      </w:r>
    </w:p>
    <w:p w14:paraId="2F7BC9EB" w14:textId="77777777" w:rsidR="00626857" w:rsidRPr="00B439DD" w:rsidRDefault="00626857" w:rsidP="00B439DD">
      <w:pPr>
        <w:spacing w:after="0" w:line="240" w:lineRule="auto"/>
        <w:jc w:val="both"/>
        <w:rPr>
          <w:rFonts w:ascii="Times New Roman" w:hAnsi="Times New Roman" w:cs="Times New Roman"/>
          <w:sz w:val="28"/>
          <w:szCs w:val="28"/>
          <w:lang w:val="kk-KZ"/>
        </w:rPr>
      </w:pPr>
    </w:p>
    <w:p w14:paraId="3AFE03B4" w14:textId="77777777" w:rsidR="00894A81" w:rsidRPr="00B439DD" w:rsidRDefault="00894A81" w:rsidP="00B439DD">
      <w:pPr>
        <w:spacing w:after="0" w:line="240" w:lineRule="auto"/>
        <w:jc w:val="right"/>
        <w:rPr>
          <w:rFonts w:ascii="Times New Roman" w:hAnsi="Times New Roman" w:cs="Times New Roman"/>
          <w:sz w:val="28"/>
          <w:szCs w:val="28"/>
          <w:lang w:val="kk-KZ"/>
        </w:rPr>
      </w:pPr>
      <w:r w:rsidRPr="00B439DD">
        <w:rPr>
          <w:rFonts w:ascii="Times New Roman" w:hAnsi="Times New Roman" w:cs="Times New Roman"/>
          <w:position w:val="-36"/>
          <w:sz w:val="28"/>
          <w:szCs w:val="28"/>
        </w:rPr>
        <w:object w:dxaOrig="4720" w:dyaOrig="820" w14:anchorId="042CF2BD">
          <v:shape id="_x0000_i2179" type="#_x0000_t75" style="width:236.55pt;height:43.5pt" o:ole="">
            <v:imagedata r:id="rId2596" o:title=""/>
          </v:shape>
          <o:OLEObject Type="Embed" ProgID="Equation.DSMT4" ShapeID="_x0000_i2179" DrawAspect="Content" ObjectID="_1840332633" r:id="rId2597"/>
        </w:object>
      </w:r>
      <w:r w:rsidRPr="00B439DD">
        <w:rPr>
          <w:rFonts w:ascii="Times New Roman" w:hAnsi="Times New Roman" w:cs="Times New Roman"/>
          <w:position w:val="-16"/>
          <w:sz w:val="28"/>
          <w:szCs w:val="28"/>
          <w:lang w:val="kk-KZ"/>
        </w:rPr>
        <w:t xml:space="preserve">                               </w:t>
      </w:r>
      <w:r w:rsidR="001B02E6" w:rsidRPr="00B439DD">
        <w:rPr>
          <w:rFonts w:ascii="Times New Roman" w:hAnsi="Times New Roman" w:cs="Times New Roman"/>
          <w:sz w:val="28"/>
          <w:szCs w:val="28"/>
          <w:lang w:val="kk-KZ"/>
        </w:rPr>
        <w:t>(2.29</w:t>
      </w:r>
      <w:r w:rsidRPr="00B439DD">
        <w:rPr>
          <w:rFonts w:ascii="Times New Roman" w:hAnsi="Times New Roman" w:cs="Times New Roman"/>
          <w:sz w:val="28"/>
          <w:szCs w:val="28"/>
          <w:lang w:val="kk-KZ"/>
        </w:rPr>
        <w:t>)</w:t>
      </w:r>
    </w:p>
    <w:p w14:paraId="3DE0E73C" w14:textId="77777777" w:rsidR="00626857" w:rsidRPr="00B439DD" w:rsidRDefault="00626857" w:rsidP="00B439DD">
      <w:pPr>
        <w:spacing w:after="0" w:line="240" w:lineRule="auto"/>
        <w:rPr>
          <w:rFonts w:ascii="Times New Roman" w:hAnsi="Times New Roman" w:cs="Times New Roman"/>
          <w:sz w:val="28"/>
          <w:szCs w:val="28"/>
          <w:lang w:val="kk-KZ"/>
        </w:rPr>
      </w:pPr>
    </w:p>
    <w:p w14:paraId="7813B046" w14:textId="77777777" w:rsidR="00894A81" w:rsidRPr="00B439DD" w:rsidRDefault="00894A81" w:rsidP="00B439DD">
      <w:pPr>
        <w:spacing w:after="0" w:line="240" w:lineRule="auto"/>
        <w:jc w:val="both"/>
        <w:rPr>
          <w:rFonts w:ascii="Times New Roman" w:hAnsi="Times New Roman" w:cs="Times New Roman"/>
          <w:sz w:val="28"/>
          <w:szCs w:val="28"/>
          <w:lang w:val="kk-KZ"/>
        </w:rPr>
      </w:pPr>
      <w:r w:rsidRPr="00B439DD">
        <w:rPr>
          <w:rFonts w:ascii="Times New Roman" w:hAnsi="Times New Roman" w:cs="Times New Roman"/>
          <w:sz w:val="28"/>
          <w:szCs w:val="28"/>
          <w:lang w:val="kk-KZ"/>
        </w:rPr>
        <w:t>пара-пар.</w:t>
      </w:r>
    </w:p>
    <w:p w14:paraId="265E7893" w14:textId="77777777" w:rsidR="00894A81" w:rsidRPr="00B439DD" w:rsidRDefault="00894A81" w:rsidP="00B439DD">
      <w:pPr>
        <w:spacing w:after="0" w:line="240" w:lineRule="auto"/>
        <w:jc w:val="both"/>
        <w:rPr>
          <w:rFonts w:ascii="Times New Roman" w:hAnsi="Times New Roman" w:cs="Times New Roman"/>
          <w:sz w:val="28"/>
          <w:szCs w:val="28"/>
          <w:lang w:val="kk-KZ"/>
        </w:rPr>
      </w:pPr>
      <w:r w:rsidRPr="00B439DD">
        <w:rPr>
          <w:rFonts w:ascii="Times New Roman" w:hAnsi="Times New Roman" w:cs="Times New Roman"/>
          <w:color w:val="1B1C1D"/>
          <w:sz w:val="28"/>
          <w:szCs w:val="28"/>
          <w:lang w:val="kk-KZ"/>
        </w:rPr>
        <w:tab/>
        <w:t xml:space="preserve">Бұл теңдіктер </w:t>
      </w:r>
      <w:r w:rsidRPr="00B439DD">
        <w:rPr>
          <w:rFonts w:ascii="Times New Roman" w:hAnsi="Times New Roman" w:cs="Times New Roman"/>
          <w:position w:val="-12"/>
          <w:sz w:val="28"/>
          <w:szCs w:val="28"/>
        </w:rPr>
        <w:object w:dxaOrig="840" w:dyaOrig="380" w14:anchorId="4B68FADA">
          <v:shape id="_x0000_i2180" type="#_x0000_t75" style="width:43.5pt;height:18.2pt" o:ole="">
            <v:imagedata r:id="rId2598" o:title=""/>
          </v:shape>
          <o:OLEObject Type="Embed" ProgID="Equation.DSMT4" ShapeID="_x0000_i2180" DrawAspect="Content" ObjectID="_1840332634" r:id="rId2599"/>
        </w:object>
      </w:r>
      <w:r w:rsidRPr="00B439DD">
        <w:rPr>
          <w:rFonts w:ascii="Times New Roman" w:hAnsi="Times New Roman" w:cs="Times New Roman"/>
          <w:sz w:val="28"/>
          <w:szCs w:val="28"/>
          <w:lang w:val="kk-KZ"/>
        </w:rPr>
        <w:t>-ға байланысты біртекті сызықты алгебралық жүйені құрайды. (</w:t>
      </w:r>
      <w:r w:rsidR="001B02E6" w:rsidRPr="00B439DD">
        <w:rPr>
          <w:rFonts w:ascii="Times New Roman" w:hAnsi="Times New Roman" w:cs="Times New Roman"/>
          <w:sz w:val="28"/>
          <w:szCs w:val="28"/>
          <w:lang w:val="kk-KZ"/>
        </w:rPr>
        <w:t>2.</w:t>
      </w:r>
      <w:r w:rsidR="00D14620" w:rsidRPr="00B439DD">
        <w:rPr>
          <w:rFonts w:ascii="Times New Roman" w:hAnsi="Times New Roman" w:cs="Times New Roman"/>
          <w:sz w:val="28"/>
          <w:szCs w:val="28"/>
          <w:lang w:val="kk-KZ"/>
        </w:rPr>
        <w:t>7</w:t>
      </w:r>
      <w:r w:rsidRPr="00B439DD">
        <w:rPr>
          <w:rFonts w:ascii="Times New Roman" w:hAnsi="Times New Roman" w:cs="Times New Roman"/>
          <w:sz w:val="28"/>
          <w:szCs w:val="28"/>
          <w:lang w:val="kk-KZ"/>
        </w:rPr>
        <w:t xml:space="preserve">) анықтамаға сәйкес осы жүйенің матрицасы транспонирланған </w:t>
      </w:r>
      <w:r w:rsidRPr="00B439DD">
        <w:rPr>
          <w:rFonts w:ascii="Times New Roman" w:hAnsi="Times New Roman" w:cs="Times New Roman"/>
          <w:position w:val="-16"/>
          <w:sz w:val="28"/>
          <w:szCs w:val="28"/>
        </w:rPr>
        <w:object w:dxaOrig="1380" w:dyaOrig="420" w14:anchorId="156C4DE5">
          <v:shape id="_x0000_i2181" type="#_x0000_t75" style="width:68.85pt;height:20.55pt" o:ole="">
            <v:imagedata r:id="rId2600" o:title=""/>
          </v:shape>
          <o:OLEObject Type="Embed" ProgID="Equation.DSMT4" ShapeID="_x0000_i2181" DrawAspect="Content" ObjectID="_1840332635" r:id="rId2601"/>
        </w:object>
      </w:r>
      <w:r w:rsidR="001B02E6" w:rsidRPr="00B439DD">
        <w:rPr>
          <w:rFonts w:ascii="Times New Roman" w:hAnsi="Times New Roman" w:cs="Times New Roman"/>
          <w:sz w:val="28"/>
          <w:szCs w:val="28"/>
          <w:lang w:val="kk-KZ"/>
        </w:rPr>
        <w:t xml:space="preserve"> матрицасымен сәйкес келеді. Сол себептен (2.29</w:t>
      </w:r>
      <w:r w:rsidRPr="00B439DD">
        <w:rPr>
          <w:rFonts w:ascii="Times New Roman" w:hAnsi="Times New Roman" w:cs="Times New Roman"/>
          <w:sz w:val="28"/>
          <w:szCs w:val="28"/>
          <w:lang w:val="kk-KZ"/>
        </w:rPr>
        <w:t>) жүйенің нөлдік емес шешімі бар болады сонда тек, сонда ғана, егер</w:t>
      </w:r>
    </w:p>
    <w:p w14:paraId="11445EB8" w14:textId="77777777" w:rsidR="00894A81" w:rsidRPr="00B439DD" w:rsidRDefault="00894A81" w:rsidP="00B439DD">
      <w:pPr>
        <w:spacing w:after="0" w:line="240" w:lineRule="auto"/>
        <w:jc w:val="both"/>
        <w:rPr>
          <w:rFonts w:ascii="Times New Roman" w:hAnsi="Times New Roman" w:cs="Times New Roman"/>
          <w:color w:val="1B1C1D"/>
          <w:sz w:val="28"/>
          <w:szCs w:val="28"/>
          <w:lang w:val="kk-KZ"/>
        </w:rPr>
      </w:pPr>
    </w:p>
    <w:p w14:paraId="06F27EFB" w14:textId="77777777" w:rsidR="00894A81" w:rsidRPr="00B439DD" w:rsidRDefault="00894A81" w:rsidP="00B439DD">
      <w:pPr>
        <w:spacing w:after="0" w:line="240" w:lineRule="auto"/>
        <w:jc w:val="center"/>
        <w:rPr>
          <w:rFonts w:ascii="Times New Roman" w:hAnsi="Times New Roman" w:cs="Times New Roman"/>
          <w:position w:val="-16"/>
          <w:sz w:val="28"/>
          <w:szCs w:val="28"/>
          <w:lang w:val="kk-KZ"/>
        </w:rPr>
      </w:pPr>
      <w:r w:rsidRPr="00B439DD">
        <w:rPr>
          <w:rFonts w:ascii="Times New Roman" w:hAnsi="Times New Roman" w:cs="Times New Roman"/>
          <w:position w:val="-16"/>
          <w:sz w:val="28"/>
          <w:szCs w:val="28"/>
        </w:rPr>
        <w:object w:dxaOrig="2180" w:dyaOrig="420" w14:anchorId="76F515B7">
          <v:shape id="_x0000_i2182" type="#_x0000_t75" style="width:111.55pt;height:20.55pt" o:ole="">
            <v:imagedata r:id="rId2602" o:title=""/>
          </v:shape>
          <o:OLEObject Type="Embed" ProgID="Equation.DSMT4" ShapeID="_x0000_i2182" DrawAspect="Content" ObjectID="_1840332636" r:id="rId2603"/>
        </w:object>
      </w:r>
    </w:p>
    <w:p w14:paraId="1FFE1743" w14:textId="77777777" w:rsidR="00626857" w:rsidRPr="00B439DD" w:rsidRDefault="00626857" w:rsidP="00B439DD">
      <w:pPr>
        <w:spacing w:after="0" w:line="240" w:lineRule="auto"/>
        <w:rPr>
          <w:rFonts w:ascii="Times New Roman" w:hAnsi="Times New Roman" w:cs="Times New Roman"/>
          <w:color w:val="1B1C1D"/>
          <w:sz w:val="28"/>
          <w:szCs w:val="28"/>
          <w:lang w:val="kk-KZ"/>
        </w:rPr>
      </w:pPr>
    </w:p>
    <w:p w14:paraId="71CF2207" w14:textId="46B7BAAA" w:rsidR="00626857" w:rsidRPr="00B439DD" w:rsidRDefault="00894A81" w:rsidP="00B439DD">
      <w:pPr>
        <w:spacing w:after="0" w:line="240" w:lineRule="auto"/>
        <w:jc w:val="both"/>
        <w:rPr>
          <w:rFonts w:ascii="Times New Roman" w:hAnsi="Times New Roman" w:cs="Times New Roman"/>
          <w:sz w:val="28"/>
          <w:szCs w:val="28"/>
          <w:lang w:val="kk-KZ"/>
        </w:rPr>
      </w:pPr>
      <w:r w:rsidRPr="00B439DD">
        <w:rPr>
          <w:rFonts w:ascii="Times New Roman" w:hAnsi="Times New Roman" w:cs="Times New Roman"/>
          <w:color w:val="1B1C1D"/>
          <w:sz w:val="28"/>
          <w:szCs w:val="28"/>
          <w:lang w:val="kk-KZ"/>
        </w:rPr>
        <w:t xml:space="preserve">болса. Осы теңдікте  комплекс түйіндеске көшсек, және </w:t>
      </w:r>
      <w:r w:rsidRPr="00B439DD">
        <w:rPr>
          <w:rFonts w:ascii="Times New Roman" w:hAnsi="Times New Roman" w:cs="Times New Roman"/>
          <w:position w:val="-16"/>
          <w:sz w:val="28"/>
          <w:szCs w:val="28"/>
        </w:rPr>
        <w:object w:dxaOrig="1240" w:dyaOrig="480" w14:anchorId="334F1148">
          <v:shape id="_x0000_i2183" type="#_x0000_t75" style="width:63.3pt;height:25.3pt" o:ole="">
            <v:imagedata r:id="rId2604" o:title=""/>
          </v:shape>
          <o:OLEObject Type="Embed" ProgID="Equation.DSMT4" ShapeID="_x0000_i2183" DrawAspect="Content" ObjectID="_1840332637" r:id="rId2605"/>
        </w:object>
      </w:r>
      <w:r w:rsidRPr="00B439DD">
        <w:rPr>
          <w:rFonts w:ascii="Times New Roman" w:hAnsi="Times New Roman" w:cs="Times New Roman"/>
          <w:sz w:val="28"/>
          <w:szCs w:val="28"/>
          <w:lang w:val="kk-KZ"/>
        </w:rPr>
        <w:t xml:space="preserve">ескерсек, онда </w:t>
      </w:r>
      <w:r w:rsidRPr="00B439DD">
        <w:rPr>
          <w:rFonts w:ascii="Times New Roman" w:hAnsi="Times New Roman" w:cs="Times New Roman"/>
          <w:position w:val="-16"/>
          <w:sz w:val="28"/>
          <w:szCs w:val="28"/>
        </w:rPr>
        <w:object w:dxaOrig="300" w:dyaOrig="420" w14:anchorId="7B56BE1C">
          <v:shape id="_x0000_i2184" type="#_x0000_t75" style="width:15.8pt;height:20.55pt" o:ole="">
            <v:imagedata r:id="rId2606" o:title=""/>
          </v:shape>
          <o:OLEObject Type="Embed" ProgID="Equation.DSMT4" ShapeID="_x0000_i2184" DrawAspect="Content" ObjectID="_1840332638" r:id="rId2607"/>
        </w:object>
      </w:r>
      <w:r w:rsidRPr="00B439DD">
        <w:rPr>
          <w:rFonts w:ascii="Times New Roman" w:hAnsi="Times New Roman" w:cs="Times New Roman"/>
          <w:sz w:val="28"/>
          <w:szCs w:val="28"/>
          <w:lang w:val="kk-KZ"/>
        </w:rPr>
        <w:t xml:space="preserve"> сәйкес келетін теңдікке келеміз. Осыдан (</w:t>
      </w:r>
      <w:r w:rsidR="00D14620" w:rsidRPr="00B439DD">
        <w:rPr>
          <w:rFonts w:ascii="Times New Roman" w:hAnsi="Times New Roman" w:cs="Times New Roman"/>
          <w:sz w:val="28"/>
          <w:szCs w:val="28"/>
          <w:lang w:val="kk-KZ"/>
        </w:rPr>
        <w:t>2.11</w:t>
      </w:r>
      <w:r w:rsidRPr="00B439DD">
        <w:rPr>
          <w:rFonts w:ascii="Times New Roman" w:hAnsi="Times New Roman" w:cs="Times New Roman"/>
          <w:sz w:val="28"/>
          <w:szCs w:val="28"/>
          <w:lang w:val="kk-KZ"/>
        </w:rPr>
        <w:t xml:space="preserve">) шарттың орындалатындығын  көреміз. Яғни ұйғарымымыз дұрыс болмады. Яғни, </w:t>
      </w:r>
      <w:r w:rsidRPr="00293DA3">
        <w:rPr>
          <w:rFonts w:ascii="Times New Roman" w:hAnsi="Times New Roman" w:cs="Times New Roman"/>
          <w:sz w:val="28"/>
          <w:szCs w:val="28"/>
          <w:lang w:val="kk-KZ"/>
        </w:rPr>
        <w:t>2</w:t>
      </w:r>
      <w:r w:rsidR="00D61D54" w:rsidRPr="00293DA3">
        <w:rPr>
          <w:rFonts w:ascii="Times New Roman" w:hAnsi="Times New Roman" w:cs="Times New Roman"/>
          <w:sz w:val="28"/>
          <w:szCs w:val="28"/>
          <w:lang w:val="kk-KZ"/>
        </w:rPr>
        <w:t>.3- ші</w:t>
      </w:r>
      <w:r w:rsidR="00D61D54">
        <w:rPr>
          <w:rFonts w:ascii="Times New Roman" w:hAnsi="Times New Roman" w:cs="Times New Roman"/>
          <w:sz w:val="28"/>
          <w:szCs w:val="28"/>
          <w:lang w:val="kk-KZ"/>
        </w:rPr>
        <w:t xml:space="preserve"> лемма </w:t>
      </w:r>
      <w:r w:rsidRPr="00B439DD">
        <w:rPr>
          <w:rFonts w:ascii="Times New Roman" w:hAnsi="Times New Roman" w:cs="Times New Roman"/>
          <w:sz w:val="28"/>
          <w:szCs w:val="28"/>
          <w:lang w:val="kk-KZ"/>
        </w:rPr>
        <w:t xml:space="preserve"> дәлелденді.</w:t>
      </w:r>
    </w:p>
    <w:p w14:paraId="32596BB1" w14:textId="77777777" w:rsidR="003A4ABB" w:rsidRPr="00B439DD" w:rsidRDefault="00626857" w:rsidP="00B439DD">
      <w:pPr>
        <w:spacing w:after="0" w:line="240" w:lineRule="auto"/>
        <w:rPr>
          <w:rFonts w:ascii="Times New Roman" w:hAnsi="Times New Roman" w:cs="Times New Roman"/>
          <w:sz w:val="28"/>
          <w:szCs w:val="28"/>
          <w:lang w:val="kk-KZ"/>
        </w:rPr>
      </w:pPr>
      <w:r w:rsidRPr="00B439DD">
        <w:rPr>
          <w:rFonts w:ascii="Times New Roman" w:hAnsi="Times New Roman" w:cs="Times New Roman"/>
          <w:sz w:val="28"/>
          <w:szCs w:val="28"/>
          <w:lang w:val="kk-KZ"/>
        </w:rPr>
        <w:br w:type="page"/>
      </w:r>
    </w:p>
    <w:p w14:paraId="308C687F" w14:textId="55D08618" w:rsidR="00626857" w:rsidRPr="00B439DD" w:rsidRDefault="00303E32" w:rsidP="00303E32">
      <w:pPr>
        <w:spacing w:after="0" w:line="240" w:lineRule="auto"/>
        <w:rPr>
          <w:rFonts w:ascii="Times New Roman" w:hAnsi="Times New Roman" w:cs="Times New Roman"/>
          <w:b/>
          <w:color w:val="000000"/>
          <w:sz w:val="28"/>
          <w:szCs w:val="28"/>
          <w:lang w:val="kk-KZ"/>
        </w:rPr>
      </w:pPr>
      <w:r>
        <w:rPr>
          <w:rFonts w:ascii="Times New Roman" w:hAnsi="Times New Roman" w:cs="Times New Roman"/>
          <w:b/>
          <w:color w:val="000000"/>
          <w:sz w:val="28"/>
          <w:szCs w:val="28"/>
          <w:lang w:val="kk-KZ"/>
        </w:rPr>
        <w:lastRenderedPageBreak/>
        <w:t xml:space="preserve">          </w:t>
      </w:r>
      <w:r w:rsidR="004D7277" w:rsidRPr="00B439DD">
        <w:rPr>
          <w:rFonts w:ascii="Times New Roman" w:hAnsi="Times New Roman" w:cs="Times New Roman"/>
          <w:b/>
          <w:color w:val="000000"/>
          <w:sz w:val="28"/>
          <w:szCs w:val="28"/>
          <w:lang w:val="kk-KZ"/>
        </w:rPr>
        <w:t>2.2 Локальді емес шеттік шартты есептердің шешімділігі</w:t>
      </w:r>
    </w:p>
    <w:p w14:paraId="15918C9B" w14:textId="2DA68A7E" w:rsidR="004B7CD0" w:rsidRPr="00B439DD" w:rsidRDefault="004B7CD0" w:rsidP="00B439DD">
      <w:pPr>
        <w:spacing w:after="0" w:line="240" w:lineRule="auto"/>
        <w:ind w:firstLine="708"/>
        <w:jc w:val="both"/>
        <w:rPr>
          <w:rFonts w:ascii="Times New Roman" w:eastAsia="Times New Roman" w:hAnsi="Times New Roman" w:cs="Times New Roman"/>
          <w:sz w:val="28"/>
          <w:szCs w:val="28"/>
          <w:lang w:val="kk-KZ"/>
        </w:rPr>
      </w:pPr>
      <w:r w:rsidRPr="00B439DD">
        <w:rPr>
          <w:rFonts w:ascii="Times New Roman" w:hAnsi="Times New Roman" w:cs="Times New Roman"/>
          <w:sz w:val="28"/>
          <w:szCs w:val="28"/>
          <w:lang w:val="kk-KZ"/>
        </w:rPr>
        <w:t>Ізделінді шешім мен шешім ізделінетін облыстағы сол шешімнің шекаралық және ішкі нүктелеріндегі туындыларының мәндерін байланыстыратын шеттік шарттары бар есептерді локалді емес есеп деп атайды.</w:t>
      </w:r>
      <w:r w:rsidRPr="00B439DD">
        <w:rPr>
          <w:rFonts w:ascii="Times New Roman" w:eastAsia="Times New Roman" w:hAnsi="Times New Roman" w:cs="Times New Roman"/>
          <w:sz w:val="28"/>
          <w:szCs w:val="28"/>
          <w:lang w:val="kk-KZ"/>
        </w:rPr>
        <w:t xml:space="preserve"> Бұл есептер Дирихле немесе Нейман шарттары сияқты классикалық шеттік шарттарды  кеңейтеді, олар локалді болып табылады және облыс шекарасындағы мәндерімен анықталады. </w:t>
      </w:r>
      <w:r w:rsidRPr="00B439DD">
        <w:rPr>
          <w:rFonts w:ascii="Times New Roman" w:hAnsi="Times New Roman" w:cs="Times New Roman"/>
          <w:sz w:val="28"/>
          <w:szCs w:val="28"/>
          <w:lang w:val="kk-KZ"/>
        </w:rPr>
        <w:t>Математикалық тұрғыд</w:t>
      </w:r>
      <w:r w:rsidR="00802E71">
        <w:rPr>
          <w:rFonts w:ascii="Times New Roman" w:hAnsi="Times New Roman" w:cs="Times New Roman"/>
          <w:sz w:val="28"/>
          <w:szCs w:val="28"/>
          <w:lang w:val="kk-KZ"/>
        </w:rPr>
        <w:t>ан алғанда, есепте локалді емес</w:t>
      </w:r>
      <w:r w:rsidRPr="00B439DD">
        <w:rPr>
          <w:rFonts w:ascii="Times New Roman" w:hAnsi="Times New Roman" w:cs="Times New Roman"/>
          <w:sz w:val="28"/>
          <w:szCs w:val="28"/>
          <w:lang w:val="kk-KZ"/>
        </w:rPr>
        <w:t xml:space="preserve"> мүшенің бар болуынан біраз  қызықты сұрақтар пайда болады және эллипстік есептерді шешудің кейбір стандартты әдістерінде бірқатар қиындықтар туындайды. Мысалы, вариациялық әдістер мұндай теңдеулердің көп класы үшін шешімнің бар екендігін дәлелдеу үшін қолданғанда жүрмейді. Дербес туындылы әр түрлі теңдеулерге арналған локалды емес есептерді көптеген авторлар:</w:t>
      </w:r>
      <w:r w:rsidRPr="00B439DD">
        <w:rPr>
          <w:rFonts w:ascii="Times New Roman" w:eastAsia="Times New Roman" w:hAnsi="Times New Roman" w:cs="Times New Roman"/>
          <w:sz w:val="28"/>
          <w:szCs w:val="28"/>
          <w:lang w:val="kk-KZ"/>
        </w:rPr>
        <w:t xml:space="preserve"> Н. И. Ионкин [46], А.В. Бицадзе және А. А. Самарский [47], А. И. Кожанов [48,49], Я. А. Ройтберг және 3.Г. Шефтель [50], А.П. Солдатов [51], Н. В. Житарашу және С. Д. Эйдельман [52], мұнда локалді емес есептердің шешімділігіне, ал шеттік есептің жалғыздығы мәселесіне [53-60] жұмыстарда зерттелген.</w:t>
      </w:r>
    </w:p>
    <w:p w14:paraId="0BCBE031" w14:textId="77777777" w:rsidR="004B7CD0" w:rsidRPr="00B439DD" w:rsidRDefault="004B7CD0" w:rsidP="00D61D54">
      <w:pPr>
        <w:spacing w:after="0" w:line="240" w:lineRule="auto"/>
        <w:ind w:firstLine="708"/>
        <w:rPr>
          <w:rFonts w:ascii="Times New Roman" w:eastAsia="Times New Roman" w:hAnsi="Times New Roman" w:cs="Times New Roman"/>
          <w:sz w:val="28"/>
          <w:szCs w:val="28"/>
          <w:lang w:val="kk-KZ"/>
        </w:rPr>
      </w:pPr>
      <w:r w:rsidRPr="00B439DD">
        <w:rPr>
          <w:rFonts w:ascii="Times New Roman" w:eastAsia="Times New Roman" w:hAnsi="Times New Roman" w:cs="Times New Roman"/>
          <w:sz w:val="28"/>
          <w:szCs w:val="28"/>
          <w:lang w:val="kk-KZ"/>
        </w:rPr>
        <w:t>Кожанов А.И. [48] жұмысында эллипстік теңдеулер үшін интегралды шарттары бар локалді емес шеттік есептердің шешімділігі зерттелді</w:t>
      </w:r>
    </w:p>
    <w:p w14:paraId="27646F06" w14:textId="77777777" w:rsidR="004B7CD0" w:rsidRPr="00B439DD" w:rsidRDefault="004B7CD0" w:rsidP="00B439DD">
      <w:pPr>
        <w:spacing w:after="0" w:line="240" w:lineRule="auto"/>
        <w:jc w:val="both"/>
        <w:rPr>
          <w:rFonts w:ascii="Times New Roman" w:eastAsia="Times New Roman" w:hAnsi="Times New Roman" w:cs="Times New Roman"/>
          <w:sz w:val="28"/>
          <w:szCs w:val="28"/>
          <w:lang w:val="kk-KZ"/>
        </w:rPr>
      </w:pPr>
    </w:p>
    <w:p w14:paraId="544725E4" w14:textId="48857837" w:rsidR="00B439DD" w:rsidRPr="00B439DD" w:rsidRDefault="004B7CD0" w:rsidP="00B439DD">
      <w:pPr>
        <w:spacing w:after="0" w:line="240" w:lineRule="auto"/>
        <w:jc w:val="center"/>
        <w:rPr>
          <w:rFonts w:ascii="Times New Roman" w:hAnsi="Times New Roman" w:cs="Times New Roman"/>
          <w:position w:val="-116"/>
          <w:sz w:val="28"/>
          <w:szCs w:val="28"/>
          <w:lang w:val="kk-KZ"/>
        </w:rPr>
      </w:pPr>
      <w:r w:rsidRPr="00B439DD">
        <w:rPr>
          <w:rFonts w:ascii="Times New Roman" w:hAnsi="Times New Roman" w:cs="Times New Roman"/>
          <w:position w:val="-116"/>
          <w:sz w:val="28"/>
          <w:szCs w:val="28"/>
        </w:rPr>
        <w:object w:dxaOrig="3400" w:dyaOrig="2460" w14:anchorId="49C838E6">
          <v:shape id="_x0000_i2185" type="#_x0000_t75" style="width:171.7pt;height:123.45pt" o:ole="">
            <v:imagedata r:id="rId2608" o:title=""/>
          </v:shape>
          <o:OLEObject Type="Embed" ProgID="Equation.DSMT4" ShapeID="_x0000_i2185" DrawAspect="Content" ObjectID="_1840332639" r:id="rId2609"/>
        </w:object>
      </w:r>
    </w:p>
    <w:p w14:paraId="5D99E127" w14:textId="77777777" w:rsidR="00E523BC" w:rsidRPr="00B439DD" w:rsidRDefault="00E523BC" w:rsidP="00B439DD">
      <w:pPr>
        <w:spacing w:after="0" w:line="240" w:lineRule="auto"/>
        <w:jc w:val="both"/>
        <w:rPr>
          <w:rFonts w:ascii="Times New Roman" w:eastAsia="Times New Roman" w:hAnsi="Times New Roman" w:cs="Times New Roman"/>
          <w:sz w:val="28"/>
          <w:szCs w:val="28"/>
          <w:lang w:val="kk-KZ"/>
        </w:rPr>
      </w:pPr>
      <w:r w:rsidRPr="00B439DD">
        <w:rPr>
          <w:rFonts w:ascii="Times New Roman" w:eastAsia="Times New Roman" w:hAnsi="Times New Roman" w:cs="Times New Roman"/>
          <w:sz w:val="28"/>
          <w:szCs w:val="28"/>
          <w:lang w:val="kk-KZ"/>
        </w:rPr>
        <w:t xml:space="preserve">Мұндағы </w:t>
      </w:r>
      <w:r w:rsidRPr="00B439DD">
        <w:rPr>
          <w:rFonts w:ascii="Times New Roman" w:hAnsi="Times New Roman" w:cs="Times New Roman"/>
          <w:position w:val="-4"/>
          <w:sz w:val="28"/>
          <w:szCs w:val="28"/>
        </w:rPr>
        <w:object w:dxaOrig="279" w:dyaOrig="279" w14:anchorId="213BABCB">
          <v:shape id="_x0000_i2186" type="#_x0000_t75" style="width:15.8pt;height:15.8pt" o:ole="">
            <v:imagedata r:id="rId2610" o:title=""/>
          </v:shape>
          <o:OLEObject Type="Embed" ProgID="Equation.DSMT4" ShapeID="_x0000_i2186" DrawAspect="Content" ObjectID="_1840332640" r:id="rId2611"/>
        </w:object>
      </w:r>
      <w:r w:rsidRPr="00B439DD">
        <w:rPr>
          <w:rFonts w:ascii="Times New Roman" w:eastAsia="Times New Roman" w:hAnsi="Times New Roman" w:cs="Times New Roman"/>
          <w:position w:val="-4"/>
          <w:sz w:val="28"/>
          <w:szCs w:val="28"/>
          <w:lang w:val="kk-KZ"/>
        </w:rPr>
        <w:t xml:space="preserve">облысы </w:t>
      </w:r>
      <w:r w:rsidRPr="00B439DD">
        <w:rPr>
          <w:rFonts w:ascii="Times New Roman" w:hAnsi="Times New Roman" w:cs="Times New Roman"/>
          <w:position w:val="-4"/>
          <w:sz w:val="28"/>
          <w:szCs w:val="28"/>
        </w:rPr>
        <w:object w:dxaOrig="360" w:dyaOrig="340" w14:anchorId="093A553A">
          <v:shape id="_x0000_i2187" type="#_x0000_t75" style="width:18.2pt;height:15.8pt" o:ole="">
            <v:imagedata r:id="rId2612" o:title=""/>
          </v:shape>
          <o:OLEObject Type="Embed" ProgID="Equation.DSMT4" ShapeID="_x0000_i2187" DrawAspect="Content" ObjectID="_1840332641" r:id="rId2613"/>
        </w:object>
      </w:r>
      <w:r w:rsidRPr="00B439DD">
        <w:rPr>
          <w:rFonts w:ascii="Times New Roman" w:eastAsia="Times New Roman" w:hAnsi="Times New Roman" w:cs="Times New Roman"/>
          <w:sz w:val="28"/>
          <w:szCs w:val="28"/>
          <w:lang w:val="kk-KZ"/>
        </w:rPr>
        <w:t xml:space="preserve"> шектелген, оның шекарасы </w:t>
      </w:r>
      <w:r w:rsidRPr="00B439DD">
        <w:rPr>
          <w:rFonts w:ascii="Times New Roman" w:hAnsi="Times New Roman" w:cs="Times New Roman"/>
          <w:position w:val="-4"/>
          <w:sz w:val="28"/>
          <w:szCs w:val="28"/>
        </w:rPr>
        <w:object w:dxaOrig="240" w:dyaOrig="279" w14:anchorId="1DE45AAE">
          <v:shape id="_x0000_i2188" type="#_x0000_t75" style="width:11.85pt;height:15.8pt" o:ole="">
            <v:imagedata r:id="rId2614" o:title=""/>
          </v:shape>
          <o:OLEObject Type="Embed" ProgID="Equation.DSMT4" ShapeID="_x0000_i2188" DrawAspect="Content" ObjectID="_1840332642" r:id="rId2615"/>
        </w:object>
      </w:r>
      <w:r w:rsidRPr="00B439DD">
        <w:rPr>
          <w:rFonts w:ascii="Times New Roman" w:eastAsia="Times New Roman" w:hAnsi="Times New Roman" w:cs="Times New Roman"/>
          <w:sz w:val="28"/>
          <w:szCs w:val="28"/>
          <w:lang w:val="kk-KZ"/>
        </w:rPr>
        <w:t xml:space="preserve"> шексіз дифференциалданады, ал </w:t>
      </w:r>
      <w:r w:rsidRPr="00B439DD">
        <w:rPr>
          <w:rFonts w:ascii="Times New Roman" w:hAnsi="Times New Roman" w:cs="Times New Roman"/>
          <w:position w:val="-12"/>
          <w:sz w:val="28"/>
          <w:szCs w:val="28"/>
        </w:rPr>
        <w:object w:dxaOrig="279" w:dyaOrig="360" w14:anchorId="5C77790F">
          <v:shape id="_x0000_i2189" type="#_x0000_t75" style="width:15.8pt;height:18.2pt" o:ole="">
            <v:imagedata r:id="rId2616" o:title=""/>
          </v:shape>
          <o:OLEObject Type="Embed" ProgID="Equation.DSMT4" ShapeID="_x0000_i2189" DrawAspect="Content" ObjectID="_1840332643" r:id="rId2617"/>
        </w:object>
      </w:r>
      <w:r w:rsidRPr="00B439DD">
        <w:rPr>
          <w:rFonts w:ascii="Times New Roman" w:eastAsia="Times New Roman" w:hAnsi="Times New Roman" w:cs="Times New Roman"/>
          <w:sz w:val="28"/>
          <w:szCs w:val="28"/>
          <w:lang w:val="kk-KZ"/>
        </w:rPr>
        <w:t xml:space="preserve">- шектелген цилиндр </w:t>
      </w:r>
      <w:r w:rsidRPr="00B439DD">
        <w:rPr>
          <w:rFonts w:ascii="Times New Roman" w:hAnsi="Times New Roman" w:cs="Times New Roman"/>
          <w:position w:val="-14"/>
          <w:sz w:val="28"/>
          <w:szCs w:val="28"/>
        </w:rPr>
        <w:object w:dxaOrig="1240" w:dyaOrig="420" w14:anchorId="6E6C28F6">
          <v:shape id="_x0000_i2190" type="#_x0000_t75" style="width:63.3pt;height:20.55pt" o:ole="">
            <v:imagedata r:id="rId2618" o:title=""/>
          </v:shape>
          <o:OLEObject Type="Embed" ProgID="Equation.DSMT4" ShapeID="_x0000_i2190" DrawAspect="Content" ObjectID="_1840332644" r:id="rId2619"/>
        </w:object>
      </w:r>
      <w:r w:rsidRPr="00B439DD">
        <w:rPr>
          <w:rFonts w:ascii="Times New Roman" w:eastAsia="Times New Roman" w:hAnsi="Times New Roman" w:cs="Times New Roman"/>
          <w:sz w:val="28"/>
          <w:szCs w:val="28"/>
          <w:lang w:val="kk-KZ"/>
        </w:rPr>
        <w:t>, оның бүйір беті</w:t>
      </w:r>
    </w:p>
    <w:p w14:paraId="735F761F" w14:textId="77777777" w:rsidR="00E523BC" w:rsidRPr="00B439DD" w:rsidRDefault="00E523BC" w:rsidP="00B439DD">
      <w:pPr>
        <w:spacing w:after="0" w:line="240" w:lineRule="auto"/>
        <w:jc w:val="both"/>
        <w:rPr>
          <w:rFonts w:ascii="Times New Roman" w:eastAsia="Times New Roman" w:hAnsi="Times New Roman" w:cs="Times New Roman"/>
          <w:sz w:val="28"/>
          <w:szCs w:val="28"/>
          <w:lang w:val="kk-KZ"/>
        </w:rPr>
      </w:pPr>
      <w:r w:rsidRPr="00B439DD">
        <w:rPr>
          <w:rFonts w:ascii="Times New Roman" w:hAnsi="Times New Roman" w:cs="Times New Roman"/>
          <w:position w:val="-14"/>
          <w:sz w:val="28"/>
          <w:szCs w:val="28"/>
        </w:rPr>
        <w:object w:dxaOrig="1640" w:dyaOrig="420" w14:anchorId="466C5084">
          <v:shape id="_x0000_i2191" type="#_x0000_t75" style="width:80.7pt;height:20.55pt" o:ole="">
            <v:imagedata r:id="rId2620" o:title=""/>
          </v:shape>
          <o:OLEObject Type="Embed" ProgID="Equation.DSMT4" ShapeID="_x0000_i2191" DrawAspect="Content" ObjectID="_1840332645" r:id="rId2621"/>
        </w:object>
      </w:r>
      <w:r w:rsidRPr="00B439DD">
        <w:rPr>
          <w:rFonts w:ascii="Times New Roman" w:eastAsia="Times New Roman" w:hAnsi="Times New Roman" w:cs="Times New Roman"/>
          <w:sz w:val="28"/>
          <w:szCs w:val="28"/>
          <w:lang w:val="kk-KZ"/>
        </w:rPr>
        <w:t xml:space="preserve">. </w:t>
      </w:r>
      <w:r w:rsidRPr="00B439DD">
        <w:rPr>
          <w:rFonts w:ascii="Times New Roman" w:hAnsi="Times New Roman" w:cs="Times New Roman"/>
          <w:position w:val="-12"/>
          <w:sz w:val="28"/>
          <w:szCs w:val="28"/>
        </w:rPr>
        <w:object w:dxaOrig="800" w:dyaOrig="360" w14:anchorId="4459A834">
          <v:shape id="_x0000_i2192" type="#_x0000_t75" style="width:43.5pt;height:18.2pt" o:ole="">
            <v:imagedata r:id="rId2622" o:title=""/>
          </v:shape>
          <o:OLEObject Type="Embed" ProgID="Equation.DSMT4" ShapeID="_x0000_i2192" DrawAspect="Content" ObjectID="_1840332646" r:id="rId2623"/>
        </w:object>
      </w:r>
      <w:r w:rsidRPr="00B439DD">
        <w:rPr>
          <w:rFonts w:ascii="Times New Roman" w:eastAsia="Times New Roman" w:hAnsi="Times New Roman" w:cs="Times New Roman"/>
          <w:sz w:val="28"/>
          <w:szCs w:val="28"/>
          <w:lang w:val="kk-KZ"/>
        </w:rPr>
        <w:t>және</w:t>
      </w:r>
      <w:r w:rsidRPr="00B439DD">
        <w:rPr>
          <w:rFonts w:ascii="Times New Roman" w:hAnsi="Times New Roman" w:cs="Times New Roman"/>
          <w:position w:val="-12"/>
          <w:sz w:val="28"/>
          <w:szCs w:val="28"/>
        </w:rPr>
        <w:object w:dxaOrig="580" w:dyaOrig="360" w14:anchorId="3E969AF9">
          <v:shape id="_x0000_i2193" type="#_x0000_t75" style="width:28.5pt;height:18.2pt" o:ole="">
            <v:imagedata r:id="rId2624" o:title=""/>
          </v:shape>
          <o:OLEObject Type="Embed" ProgID="Equation.DSMT4" ShapeID="_x0000_i2193" DrawAspect="Content" ObjectID="_1840332647" r:id="rId2625"/>
        </w:object>
      </w:r>
      <w:r w:rsidRPr="00B439DD">
        <w:rPr>
          <w:rFonts w:ascii="Times New Roman" w:eastAsia="Times New Roman" w:hAnsi="Times New Roman" w:cs="Times New Roman"/>
          <w:sz w:val="28"/>
          <w:szCs w:val="28"/>
          <w:lang w:val="kk-KZ"/>
        </w:rPr>
        <w:t xml:space="preserve"> - берілген функциялар.</w:t>
      </w:r>
    </w:p>
    <w:p w14:paraId="3043851D" w14:textId="77777777" w:rsidR="00E523BC" w:rsidRPr="00B439DD" w:rsidRDefault="00E523BC" w:rsidP="00B439DD">
      <w:pPr>
        <w:spacing w:after="0" w:line="240" w:lineRule="auto"/>
        <w:ind w:firstLine="708"/>
        <w:jc w:val="both"/>
        <w:rPr>
          <w:rFonts w:ascii="Times New Roman" w:eastAsia="Times New Roman" w:hAnsi="Times New Roman" w:cs="Times New Roman"/>
          <w:sz w:val="28"/>
          <w:szCs w:val="28"/>
          <w:lang w:val="kk-KZ"/>
        </w:rPr>
      </w:pPr>
      <w:r w:rsidRPr="00B439DD">
        <w:rPr>
          <w:rFonts w:ascii="Times New Roman" w:hAnsi="Times New Roman" w:cs="Times New Roman"/>
          <w:color w:val="000000"/>
          <w:sz w:val="28"/>
          <w:szCs w:val="28"/>
          <w:lang w:val="kk-KZ"/>
        </w:rPr>
        <w:t>Локалды</w:t>
      </w:r>
      <w:r w:rsidRPr="00B439DD">
        <w:rPr>
          <w:rFonts w:ascii="Times New Roman" w:eastAsia="Times New Roman" w:hAnsi="Times New Roman" w:cs="Times New Roman"/>
          <w:color w:val="1F1F1F"/>
          <w:sz w:val="28"/>
          <w:szCs w:val="28"/>
          <w:lang w:val="kk-KZ"/>
        </w:rPr>
        <w:t xml:space="preserve"> емес есептің шешімділігін дәлелдеу Фурье әдісіне негізделген.</w:t>
      </w:r>
    </w:p>
    <w:p w14:paraId="29567B22" w14:textId="77777777" w:rsidR="00E523BC" w:rsidRPr="00B439DD" w:rsidRDefault="00E523BC" w:rsidP="00B439DD">
      <w:pPr>
        <w:spacing w:after="0" w:line="240" w:lineRule="auto"/>
        <w:jc w:val="both"/>
        <w:rPr>
          <w:rFonts w:ascii="Times New Roman" w:eastAsia="Times New Roman" w:hAnsi="Times New Roman" w:cs="Times New Roman"/>
          <w:color w:val="1F1F1F"/>
          <w:sz w:val="28"/>
          <w:szCs w:val="28"/>
          <w:lang w:val="kk-KZ"/>
        </w:rPr>
      </w:pPr>
      <w:r w:rsidRPr="00B439DD">
        <w:rPr>
          <w:rFonts w:ascii="Times New Roman" w:eastAsia="Times New Roman" w:hAnsi="Times New Roman" w:cs="Times New Roman"/>
          <w:color w:val="1F1F1F"/>
          <w:sz w:val="28"/>
          <w:szCs w:val="28"/>
          <w:lang w:val="kk-KZ"/>
        </w:rPr>
        <w:t>Жұмыста шығарылған есепті жалпылау, есептердің кейбір жалпыламаларын неғұрлым жалпы интегралдық шарттар жағдайында, дифференциалдық-операторлық теңдеулер жағдайында, квазиэллипстік теңдеулер жағдайында</w:t>
      </w:r>
    </w:p>
    <w:p w14:paraId="75BE99C5" w14:textId="77777777" w:rsidR="00E523BC" w:rsidRPr="00B439DD" w:rsidRDefault="00E523BC" w:rsidP="00B439DD">
      <w:pPr>
        <w:spacing w:after="0" w:line="240" w:lineRule="auto"/>
        <w:jc w:val="both"/>
        <w:rPr>
          <w:rFonts w:ascii="Times New Roman" w:eastAsia="Times New Roman" w:hAnsi="Times New Roman" w:cs="Times New Roman"/>
          <w:color w:val="1F1F1F"/>
          <w:sz w:val="28"/>
          <w:szCs w:val="28"/>
          <w:lang w:val="kk-KZ"/>
        </w:rPr>
      </w:pPr>
      <w:r w:rsidRPr="00B439DD">
        <w:rPr>
          <w:rFonts w:ascii="Times New Roman" w:eastAsia="Times New Roman" w:hAnsi="Times New Roman" w:cs="Times New Roman"/>
          <w:color w:val="1F1F1F"/>
          <w:sz w:val="28"/>
          <w:szCs w:val="28"/>
          <w:lang w:val="kk-KZ"/>
        </w:rPr>
        <w:t>зерттеген.</w:t>
      </w:r>
    </w:p>
    <w:p w14:paraId="2C1E1347" w14:textId="77777777" w:rsidR="004B7CD0" w:rsidRPr="00B439DD" w:rsidRDefault="00E523BC" w:rsidP="00B439DD">
      <w:pPr>
        <w:spacing w:after="0" w:line="240" w:lineRule="auto"/>
        <w:ind w:firstLine="708"/>
        <w:jc w:val="both"/>
        <w:rPr>
          <w:rFonts w:ascii="Times New Roman" w:eastAsia="Times New Roman" w:hAnsi="Times New Roman" w:cs="Times New Roman"/>
          <w:sz w:val="28"/>
          <w:szCs w:val="28"/>
          <w:lang w:val="kk-KZ"/>
        </w:rPr>
      </w:pPr>
      <w:r w:rsidRPr="00B439DD">
        <w:rPr>
          <w:rFonts w:ascii="Times New Roman" w:eastAsia="Times New Roman" w:hAnsi="Times New Roman" w:cs="Times New Roman"/>
          <w:sz w:val="28"/>
          <w:szCs w:val="28"/>
          <w:lang w:val="kk-KZ"/>
        </w:rPr>
        <w:t xml:space="preserve">Кожанов А.И., Дюжева А.В. [49]  жұмысында екінші ретті </w:t>
      </w:r>
      <w:r w:rsidRPr="00B439DD">
        <w:rPr>
          <w:rFonts w:ascii="Times New Roman" w:hAnsi="Times New Roman" w:cs="Times New Roman"/>
          <w:sz w:val="28"/>
          <w:szCs w:val="28"/>
          <w:lang w:val="kk-KZ"/>
        </w:rPr>
        <w:t>эллипстік</w:t>
      </w:r>
      <w:r w:rsidRPr="00B439DD">
        <w:rPr>
          <w:rFonts w:ascii="Times New Roman" w:eastAsia="Times New Roman" w:hAnsi="Times New Roman" w:cs="Times New Roman"/>
          <w:sz w:val="28"/>
          <w:szCs w:val="28"/>
          <w:lang w:val="kk-KZ"/>
        </w:rPr>
        <w:t xml:space="preserve"> теңдеулер үшін Самарский-Ионкиннің локалді емес есептері қисындылыққа зерттелген</w:t>
      </w:r>
    </w:p>
    <w:p w14:paraId="18D65640" w14:textId="77777777" w:rsidR="00E523BC" w:rsidRPr="00B439DD" w:rsidRDefault="00E523BC" w:rsidP="00B439DD">
      <w:pPr>
        <w:spacing w:after="0" w:line="240" w:lineRule="auto"/>
        <w:ind w:firstLine="708"/>
        <w:jc w:val="both"/>
        <w:rPr>
          <w:rFonts w:ascii="Times New Roman" w:eastAsia="Times New Roman" w:hAnsi="Times New Roman" w:cs="Times New Roman"/>
          <w:sz w:val="28"/>
          <w:szCs w:val="28"/>
          <w:lang w:val="kk-KZ"/>
        </w:rPr>
      </w:pPr>
    </w:p>
    <w:p w14:paraId="71B7855A" w14:textId="77777777" w:rsidR="00E523BC" w:rsidRPr="00B439DD" w:rsidRDefault="00E523BC" w:rsidP="00B439DD">
      <w:pPr>
        <w:spacing w:after="0" w:line="240" w:lineRule="auto"/>
        <w:ind w:firstLine="708"/>
        <w:jc w:val="center"/>
        <w:rPr>
          <w:rFonts w:ascii="Times New Roman" w:eastAsia="Times New Roman" w:hAnsi="Times New Roman" w:cs="Times New Roman"/>
          <w:sz w:val="28"/>
          <w:szCs w:val="28"/>
          <w:lang w:val="kk-KZ"/>
        </w:rPr>
      </w:pPr>
      <w:r w:rsidRPr="00B439DD">
        <w:rPr>
          <w:rFonts w:ascii="Times New Roman" w:hAnsi="Times New Roman" w:cs="Times New Roman"/>
          <w:position w:val="-16"/>
          <w:sz w:val="28"/>
          <w:szCs w:val="28"/>
        </w:rPr>
        <w:object w:dxaOrig="5580" w:dyaOrig="440" w14:anchorId="32C41242">
          <v:shape id="_x0000_i2194" type="#_x0000_t75" style="width:279.3pt;height:20.55pt" o:ole="">
            <v:imagedata r:id="rId2626" o:title=""/>
          </v:shape>
          <o:OLEObject Type="Embed" ProgID="Equation.DSMT4" ShapeID="_x0000_i2194" DrawAspect="Content" ObjectID="_1840332648" r:id="rId2627"/>
        </w:object>
      </w:r>
    </w:p>
    <w:p w14:paraId="2883BF10" w14:textId="77777777" w:rsidR="005F5346" w:rsidRPr="00B439DD" w:rsidRDefault="005F5346" w:rsidP="00B439DD">
      <w:pPr>
        <w:spacing w:after="0" w:line="240" w:lineRule="auto"/>
        <w:jc w:val="center"/>
        <w:rPr>
          <w:rFonts w:ascii="Times New Roman" w:eastAsia="Times New Roman" w:hAnsi="Times New Roman" w:cs="Times New Roman"/>
          <w:sz w:val="28"/>
          <w:szCs w:val="28"/>
          <w:lang w:val="kk-KZ"/>
        </w:rPr>
      </w:pPr>
      <w:r w:rsidRPr="00B439DD">
        <w:rPr>
          <w:rFonts w:ascii="Times New Roman" w:hAnsi="Times New Roman" w:cs="Times New Roman"/>
          <w:position w:val="-16"/>
          <w:sz w:val="28"/>
          <w:szCs w:val="28"/>
        </w:rPr>
        <w:object w:dxaOrig="880" w:dyaOrig="440" w14:anchorId="26FD329D">
          <v:shape id="_x0000_i2195" type="#_x0000_t75" style="width:44.3pt;height:20.55pt" o:ole="">
            <v:imagedata r:id="rId2628" o:title=""/>
          </v:shape>
          <o:OLEObject Type="Embed" ProgID="Equation.DSMT4" ShapeID="_x0000_i2195" DrawAspect="Content" ObjectID="_1840332649" r:id="rId2629"/>
        </w:object>
      </w:r>
    </w:p>
    <w:p w14:paraId="61459BE8" w14:textId="77777777" w:rsidR="005F5346" w:rsidRPr="00B439DD" w:rsidRDefault="005F5346" w:rsidP="00B439DD">
      <w:pPr>
        <w:spacing w:after="0" w:line="240" w:lineRule="auto"/>
        <w:jc w:val="center"/>
        <w:rPr>
          <w:rFonts w:ascii="Times New Roman" w:eastAsia="Times New Roman" w:hAnsi="Times New Roman" w:cs="Times New Roman"/>
          <w:sz w:val="28"/>
          <w:szCs w:val="28"/>
          <w:lang w:val="kk-KZ"/>
        </w:rPr>
      </w:pPr>
      <w:r w:rsidRPr="00B439DD">
        <w:rPr>
          <w:rFonts w:ascii="Times New Roman" w:hAnsi="Times New Roman" w:cs="Times New Roman"/>
          <w:position w:val="-14"/>
          <w:sz w:val="28"/>
          <w:szCs w:val="28"/>
        </w:rPr>
        <w:object w:dxaOrig="4800" w:dyaOrig="420" w14:anchorId="5A8B7332">
          <v:shape id="_x0000_i2196" type="#_x0000_t75" style="width:241.3pt;height:20.55pt" o:ole="">
            <v:imagedata r:id="rId2630" o:title=""/>
          </v:shape>
          <o:OLEObject Type="Embed" ProgID="Equation.DSMT4" ShapeID="_x0000_i2196" DrawAspect="Content" ObjectID="_1840332650" r:id="rId2631"/>
        </w:object>
      </w:r>
    </w:p>
    <w:p w14:paraId="467AFDFB" w14:textId="77777777" w:rsidR="00E523BC" w:rsidRPr="00B439DD" w:rsidRDefault="00E523BC" w:rsidP="00B439DD">
      <w:pPr>
        <w:spacing w:after="0" w:line="240" w:lineRule="auto"/>
        <w:jc w:val="center"/>
        <w:rPr>
          <w:rFonts w:ascii="Times New Roman" w:eastAsia="Times New Roman" w:hAnsi="Times New Roman" w:cs="Times New Roman"/>
          <w:sz w:val="28"/>
          <w:szCs w:val="28"/>
          <w:lang w:val="kk-KZ"/>
        </w:rPr>
      </w:pPr>
      <w:r w:rsidRPr="00B439DD">
        <w:rPr>
          <w:rFonts w:ascii="Times New Roman" w:eastAsia="Times New Roman" w:hAnsi="Times New Roman" w:cs="Times New Roman"/>
          <w:sz w:val="28"/>
          <w:szCs w:val="28"/>
          <w:lang w:val="kk-KZ"/>
        </w:rPr>
        <w:lastRenderedPageBreak/>
        <w:t>(немесе</w:t>
      </w:r>
      <w:r w:rsidRPr="00B439DD">
        <w:rPr>
          <w:rFonts w:ascii="Times New Roman" w:hAnsi="Times New Roman" w:cs="Times New Roman"/>
          <w:position w:val="-14"/>
          <w:sz w:val="28"/>
          <w:szCs w:val="28"/>
        </w:rPr>
        <w:object w:dxaOrig="4900" w:dyaOrig="420" w14:anchorId="32CF2DEA">
          <v:shape id="_x0000_i2197" type="#_x0000_t75" style="width:244.5pt;height:20.55pt" o:ole="">
            <v:imagedata r:id="rId2632" o:title=""/>
          </v:shape>
          <o:OLEObject Type="Embed" ProgID="Equation.DSMT4" ShapeID="_x0000_i2197" DrawAspect="Content" ObjectID="_1840332651" r:id="rId2633"/>
        </w:object>
      </w:r>
      <w:r w:rsidRPr="00B439DD">
        <w:rPr>
          <w:rFonts w:ascii="Times New Roman" w:eastAsia="Times New Roman" w:hAnsi="Times New Roman" w:cs="Times New Roman"/>
          <w:sz w:val="28"/>
          <w:szCs w:val="28"/>
          <w:lang w:val="kk-KZ"/>
        </w:rPr>
        <w:t>).</w:t>
      </w:r>
    </w:p>
    <w:p w14:paraId="776E52D5" w14:textId="77777777" w:rsidR="004B7CD0" w:rsidRPr="00B439DD" w:rsidRDefault="004B7CD0" w:rsidP="00B439DD">
      <w:pPr>
        <w:spacing w:after="0" w:line="240" w:lineRule="auto"/>
        <w:rPr>
          <w:rFonts w:ascii="Times New Roman" w:eastAsia="Times New Roman" w:hAnsi="Times New Roman" w:cs="Times New Roman"/>
          <w:sz w:val="28"/>
          <w:szCs w:val="28"/>
          <w:lang w:val="kk-KZ"/>
        </w:rPr>
      </w:pPr>
    </w:p>
    <w:p w14:paraId="5E6CAE9D" w14:textId="77777777" w:rsidR="004B7CD0" w:rsidRPr="00B439DD" w:rsidRDefault="004B7CD0" w:rsidP="00B439DD">
      <w:pPr>
        <w:spacing w:after="0" w:line="240" w:lineRule="auto"/>
        <w:jc w:val="both"/>
        <w:rPr>
          <w:rFonts w:ascii="Times New Roman" w:hAnsi="Times New Roman" w:cs="Times New Roman"/>
          <w:sz w:val="28"/>
          <w:szCs w:val="28"/>
          <w:lang w:val="kk-KZ"/>
        </w:rPr>
      </w:pPr>
      <w:r w:rsidRPr="00B439DD">
        <w:rPr>
          <w:rFonts w:ascii="Times New Roman" w:hAnsi="Times New Roman" w:cs="Times New Roman"/>
          <w:sz w:val="28"/>
          <w:szCs w:val="28"/>
          <w:lang w:val="kk-KZ"/>
        </w:rPr>
        <w:t xml:space="preserve">Соболев кеңістігінде регулярлы шешімдердің бар болуы мен жалғыздығы дәлелденді, сонымен қатар </w:t>
      </w:r>
      <w:r w:rsidRPr="00B439DD">
        <w:rPr>
          <w:rFonts w:ascii="Times New Roman" w:eastAsia="Times New Roman" w:hAnsi="Times New Roman" w:cs="Times New Roman"/>
          <w:sz w:val="28"/>
          <w:szCs w:val="28"/>
          <w:lang w:val="kk-KZ"/>
        </w:rPr>
        <w:t>локалді</w:t>
      </w:r>
      <w:r w:rsidRPr="00B439DD">
        <w:rPr>
          <w:rFonts w:ascii="Times New Roman" w:hAnsi="Times New Roman" w:cs="Times New Roman"/>
          <w:sz w:val="28"/>
          <w:szCs w:val="28"/>
          <w:lang w:val="kk-KZ"/>
        </w:rPr>
        <w:t xml:space="preserve"> емес шеттік жағдайлары үшін эллипстік теңдеулерге арналғ</w:t>
      </w:r>
      <w:r w:rsidR="00626857" w:rsidRPr="00B439DD">
        <w:rPr>
          <w:rFonts w:ascii="Times New Roman" w:hAnsi="Times New Roman" w:cs="Times New Roman"/>
          <w:sz w:val="28"/>
          <w:szCs w:val="28"/>
          <w:lang w:val="kk-KZ"/>
        </w:rPr>
        <w:t>ан спектрлік есептер зерттелді.</w:t>
      </w:r>
    </w:p>
    <w:p w14:paraId="0A7392FB" w14:textId="77777777" w:rsidR="004B7CD0" w:rsidRPr="00B439DD" w:rsidRDefault="004B7CD0" w:rsidP="00B439DD">
      <w:pPr>
        <w:spacing w:after="0" w:line="240" w:lineRule="auto"/>
        <w:ind w:firstLine="708"/>
        <w:jc w:val="both"/>
        <w:rPr>
          <w:rFonts w:ascii="Times New Roman" w:hAnsi="Times New Roman" w:cs="Times New Roman"/>
          <w:sz w:val="28"/>
          <w:szCs w:val="28"/>
          <w:lang w:val="kk-KZ"/>
        </w:rPr>
      </w:pPr>
      <w:r w:rsidRPr="00B439DD">
        <w:rPr>
          <w:rFonts w:ascii="Times New Roman" w:hAnsi="Times New Roman" w:cs="Times New Roman"/>
          <w:sz w:val="28"/>
          <w:szCs w:val="28"/>
          <w:lang w:val="kk-KZ"/>
        </w:rPr>
        <w:t xml:space="preserve">А. Аширалиевтің [61] эллипстік теңдеулер үшін </w:t>
      </w:r>
      <w:r w:rsidRPr="00B439DD">
        <w:rPr>
          <w:rFonts w:ascii="Times New Roman" w:eastAsia="Times New Roman" w:hAnsi="Times New Roman" w:cs="Times New Roman"/>
          <w:b/>
          <w:sz w:val="28"/>
          <w:szCs w:val="28"/>
          <w:lang w:val="kk-KZ"/>
        </w:rPr>
        <w:t>локалді</w:t>
      </w:r>
      <w:r w:rsidRPr="00B439DD">
        <w:rPr>
          <w:rFonts w:ascii="Times New Roman" w:hAnsi="Times New Roman" w:cs="Times New Roman"/>
          <w:sz w:val="28"/>
          <w:szCs w:val="28"/>
          <w:lang w:val="kk-KZ"/>
        </w:rPr>
        <w:t xml:space="preserve"> емес шеттік шартты  есебі зерттелген </w:t>
      </w:r>
    </w:p>
    <w:p w14:paraId="0EDA67C6" w14:textId="77777777" w:rsidR="004B7CD0" w:rsidRPr="00B439DD" w:rsidRDefault="004B7CD0" w:rsidP="00D61D54">
      <w:pPr>
        <w:spacing w:after="0" w:line="240" w:lineRule="auto"/>
        <w:ind w:firstLine="708"/>
        <w:rPr>
          <w:rFonts w:ascii="Times New Roman" w:eastAsia="Times New Roman" w:hAnsi="Times New Roman" w:cs="Times New Roman"/>
          <w:bCs/>
          <w:color w:val="000000"/>
          <w:sz w:val="28"/>
          <w:szCs w:val="28"/>
          <w:lang w:val="kk-KZ"/>
        </w:rPr>
      </w:pPr>
      <w:r w:rsidRPr="00B439DD">
        <w:rPr>
          <w:rFonts w:ascii="Times New Roman" w:hAnsi="Times New Roman" w:cs="Times New Roman"/>
          <w:position w:val="-14"/>
          <w:sz w:val="28"/>
          <w:szCs w:val="28"/>
        </w:rPr>
        <w:object w:dxaOrig="7100" w:dyaOrig="420" w14:anchorId="5121414C">
          <v:shape id="_x0000_i2198" type="#_x0000_t75" style="width:356.85pt;height:20.55pt" o:ole="">
            <v:imagedata r:id="rId2634" o:title=""/>
          </v:shape>
          <o:OLEObject Type="Embed" ProgID="Equation.DSMT4" ShapeID="_x0000_i2198" DrawAspect="Content" ObjectID="_1840332652" r:id="rId2635"/>
        </w:object>
      </w:r>
    </w:p>
    <w:p w14:paraId="6BCBE06F" w14:textId="77777777" w:rsidR="004B7CD0" w:rsidRPr="00B439DD" w:rsidRDefault="004B7CD0" w:rsidP="00B439DD">
      <w:pPr>
        <w:spacing w:after="0" w:line="240" w:lineRule="auto"/>
        <w:jc w:val="both"/>
        <w:rPr>
          <w:rFonts w:ascii="Times New Roman" w:eastAsia="Times New Roman" w:hAnsi="Times New Roman" w:cs="Times New Roman"/>
          <w:bCs/>
          <w:color w:val="000000"/>
          <w:sz w:val="28"/>
          <w:szCs w:val="28"/>
          <w:lang w:val="kk-KZ"/>
        </w:rPr>
      </w:pPr>
      <w:r w:rsidRPr="00B439DD">
        <w:rPr>
          <w:rFonts w:ascii="Times New Roman" w:eastAsia="Times New Roman" w:hAnsi="Times New Roman" w:cs="Times New Roman"/>
          <w:bCs/>
          <w:color w:val="000000"/>
          <w:sz w:val="28"/>
          <w:szCs w:val="28"/>
          <w:lang w:val="kk-KZ"/>
        </w:rPr>
        <w:t xml:space="preserve">Сонымен қатар, </w:t>
      </w:r>
      <w:r w:rsidRPr="00B439DD">
        <w:rPr>
          <w:rFonts w:ascii="Times New Roman" w:hAnsi="Times New Roman" w:cs="Times New Roman"/>
          <w:position w:val="-14"/>
          <w:sz w:val="28"/>
          <w:szCs w:val="28"/>
        </w:rPr>
        <w:object w:dxaOrig="1020" w:dyaOrig="420" w14:anchorId="03D2F1E8">
          <v:shape id="_x0000_i2199" type="#_x0000_t75" style="width:51.45pt;height:20.55pt" o:ole="">
            <v:imagedata r:id="rId2636" o:title=""/>
          </v:shape>
          <o:OLEObject Type="Embed" ProgID="Equation.DSMT4" ShapeID="_x0000_i2199" DrawAspect="Content" ObjectID="_1840332653" r:id="rId2637"/>
        </w:object>
      </w:r>
      <w:r w:rsidRPr="00B439DD">
        <w:rPr>
          <w:rFonts w:ascii="Times New Roman" w:eastAsia="Times New Roman" w:hAnsi="Times New Roman" w:cs="Times New Roman"/>
          <w:bCs/>
          <w:color w:val="000000"/>
          <w:sz w:val="28"/>
          <w:szCs w:val="28"/>
          <w:lang w:val="kk-KZ"/>
        </w:rPr>
        <w:t xml:space="preserve">облысында көпөлшемді </w:t>
      </w:r>
      <w:r w:rsidRPr="00B439DD">
        <w:rPr>
          <w:rFonts w:ascii="Times New Roman" w:hAnsi="Times New Roman" w:cs="Times New Roman"/>
          <w:sz w:val="28"/>
          <w:szCs w:val="28"/>
          <w:lang w:val="kk-KZ"/>
        </w:rPr>
        <w:t>эллипстік</w:t>
      </w:r>
      <w:r w:rsidRPr="00B439DD">
        <w:rPr>
          <w:rFonts w:ascii="Times New Roman" w:eastAsia="Times New Roman" w:hAnsi="Times New Roman" w:cs="Times New Roman"/>
          <w:bCs/>
          <w:color w:val="000000"/>
          <w:sz w:val="28"/>
          <w:szCs w:val="28"/>
          <w:lang w:val="kk-KZ"/>
        </w:rPr>
        <w:t xml:space="preserve"> теңдеу үшін аралас есеп қарастырылған:</w:t>
      </w:r>
    </w:p>
    <w:p w14:paraId="076DE36F" w14:textId="77777777" w:rsidR="004B7CD0" w:rsidRPr="00B439DD" w:rsidRDefault="004B7CD0" w:rsidP="00B439DD">
      <w:pPr>
        <w:spacing w:after="0" w:line="240" w:lineRule="auto"/>
        <w:jc w:val="both"/>
        <w:rPr>
          <w:rFonts w:ascii="Times New Roman" w:eastAsia="Times New Roman" w:hAnsi="Times New Roman" w:cs="Times New Roman"/>
          <w:bCs/>
          <w:color w:val="000000"/>
          <w:sz w:val="28"/>
          <w:szCs w:val="28"/>
          <w:lang w:val="kk-KZ"/>
        </w:rPr>
      </w:pPr>
    </w:p>
    <w:p w14:paraId="1DBADC63" w14:textId="77777777" w:rsidR="004B7CD0" w:rsidRPr="00B439DD" w:rsidRDefault="004B7CD0" w:rsidP="00B439DD">
      <w:pPr>
        <w:spacing w:after="0" w:line="240" w:lineRule="auto"/>
        <w:jc w:val="center"/>
        <w:rPr>
          <w:rFonts w:ascii="Times New Roman" w:hAnsi="Times New Roman" w:cs="Times New Roman"/>
          <w:position w:val="-126"/>
          <w:sz w:val="28"/>
          <w:szCs w:val="28"/>
          <w:lang w:val="kk-KZ"/>
        </w:rPr>
      </w:pPr>
      <w:r w:rsidRPr="00B439DD">
        <w:rPr>
          <w:rFonts w:ascii="Times New Roman" w:hAnsi="Times New Roman" w:cs="Times New Roman"/>
          <w:position w:val="-126"/>
          <w:sz w:val="28"/>
          <w:szCs w:val="28"/>
        </w:rPr>
        <w:object w:dxaOrig="6180" w:dyaOrig="2659" w14:anchorId="4E96F6F8">
          <v:shape id="_x0000_i2200" type="#_x0000_t75" style="width:310.95pt;height:132.9pt" o:ole="">
            <v:imagedata r:id="rId2638" o:title=""/>
          </v:shape>
          <o:OLEObject Type="Embed" ProgID="Equation.DSMT4" ShapeID="_x0000_i2200" DrawAspect="Content" ObjectID="_1840332654" r:id="rId2639"/>
        </w:object>
      </w:r>
    </w:p>
    <w:p w14:paraId="24A58B3F" w14:textId="77777777" w:rsidR="00626857" w:rsidRPr="00B439DD" w:rsidRDefault="00626857" w:rsidP="00B439DD">
      <w:pPr>
        <w:spacing w:after="0" w:line="240" w:lineRule="auto"/>
        <w:rPr>
          <w:rFonts w:ascii="Times New Roman" w:eastAsia="Times New Roman" w:hAnsi="Times New Roman" w:cs="Times New Roman"/>
          <w:bCs/>
          <w:color w:val="008200"/>
          <w:sz w:val="28"/>
          <w:szCs w:val="28"/>
          <w:lang w:val="kk-KZ"/>
        </w:rPr>
      </w:pPr>
    </w:p>
    <w:p w14:paraId="7DDBBC16" w14:textId="01FE64DB" w:rsidR="004B7CD0" w:rsidRPr="00B439DD" w:rsidRDefault="004B7CD0" w:rsidP="00B439DD">
      <w:pPr>
        <w:spacing w:after="0" w:line="240" w:lineRule="auto"/>
        <w:jc w:val="both"/>
        <w:rPr>
          <w:rFonts w:ascii="Times New Roman" w:hAnsi="Times New Roman" w:cs="Times New Roman"/>
          <w:sz w:val="28"/>
          <w:szCs w:val="28"/>
          <w:lang w:val="kk-KZ"/>
        </w:rPr>
      </w:pPr>
      <w:r w:rsidRPr="00B439DD">
        <w:rPr>
          <w:rFonts w:ascii="Times New Roman" w:eastAsia="Times New Roman" w:hAnsi="Times New Roman" w:cs="Times New Roman"/>
          <w:bCs/>
          <w:sz w:val="28"/>
          <w:szCs w:val="28"/>
          <w:lang w:val="kk-KZ"/>
        </w:rPr>
        <w:t xml:space="preserve">Шекарасы </w:t>
      </w:r>
      <w:r w:rsidRPr="00B439DD">
        <w:rPr>
          <w:rFonts w:ascii="Times New Roman" w:hAnsi="Times New Roman" w:cs="Times New Roman"/>
          <w:position w:val="-10"/>
          <w:sz w:val="28"/>
          <w:szCs w:val="28"/>
        </w:rPr>
        <w:object w:dxaOrig="300" w:dyaOrig="340" w14:anchorId="108D6FF3">
          <v:shape id="_x0000_i2201" type="#_x0000_t75" style="width:15.8pt;height:15.8pt" o:ole="">
            <v:imagedata r:id="rId2640" o:title=""/>
          </v:shape>
          <o:OLEObject Type="Embed" ProgID="Equation.DSMT4" ShapeID="_x0000_i2201" DrawAspect="Content" ObjectID="_1840332655" r:id="rId2641"/>
        </w:object>
      </w:r>
      <w:r w:rsidRPr="00B439DD">
        <w:rPr>
          <w:rFonts w:ascii="Times New Roman" w:hAnsi="Times New Roman" w:cs="Times New Roman"/>
          <w:position w:val="-6"/>
          <w:sz w:val="28"/>
          <w:szCs w:val="28"/>
        </w:rPr>
        <w:object w:dxaOrig="1260" w:dyaOrig="380" w14:anchorId="1D0C6751">
          <v:shape id="_x0000_i2202" type="#_x0000_t75" style="width:64.9pt;height:18.2pt" o:ole="">
            <v:imagedata r:id="rId2642" o:title=""/>
          </v:shape>
          <o:OLEObject Type="Embed" ProgID="Equation.DSMT4" ShapeID="_x0000_i2202" DrawAspect="Content" ObjectID="_1840332656" r:id="rId2643"/>
        </w:object>
      </w:r>
      <w:r w:rsidRPr="00B439DD">
        <w:rPr>
          <w:rFonts w:ascii="Times New Roman" w:eastAsia="Times New Roman" w:hAnsi="Times New Roman" w:cs="Times New Roman"/>
          <w:bCs/>
          <w:color w:val="000000"/>
          <w:position w:val="-6"/>
          <w:sz w:val="28"/>
          <w:szCs w:val="28"/>
          <w:lang w:val="kk-KZ"/>
        </w:rPr>
        <w:t xml:space="preserve"> болатын, </w:t>
      </w:r>
      <w:r w:rsidRPr="00B439DD">
        <w:rPr>
          <w:rFonts w:ascii="Times New Roman" w:hAnsi="Times New Roman" w:cs="Times New Roman"/>
          <w:position w:val="-4"/>
          <w:sz w:val="28"/>
          <w:szCs w:val="28"/>
        </w:rPr>
        <w:object w:dxaOrig="279" w:dyaOrig="279" w14:anchorId="7FE43E14">
          <v:shape id="_x0000_i2203" type="#_x0000_t75" style="width:15.8pt;height:15.8pt" o:ole="">
            <v:imagedata r:id="rId2644" o:title=""/>
          </v:shape>
          <o:OLEObject Type="Embed" ProgID="Equation.DSMT4" ShapeID="_x0000_i2203" DrawAspect="Content" ObjectID="_1840332657" r:id="rId2645"/>
        </w:object>
      </w:r>
      <w:r w:rsidR="00DA7886" w:rsidRPr="00B439DD">
        <w:rPr>
          <w:rFonts w:ascii="Times New Roman" w:eastAsia="Times New Roman" w:hAnsi="Times New Roman" w:cs="Times New Roman"/>
          <w:bCs/>
          <w:color w:val="000000"/>
          <w:sz w:val="28"/>
          <w:szCs w:val="28"/>
          <w:lang w:val="kk-KZ"/>
        </w:rPr>
        <w:t xml:space="preserve"> </w:t>
      </w:r>
      <w:r w:rsidRPr="00B439DD">
        <w:rPr>
          <w:rFonts w:ascii="Times New Roman" w:eastAsia="Times New Roman" w:hAnsi="Times New Roman" w:cs="Times New Roman"/>
          <w:bCs/>
          <w:color w:val="000000"/>
          <w:sz w:val="28"/>
          <w:szCs w:val="28"/>
          <w:lang w:val="kk-KZ"/>
        </w:rPr>
        <w:t xml:space="preserve">облысы n-өлшемді  </w:t>
      </w:r>
      <w:r w:rsidR="004D7277" w:rsidRPr="00B439DD">
        <w:rPr>
          <w:rFonts w:ascii="Times New Roman" w:hAnsi="Times New Roman" w:cs="Times New Roman"/>
          <w:position w:val="-14"/>
          <w:sz w:val="28"/>
          <w:szCs w:val="28"/>
        </w:rPr>
        <w:object w:dxaOrig="3200" w:dyaOrig="440" w14:anchorId="722E732F">
          <v:shape id="_x0000_i2204" type="#_x0000_t75" style="width:159.8pt;height:20.55pt" o:ole="">
            <v:imagedata r:id="rId2646" o:title=""/>
          </v:shape>
          <o:OLEObject Type="Embed" ProgID="Equation.DSMT4" ShapeID="_x0000_i2204" DrawAspect="Content" ObjectID="_1840332658" r:id="rId2647"/>
        </w:object>
      </w:r>
      <w:r w:rsidR="00DA7886" w:rsidRPr="00B439DD">
        <w:rPr>
          <w:rFonts w:ascii="Times New Roman" w:hAnsi="Times New Roman" w:cs="Times New Roman"/>
          <w:position w:val="-14"/>
          <w:sz w:val="28"/>
          <w:szCs w:val="28"/>
          <w:lang w:val="kk-KZ"/>
        </w:rPr>
        <w:t xml:space="preserve"> </w:t>
      </w:r>
      <w:r w:rsidRPr="00B439DD">
        <w:rPr>
          <w:rFonts w:ascii="Times New Roman" w:eastAsia="Times New Roman" w:hAnsi="Times New Roman" w:cs="Times New Roman"/>
          <w:bCs/>
          <w:sz w:val="28"/>
          <w:szCs w:val="28"/>
          <w:lang w:val="kk-KZ"/>
        </w:rPr>
        <w:t>Евклид  кеңістігіндегі</w:t>
      </w:r>
      <w:r w:rsidRPr="00B439DD">
        <w:rPr>
          <w:rFonts w:ascii="Times New Roman" w:hAnsi="Times New Roman" w:cs="Times New Roman"/>
          <w:sz w:val="28"/>
          <w:szCs w:val="28"/>
          <w:lang w:val="kk-KZ"/>
        </w:rPr>
        <w:t xml:space="preserve"> бірлік ашық куб.</w:t>
      </w:r>
    </w:p>
    <w:p w14:paraId="71CB8DC7" w14:textId="77777777" w:rsidR="004B7CD0" w:rsidRPr="00B439DD" w:rsidRDefault="004B7CD0" w:rsidP="00B439DD">
      <w:pPr>
        <w:spacing w:after="0" w:line="240" w:lineRule="auto"/>
        <w:jc w:val="both"/>
        <w:rPr>
          <w:rFonts w:ascii="Times New Roman" w:eastAsia="Times New Roman" w:hAnsi="Times New Roman" w:cs="Times New Roman"/>
          <w:bCs/>
          <w:color w:val="000000"/>
          <w:sz w:val="28"/>
          <w:szCs w:val="28"/>
          <w:lang w:val="kk-KZ"/>
        </w:rPr>
      </w:pPr>
      <w:r w:rsidRPr="00B439DD">
        <w:rPr>
          <w:rFonts w:ascii="Times New Roman" w:eastAsia="Times New Roman" w:hAnsi="Times New Roman" w:cs="Times New Roman"/>
          <w:bCs/>
          <w:sz w:val="28"/>
          <w:szCs w:val="28"/>
          <w:lang w:val="kk-KZ"/>
        </w:rPr>
        <w:tab/>
      </w:r>
      <w:r w:rsidRPr="00B439DD">
        <w:rPr>
          <w:rFonts w:ascii="Times New Roman" w:eastAsia="Times New Roman" w:hAnsi="Times New Roman" w:cs="Times New Roman"/>
          <w:bCs/>
          <w:color w:val="000000"/>
          <w:sz w:val="28"/>
          <w:szCs w:val="28"/>
          <w:lang w:val="kk-KZ"/>
        </w:rPr>
        <w:t xml:space="preserve">Сондай-ақ, көп өлшемді </w:t>
      </w:r>
      <w:r w:rsidRPr="00B439DD">
        <w:rPr>
          <w:rFonts w:ascii="Times New Roman" w:hAnsi="Times New Roman" w:cs="Times New Roman"/>
          <w:position w:val="-6"/>
          <w:sz w:val="28"/>
          <w:szCs w:val="28"/>
        </w:rPr>
        <w:object w:dxaOrig="420" w:dyaOrig="300" w14:anchorId="7B05BDE5">
          <v:shape id="_x0000_i2205" type="#_x0000_t75" style="width:20.55pt;height:15.8pt" o:ole="">
            <v:imagedata r:id="rId2648" o:title=""/>
          </v:shape>
          <o:OLEObject Type="Embed" ProgID="Equation.DSMT4" ShapeID="_x0000_i2205" DrawAspect="Content" ObjectID="_1840332659" r:id="rId2649"/>
        </w:object>
      </w:r>
      <w:r w:rsidRPr="00B439DD">
        <w:rPr>
          <w:rFonts w:ascii="Times New Roman" w:eastAsia="Times New Roman" w:hAnsi="Times New Roman" w:cs="Times New Roman"/>
          <w:bCs/>
          <w:color w:val="000000"/>
          <w:sz w:val="28"/>
          <w:szCs w:val="28"/>
          <w:lang w:val="kk-KZ"/>
        </w:rPr>
        <w:t>-ретті</w:t>
      </w:r>
      <w:r w:rsidRPr="00B439DD">
        <w:rPr>
          <w:rFonts w:ascii="Times New Roman" w:hAnsi="Times New Roman" w:cs="Times New Roman"/>
          <w:sz w:val="28"/>
          <w:szCs w:val="28"/>
          <w:lang w:val="kk-KZ"/>
        </w:rPr>
        <w:t xml:space="preserve"> эллипстік</w:t>
      </w:r>
      <w:r w:rsidRPr="00B439DD">
        <w:rPr>
          <w:rFonts w:ascii="Times New Roman" w:eastAsia="Times New Roman" w:hAnsi="Times New Roman" w:cs="Times New Roman"/>
          <w:bCs/>
          <w:color w:val="000000"/>
          <w:sz w:val="28"/>
          <w:szCs w:val="28"/>
          <w:lang w:val="kk-KZ"/>
        </w:rPr>
        <w:t xml:space="preserve"> теңдеулер үшін </w:t>
      </w:r>
      <w:r w:rsidRPr="00B439DD">
        <w:rPr>
          <w:rFonts w:ascii="Times New Roman" w:hAnsi="Times New Roman" w:cs="Times New Roman"/>
          <w:position w:val="-18"/>
          <w:sz w:val="28"/>
          <w:szCs w:val="28"/>
        </w:rPr>
        <w:object w:dxaOrig="2120" w:dyaOrig="499" w14:anchorId="2652E2B8">
          <v:shape id="_x0000_i2206" type="#_x0000_t75" style="width:102.85pt;height:25.3pt" o:ole="">
            <v:imagedata r:id="rId2650" o:title=""/>
          </v:shape>
          <o:OLEObject Type="Embed" ProgID="Equation.DSMT4" ShapeID="_x0000_i2206" DrawAspect="Content" ObjectID="_1840332660" r:id="rId2651"/>
        </w:object>
      </w:r>
      <w:r w:rsidRPr="00B439DD">
        <w:rPr>
          <w:rFonts w:ascii="Times New Roman" w:eastAsia="Times New Roman" w:hAnsi="Times New Roman" w:cs="Times New Roman"/>
          <w:bCs/>
          <w:color w:val="000000"/>
          <w:sz w:val="28"/>
          <w:szCs w:val="28"/>
          <w:lang w:val="kk-KZ"/>
        </w:rPr>
        <w:t xml:space="preserve">локалді емес шеттік есепті қарастырған: </w:t>
      </w:r>
    </w:p>
    <w:p w14:paraId="290AF9D0" w14:textId="77777777" w:rsidR="004B7CD0" w:rsidRPr="00B439DD" w:rsidRDefault="004B7CD0" w:rsidP="00B439DD">
      <w:pPr>
        <w:spacing w:after="0" w:line="240" w:lineRule="auto"/>
        <w:jc w:val="both"/>
        <w:rPr>
          <w:rFonts w:ascii="Times New Roman" w:eastAsia="Times New Roman" w:hAnsi="Times New Roman" w:cs="Times New Roman"/>
          <w:bCs/>
          <w:sz w:val="28"/>
          <w:szCs w:val="28"/>
          <w:lang w:val="kk-KZ"/>
        </w:rPr>
      </w:pPr>
    </w:p>
    <w:p w14:paraId="251E7768" w14:textId="77777777" w:rsidR="004B7CD0" w:rsidRPr="00B439DD" w:rsidRDefault="004B7CD0" w:rsidP="00B439DD">
      <w:pPr>
        <w:spacing w:after="0" w:line="240" w:lineRule="auto"/>
        <w:jc w:val="center"/>
        <w:rPr>
          <w:rFonts w:ascii="Times New Roman" w:hAnsi="Times New Roman" w:cs="Times New Roman"/>
          <w:position w:val="-62"/>
          <w:sz w:val="28"/>
          <w:szCs w:val="28"/>
          <w:lang w:val="kk-KZ"/>
        </w:rPr>
      </w:pPr>
      <w:r w:rsidRPr="00B439DD">
        <w:rPr>
          <w:rFonts w:ascii="Times New Roman" w:hAnsi="Times New Roman" w:cs="Times New Roman"/>
          <w:position w:val="-62"/>
          <w:sz w:val="28"/>
          <w:szCs w:val="28"/>
        </w:rPr>
        <w:object w:dxaOrig="6039" w:dyaOrig="1840" w14:anchorId="54D06F4E">
          <v:shape id="_x0000_i2207" type="#_x0000_t75" style="width:302.25pt;height:87.8pt" o:ole="">
            <v:imagedata r:id="rId2652" o:title=""/>
          </v:shape>
          <o:OLEObject Type="Embed" ProgID="Equation.DSMT4" ShapeID="_x0000_i2207" DrawAspect="Content" ObjectID="_1840332661" r:id="rId2653"/>
        </w:object>
      </w:r>
    </w:p>
    <w:p w14:paraId="1CD79844" w14:textId="77777777" w:rsidR="00626857" w:rsidRPr="00B439DD" w:rsidRDefault="00626857" w:rsidP="00B439DD">
      <w:pPr>
        <w:spacing w:after="0" w:line="240" w:lineRule="auto"/>
        <w:rPr>
          <w:rFonts w:ascii="Times New Roman" w:eastAsia="Times New Roman" w:hAnsi="Times New Roman" w:cs="Times New Roman"/>
          <w:bCs/>
          <w:color w:val="008200"/>
          <w:sz w:val="28"/>
          <w:szCs w:val="28"/>
          <w:lang w:val="kk-KZ"/>
        </w:rPr>
      </w:pPr>
    </w:p>
    <w:p w14:paraId="15F9271F" w14:textId="77777777" w:rsidR="004B7CD0" w:rsidRPr="00B439DD" w:rsidRDefault="004B7CD0" w:rsidP="00152387">
      <w:pPr>
        <w:spacing w:after="0" w:line="240" w:lineRule="auto"/>
        <w:ind w:firstLine="567"/>
        <w:jc w:val="both"/>
        <w:rPr>
          <w:rFonts w:ascii="Times New Roman" w:hAnsi="Times New Roman" w:cs="Times New Roman"/>
          <w:sz w:val="28"/>
          <w:szCs w:val="28"/>
          <w:lang w:val="kk-KZ"/>
        </w:rPr>
      </w:pPr>
      <w:r w:rsidRPr="00B439DD">
        <w:rPr>
          <w:rFonts w:ascii="Times New Roman" w:hAnsi="Times New Roman" w:cs="Times New Roman"/>
          <w:sz w:val="28"/>
          <w:szCs w:val="28"/>
          <w:lang w:val="kk-KZ"/>
        </w:rPr>
        <w:t>Тегіс функциялар кеңістігінде қойылған шеттік есепт</w:t>
      </w:r>
      <w:r w:rsidR="00626857" w:rsidRPr="00B439DD">
        <w:rPr>
          <w:rFonts w:ascii="Times New Roman" w:hAnsi="Times New Roman" w:cs="Times New Roman"/>
          <w:sz w:val="28"/>
          <w:szCs w:val="28"/>
          <w:lang w:val="kk-KZ"/>
        </w:rPr>
        <w:t xml:space="preserve">ердің  қисындылығы дәлелденген. </w:t>
      </w:r>
      <w:r w:rsidRPr="00B439DD">
        <w:rPr>
          <w:rFonts w:ascii="Times New Roman" w:hAnsi="Times New Roman" w:cs="Times New Roman"/>
          <w:sz w:val="28"/>
          <w:szCs w:val="28"/>
          <w:lang w:val="kk-KZ"/>
        </w:rPr>
        <w:t>Квазисызықтық және сызықтық емес эллипстік теңдеулердің шешімділігін зерттеуге</w:t>
      </w:r>
      <w:r w:rsidR="00626857" w:rsidRPr="00B439DD">
        <w:rPr>
          <w:rFonts w:ascii="Times New Roman" w:hAnsi="Times New Roman" w:cs="Times New Roman"/>
          <w:sz w:val="28"/>
          <w:szCs w:val="28"/>
          <w:lang w:val="kk-KZ"/>
        </w:rPr>
        <w:t xml:space="preserve"> [62-72]</w:t>
      </w:r>
      <w:r w:rsidRPr="00B439DD">
        <w:rPr>
          <w:rFonts w:ascii="Times New Roman" w:hAnsi="Times New Roman" w:cs="Times New Roman"/>
          <w:sz w:val="28"/>
          <w:szCs w:val="28"/>
          <w:lang w:val="kk-KZ"/>
        </w:rPr>
        <w:t xml:space="preserve"> </w:t>
      </w:r>
      <w:r w:rsidR="00626857" w:rsidRPr="00B439DD">
        <w:rPr>
          <w:rFonts w:ascii="Times New Roman" w:hAnsi="Times New Roman" w:cs="Times New Roman"/>
          <w:sz w:val="28"/>
          <w:szCs w:val="28"/>
          <w:lang w:val="kk-KZ"/>
        </w:rPr>
        <w:t xml:space="preserve">т.с.с. </w:t>
      </w:r>
      <w:r w:rsidRPr="00B439DD">
        <w:rPr>
          <w:rFonts w:ascii="Times New Roman" w:hAnsi="Times New Roman" w:cs="Times New Roman"/>
          <w:sz w:val="28"/>
          <w:szCs w:val="28"/>
          <w:lang w:val="kk-KZ"/>
        </w:rPr>
        <w:t xml:space="preserve">көптеген жұмыстар бар, соның кейбіреулерін атап өтейік </w:t>
      </w:r>
    </w:p>
    <w:p w14:paraId="125E8F81" w14:textId="77777777" w:rsidR="004B7CD0" w:rsidRPr="00B439DD" w:rsidRDefault="004B7CD0" w:rsidP="00B439DD">
      <w:pPr>
        <w:spacing w:after="0" w:line="240" w:lineRule="auto"/>
        <w:jc w:val="center"/>
        <w:rPr>
          <w:rFonts w:ascii="Times New Roman" w:hAnsi="Times New Roman" w:cs="Times New Roman"/>
          <w:position w:val="-40"/>
          <w:sz w:val="28"/>
          <w:szCs w:val="28"/>
          <w:lang w:val="kk-KZ"/>
        </w:rPr>
      </w:pPr>
      <w:r w:rsidRPr="00B439DD">
        <w:rPr>
          <w:rFonts w:ascii="Times New Roman" w:hAnsi="Times New Roman" w:cs="Times New Roman"/>
          <w:position w:val="-40"/>
          <w:sz w:val="28"/>
          <w:szCs w:val="28"/>
        </w:rPr>
        <w:object w:dxaOrig="6020" w:dyaOrig="980" w14:anchorId="5B4AE198">
          <v:shape id="_x0000_i2208" type="#_x0000_t75" style="width:301.45pt;height:46.7pt" o:ole="">
            <v:imagedata r:id="rId2654" o:title=""/>
          </v:shape>
          <o:OLEObject Type="Embed" ProgID="Equation.DSMT4" ShapeID="_x0000_i2208" DrawAspect="Content" ObjectID="_1840332662" r:id="rId2655"/>
        </w:object>
      </w:r>
    </w:p>
    <w:p w14:paraId="50B40707" w14:textId="77777777" w:rsidR="00626857" w:rsidRPr="00B439DD" w:rsidRDefault="00626857" w:rsidP="00B439DD">
      <w:pPr>
        <w:spacing w:after="0" w:line="240" w:lineRule="auto"/>
        <w:rPr>
          <w:rFonts w:ascii="Times New Roman" w:hAnsi="Times New Roman" w:cs="Times New Roman"/>
          <w:noProof/>
          <w:position w:val="-30"/>
          <w:sz w:val="28"/>
          <w:szCs w:val="28"/>
          <w:lang w:val="kk-KZ"/>
        </w:rPr>
      </w:pPr>
    </w:p>
    <w:p w14:paraId="257E761B" w14:textId="77777777" w:rsidR="004B7CD0" w:rsidRPr="00B439DD" w:rsidRDefault="004B7CD0" w:rsidP="00152387">
      <w:pPr>
        <w:spacing w:after="0" w:line="240" w:lineRule="auto"/>
        <w:ind w:firstLine="567"/>
        <w:jc w:val="both"/>
        <w:rPr>
          <w:rFonts w:ascii="Times New Roman" w:eastAsia="Times New Roman" w:hAnsi="Times New Roman" w:cs="Times New Roman"/>
          <w:sz w:val="28"/>
          <w:szCs w:val="28"/>
          <w:lang w:val="kk-KZ"/>
        </w:rPr>
      </w:pPr>
      <w:r w:rsidRPr="00B439DD">
        <w:rPr>
          <w:rFonts w:ascii="Times New Roman" w:eastAsia="Times New Roman" w:hAnsi="Times New Roman" w:cs="Times New Roman"/>
          <w:sz w:val="28"/>
          <w:szCs w:val="28"/>
          <w:lang w:val="kk-KZ"/>
        </w:rPr>
        <w:t xml:space="preserve">Вариациялық әдістерді қолдана отырып, </w:t>
      </w:r>
      <w:r w:rsidRPr="00B439DD">
        <w:rPr>
          <w:rFonts w:ascii="Times New Roman" w:hAnsi="Times New Roman" w:cs="Times New Roman"/>
          <w:position w:val="-10"/>
          <w:sz w:val="28"/>
          <w:szCs w:val="28"/>
        </w:rPr>
        <w:object w:dxaOrig="700" w:dyaOrig="340" w14:anchorId="62BD7163">
          <v:shape id="_x0000_i2209" type="#_x0000_t75" style="width:37.2pt;height:15.8pt" o:ole="">
            <v:imagedata r:id="rId2656" o:title=""/>
          </v:shape>
          <o:OLEObject Type="Embed" ProgID="Equation.DSMT4" ShapeID="_x0000_i2209" DrawAspect="Content" ObjectID="_1840332663" r:id="rId2657"/>
        </w:object>
      </w:r>
      <w:r w:rsidRPr="00B439DD">
        <w:rPr>
          <w:rFonts w:ascii="Times New Roman" w:hAnsi="Times New Roman" w:cs="Times New Roman"/>
          <w:position w:val="-12"/>
          <w:sz w:val="28"/>
          <w:szCs w:val="28"/>
        </w:rPr>
        <w:object w:dxaOrig="620" w:dyaOrig="360" w14:anchorId="18B3D5C2">
          <v:shape id="_x0000_i2210" type="#_x0000_t75" style="width:28.5pt;height:18.2pt" o:ole="">
            <v:imagedata r:id="rId2658" o:title=""/>
          </v:shape>
          <o:OLEObject Type="Embed" ProgID="Equation.DSMT4" ShapeID="_x0000_i2210" DrawAspect="Content" ObjectID="_1840332664" r:id="rId2659"/>
        </w:object>
      </w:r>
      <w:r w:rsidRPr="00B439DD">
        <w:rPr>
          <w:rFonts w:ascii="Times New Roman" w:eastAsia="Times New Roman" w:hAnsi="Times New Roman" w:cs="Times New Roman"/>
          <w:sz w:val="28"/>
          <w:szCs w:val="28"/>
          <w:lang w:val="kk-KZ"/>
        </w:rPr>
        <w:t xml:space="preserve"> және </w:t>
      </w:r>
      <w:r w:rsidRPr="00B439DD">
        <w:rPr>
          <w:rFonts w:ascii="Times New Roman" w:hAnsi="Times New Roman" w:cs="Times New Roman"/>
          <w:position w:val="-12"/>
          <w:sz w:val="28"/>
          <w:szCs w:val="28"/>
        </w:rPr>
        <w:object w:dxaOrig="600" w:dyaOrig="360" w14:anchorId="461C3171">
          <v:shape id="_x0000_i2211" type="#_x0000_t75" style="width:29.25pt;height:18.2pt" o:ole="">
            <v:imagedata r:id="rId2660" o:title=""/>
          </v:shape>
          <o:OLEObject Type="Embed" ProgID="Equation.DSMT4" ShapeID="_x0000_i2211" DrawAspect="Content" ObjectID="_1840332665" r:id="rId2661"/>
        </w:object>
      </w:r>
      <w:r w:rsidRPr="00B439DD">
        <w:rPr>
          <w:rFonts w:ascii="Times New Roman" w:eastAsia="Times New Roman" w:hAnsi="Times New Roman" w:cs="Times New Roman"/>
          <w:sz w:val="28"/>
          <w:szCs w:val="28"/>
          <w:lang w:val="kk-KZ"/>
        </w:rPr>
        <w:t xml:space="preserve"> әртүрлі жағдайлары үшін шешімдердің бар және жоқтығы (болмауы) туралы нәтижелер </w:t>
      </w:r>
      <w:r w:rsidRPr="00B439DD">
        <w:rPr>
          <w:rFonts w:ascii="Times New Roman" w:eastAsia="Times New Roman" w:hAnsi="Times New Roman" w:cs="Times New Roman"/>
          <w:sz w:val="28"/>
          <w:szCs w:val="28"/>
          <w:lang w:val="kk-KZ"/>
        </w:rPr>
        <w:lastRenderedPageBreak/>
        <w:t>алынады.</w:t>
      </w:r>
      <w:r w:rsidR="00626857" w:rsidRPr="00B439DD">
        <w:rPr>
          <w:rFonts w:ascii="Times New Roman" w:eastAsia="Times New Roman" w:hAnsi="Times New Roman" w:cs="Times New Roman"/>
          <w:sz w:val="28"/>
          <w:szCs w:val="28"/>
          <w:lang w:val="kk-KZ"/>
        </w:rPr>
        <w:t xml:space="preserve"> </w:t>
      </w:r>
      <w:r w:rsidRPr="00B439DD">
        <w:rPr>
          <w:rFonts w:ascii="Times New Roman" w:eastAsia="Times New Roman" w:hAnsi="Times New Roman" w:cs="Times New Roman"/>
          <w:sz w:val="28"/>
          <w:szCs w:val="28"/>
          <w:lang w:val="kk-KZ"/>
        </w:rPr>
        <w:t>Бицадзе-Самарскийдің шартымен берілген сызықтық локалді емес эллипстік шеттік есептер теориясы А.Л.Скубачевскийдің [73] еңбектерінде кеңейтіліп, дамытылған. Бұл жұмыста локалді емес эллипстік есеп эллипстік дифференциалдық-айырымдық теңдеуге келтіріледі. [74] жұмыста коэффициенттері тез өсетін квазисызықтық эллипстік теңдеулер үшін Соболев–Орлич кеңістігінде Галеркин әдісінің жинақтылығы дәлелденді. [75] р-Лапласианды локалді емес шеттік есеп зерттелген. Бұл сызықтық емес локалді емес эллипстік типтегі есеп Бицадзе–Самарский типіндегі жалпыланған есеп және оның шешімділігіне жеткілікті шарттар алынды. [76] жұмыста комбинацияланған сызықтық емес локалді емес эллипстік теңдеу зерттелген:</w:t>
      </w:r>
    </w:p>
    <w:p w14:paraId="7F85A61F" w14:textId="39D3530A" w:rsidR="004B7CD0" w:rsidRPr="00B439DD" w:rsidRDefault="00FD0EF8" w:rsidP="00B439DD">
      <w:pPr>
        <w:pStyle w:val="af3"/>
        <w:ind w:firstLine="708"/>
        <w:jc w:val="both"/>
        <w:rPr>
          <w:b/>
          <w:bCs/>
          <w:position w:val="-16"/>
          <w:lang w:val="kk-KZ"/>
        </w:rPr>
      </w:pPr>
      <w:r w:rsidRPr="00B439DD">
        <w:rPr>
          <w:b/>
          <w:bCs/>
          <w:position w:val="-16"/>
          <w:lang w:val="kk-KZ"/>
        </w:rPr>
        <w:t>2</w:t>
      </w:r>
      <w:r w:rsidR="004B7CD0" w:rsidRPr="00B439DD">
        <w:rPr>
          <w:b/>
          <w:bCs/>
          <w:position w:val="-16"/>
          <w:lang w:val="kk-KZ"/>
        </w:rPr>
        <w:t xml:space="preserve">.1-есептің қойылымы. </w:t>
      </w:r>
    </w:p>
    <w:p w14:paraId="4542FBEE" w14:textId="77777777" w:rsidR="004B7CD0" w:rsidRPr="00B439DD" w:rsidRDefault="004B7CD0" w:rsidP="00B439DD">
      <w:pPr>
        <w:spacing w:after="0" w:line="240" w:lineRule="auto"/>
        <w:jc w:val="both"/>
        <w:rPr>
          <w:rFonts w:ascii="Times New Roman" w:hAnsi="Times New Roman" w:cs="Times New Roman"/>
          <w:sz w:val="28"/>
          <w:szCs w:val="28"/>
          <w:lang w:val="kk-KZ"/>
        </w:rPr>
      </w:pPr>
      <w:r w:rsidRPr="00B439DD">
        <w:rPr>
          <w:rFonts w:ascii="Times New Roman" w:hAnsi="Times New Roman" w:cs="Times New Roman"/>
          <w:sz w:val="28"/>
          <w:szCs w:val="28"/>
          <w:lang w:val="kk-KZ"/>
        </w:rPr>
        <w:tab/>
        <w:t xml:space="preserve">Айталық, </w:t>
      </w:r>
      <w:r w:rsidRPr="00B439DD">
        <w:rPr>
          <w:rFonts w:ascii="Times New Roman" w:hAnsi="Times New Roman" w:cs="Times New Roman"/>
          <w:position w:val="-12"/>
          <w:sz w:val="28"/>
          <w:szCs w:val="28"/>
        </w:rPr>
        <w:object w:dxaOrig="3260" w:dyaOrig="360" w14:anchorId="42A19E35">
          <v:shape id="_x0000_i2212" type="#_x0000_t75" style="width:162.2pt;height:18.2pt" o:ole="">
            <v:imagedata r:id="rId2662" o:title=""/>
          </v:shape>
          <o:OLEObject Type="Embed" ProgID="Equation.DSMT4" ShapeID="_x0000_i2212" DrawAspect="Content" ObjectID="_1840332666" r:id="rId2663"/>
        </w:object>
      </w:r>
      <w:r w:rsidRPr="00B439DD">
        <w:rPr>
          <w:rFonts w:ascii="Times New Roman" w:hAnsi="Times New Roman" w:cs="Times New Roman"/>
          <w:sz w:val="28"/>
          <w:szCs w:val="28"/>
          <w:lang w:val="kk-KZ"/>
        </w:rPr>
        <w:t xml:space="preserve"> цилиндр, </w:t>
      </w:r>
      <w:r w:rsidRPr="00B439DD">
        <w:rPr>
          <w:rFonts w:ascii="Times New Roman" w:hAnsi="Times New Roman" w:cs="Times New Roman"/>
          <w:position w:val="-12"/>
          <w:sz w:val="28"/>
          <w:szCs w:val="28"/>
        </w:rPr>
        <w:object w:dxaOrig="1640" w:dyaOrig="420" w14:anchorId="4D3F2F25">
          <v:shape id="_x0000_i2213" type="#_x0000_t75" style="width:80.7pt;height:20.55pt" o:ole="">
            <v:imagedata r:id="rId2664" o:title=""/>
          </v:shape>
          <o:OLEObject Type="Embed" ProgID="Equation.DSMT4" ShapeID="_x0000_i2213" DrawAspect="Content" ObjectID="_1840332667" r:id="rId2665"/>
        </w:object>
      </w:r>
      <w:r w:rsidRPr="00B439DD">
        <w:rPr>
          <w:rFonts w:ascii="Times New Roman" w:hAnsi="Times New Roman" w:cs="Times New Roman"/>
          <w:sz w:val="28"/>
          <w:szCs w:val="28"/>
          <w:lang w:val="kk-KZ"/>
        </w:rPr>
        <w:t xml:space="preserve"> шектелген облыс, </w:t>
      </w:r>
      <w:r w:rsidRPr="00B439DD">
        <w:rPr>
          <w:rFonts w:ascii="Times New Roman" w:hAnsi="Times New Roman" w:cs="Times New Roman"/>
          <w:position w:val="-6"/>
          <w:sz w:val="28"/>
          <w:szCs w:val="28"/>
        </w:rPr>
        <w:object w:dxaOrig="1020" w:dyaOrig="360" w14:anchorId="0C007AC2">
          <v:shape id="_x0000_i2214" type="#_x0000_t75" style="width:51.45pt;height:18.2pt" o:ole="">
            <v:imagedata r:id="rId2666" o:title=""/>
          </v:shape>
          <o:OLEObject Type="Embed" ProgID="Equation.DSMT4" ShapeID="_x0000_i2214" DrawAspect="Content" ObjectID="_1840332668" r:id="rId2667"/>
        </w:object>
      </w:r>
      <w:r w:rsidRPr="00B439DD">
        <w:rPr>
          <w:rFonts w:ascii="Times New Roman" w:hAnsi="Times New Roman" w:cs="Times New Roman"/>
          <w:position w:val="-6"/>
          <w:sz w:val="28"/>
          <w:szCs w:val="28"/>
          <w:lang w:val="kk-KZ"/>
        </w:rPr>
        <w:t xml:space="preserve"> </w:t>
      </w:r>
      <w:r w:rsidRPr="00B439DD">
        <w:rPr>
          <w:rFonts w:ascii="Times New Roman" w:hAnsi="Times New Roman" w:cs="Times New Roman"/>
          <w:sz w:val="28"/>
          <w:szCs w:val="28"/>
          <w:lang w:val="kk-KZ"/>
        </w:rPr>
        <w:t xml:space="preserve">тегіс шекарасы бар, </w:t>
      </w:r>
      <w:r w:rsidRPr="00B439DD">
        <w:rPr>
          <w:rFonts w:ascii="Times New Roman" w:hAnsi="Times New Roman" w:cs="Times New Roman"/>
          <w:position w:val="-12"/>
          <w:sz w:val="28"/>
          <w:szCs w:val="28"/>
        </w:rPr>
        <w:object w:dxaOrig="1620" w:dyaOrig="360" w14:anchorId="09720F90">
          <v:shape id="_x0000_i2215" type="#_x0000_t75" style="width:79.1pt;height:18.2pt" o:ole="">
            <v:imagedata r:id="rId2668" o:title=""/>
          </v:shape>
          <o:OLEObject Type="Embed" ProgID="Equation.DSMT4" ShapeID="_x0000_i2215" DrawAspect="Content" ObjectID="_1840332669" r:id="rId2669"/>
        </w:object>
      </w:r>
      <w:r w:rsidRPr="00B439DD">
        <w:rPr>
          <w:rFonts w:ascii="Times New Roman" w:hAnsi="Times New Roman" w:cs="Times New Roman"/>
          <w:position w:val="-10"/>
          <w:sz w:val="28"/>
          <w:szCs w:val="28"/>
          <w:lang w:val="kk-KZ"/>
        </w:rPr>
        <w:t xml:space="preserve"> </w:t>
      </w:r>
      <w:r w:rsidRPr="00B439DD">
        <w:rPr>
          <w:rFonts w:ascii="Times New Roman" w:hAnsi="Times New Roman" w:cs="Times New Roman"/>
          <w:sz w:val="28"/>
          <w:szCs w:val="28"/>
          <w:lang w:val="kk-KZ"/>
        </w:rPr>
        <w:t xml:space="preserve">цилиндрдің бүйір беті. </w:t>
      </w:r>
    </w:p>
    <w:p w14:paraId="35C7BF4A" w14:textId="77777777" w:rsidR="004B7CD0" w:rsidRPr="00B439DD" w:rsidRDefault="004B7CD0" w:rsidP="00B439DD">
      <w:pPr>
        <w:spacing w:after="0" w:line="240" w:lineRule="auto"/>
        <w:rPr>
          <w:rFonts w:ascii="Times New Roman" w:hAnsi="Times New Roman" w:cs="Times New Roman"/>
          <w:sz w:val="28"/>
          <w:szCs w:val="28"/>
          <w:lang w:val="kk-KZ"/>
        </w:rPr>
      </w:pPr>
      <w:r w:rsidRPr="00B439DD">
        <w:rPr>
          <w:rFonts w:ascii="Times New Roman" w:hAnsi="Times New Roman" w:cs="Times New Roman"/>
          <w:position w:val="-12"/>
          <w:sz w:val="28"/>
          <w:szCs w:val="28"/>
        </w:rPr>
        <w:object w:dxaOrig="279" w:dyaOrig="360" w14:anchorId="77CBCBCB">
          <v:shape id="_x0000_i2216" type="#_x0000_t75" style="width:15.8pt;height:18.2pt" o:ole="">
            <v:imagedata r:id="rId2670" o:title=""/>
          </v:shape>
          <o:OLEObject Type="Embed" ProgID="Equation.DSMT4" ShapeID="_x0000_i2216" DrawAspect="Content" ObjectID="_1840332670" r:id="rId2671"/>
        </w:object>
      </w:r>
      <w:r w:rsidRPr="00B439DD">
        <w:rPr>
          <w:rFonts w:ascii="Times New Roman" w:hAnsi="Times New Roman" w:cs="Times New Roman"/>
          <w:position w:val="-10"/>
          <w:sz w:val="28"/>
          <w:szCs w:val="28"/>
          <w:lang w:val="kk-KZ"/>
        </w:rPr>
        <w:t xml:space="preserve"> </w:t>
      </w:r>
      <w:r w:rsidRPr="00B439DD">
        <w:rPr>
          <w:rFonts w:ascii="Times New Roman" w:hAnsi="Times New Roman" w:cs="Times New Roman"/>
          <w:sz w:val="28"/>
          <w:szCs w:val="28"/>
          <w:lang w:val="kk-KZ"/>
        </w:rPr>
        <w:t>цилиндрде сызықтық емес теңдеуді қарастырайық</w:t>
      </w:r>
    </w:p>
    <w:p w14:paraId="4B024DF4" w14:textId="77777777" w:rsidR="00626857" w:rsidRPr="00B439DD" w:rsidRDefault="00626857" w:rsidP="00B439DD">
      <w:pPr>
        <w:spacing w:after="0" w:line="240" w:lineRule="auto"/>
        <w:rPr>
          <w:rFonts w:ascii="Times New Roman" w:hAnsi="Times New Roman" w:cs="Times New Roman"/>
          <w:sz w:val="28"/>
          <w:szCs w:val="28"/>
          <w:lang w:val="kk-KZ"/>
        </w:rPr>
      </w:pPr>
    </w:p>
    <w:p w14:paraId="32755BD7" w14:textId="319079F7" w:rsidR="004B7CD0" w:rsidRPr="00B439DD" w:rsidRDefault="004B7CD0" w:rsidP="00B439DD">
      <w:pPr>
        <w:spacing w:after="0" w:line="240" w:lineRule="auto"/>
        <w:jc w:val="right"/>
        <w:rPr>
          <w:rFonts w:ascii="Times New Roman" w:hAnsi="Times New Roman" w:cs="Times New Roman"/>
          <w:sz w:val="28"/>
          <w:szCs w:val="28"/>
          <w:lang w:val="kk-KZ"/>
        </w:rPr>
      </w:pPr>
      <w:r w:rsidRPr="00B439DD">
        <w:rPr>
          <w:rFonts w:ascii="Times New Roman" w:hAnsi="Times New Roman" w:cs="Times New Roman"/>
          <w:position w:val="-16"/>
          <w:sz w:val="28"/>
          <w:szCs w:val="28"/>
        </w:rPr>
        <w:object w:dxaOrig="4680" w:dyaOrig="499" w14:anchorId="60562BB2">
          <v:shape id="_x0000_i2217" type="#_x0000_t75" style="width:234.2pt;height:25.3pt" o:ole="">
            <v:imagedata r:id="rId2672" o:title=""/>
          </v:shape>
          <o:OLEObject Type="Embed" ProgID="Equation.DSMT4" ShapeID="_x0000_i2217" DrawAspect="Content" ObjectID="_1840332671" r:id="rId2673"/>
        </w:object>
      </w:r>
      <w:r w:rsidRPr="00B439DD">
        <w:rPr>
          <w:rFonts w:ascii="Times New Roman" w:hAnsi="Times New Roman" w:cs="Times New Roman"/>
          <w:sz w:val="28"/>
          <w:szCs w:val="28"/>
          <w:lang w:val="kk-KZ"/>
        </w:rPr>
        <w:tab/>
      </w:r>
      <w:r w:rsidRPr="00B439DD">
        <w:rPr>
          <w:rFonts w:ascii="Times New Roman" w:hAnsi="Times New Roman" w:cs="Times New Roman"/>
          <w:sz w:val="28"/>
          <w:szCs w:val="28"/>
          <w:lang w:val="kk-KZ"/>
        </w:rPr>
        <w:tab/>
      </w:r>
      <w:r w:rsidRPr="00B439DD">
        <w:rPr>
          <w:rFonts w:ascii="Times New Roman" w:hAnsi="Times New Roman" w:cs="Times New Roman"/>
          <w:sz w:val="28"/>
          <w:szCs w:val="28"/>
          <w:lang w:val="kk-KZ"/>
        </w:rPr>
        <w:tab/>
      </w:r>
      <w:r w:rsidRPr="00B439DD">
        <w:rPr>
          <w:rFonts w:ascii="Times New Roman" w:hAnsi="Times New Roman" w:cs="Times New Roman"/>
          <w:sz w:val="28"/>
          <w:szCs w:val="28"/>
          <w:lang w:val="kk-KZ"/>
        </w:rPr>
        <w:tab/>
      </w:r>
      <w:r w:rsidRPr="00B439DD">
        <w:rPr>
          <w:rFonts w:ascii="Times New Roman" w:hAnsi="Times New Roman" w:cs="Times New Roman"/>
          <w:sz w:val="28"/>
          <w:szCs w:val="28"/>
          <w:lang w:val="kk-KZ"/>
        </w:rPr>
        <w:tab/>
        <w:t>(</w:t>
      </w:r>
      <w:r w:rsidR="00FD0EF8" w:rsidRPr="00B439DD">
        <w:rPr>
          <w:rFonts w:ascii="Times New Roman" w:hAnsi="Times New Roman" w:cs="Times New Roman"/>
          <w:sz w:val="28"/>
          <w:szCs w:val="28"/>
          <w:lang w:val="kk-KZ"/>
        </w:rPr>
        <w:t>2</w:t>
      </w:r>
      <w:r w:rsidRPr="00B439DD">
        <w:rPr>
          <w:rFonts w:ascii="Times New Roman" w:hAnsi="Times New Roman" w:cs="Times New Roman"/>
          <w:sz w:val="28"/>
          <w:szCs w:val="28"/>
          <w:lang w:val="kk-KZ"/>
        </w:rPr>
        <w:t>.</w:t>
      </w:r>
      <w:r w:rsidR="00FD0EF8" w:rsidRPr="00B439DD">
        <w:rPr>
          <w:rFonts w:ascii="Times New Roman" w:hAnsi="Times New Roman" w:cs="Times New Roman"/>
          <w:sz w:val="28"/>
          <w:szCs w:val="28"/>
          <w:lang w:val="kk-KZ"/>
        </w:rPr>
        <w:t>30</w:t>
      </w:r>
      <w:r w:rsidRPr="00B439DD">
        <w:rPr>
          <w:rFonts w:ascii="Times New Roman" w:hAnsi="Times New Roman" w:cs="Times New Roman"/>
          <w:sz w:val="28"/>
          <w:szCs w:val="28"/>
          <w:lang w:val="kk-KZ"/>
        </w:rPr>
        <w:t>)</w:t>
      </w:r>
    </w:p>
    <w:p w14:paraId="5B51048C" w14:textId="77777777" w:rsidR="00626857" w:rsidRPr="00B439DD" w:rsidRDefault="00626857" w:rsidP="00B439DD">
      <w:pPr>
        <w:spacing w:after="0" w:line="240" w:lineRule="auto"/>
        <w:jc w:val="right"/>
        <w:rPr>
          <w:rFonts w:ascii="Times New Roman" w:hAnsi="Times New Roman" w:cs="Times New Roman"/>
          <w:sz w:val="28"/>
          <w:szCs w:val="28"/>
          <w:lang w:val="kk-KZ"/>
        </w:rPr>
      </w:pPr>
    </w:p>
    <w:p w14:paraId="4E28469A" w14:textId="77777777" w:rsidR="004B7CD0" w:rsidRPr="00B439DD" w:rsidRDefault="004B7CD0" w:rsidP="00B439DD">
      <w:pPr>
        <w:spacing w:after="0" w:line="240" w:lineRule="auto"/>
        <w:rPr>
          <w:rFonts w:ascii="Times New Roman" w:hAnsi="Times New Roman" w:cs="Times New Roman"/>
          <w:sz w:val="28"/>
          <w:szCs w:val="28"/>
          <w:lang w:val="kk-KZ"/>
        </w:rPr>
      </w:pPr>
      <w:r w:rsidRPr="00B439DD">
        <w:rPr>
          <w:rFonts w:ascii="Times New Roman" w:hAnsi="Times New Roman" w:cs="Times New Roman"/>
          <w:sz w:val="28"/>
          <w:szCs w:val="28"/>
          <w:lang w:val="kk-KZ"/>
        </w:rPr>
        <w:t xml:space="preserve">және  шеттік шарттары </w:t>
      </w:r>
    </w:p>
    <w:p w14:paraId="7A295051" w14:textId="77777777" w:rsidR="00626857" w:rsidRPr="00B439DD" w:rsidRDefault="00626857" w:rsidP="00B439DD">
      <w:pPr>
        <w:spacing w:after="0" w:line="240" w:lineRule="auto"/>
        <w:rPr>
          <w:rFonts w:ascii="Times New Roman" w:hAnsi="Times New Roman" w:cs="Times New Roman"/>
          <w:sz w:val="28"/>
          <w:szCs w:val="28"/>
          <w:lang w:val="kk-KZ"/>
        </w:rPr>
      </w:pPr>
    </w:p>
    <w:p w14:paraId="1DFB337B" w14:textId="21B7B515" w:rsidR="004B7CD0" w:rsidRPr="00B439DD" w:rsidRDefault="004B7CD0" w:rsidP="00B439DD">
      <w:pPr>
        <w:spacing w:after="0" w:line="240" w:lineRule="auto"/>
        <w:jc w:val="right"/>
        <w:rPr>
          <w:rFonts w:ascii="Times New Roman" w:hAnsi="Times New Roman" w:cs="Times New Roman"/>
          <w:sz w:val="28"/>
          <w:szCs w:val="28"/>
          <w:lang w:val="kk-KZ"/>
        </w:rPr>
      </w:pPr>
      <w:r w:rsidRPr="00B439DD">
        <w:rPr>
          <w:rFonts w:ascii="Times New Roman" w:hAnsi="Times New Roman" w:cs="Times New Roman"/>
          <w:position w:val="-16"/>
          <w:sz w:val="28"/>
          <w:szCs w:val="28"/>
        </w:rPr>
        <w:object w:dxaOrig="2079" w:dyaOrig="440" w14:anchorId="64D73CBB">
          <v:shape id="_x0000_i2218" type="#_x0000_t75" style="width:104.45pt;height:20.55pt" o:ole="">
            <v:imagedata r:id="rId2674" o:title=""/>
          </v:shape>
          <o:OLEObject Type="Embed" ProgID="Equation.DSMT4" ShapeID="_x0000_i2218" DrawAspect="Content" ObjectID="_1840332672" r:id="rId2675"/>
        </w:object>
      </w:r>
      <w:r w:rsidR="00FD0EF8" w:rsidRPr="00B439DD">
        <w:rPr>
          <w:rFonts w:ascii="Times New Roman" w:hAnsi="Times New Roman" w:cs="Times New Roman"/>
          <w:sz w:val="28"/>
          <w:szCs w:val="28"/>
          <w:lang w:val="kk-KZ"/>
        </w:rPr>
        <w:tab/>
      </w:r>
      <w:r w:rsidR="00FD0EF8" w:rsidRPr="00B439DD">
        <w:rPr>
          <w:rFonts w:ascii="Times New Roman" w:hAnsi="Times New Roman" w:cs="Times New Roman"/>
          <w:sz w:val="28"/>
          <w:szCs w:val="28"/>
          <w:lang w:val="kk-KZ"/>
        </w:rPr>
        <w:tab/>
      </w:r>
      <w:r w:rsidR="00FD0EF8" w:rsidRPr="00B439DD">
        <w:rPr>
          <w:rFonts w:ascii="Times New Roman" w:hAnsi="Times New Roman" w:cs="Times New Roman"/>
          <w:sz w:val="28"/>
          <w:szCs w:val="28"/>
          <w:lang w:val="kk-KZ"/>
        </w:rPr>
        <w:tab/>
      </w:r>
      <w:r w:rsidR="00FD0EF8" w:rsidRPr="00B439DD">
        <w:rPr>
          <w:rFonts w:ascii="Times New Roman" w:hAnsi="Times New Roman" w:cs="Times New Roman"/>
          <w:sz w:val="28"/>
          <w:szCs w:val="28"/>
          <w:lang w:val="kk-KZ"/>
        </w:rPr>
        <w:tab/>
      </w:r>
      <w:r w:rsidR="00FD0EF8" w:rsidRPr="00B439DD">
        <w:rPr>
          <w:rFonts w:ascii="Times New Roman" w:hAnsi="Times New Roman" w:cs="Times New Roman"/>
          <w:sz w:val="28"/>
          <w:szCs w:val="28"/>
          <w:lang w:val="kk-KZ"/>
        </w:rPr>
        <w:tab/>
      </w:r>
      <w:r w:rsidR="00FD0EF8" w:rsidRPr="00B439DD">
        <w:rPr>
          <w:rFonts w:ascii="Times New Roman" w:hAnsi="Times New Roman" w:cs="Times New Roman"/>
          <w:sz w:val="28"/>
          <w:szCs w:val="28"/>
          <w:lang w:val="kk-KZ"/>
        </w:rPr>
        <w:tab/>
        <w:t>(2</w:t>
      </w:r>
      <w:r w:rsidRPr="00B439DD">
        <w:rPr>
          <w:rFonts w:ascii="Times New Roman" w:hAnsi="Times New Roman" w:cs="Times New Roman"/>
          <w:sz w:val="28"/>
          <w:szCs w:val="28"/>
          <w:lang w:val="kk-KZ"/>
        </w:rPr>
        <w:t>.</w:t>
      </w:r>
      <w:r w:rsidR="00FD0EF8" w:rsidRPr="00B439DD">
        <w:rPr>
          <w:rFonts w:ascii="Times New Roman" w:hAnsi="Times New Roman" w:cs="Times New Roman"/>
          <w:sz w:val="28"/>
          <w:szCs w:val="28"/>
          <w:lang w:val="kk-KZ"/>
        </w:rPr>
        <w:t>31</w:t>
      </w:r>
      <w:r w:rsidRPr="00B439DD">
        <w:rPr>
          <w:rFonts w:ascii="Times New Roman" w:hAnsi="Times New Roman" w:cs="Times New Roman"/>
          <w:sz w:val="28"/>
          <w:szCs w:val="28"/>
          <w:lang w:val="kk-KZ"/>
        </w:rPr>
        <w:t>)</w:t>
      </w:r>
    </w:p>
    <w:p w14:paraId="48F2B97E" w14:textId="325E0FBC" w:rsidR="004B7CD0" w:rsidRPr="00B439DD" w:rsidRDefault="004B7CD0" w:rsidP="00B439DD">
      <w:pPr>
        <w:spacing w:after="0" w:line="240" w:lineRule="auto"/>
        <w:jc w:val="right"/>
        <w:rPr>
          <w:rFonts w:ascii="Times New Roman" w:hAnsi="Times New Roman" w:cs="Times New Roman"/>
          <w:sz w:val="28"/>
          <w:szCs w:val="28"/>
          <w:lang w:val="kk-KZ"/>
        </w:rPr>
      </w:pPr>
      <w:r w:rsidRPr="00B439DD">
        <w:rPr>
          <w:rFonts w:ascii="Times New Roman" w:hAnsi="Times New Roman" w:cs="Times New Roman"/>
          <w:position w:val="-12"/>
          <w:sz w:val="28"/>
          <w:szCs w:val="28"/>
        </w:rPr>
        <w:object w:dxaOrig="4220" w:dyaOrig="380" w14:anchorId="3041AF72">
          <v:shape id="_x0000_i2219" type="#_x0000_t75" style="width:209.65pt;height:18.2pt" o:ole="">
            <v:imagedata r:id="rId2676" o:title=""/>
          </v:shape>
          <o:OLEObject Type="Embed" ProgID="Equation.DSMT4" ShapeID="_x0000_i2219" DrawAspect="Content" ObjectID="_1840332673" r:id="rId2677"/>
        </w:object>
      </w:r>
      <w:r w:rsidR="00FD0EF8" w:rsidRPr="00B439DD">
        <w:rPr>
          <w:rFonts w:ascii="Times New Roman" w:hAnsi="Times New Roman" w:cs="Times New Roman"/>
          <w:sz w:val="28"/>
          <w:szCs w:val="28"/>
          <w:lang w:val="kk-KZ"/>
        </w:rPr>
        <w:tab/>
      </w:r>
      <w:r w:rsidR="00FD0EF8" w:rsidRPr="00B439DD">
        <w:rPr>
          <w:rFonts w:ascii="Times New Roman" w:hAnsi="Times New Roman" w:cs="Times New Roman"/>
          <w:sz w:val="28"/>
          <w:szCs w:val="28"/>
          <w:lang w:val="kk-KZ"/>
        </w:rPr>
        <w:tab/>
      </w:r>
      <w:r w:rsidR="00FD0EF8" w:rsidRPr="00B439DD">
        <w:rPr>
          <w:rFonts w:ascii="Times New Roman" w:hAnsi="Times New Roman" w:cs="Times New Roman"/>
          <w:sz w:val="28"/>
          <w:szCs w:val="28"/>
          <w:lang w:val="kk-KZ"/>
        </w:rPr>
        <w:tab/>
      </w:r>
      <w:r w:rsidR="00FD0EF8" w:rsidRPr="00B439DD">
        <w:rPr>
          <w:rFonts w:ascii="Times New Roman" w:hAnsi="Times New Roman" w:cs="Times New Roman"/>
          <w:sz w:val="28"/>
          <w:szCs w:val="28"/>
          <w:lang w:val="kk-KZ"/>
        </w:rPr>
        <w:tab/>
        <w:t>(2</w:t>
      </w:r>
      <w:r w:rsidRPr="00B439DD">
        <w:rPr>
          <w:rFonts w:ascii="Times New Roman" w:hAnsi="Times New Roman" w:cs="Times New Roman"/>
          <w:sz w:val="28"/>
          <w:szCs w:val="28"/>
          <w:lang w:val="kk-KZ"/>
        </w:rPr>
        <w:t>.3</w:t>
      </w:r>
      <w:r w:rsidR="00FD0EF8" w:rsidRPr="00B439DD">
        <w:rPr>
          <w:rFonts w:ascii="Times New Roman" w:hAnsi="Times New Roman" w:cs="Times New Roman"/>
          <w:sz w:val="28"/>
          <w:szCs w:val="28"/>
          <w:lang w:val="kk-KZ"/>
        </w:rPr>
        <w:t>2</w:t>
      </w:r>
      <w:r w:rsidRPr="00B439DD">
        <w:rPr>
          <w:rFonts w:ascii="Times New Roman" w:hAnsi="Times New Roman" w:cs="Times New Roman"/>
          <w:sz w:val="28"/>
          <w:szCs w:val="28"/>
          <w:lang w:val="kk-KZ"/>
        </w:rPr>
        <w:t>)</w:t>
      </w:r>
    </w:p>
    <w:p w14:paraId="22C2FF60" w14:textId="77777777" w:rsidR="00626857" w:rsidRPr="00B439DD" w:rsidRDefault="00626857" w:rsidP="00B439DD">
      <w:pPr>
        <w:spacing w:after="0" w:line="240" w:lineRule="auto"/>
        <w:rPr>
          <w:rFonts w:ascii="Times New Roman" w:hAnsi="Times New Roman" w:cs="Times New Roman"/>
          <w:sz w:val="28"/>
          <w:szCs w:val="28"/>
          <w:lang w:val="kk-KZ"/>
        </w:rPr>
      </w:pPr>
    </w:p>
    <w:p w14:paraId="2DCBCF3B" w14:textId="77777777" w:rsidR="004B7CD0" w:rsidRPr="00B439DD" w:rsidRDefault="004B7CD0" w:rsidP="00B439DD">
      <w:pPr>
        <w:spacing w:after="0" w:line="240" w:lineRule="auto"/>
        <w:rPr>
          <w:rFonts w:ascii="Times New Roman" w:hAnsi="Times New Roman" w:cs="Times New Roman"/>
          <w:sz w:val="28"/>
          <w:szCs w:val="28"/>
          <w:lang w:val="kk-KZ"/>
        </w:rPr>
      </w:pPr>
      <w:r w:rsidRPr="00B439DD">
        <w:rPr>
          <w:rFonts w:ascii="Times New Roman" w:hAnsi="Times New Roman" w:cs="Times New Roman"/>
          <w:sz w:val="28"/>
          <w:szCs w:val="28"/>
          <w:lang w:val="kk-KZ"/>
        </w:rPr>
        <w:t xml:space="preserve">мұндағы  </w:t>
      </w:r>
      <w:r w:rsidRPr="00B439DD">
        <w:rPr>
          <w:rFonts w:ascii="Times New Roman" w:hAnsi="Times New Roman" w:cs="Times New Roman"/>
          <w:position w:val="-12"/>
          <w:sz w:val="28"/>
          <w:szCs w:val="28"/>
        </w:rPr>
        <w:object w:dxaOrig="880" w:dyaOrig="360" w14:anchorId="62F47643">
          <v:shape id="_x0000_i2220" type="#_x0000_t75" style="width:44.3pt;height:18.2pt" o:ole="">
            <v:imagedata r:id="rId2678" o:title=""/>
          </v:shape>
          <o:OLEObject Type="Embed" ProgID="Equation.DSMT4" ShapeID="_x0000_i2220" DrawAspect="Content" ObjectID="_1840332674" r:id="rId2679"/>
        </w:object>
      </w:r>
      <w:r w:rsidRPr="00B439DD">
        <w:rPr>
          <w:rFonts w:ascii="Times New Roman" w:hAnsi="Times New Roman" w:cs="Times New Roman"/>
          <w:sz w:val="28"/>
          <w:szCs w:val="28"/>
          <w:lang w:val="kk-KZ"/>
        </w:rPr>
        <w:t xml:space="preserve"> берілген функция, </w:t>
      </w:r>
      <w:r w:rsidRPr="00B439DD">
        <w:rPr>
          <w:rFonts w:ascii="Times New Roman" w:hAnsi="Times New Roman" w:cs="Times New Roman"/>
          <w:position w:val="-12"/>
          <w:sz w:val="28"/>
          <w:szCs w:val="28"/>
        </w:rPr>
        <w:object w:dxaOrig="1380" w:dyaOrig="380" w14:anchorId="5769DDFA">
          <v:shape id="_x0000_i2221" type="#_x0000_t75" style="width:68.85pt;height:18.2pt" o:ole="">
            <v:imagedata r:id="rId2680" o:title=""/>
          </v:shape>
          <o:OLEObject Type="Embed" ProgID="Equation.DSMT4" ShapeID="_x0000_i2221" DrawAspect="Content" ObjectID="_1840332675" r:id="rId2681"/>
        </w:object>
      </w:r>
      <w:r w:rsidRPr="00B439DD">
        <w:rPr>
          <w:rFonts w:ascii="Times New Roman" w:hAnsi="Times New Roman" w:cs="Times New Roman"/>
          <w:sz w:val="28"/>
          <w:szCs w:val="28"/>
          <w:lang w:val="kk-KZ"/>
        </w:rPr>
        <w:t xml:space="preserve"> және </w:t>
      </w:r>
      <w:r w:rsidRPr="00B439DD">
        <w:rPr>
          <w:rFonts w:ascii="Times New Roman" w:hAnsi="Times New Roman" w:cs="Times New Roman"/>
          <w:position w:val="-6"/>
          <w:sz w:val="28"/>
          <w:szCs w:val="28"/>
        </w:rPr>
        <w:object w:dxaOrig="680" w:dyaOrig="300" w14:anchorId="1375A068">
          <v:shape id="_x0000_i2222" type="#_x0000_t75" style="width:34pt;height:15.8pt" o:ole="">
            <v:imagedata r:id="rId2682" o:title=""/>
          </v:shape>
          <o:OLEObject Type="Embed" ProgID="Equation.DSMT4" ShapeID="_x0000_i2222" DrawAspect="Content" ObjectID="_1840332676" r:id="rId2683"/>
        </w:object>
      </w:r>
      <w:r w:rsidRPr="00B439DD">
        <w:rPr>
          <w:rFonts w:ascii="Times New Roman" w:hAnsi="Times New Roman" w:cs="Times New Roman"/>
          <w:sz w:val="28"/>
          <w:szCs w:val="28"/>
          <w:lang w:val="kk-KZ"/>
        </w:rPr>
        <w:t xml:space="preserve">  тұрақтылар, </w:t>
      </w:r>
    </w:p>
    <w:p w14:paraId="7ED9DD9A" w14:textId="77777777" w:rsidR="004B7CD0" w:rsidRPr="00B439DD" w:rsidRDefault="004B7CD0" w:rsidP="00B439DD">
      <w:pPr>
        <w:spacing w:after="0" w:line="240" w:lineRule="auto"/>
        <w:rPr>
          <w:rFonts w:ascii="Times New Roman" w:hAnsi="Times New Roman" w:cs="Times New Roman"/>
          <w:sz w:val="28"/>
          <w:szCs w:val="28"/>
          <w:lang w:val="kk-KZ"/>
        </w:rPr>
      </w:pPr>
    </w:p>
    <w:p w14:paraId="07174E9E" w14:textId="77777777" w:rsidR="004B7CD0" w:rsidRPr="00B439DD" w:rsidRDefault="004B7CD0" w:rsidP="00B439DD">
      <w:pPr>
        <w:spacing w:after="0" w:line="240" w:lineRule="auto"/>
        <w:jc w:val="center"/>
        <w:rPr>
          <w:rFonts w:ascii="Times New Roman" w:hAnsi="Times New Roman" w:cs="Times New Roman"/>
          <w:sz w:val="28"/>
          <w:szCs w:val="28"/>
          <w:lang w:val="kk-KZ"/>
        </w:rPr>
      </w:pPr>
      <w:r w:rsidRPr="00B439DD">
        <w:rPr>
          <w:rFonts w:ascii="Times New Roman" w:hAnsi="Times New Roman" w:cs="Times New Roman"/>
          <w:position w:val="-34"/>
          <w:sz w:val="28"/>
          <w:szCs w:val="28"/>
        </w:rPr>
        <w:object w:dxaOrig="2240" w:dyaOrig="820" w14:anchorId="22976E6E">
          <v:shape id="_x0000_i2223" type="#_x0000_t75" style="width:115.5pt;height:43.5pt" o:ole="">
            <v:imagedata r:id="rId2684" o:title=""/>
          </v:shape>
          <o:OLEObject Type="Embed" ProgID="Equation.DSMT4" ShapeID="_x0000_i2223" DrawAspect="Content" ObjectID="_1840332677" r:id="rId2685"/>
        </w:object>
      </w:r>
      <w:r w:rsidRPr="00B439DD">
        <w:rPr>
          <w:rFonts w:ascii="Times New Roman" w:hAnsi="Times New Roman" w:cs="Times New Roman"/>
          <w:sz w:val="28"/>
          <w:szCs w:val="28"/>
          <w:lang w:val="kk-KZ"/>
        </w:rPr>
        <w:t>.</w:t>
      </w:r>
    </w:p>
    <w:p w14:paraId="242FA5A5" w14:textId="77777777" w:rsidR="00626857" w:rsidRPr="00B439DD" w:rsidRDefault="00626857" w:rsidP="00B439DD">
      <w:pPr>
        <w:spacing w:after="0" w:line="240" w:lineRule="auto"/>
        <w:rPr>
          <w:rFonts w:ascii="Times New Roman" w:hAnsi="Times New Roman" w:cs="Times New Roman"/>
          <w:sz w:val="28"/>
          <w:szCs w:val="28"/>
          <w:lang w:val="kk-KZ"/>
        </w:rPr>
      </w:pPr>
    </w:p>
    <w:p w14:paraId="52F25ECA" w14:textId="77777777" w:rsidR="004B7CD0" w:rsidRPr="00B439DD" w:rsidRDefault="004B7CD0" w:rsidP="00B439DD">
      <w:pPr>
        <w:spacing w:after="0" w:line="240" w:lineRule="auto"/>
        <w:rPr>
          <w:rFonts w:ascii="Times New Roman" w:hAnsi="Times New Roman" w:cs="Times New Roman"/>
          <w:sz w:val="28"/>
          <w:szCs w:val="28"/>
          <w:lang w:val="kk-KZ"/>
        </w:rPr>
      </w:pPr>
      <w:r w:rsidRPr="00B439DD">
        <w:rPr>
          <w:rFonts w:ascii="Times New Roman" w:hAnsi="Times New Roman" w:cs="Times New Roman"/>
          <w:position w:val="-14"/>
          <w:sz w:val="28"/>
          <w:szCs w:val="28"/>
        </w:rPr>
        <w:object w:dxaOrig="1020" w:dyaOrig="440" w14:anchorId="267431BA">
          <v:shape id="_x0000_i2224" type="#_x0000_t75" style="width:51.45pt;height:20.55pt" o:ole="">
            <v:imagedata r:id="rId2686" o:title=""/>
          </v:shape>
          <o:OLEObject Type="Embed" ProgID="Equation.DSMT4" ShapeID="_x0000_i2224" DrawAspect="Content" ObjectID="_1840332678" r:id="rId2687"/>
        </w:object>
      </w:r>
      <w:r w:rsidRPr="00B439DD">
        <w:rPr>
          <w:rFonts w:ascii="Times New Roman" w:hAnsi="Times New Roman" w:cs="Times New Roman"/>
          <w:sz w:val="28"/>
          <w:szCs w:val="28"/>
          <w:lang w:val="kk-KZ"/>
        </w:rPr>
        <w:t xml:space="preserve"> кеңістігін төмендегідей анықтайық:</w:t>
      </w:r>
    </w:p>
    <w:p w14:paraId="372B5FE6" w14:textId="77777777" w:rsidR="00626857" w:rsidRPr="00B439DD" w:rsidRDefault="00626857" w:rsidP="00B439DD">
      <w:pPr>
        <w:spacing w:after="0" w:line="240" w:lineRule="auto"/>
        <w:rPr>
          <w:rFonts w:ascii="Times New Roman" w:hAnsi="Times New Roman" w:cs="Times New Roman"/>
          <w:sz w:val="28"/>
          <w:szCs w:val="28"/>
          <w:lang w:val="kk-KZ"/>
        </w:rPr>
      </w:pPr>
    </w:p>
    <w:p w14:paraId="160ABF57" w14:textId="77777777" w:rsidR="004B7CD0" w:rsidRPr="00B439DD" w:rsidRDefault="004B7CD0" w:rsidP="00B439DD">
      <w:pPr>
        <w:spacing w:after="0" w:line="240" w:lineRule="auto"/>
        <w:jc w:val="center"/>
        <w:rPr>
          <w:rFonts w:ascii="Times New Roman" w:hAnsi="Times New Roman" w:cs="Times New Roman"/>
          <w:position w:val="-18"/>
          <w:sz w:val="28"/>
          <w:szCs w:val="28"/>
        </w:rPr>
      </w:pPr>
      <w:r w:rsidRPr="00B439DD">
        <w:rPr>
          <w:rFonts w:ascii="Times New Roman" w:hAnsi="Times New Roman" w:cs="Times New Roman"/>
          <w:position w:val="-18"/>
          <w:sz w:val="28"/>
          <w:szCs w:val="28"/>
        </w:rPr>
        <w:object w:dxaOrig="8620" w:dyaOrig="499" w14:anchorId="52A47626">
          <v:shape id="_x0000_i2225" type="#_x0000_t75" style="width:6in;height:25.3pt" o:ole="">
            <v:imagedata r:id="rId2688" o:title=""/>
          </v:shape>
          <o:OLEObject Type="Embed" ProgID="Equation.DSMT4" ShapeID="_x0000_i2225" DrawAspect="Content" ObjectID="_1840332679" r:id="rId2689"/>
        </w:object>
      </w:r>
    </w:p>
    <w:p w14:paraId="355B3CB4" w14:textId="77777777" w:rsidR="0093137B" w:rsidRPr="00B439DD" w:rsidRDefault="0093137B" w:rsidP="00B439DD">
      <w:pPr>
        <w:spacing w:after="0" w:line="240" w:lineRule="auto"/>
        <w:jc w:val="center"/>
        <w:rPr>
          <w:rFonts w:ascii="Times New Roman" w:hAnsi="Times New Roman" w:cs="Times New Roman"/>
          <w:position w:val="-18"/>
          <w:sz w:val="28"/>
          <w:szCs w:val="28"/>
        </w:rPr>
      </w:pPr>
    </w:p>
    <w:p w14:paraId="0834A5E7" w14:textId="77777777" w:rsidR="004B7CD0" w:rsidRPr="00B439DD" w:rsidRDefault="004B7CD0" w:rsidP="00B439DD">
      <w:pPr>
        <w:spacing w:after="0" w:line="240" w:lineRule="auto"/>
        <w:rPr>
          <w:rFonts w:ascii="Times New Roman" w:hAnsi="Times New Roman" w:cs="Times New Roman"/>
          <w:position w:val="-18"/>
          <w:sz w:val="28"/>
          <w:szCs w:val="28"/>
          <w:lang w:val="kk-KZ"/>
        </w:rPr>
      </w:pPr>
      <w:r w:rsidRPr="00B439DD">
        <w:rPr>
          <w:rFonts w:ascii="Times New Roman" w:hAnsi="Times New Roman" w:cs="Times New Roman"/>
          <w:position w:val="-18"/>
          <w:sz w:val="28"/>
          <w:szCs w:val="28"/>
          <w:lang w:val="kk-KZ"/>
        </w:rPr>
        <w:t>және оның нормасы</w:t>
      </w:r>
    </w:p>
    <w:p w14:paraId="66CD4098" w14:textId="77777777" w:rsidR="00626857" w:rsidRPr="00B439DD" w:rsidRDefault="00626857" w:rsidP="00B439DD">
      <w:pPr>
        <w:spacing w:after="0" w:line="240" w:lineRule="auto"/>
        <w:rPr>
          <w:rFonts w:ascii="Times New Roman" w:hAnsi="Times New Roman" w:cs="Times New Roman"/>
          <w:position w:val="-18"/>
          <w:sz w:val="28"/>
          <w:szCs w:val="28"/>
          <w:lang w:val="kk-KZ"/>
        </w:rPr>
      </w:pPr>
    </w:p>
    <w:p w14:paraId="6B33F177" w14:textId="77777777" w:rsidR="004B7CD0" w:rsidRPr="00B439DD" w:rsidRDefault="004B7CD0" w:rsidP="00B439DD">
      <w:pPr>
        <w:spacing w:after="0" w:line="240" w:lineRule="auto"/>
        <w:jc w:val="center"/>
        <w:rPr>
          <w:rFonts w:ascii="Times New Roman" w:hAnsi="Times New Roman" w:cs="Times New Roman"/>
          <w:position w:val="-40"/>
          <w:sz w:val="28"/>
          <w:szCs w:val="28"/>
          <w:lang w:val="kk-KZ"/>
        </w:rPr>
      </w:pPr>
      <w:r w:rsidRPr="00B439DD">
        <w:rPr>
          <w:rFonts w:ascii="Times New Roman" w:hAnsi="Times New Roman" w:cs="Times New Roman"/>
          <w:position w:val="-40"/>
          <w:sz w:val="28"/>
          <w:szCs w:val="28"/>
        </w:rPr>
        <w:object w:dxaOrig="5800" w:dyaOrig="1100" w14:anchorId="0A5577E2">
          <v:shape id="_x0000_i2226" type="#_x0000_t75" style="width:291.15pt;height:56.2pt" o:ole="">
            <v:imagedata r:id="rId2690" o:title=""/>
          </v:shape>
          <o:OLEObject Type="Embed" ProgID="Equation.DSMT4" ShapeID="_x0000_i2226" DrawAspect="Content" ObjectID="_1840332680" r:id="rId2691"/>
        </w:object>
      </w:r>
    </w:p>
    <w:p w14:paraId="42C351CD" w14:textId="77777777" w:rsidR="00626857" w:rsidRPr="00B439DD" w:rsidRDefault="00626857" w:rsidP="00B439DD">
      <w:pPr>
        <w:spacing w:after="0" w:line="240" w:lineRule="auto"/>
        <w:jc w:val="center"/>
        <w:rPr>
          <w:rFonts w:ascii="Times New Roman" w:eastAsia="Times New Roman" w:hAnsi="Times New Roman" w:cs="Times New Roman"/>
          <w:bCs/>
          <w:sz w:val="28"/>
          <w:szCs w:val="28"/>
          <w:lang w:val="kk-KZ"/>
        </w:rPr>
      </w:pPr>
    </w:p>
    <w:p w14:paraId="5A25EAC8" w14:textId="3E711E07" w:rsidR="004B7CD0" w:rsidRPr="00B439DD" w:rsidRDefault="00A135AE" w:rsidP="00B439DD">
      <w:pPr>
        <w:spacing w:after="0" w:line="240" w:lineRule="auto"/>
        <w:rPr>
          <w:rFonts w:ascii="Times New Roman" w:hAnsi="Times New Roman" w:cs="Times New Roman"/>
          <w:sz w:val="28"/>
          <w:szCs w:val="28"/>
          <w:lang w:val="kk-KZ"/>
        </w:rPr>
      </w:pPr>
      <w:r w:rsidRPr="00B439DD">
        <w:rPr>
          <w:rFonts w:ascii="Times New Roman" w:hAnsi="Times New Roman" w:cs="Times New Roman"/>
          <w:noProof/>
          <w:position w:val="-16"/>
          <w:sz w:val="28"/>
          <w:szCs w:val="28"/>
        </w:rPr>
        <w:drawing>
          <wp:inline distT="0" distB="0" distL="0" distR="0" wp14:anchorId="0BE4D80B" wp14:editId="529BCF6B">
            <wp:extent cx="529590" cy="288925"/>
            <wp:effectExtent l="0" t="0" r="0" b="0"/>
            <wp:docPr id="1904" name="Рисунок 1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4"/>
                    <pic:cNvPicPr>
                      <a:picLocks noChangeAspect="1" noChangeArrowheads="1"/>
                    </pic:cNvPicPr>
                  </pic:nvPicPr>
                  <pic:blipFill>
                    <a:blip r:embed="rId2692" cstate="print">
                      <a:extLst>
                        <a:ext uri="{28A0092B-C50C-407E-A947-70E740481C1C}">
                          <a14:useLocalDpi xmlns:a14="http://schemas.microsoft.com/office/drawing/2010/main" val="0"/>
                        </a:ext>
                      </a:extLst>
                    </a:blip>
                    <a:srcRect/>
                    <a:stretch>
                      <a:fillRect/>
                    </a:stretch>
                  </pic:blipFill>
                  <pic:spPr bwMode="auto">
                    <a:xfrm>
                      <a:off x="0" y="0"/>
                      <a:ext cx="529590" cy="288925"/>
                    </a:xfrm>
                    <a:prstGeom prst="rect">
                      <a:avLst/>
                    </a:prstGeom>
                    <a:noFill/>
                    <a:ln>
                      <a:noFill/>
                    </a:ln>
                  </pic:spPr>
                </pic:pic>
              </a:graphicData>
            </a:graphic>
          </wp:inline>
        </w:drawing>
      </w:r>
      <w:r w:rsidR="004B7CD0" w:rsidRPr="00B439DD">
        <w:rPr>
          <w:rFonts w:ascii="Times New Roman" w:hAnsi="Times New Roman" w:cs="Times New Roman"/>
          <w:sz w:val="28"/>
          <w:szCs w:val="28"/>
          <w:lang w:val="kk-KZ"/>
        </w:rPr>
        <w:t xml:space="preserve"> кеңістігі ретінде</w:t>
      </w:r>
    </w:p>
    <w:p w14:paraId="7BACD52B" w14:textId="77777777" w:rsidR="00626857" w:rsidRPr="00B439DD" w:rsidRDefault="00626857" w:rsidP="00B439DD">
      <w:pPr>
        <w:spacing w:after="0" w:line="240" w:lineRule="auto"/>
        <w:rPr>
          <w:rFonts w:ascii="Times New Roman" w:hAnsi="Times New Roman" w:cs="Times New Roman"/>
          <w:sz w:val="28"/>
          <w:szCs w:val="28"/>
          <w:lang w:val="kk-KZ"/>
        </w:rPr>
      </w:pPr>
    </w:p>
    <w:p w14:paraId="307ABCA5" w14:textId="6E27C627" w:rsidR="004B7CD0" w:rsidRPr="007C53FF" w:rsidRDefault="00A135AE" w:rsidP="00626857">
      <w:pPr>
        <w:spacing w:after="0" w:line="240" w:lineRule="auto"/>
        <w:jc w:val="center"/>
        <w:rPr>
          <w:rFonts w:ascii="Times New Roman" w:hAnsi="Times New Roman" w:cs="Times New Roman"/>
          <w:position w:val="-18"/>
          <w:sz w:val="28"/>
          <w:szCs w:val="28"/>
          <w:lang w:val="kk-KZ"/>
        </w:rPr>
      </w:pPr>
      <w:r>
        <w:rPr>
          <w:rFonts w:ascii="Times New Roman" w:hAnsi="Times New Roman" w:cs="Times New Roman"/>
          <w:noProof/>
          <w:position w:val="-18"/>
          <w:sz w:val="28"/>
          <w:szCs w:val="28"/>
        </w:rPr>
        <w:lastRenderedPageBreak/>
        <w:drawing>
          <wp:inline distT="0" distB="0" distL="0" distR="0" wp14:anchorId="6540E7A6" wp14:editId="507D3359">
            <wp:extent cx="3792220" cy="317500"/>
            <wp:effectExtent l="0" t="0" r="0" b="6350"/>
            <wp:docPr id="1905" name="Рисунок 1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5"/>
                    <pic:cNvPicPr>
                      <a:picLocks noChangeAspect="1" noChangeArrowheads="1"/>
                    </pic:cNvPicPr>
                  </pic:nvPicPr>
                  <pic:blipFill>
                    <a:blip r:embed="rId2693" cstate="print">
                      <a:extLst>
                        <a:ext uri="{28A0092B-C50C-407E-A947-70E740481C1C}">
                          <a14:useLocalDpi xmlns:a14="http://schemas.microsoft.com/office/drawing/2010/main" val="0"/>
                        </a:ext>
                      </a:extLst>
                    </a:blip>
                    <a:srcRect/>
                    <a:stretch>
                      <a:fillRect/>
                    </a:stretch>
                  </pic:blipFill>
                  <pic:spPr bwMode="auto">
                    <a:xfrm>
                      <a:off x="0" y="0"/>
                      <a:ext cx="3792220" cy="317500"/>
                    </a:xfrm>
                    <a:prstGeom prst="rect">
                      <a:avLst/>
                    </a:prstGeom>
                    <a:noFill/>
                    <a:ln>
                      <a:noFill/>
                    </a:ln>
                  </pic:spPr>
                </pic:pic>
              </a:graphicData>
            </a:graphic>
          </wp:inline>
        </w:drawing>
      </w:r>
    </w:p>
    <w:p w14:paraId="6FA3E0AD" w14:textId="77777777" w:rsidR="00626857" w:rsidRPr="007C53FF" w:rsidRDefault="00626857" w:rsidP="00626857">
      <w:pPr>
        <w:spacing w:after="0" w:line="240" w:lineRule="auto"/>
        <w:rPr>
          <w:rFonts w:ascii="Times New Roman" w:hAnsi="Times New Roman" w:cs="Times New Roman"/>
          <w:position w:val="-18"/>
          <w:sz w:val="28"/>
          <w:szCs w:val="28"/>
          <w:lang w:val="kk-KZ"/>
        </w:rPr>
      </w:pPr>
    </w:p>
    <w:p w14:paraId="7CEF4BC6" w14:textId="77777777" w:rsidR="004B7CD0" w:rsidRPr="00B439DD" w:rsidRDefault="004B7CD0" w:rsidP="00B439DD">
      <w:pPr>
        <w:spacing w:after="0" w:line="240" w:lineRule="auto"/>
        <w:rPr>
          <w:rFonts w:ascii="Times New Roman" w:hAnsi="Times New Roman" w:cs="Times New Roman"/>
          <w:position w:val="-18"/>
          <w:sz w:val="28"/>
          <w:szCs w:val="28"/>
          <w:lang w:val="kk-KZ"/>
        </w:rPr>
      </w:pPr>
      <w:r w:rsidRPr="00B439DD">
        <w:rPr>
          <w:rFonts w:ascii="Times New Roman" w:hAnsi="Times New Roman" w:cs="Times New Roman"/>
          <w:position w:val="-18"/>
          <w:sz w:val="28"/>
          <w:szCs w:val="28"/>
          <w:lang w:val="kk-KZ"/>
        </w:rPr>
        <w:t>және оның нормасы</w:t>
      </w:r>
    </w:p>
    <w:p w14:paraId="033ADFBF" w14:textId="77777777" w:rsidR="00626857" w:rsidRPr="00B439DD" w:rsidRDefault="00626857" w:rsidP="00B439DD">
      <w:pPr>
        <w:spacing w:after="0" w:line="240" w:lineRule="auto"/>
        <w:rPr>
          <w:rFonts w:ascii="Times New Roman" w:hAnsi="Times New Roman" w:cs="Times New Roman"/>
          <w:position w:val="-18"/>
          <w:sz w:val="28"/>
          <w:szCs w:val="28"/>
          <w:lang w:val="kk-KZ"/>
        </w:rPr>
      </w:pPr>
    </w:p>
    <w:p w14:paraId="34878002" w14:textId="69A5D8A9" w:rsidR="004B7CD0" w:rsidRPr="00B439DD" w:rsidRDefault="00A135AE" w:rsidP="00B439DD">
      <w:pPr>
        <w:spacing w:after="0" w:line="240" w:lineRule="auto"/>
        <w:jc w:val="center"/>
        <w:rPr>
          <w:rFonts w:ascii="Times New Roman" w:hAnsi="Times New Roman" w:cs="Times New Roman"/>
          <w:position w:val="-106"/>
          <w:sz w:val="28"/>
          <w:szCs w:val="28"/>
          <w:lang w:val="en-US"/>
        </w:rPr>
      </w:pPr>
      <w:r w:rsidRPr="00B439DD">
        <w:rPr>
          <w:rFonts w:ascii="Times New Roman" w:hAnsi="Times New Roman" w:cs="Times New Roman"/>
          <w:noProof/>
          <w:position w:val="-106"/>
          <w:sz w:val="28"/>
          <w:szCs w:val="28"/>
        </w:rPr>
        <w:drawing>
          <wp:inline distT="0" distB="0" distL="0" distR="0" wp14:anchorId="0603BA5A" wp14:editId="605CE024">
            <wp:extent cx="4446905" cy="1443990"/>
            <wp:effectExtent l="0" t="0" r="0" b="3810"/>
            <wp:docPr id="1906" name="Рисунок 1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6"/>
                    <pic:cNvPicPr>
                      <a:picLocks noChangeAspect="1" noChangeArrowheads="1"/>
                    </pic:cNvPicPr>
                  </pic:nvPicPr>
                  <pic:blipFill>
                    <a:blip r:embed="rId2694" cstate="print">
                      <a:extLst>
                        <a:ext uri="{28A0092B-C50C-407E-A947-70E740481C1C}">
                          <a14:useLocalDpi xmlns:a14="http://schemas.microsoft.com/office/drawing/2010/main" val="0"/>
                        </a:ext>
                      </a:extLst>
                    </a:blip>
                    <a:srcRect/>
                    <a:stretch>
                      <a:fillRect/>
                    </a:stretch>
                  </pic:blipFill>
                  <pic:spPr bwMode="auto">
                    <a:xfrm>
                      <a:off x="0" y="0"/>
                      <a:ext cx="4446905" cy="1443990"/>
                    </a:xfrm>
                    <a:prstGeom prst="rect">
                      <a:avLst/>
                    </a:prstGeom>
                    <a:noFill/>
                    <a:ln>
                      <a:noFill/>
                    </a:ln>
                  </pic:spPr>
                </pic:pic>
              </a:graphicData>
            </a:graphic>
          </wp:inline>
        </w:drawing>
      </w:r>
    </w:p>
    <w:p w14:paraId="4D46940F" w14:textId="77777777" w:rsidR="004B7CD0" w:rsidRPr="00B439DD" w:rsidRDefault="004B7CD0" w:rsidP="00B439DD">
      <w:pPr>
        <w:spacing w:after="0" w:line="240" w:lineRule="auto"/>
        <w:rPr>
          <w:rFonts w:ascii="Times New Roman" w:eastAsia="Times New Roman" w:hAnsi="Times New Roman" w:cs="Times New Roman"/>
          <w:bCs/>
          <w:sz w:val="28"/>
          <w:szCs w:val="28"/>
          <w:highlight w:val="red"/>
          <w:lang w:val="kk-KZ"/>
        </w:rPr>
      </w:pPr>
    </w:p>
    <w:p w14:paraId="27AADA4B" w14:textId="08E93C5F" w:rsidR="004B7CD0" w:rsidRPr="00B439DD" w:rsidRDefault="00A135AE" w:rsidP="00B439DD">
      <w:pPr>
        <w:spacing w:after="0" w:line="240" w:lineRule="auto"/>
        <w:jc w:val="center"/>
        <w:rPr>
          <w:rFonts w:ascii="Times New Roman" w:eastAsia="Times New Roman" w:hAnsi="Times New Roman" w:cs="Times New Roman"/>
          <w:bCs/>
          <w:sz w:val="28"/>
          <w:szCs w:val="28"/>
          <w:highlight w:val="red"/>
        </w:rPr>
      </w:pPr>
      <w:r w:rsidRPr="00B439DD">
        <w:rPr>
          <w:rFonts w:ascii="Times New Roman" w:hAnsi="Times New Roman" w:cs="Times New Roman"/>
          <w:noProof/>
          <w:position w:val="-14"/>
          <w:sz w:val="28"/>
          <w:szCs w:val="28"/>
        </w:rPr>
        <w:drawing>
          <wp:inline distT="0" distB="0" distL="0" distR="0" wp14:anchorId="1085A493" wp14:editId="21E5D356">
            <wp:extent cx="3243580" cy="250190"/>
            <wp:effectExtent l="0" t="0" r="0" b="0"/>
            <wp:docPr id="1912" name="Рисунок 1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2"/>
                    <pic:cNvPicPr>
                      <a:picLocks noChangeAspect="1" noChangeArrowheads="1"/>
                    </pic:cNvPicPr>
                  </pic:nvPicPr>
                  <pic:blipFill>
                    <a:blip r:embed="rId2695" cstate="print">
                      <a:extLst>
                        <a:ext uri="{28A0092B-C50C-407E-A947-70E740481C1C}">
                          <a14:useLocalDpi xmlns:a14="http://schemas.microsoft.com/office/drawing/2010/main" val="0"/>
                        </a:ext>
                      </a:extLst>
                    </a:blip>
                    <a:srcRect/>
                    <a:stretch>
                      <a:fillRect/>
                    </a:stretch>
                  </pic:blipFill>
                  <pic:spPr bwMode="auto">
                    <a:xfrm>
                      <a:off x="0" y="0"/>
                      <a:ext cx="3243580" cy="250190"/>
                    </a:xfrm>
                    <a:prstGeom prst="rect">
                      <a:avLst/>
                    </a:prstGeom>
                    <a:noFill/>
                    <a:ln>
                      <a:noFill/>
                    </a:ln>
                  </pic:spPr>
                </pic:pic>
              </a:graphicData>
            </a:graphic>
          </wp:inline>
        </w:drawing>
      </w:r>
    </w:p>
    <w:p w14:paraId="608536BA" w14:textId="77777777" w:rsidR="004B7CD0" w:rsidRPr="00B439DD" w:rsidRDefault="004B7CD0" w:rsidP="00B439DD">
      <w:pPr>
        <w:spacing w:after="0" w:line="240" w:lineRule="auto"/>
        <w:jc w:val="both"/>
        <w:rPr>
          <w:rFonts w:ascii="Times New Roman" w:eastAsia="Times New Roman" w:hAnsi="Times New Roman" w:cs="Times New Roman"/>
          <w:bCs/>
          <w:sz w:val="28"/>
          <w:szCs w:val="28"/>
          <w:highlight w:val="red"/>
        </w:rPr>
      </w:pPr>
    </w:p>
    <w:p w14:paraId="76FA1759" w14:textId="4DA8B194" w:rsidR="004B7CD0" w:rsidRPr="00293DA3" w:rsidRDefault="00FD0EF8" w:rsidP="00B439DD">
      <w:pPr>
        <w:tabs>
          <w:tab w:val="left" w:pos="567"/>
        </w:tabs>
        <w:spacing w:after="0" w:line="240" w:lineRule="auto"/>
        <w:jc w:val="both"/>
        <w:rPr>
          <w:rFonts w:ascii="Times New Roman" w:hAnsi="Times New Roman" w:cs="Times New Roman"/>
          <w:sz w:val="28"/>
          <w:szCs w:val="28"/>
          <w:lang w:val="kk-KZ"/>
        </w:rPr>
      </w:pPr>
      <w:r w:rsidRPr="00B439DD">
        <w:rPr>
          <w:rFonts w:ascii="Times New Roman" w:hAnsi="Times New Roman" w:cs="Times New Roman"/>
          <w:b/>
          <w:sz w:val="28"/>
          <w:szCs w:val="28"/>
          <w:lang w:val="kk-KZ"/>
        </w:rPr>
        <w:tab/>
      </w:r>
      <w:r w:rsidRPr="00293DA3">
        <w:rPr>
          <w:rFonts w:ascii="Times New Roman" w:hAnsi="Times New Roman" w:cs="Times New Roman"/>
          <w:b/>
          <w:sz w:val="28"/>
          <w:szCs w:val="28"/>
          <w:lang w:val="kk-KZ"/>
        </w:rPr>
        <w:t>Анықтама 2</w:t>
      </w:r>
      <w:r w:rsidR="004B7CD0" w:rsidRPr="00293DA3">
        <w:rPr>
          <w:rFonts w:ascii="Times New Roman" w:hAnsi="Times New Roman" w:cs="Times New Roman"/>
          <w:b/>
          <w:sz w:val="28"/>
          <w:szCs w:val="28"/>
          <w:lang w:val="kk-KZ"/>
        </w:rPr>
        <w:t>.1.</w:t>
      </w:r>
      <w:r w:rsidR="004B7CD0" w:rsidRPr="00293DA3">
        <w:rPr>
          <w:rFonts w:ascii="Times New Roman" w:hAnsi="Times New Roman" w:cs="Times New Roman"/>
          <w:sz w:val="28"/>
          <w:szCs w:val="28"/>
          <w:lang w:val="kk-KZ"/>
        </w:rPr>
        <w:t xml:space="preserve"> (</w:t>
      </w:r>
      <w:r w:rsidRPr="00293DA3">
        <w:rPr>
          <w:rFonts w:ascii="Times New Roman" w:hAnsi="Times New Roman" w:cs="Times New Roman"/>
          <w:sz w:val="28"/>
          <w:szCs w:val="28"/>
          <w:lang w:val="kk-KZ"/>
        </w:rPr>
        <w:t>2</w:t>
      </w:r>
      <w:r w:rsidR="004B7CD0" w:rsidRPr="00293DA3">
        <w:rPr>
          <w:rFonts w:ascii="Times New Roman" w:hAnsi="Times New Roman" w:cs="Times New Roman"/>
          <w:sz w:val="28"/>
          <w:szCs w:val="28"/>
          <w:lang w:val="kk-KZ"/>
        </w:rPr>
        <w:t>.</w:t>
      </w:r>
      <w:r w:rsidRPr="00293DA3">
        <w:rPr>
          <w:rFonts w:ascii="Times New Roman" w:hAnsi="Times New Roman" w:cs="Times New Roman"/>
          <w:sz w:val="28"/>
          <w:szCs w:val="28"/>
          <w:lang w:val="kk-KZ"/>
        </w:rPr>
        <w:t>30</w:t>
      </w:r>
      <w:r w:rsidR="004B7CD0" w:rsidRPr="00293DA3">
        <w:rPr>
          <w:rFonts w:ascii="Times New Roman" w:hAnsi="Times New Roman" w:cs="Times New Roman"/>
          <w:sz w:val="28"/>
          <w:szCs w:val="28"/>
          <w:lang w:val="kk-KZ"/>
        </w:rPr>
        <w:t>)-(</w:t>
      </w:r>
      <w:r w:rsidRPr="00293DA3">
        <w:rPr>
          <w:rFonts w:ascii="Times New Roman" w:hAnsi="Times New Roman" w:cs="Times New Roman"/>
          <w:sz w:val="28"/>
          <w:szCs w:val="28"/>
          <w:lang w:val="kk-KZ"/>
        </w:rPr>
        <w:t>2.32</w:t>
      </w:r>
      <w:r w:rsidR="004B7CD0" w:rsidRPr="00293DA3">
        <w:rPr>
          <w:rFonts w:ascii="Times New Roman" w:hAnsi="Times New Roman" w:cs="Times New Roman"/>
          <w:sz w:val="28"/>
          <w:szCs w:val="28"/>
          <w:lang w:val="kk-KZ"/>
        </w:rPr>
        <w:t xml:space="preserve">) шеттік </w:t>
      </w:r>
      <w:r w:rsidRPr="00293DA3">
        <w:rPr>
          <w:rFonts w:ascii="Times New Roman" w:hAnsi="Times New Roman" w:cs="Times New Roman"/>
          <w:sz w:val="28"/>
          <w:szCs w:val="28"/>
          <w:lang w:val="kk-KZ"/>
        </w:rPr>
        <w:t>есебінің жалпылама шешімі деп (2</w:t>
      </w:r>
      <w:r w:rsidR="004B7CD0" w:rsidRPr="00293DA3">
        <w:rPr>
          <w:rFonts w:ascii="Times New Roman" w:hAnsi="Times New Roman" w:cs="Times New Roman"/>
          <w:sz w:val="28"/>
          <w:szCs w:val="28"/>
          <w:lang w:val="kk-KZ"/>
        </w:rPr>
        <w:t>.</w:t>
      </w:r>
      <w:r w:rsidRPr="00293DA3">
        <w:rPr>
          <w:rFonts w:ascii="Times New Roman" w:hAnsi="Times New Roman" w:cs="Times New Roman"/>
          <w:sz w:val="28"/>
          <w:szCs w:val="28"/>
          <w:lang w:val="kk-KZ"/>
        </w:rPr>
        <w:t>31</w:t>
      </w:r>
      <w:r w:rsidR="004B7CD0" w:rsidRPr="00293DA3">
        <w:rPr>
          <w:rFonts w:ascii="Times New Roman" w:hAnsi="Times New Roman" w:cs="Times New Roman"/>
          <w:sz w:val="28"/>
          <w:szCs w:val="28"/>
          <w:lang w:val="kk-KZ"/>
        </w:rPr>
        <w:t>)</w:t>
      </w:r>
      <w:r w:rsidRPr="00293DA3">
        <w:rPr>
          <w:rFonts w:ascii="Times New Roman" w:hAnsi="Times New Roman" w:cs="Times New Roman"/>
          <w:sz w:val="28"/>
          <w:szCs w:val="28"/>
          <w:lang w:val="kk-KZ"/>
        </w:rPr>
        <w:t>, (2</w:t>
      </w:r>
      <w:r w:rsidR="004B7CD0" w:rsidRPr="00293DA3">
        <w:rPr>
          <w:rFonts w:ascii="Times New Roman" w:hAnsi="Times New Roman" w:cs="Times New Roman"/>
          <w:sz w:val="28"/>
          <w:szCs w:val="28"/>
          <w:lang w:val="kk-KZ"/>
        </w:rPr>
        <w:t>.3</w:t>
      </w:r>
      <w:r w:rsidRPr="00293DA3">
        <w:rPr>
          <w:rFonts w:ascii="Times New Roman" w:hAnsi="Times New Roman" w:cs="Times New Roman"/>
          <w:sz w:val="28"/>
          <w:szCs w:val="28"/>
          <w:lang w:val="kk-KZ"/>
        </w:rPr>
        <w:t>2</w:t>
      </w:r>
      <w:r w:rsidR="004B7CD0" w:rsidRPr="00293DA3">
        <w:rPr>
          <w:rFonts w:ascii="Times New Roman" w:hAnsi="Times New Roman" w:cs="Times New Roman"/>
          <w:sz w:val="28"/>
          <w:szCs w:val="28"/>
          <w:lang w:val="kk-KZ"/>
        </w:rPr>
        <w:t xml:space="preserve">) шарттарын және келесі интегралдық тепе-теңдігін қанағаттандыратын </w:t>
      </w:r>
      <w:r w:rsidR="00A135AE" w:rsidRPr="00293DA3">
        <w:rPr>
          <w:rFonts w:ascii="Times New Roman" w:hAnsi="Times New Roman" w:cs="Times New Roman"/>
          <w:noProof/>
          <w:position w:val="-14"/>
          <w:sz w:val="28"/>
          <w:szCs w:val="28"/>
        </w:rPr>
        <w:drawing>
          <wp:inline distT="0" distB="0" distL="0" distR="0" wp14:anchorId="1D45FA70" wp14:editId="419C3ABE">
            <wp:extent cx="1366520" cy="288925"/>
            <wp:effectExtent l="0" t="0" r="5080" b="0"/>
            <wp:docPr id="1915" name="Рисунок 1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5"/>
                    <pic:cNvPicPr>
                      <a:picLocks noChangeAspect="1" noChangeArrowheads="1"/>
                    </pic:cNvPicPr>
                  </pic:nvPicPr>
                  <pic:blipFill>
                    <a:blip r:embed="rId2696" cstate="print">
                      <a:extLst>
                        <a:ext uri="{28A0092B-C50C-407E-A947-70E740481C1C}">
                          <a14:useLocalDpi xmlns:a14="http://schemas.microsoft.com/office/drawing/2010/main" val="0"/>
                        </a:ext>
                      </a:extLst>
                    </a:blip>
                    <a:srcRect/>
                    <a:stretch>
                      <a:fillRect/>
                    </a:stretch>
                  </pic:blipFill>
                  <pic:spPr bwMode="auto">
                    <a:xfrm>
                      <a:off x="0" y="0"/>
                      <a:ext cx="1366520" cy="288925"/>
                    </a:xfrm>
                    <a:prstGeom prst="rect">
                      <a:avLst/>
                    </a:prstGeom>
                    <a:noFill/>
                    <a:ln>
                      <a:noFill/>
                    </a:ln>
                  </pic:spPr>
                </pic:pic>
              </a:graphicData>
            </a:graphic>
          </wp:inline>
        </w:drawing>
      </w:r>
      <w:r w:rsidR="004B7CD0" w:rsidRPr="00293DA3">
        <w:rPr>
          <w:rFonts w:ascii="Times New Roman" w:hAnsi="Times New Roman" w:cs="Times New Roman"/>
          <w:sz w:val="28"/>
          <w:szCs w:val="28"/>
          <w:lang w:val="kk-KZ"/>
        </w:rPr>
        <w:t xml:space="preserve"> </w:t>
      </w:r>
      <w:r w:rsidR="00A135AE" w:rsidRPr="00293DA3">
        <w:rPr>
          <w:rFonts w:ascii="Times New Roman" w:hAnsi="Times New Roman" w:cs="Times New Roman"/>
          <w:noProof/>
          <w:position w:val="-16"/>
          <w:sz w:val="28"/>
          <w:szCs w:val="28"/>
        </w:rPr>
        <w:drawing>
          <wp:inline distT="0" distB="0" distL="0" distR="0" wp14:anchorId="20A54A7E" wp14:editId="372F2C8E">
            <wp:extent cx="1145540" cy="288925"/>
            <wp:effectExtent l="0" t="0" r="0" b="0"/>
            <wp:docPr id="1916" name="Рисунок 1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6"/>
                    <pic:cNvPicPr>
                      <a:picLocks noChangeAspect="1" noChangeArrowheads="1"/>
                    </pic:cNvPicPr>
                  </pic:nvPicPr>
                  <pic:blipFill>
                    <a:blip r:embed="rId2697" cstate="print">
                      <a:extLst>
                        <a:ext uri="{28A0092B-C50C-407E-A947-70E740481C1C}">
                          <a14:useLocalDpi xmlns:a14="http://schemas.microsoft.com/office/drawing/2010/main" val="0"/>
                        </a:ext>
                      </a:extLst>
                    </a:blip>
                    <a:srcRect/>
                    <a:stretch>
                      <a:fillRect/>
                    </a:stretch>
                  </pic:blipFill>
                  <pic:spPr bwMode="auto">
                    <a:xfrm>
                      <a:off x="0" y="0"/>
                      <a:ext cx="1145540" cy="288925"/>
                    </a:xfrm>
                    <a:prstGeom prst="rect">
                      <a:avLst/>
                    </a:prstGeom>
                    <a:noFill/>
                    <a:ln>
                      <a:noFill/>
                    </a:ln>
                  </pic:spPr>
                </pic:pic>
              </a:graphicData>
            </a:graphic>
          </wp:inline>
        </w:drawing>
      </w:r>
      <w:r w:rsidR="004B7CD0" w:rsidRPr="00293DA3">
        <w:rPr>
          <w:rFonts w:ascii="Times New Roman" w:hAnsi="Times New Roman" w:cs="Times New Roman"/>
          <w:sz w:val="28"/>
          <w:szCs w:val="28"/>
          <w:lang w:val="kk-KZ"/>
        </w:rPr>
        <w:t>функциясын айтамыз:</w:t>
      </w:r>
    </w:p>
    <w:p w14:paraId="735EB654" w14:textId="77777777" w:rsidR="00025546" w:rsidRPr="00293DA3" w:rsidRDefault="00025546" w:rsidP="00B439DD">
      <w:pPr>
        <w:tabs>
          <w:tab w:val="left" w:pos="567"/>
        </w:tabs>
        <w:spacing w:after="0" w:line="240" w:lineRule="auto"/>
        <w:jc w:val="both"/>
        <w:rPr>
          <w:rFonts w:ascii="Times New Roman" w:hAnsi="Times New Roman" w:cs="Times New Roman"/>
          <w:sz w:val="28"/>
          <w:szCs w:val="28"/>
          <w:lang w:val="kk-KZ"/>
        </w:rPr>
      </w:pPr>
    </w:p>
    <w:p w14:paraId="13859E3E" w14:textId="0668F442" w:rsidR="004B7CD0" w:rsidRPr="00293DA3" w:rsidRDefault="00A135AE" w:rsidP="00B439DD">
      <w:pPr>
        <w:spacing w:after="0" w:line="240" w:lineRule="auto"/>
        <w:jc w:val="center"/>
        <w:rPr>
          <w:rFonts w:ascii="Times New Roman" w:hAnsi="Times New Roman" w:cs="Times New Roman"/>
          <w:position w:val="-38"/>
          <w:sz w:val="28"/>
          <w:szCs w:val="28"/>
          <w:lang w:val="kk-KZ"/>
        </w:rPr>
      </w:pPr>
      <w:r w:rsidRPr="00293DA3">
        <w:rPr>
          <w:rFonts w:ascii="Times New Roman" w:hAnsi="Times New Roman" w:cs="Times New Roman"/>
          <w:noProof/>
          <w:position w:val="-38"/>
          <w:sz w:val="28"/>
          <w:szCs w:val="28"/>
        </w:rPr>
        <w:drawing>
          <wp:inline distT="0" distB="0" distL="0" distR="0" wp14:anchorId="00279945" wp14:editId="2E40C8ED">
            <wp:extent cx="3907790" cy="462280"/>
            <wp:effectExtent l="0" t="0" r="0" b="0"/>
            <wp:docPr id="1917" name="Рисунок 1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7"/>
                    <pic:cNvPicPr>
                      <a:picLocks noChangeAspect="1" noChangeArrowheads="1"/>
                    </pic:cNvPicPr>
                  </pic:nvPicPr>
                  <pic:blipFill>
                    <a:blip r:embed="rId2698" cstate="print">
                      <a:extLst>
                        <a:ext uri="{28A0092B-C50C-407E-A947-70E740481C1C}">
                          <a14:useLocalDpi xmlns:a14="http://schemas.microsoft.com/office/drawing/2010/main" val="0"/>
                        </a:ext>
                      </a:extLst>
                    </a:blip>
                    <a:srcRect/>
                    <a:stretch>
                      <a:fillRect/>
                    </a:stretch>
                  </pic:blipFill>
                  <pic:spPr bwMode="auto">
                    <a:xfrm>
                      <a:off x="0" y="0"/>
                      <a:ext cx="3907790" cy="462280"/>
                    </a:xfrm>
                    <a:prstGeom prst="rect">
                      <a:avLst/>
                    </a:prstGeom>
                    <a:noFill/>
                    <a:ln>
                      <a:noFill/>
                    </a:ln>
                  </pic:spPr>
                </pic:pic>
              </a:graphicData>
            </a:graphic>
          </wp:inline>
        </w:drawing>
      </w:r>
    </w:p>
    <w:p w14:paraId="08146F64" w14:textId="77777777" w:rsidR="00025546" w:rsidRPr="00293DA3" w:rsidRDefault="00025546" w:rsidP="00B439DD">
      <w:pPr>
        <w:spacing w:after="0" w:line="240" w:lineRule="auto"/>
        <w:rPr>
          <w:rFonts w:ascii="Times New Roman" w:hAnsi="Times New Roman" w:cs="Times New Roman"/>
          <w:sz w:val="28"/>
          <w:szCs w:val="28"/>
          <w:lang w:val="kk-KZ"/>
        </w:rPr>
      </w:pPr>
    </w:p>
    <w:p w14:paraId="13021204" w14:textId="6FA05D0D" w:rsidR="004B7CD0" w:rsidRPr="00293DA3" w:rsidRDefault="004B7CD0" w:rsidP="00B439DD">
      <w:pPr>
        <w:tabs>
          <w:tab w:val="center" w:pos="4678"/>
          <w:tab w:val="right" w:pos="9639"/>
        </w:tabs>
        <w:spacing w:after="0" w:line="240" w:lineRule="auto"/>
        <w:jc w:val="both"/>
        <w:rPr>
          <w:rFonts w:ascii="Times New Roman" w:hAnsi="Times New Roman" w:cs="Times New Roman"/>
          <w:b/>
          <w:sz w:val="28"/>
          <w:szCs w:val="28"/>
          <w:lang w:val="kk-KZ"/>
        </w:rPr>
      </w:pPr>
      <w:r w:rsidRPr="00293DA3">
        <w:rPr>
          <w:rFonts w:ascii="Times New Roman" w:hAnsi="Times New Roman" w:cs="Times New Roman"/>
          <w:sz w:val="28"/>
          <w:szCs w:val="28"/>
          <w:lang w:val="kk-KZ"/>
        </w:rPr>
        <w:t xml:space="preserve">мұндағы </w:t>
      </w:r>
      <w:r w:rsidR="00A135AE" w:rsidRPr="00293DA3">
        <w:rPr>
          <w:rFonts w:ascii="Times New Roman" w:hAnsi="Times New Roman" w:cs="Times New Roman"/>
          <w:noProof/>
          <w:position w:val="-14"/>
          <w:sz w:val="28"/>
          <w:szCs w:val="28"/>
        </w:rPr>
        <w:drawing>
          <wp:inline distT="0" distB="0" distL="0" distR="0" wp14:anchorId="0A2FA936" wp14:editId="0A04A7A7">
            <wp:extent cx="914400" cy="288925"/>
            <wp:effectExtent l="0" t="0" r="0" b="0"/>
            <wp:docPr id="1918" name="Рисунок 1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8"/>
                    <pic:cNvPicPr>
                      <a:picLocks noChangeAspect="1" noChangeArrowheads="1"/>
                    </pic:cNvPicPr>
                  </pic:nvPicPr>
                  <pic:blipFill>
                    <a:blip r:embed="rId2699" cstate="print">
                      <a:extLst>
                        <a:ext uri="{28A0092B-C50C-407E-A947-70E740481C1C}">
                          <a14:useLocalDpi xmlns:a14="http://schemas.microsoft.com/office/drawing/2010/main" val="0"/>
                        </a:ext>
                      </a:extLst>
                    </a:blip>
                    <a:srcRect/>
                    <a:stretch>
                      <a:fillRect/>
                    </a:stretch>
                  </pic:blipFill>
                  <pic:spPr bwMode="auto">
                    <a:xfrm>
                      <a:off x="0" y="0"/>
                      <a:ext cx="914400" cy="288925"/>
                    </a:xfrm>
                    <a:prstGeom prst="rect">
                      <a:avLst/>
                    </a:prstGeom>
                    <a:noFill/>
                    <a:ln>
                      <a:noFill/>
                    </a:ln>
                  </pic:spPr>
                </pic:pic>
              </a:graphicData>
            </a:graphic>
          </wp:inline>
        </w:drawing>
      </w:r>
      <w:r w:rsidRPr="00293DA3">
        <w:rPr>
          <w:rFonts w:ascii="Times New Roman" w:hAnsi="Times New Roman" w:cs="Times New Roman"/>
          <w:sz w:val="28"/>
          <w:szCs w:val="28"/>
          <w:lang w:val="kk-KZ"/>
        </w:rPr>
        <w:t>.</w:t>
      </w:r>
    </w:p>
    <w:p w14:paraId="5179F041" w14:textId="77777777" w:rsidR="004B7CD0" w:rsidRPr="00293DA3" w:rsidRDefault="004B7CD0" w:rsidP="00B439DD">
      <w:pPr>
        <w:tabs>
          <w:tab w:val="center" w:pos="4678"/>
          <w:tab w:val="right" w:pos="9639"/>
        </w:tabs>
        <w:spacing w:after="0" w:line="240" w:lineRule="auto"/>
        <w:jc w:val="both"/>
        <w:rPr>
          <w:rFonts w:ascii="Times New Roman" w:hAnsi="Times New Roman" w:cs="Times New Roman"/>
          <w:b/>
          <w:sz w:val="28"/>
          <w:szCs w:val="28"/>
          <w:lang w:val="kk-KZ"/>
        </w:rPr>
      </w:pPr>
    </w:p>
    <w:p w14:paraId="4E02CE6C" w14:textId="139D96D2" w:rsidR="004B7CD0" w:rsidRPr="00B439DD" w:rsidRDefault="00293DA3" w:rsidP="00B439DD">
      <w:pPr>
        <w:tabs>
          <w:tab w:val="center" w:pos="4678"/>
          <w:tab w:val="right" w:pos="9639"/>
        </w:tabs>
        <w:spacing w:after="0" w:line="240" w:lineRule="auto"/>
        <w:jc w:val="both"/>
        <w:rPr>
          <w:rFonts w:ascii="Times New Roman" w:hAnsi="Times New Roman" w:cs="Times New Roman"/>
          <w:position w:val="-28"/>
          <w:sz w:val="28"/>
          <w:szCs w:val="28"/>
          <w:lang w:val="kk-KZ"/>
        </w:rPr>
      </w:pPr>
      <w:r>
        <w:rPr>
          <w:rFonts w:ascii="Times New Roman" w:hAnsi="Times New Roman" w:cs="Times New Roman"/>
          <w:b/>
          <w:sz w:val="28"/>
          <w:szCs w:val="28"/>
          <w:lang w:val="kk-KZ"/>
        </w:rPr>
        <w:t xml:space="preserve">        </w:t>
      </w:r>
      <w:r w:rsidR="00FD0EF8" w:rsidRPr="00293DA3">
        <w:rPr>
          <w:rFonts w:ascii="Times New Roman" w:hAnsi="Times New Roman" w:cs="Times New Roman"/>
          <w:b/>
          <w:sz w:val="28"/>
          <w:szCs w:val="28"/>
          <w:lang w:val="kk-KZ"/>
        </w:rPr>
        <w:t>Теорема 2.4</w:t>
      </w:r>
      <w:r w:rsidR="004B7CD0" w:rsidRPr="00293DA3">
        <w:rPr>
          <w:rFonts w:ascii="Times New Roman" w:hAnsi="Times New Roman" w:cs="Times New Roman"/>
          <w:b/>
          <w:sz w:val="28"/>
          <w:szCs w:val="28"/>
          <w:lang w:val="kk-KZ"/>
        </w:rPr>
        <w:t xml:space="preserve">. </w:t>
      </w:r>
      <w:r w:rsidR="004B7CD0" w:rsidRPr="00293DA3">
        <w:rPr>
          <w:rFonts w:ascii="Times New Roman" w:hAnsi="Times New Roman" w:cs="Times New Roman"/>
          <w:sz w:val="28"/>
          <w:szCs w:val="28"/>
          <w:lang w:val="kk-KZ"/>
        </w:rPr>
        <w:t xml:space="preserve">Айталық, </w:t>
      </w:r>
      <w:r w:rsidR="00A135AE" w:rsidRPr="00293DA3">
        <w:rPr>
          <w:rFonts w:ascii="Times New Roman" w:hAnsi="Times New Roman" w:cs="Times New Roman"/>
          <w:noProof/>
          <w:position w:val="-28"/>
          <w:sz w:val="28"/>
          <w:szCs w:val="28"/>
        </w:rPr>
        <w:drawing>
          <wp:inline distT="0" distB="0" distL="0" distR="0" wp14:anchorId="617B387C" wp14:editId="4AAB443E">
            <wp:extent cx="1231900" cy="462280"/>
            <wp:effectExtent l="0" t="0" r="0" b="0"/>
            <wp:docPr id="1919" name="Рисунок 1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9"/>
                    <pic:cNvPicPr>
                      <a:picLocks noChangeAspect="1" noChangeArrowheads="1"/>
                    </pic:cNvPicPr>
                  </pic:nvPicPr>
                  <pic:blipFill>
                    <a:blip r:embed="rId2700" cstate="print">
                      <a:extLst>
                        <a:ext uri="{28A0092B-C50C-407E-A947-70E740481C1C}">
                          <a14:useLocalDpi xmlns:a14="http://schemas.microsoft.com/office/drawing/2010/main" val="0"/>
                        </a:ext>
                      </a:extLst>
                    </a:blip>
                    <a:srcRect/>
                    <a:stretch>
                      <a:fillRect/>
                    </a:stretch>
                  </pic:blipFill>
                  <pic:spPr bwMode="auto">
                    <a:xfrm>
                      <a:off x="0" y="0"/>
                      <a:ext cx="1231900" cy="462280"/>
                    </a:xfrm>
                    <a:prstGeom prst="rect">
                      <a:avLst/>
                    </a:prstGeom>
                    <a:noFill/>
                    <a:ln>
                      <a:noFill/>
                    </a:ln>
                  </pic:spPr>
                </pic:pic>
              </a:graphicData>
            </a:graphic>
          </wp:inline>
        </w:drawing>
      </w:r>
    </w:p>
    <w:p w14:paraId="5CB5D2C9" w14:textId="77777777" w:rsidR="00025546" w:rsidRPr="00B439DD" w:rsidRDefault="00025546" w:rsidP="00B439DD">
      <w:pPr>
        <w:tabs>
          <w:tab w:val="center" w:pos="4678"/>
          <w:tab w:val="right" w:pos="9639"/>
        </w:tabs>
        <w:spacing w:after="0" w:line="240" w:lineRule="auto"/>
        <w:jc w:val="both"/>
        <w:rPr>
          <w:rFonts w:ascii="Times New Roman" w:hAnsi="Times New Roman" w:cs="Times New Roman"/>
          <w:position w:val="-10"/>
          <w:sz w:val="28"/>
          <w:szCs w:val="28"/>
          <w:lang w:val="kk-KZ"/>
        </w:rPr>
      </w:pPr>
    </w:p>
    <w:p w14:paraId="466442C9" w14:textId="5580D3AC" w:rsidR="004B7CD0" w:rsidRPr="00B439DD" w:rsidRDefault="00A135AE" w:rsidP="00B439DD">
      <w:pPr>
        <w:tabs>
          <w:tab w:val="center" w:pos="5387"/>
          <w:tab w:val="right" w:pos="9356"/>
        </w:tabs>
        <w:spacing w:after="0" w:line="240" w:lineRule="auto"/>
        <w:jc w:val="right"/>
        <w:rPr>
          <w:rFonts w:ascii="Times New Roman" w:hAnsi="Times New Roman" w:cs="Times New Roman"/>
          <w:sz w:val="28"/>
          <w:szCs w:val="28"/>
          <w:lang w:val="kk-KZ"/>
        </w:rPr>
      </w:pPr>
      <w:r w:rsidRPr="00B439DD">
        <w:rPr>
          <w:rFonts w:ascii="Times New Roman" w:hAnsi="Times New Roman" w:cs="Times New Roman"/>
          <w:noProof/>
          <w:position w:val="-36"/>
          <w:sz w:val="28"/>
          <w:szCs w:val="28"/>
        </w:rPr>
        <w:drawing>
          <wp:inline distT="0" distB="0" distL="0" distR="0" wp14:anchorId="4F32DA48" wp14:editId="69E6A14B">
            <wp:extent cx="3282315" cy="539115"/>
            <wp:effectExtent l="0" t="0" r="0" b="0"/>
            <wp:docPr id="1920" name="Рисунок 1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0"/>
                    <pic:cNvPicPr>
                      <a:picLocks noChangeAspect="1" noChangeArrowheads="1"/>
                    </pic:cNvPicPr>
                  </pic:nvPicPr>
                  <pic:blipFill>
                    <a:blip r:embed="rId2701" cstate="print">
                      <a:extLst>
                        <a:ext uri="{28A0092B-C50C-407E-A947-70E740481C1C}">
                          <a14:useLocalDpi xmlns:a14="http://schemas.microsoft.com/office/drawing/2010/main" val="0"/>
                        </a:ext>
                      </a:extLst>
                    </a:blip>
                    <a:srcRect/>
                    <a:stretch>
                      <a:fillRect/>
                    </a:stretch>
                  </pic:blipFill>
                  <pic:spPr bwMode="auto">
                    <a:xfrm>
                      <a:off x="0" y="0"/>
                      <a:ext cx="3282315" cy="539115"/>
                    </a:xfrm>
                    <a:prstGeom prst="rect">
                      <a:avLst/>
                    </a:prstGeom>
                    <a:noFill/>
                    <a:ln>
                      <a:noFill/>
                    </a:ln>
                  </pic:spPr>
                </pic:pic>
              </a:graphicData>
            </a:graphic>
          </wp:inline>
        </w:drawing>
      </w:r>
      <w:r w:rsidR="00025546" w:rsidRPr="00B439DD">
        <w:rPr>
          <w:rFonts w:ascii="Times New Roman" w:hAnsi="Times New Roman" w:cs="Times New Roman"/>
          <w:position w:val="-36"/>
          <w:sz w:val="28"/>
          <w:szCs w:val="28"/>
          <w:lang w:val="kk-KZ"/>
        </w:rPr>
        <w:t xml:space="preserve">   </w:t>
      </w:r>
      <w:r w:rsidR="00025546" w:rsidRPr="00B439DD">
        <w:rPr>
          <w:rFonts w:ascii="Times New Roman" w:hAnsi="Times New Roman" w:cs="Times New Roman"/>
          <w:sz w:val="28"/>
          <w:szCs w:val="28"/>
          <w:lang w:val="kk-KZ"/>
        </w:rPr>
        <w:t xml:space="preserve">                  </w:t>
      </w:r>
      <w:r w:rsidR="004B7CD0" w:rsidRPr="00B439DD">
        <w:rPr>
          <w:rFonts w:ascii="Times New Roman" w:hAnsi="Times New Roman" w:cs="Times New Roman"/>
          <w:sz w:val="28"/>
          <w:szCs w:val="28"/>
          <w:lang w:val="kk-KZ"/>
        </w:rPr>
        <w:t>(</w:t>
      </w:r>
      <w:r w:rsidR="00FD0EF8" w:rsidRPr="00B439DD">
        <w:rPr>
          <w:rFonts w:ascii="Times New Roman" w:hAnsi="Times New Roman" w:cs="Times New Roman"/>
          <w:sz w:val="28"/>
          <w:szCs w:val="28"/>
          <w:lang w:val="kk-KZ"/>
        </w:rPr>
        <w:t>2.</w:t>
      </w:r>
      <w:r w:rsidR="004B7CD0" w:rsidRPr="00B439DD">
        <w:rPr>
          <w:rFonts w:ascii="Times New Roman" w:hAnsi="Times New Roman" w:cs="Times New Roman"/>
          <w:sz w:val="28"/>
          <w:szCs w:val="28"/>
          <w:lang w:val="kk-KZ"/>
        </w:rPr>
        <w:t>34)</w:t>
      </w:r>
    </w:p>
    <w:p w14:paraId="0F62E3BA" w14:textId="77777777" w:rsidR="004B7CD0" w:rsidRPr="00B439DD" w:rsidRDefault="004B7CD0" w:rsidP="00B439DD">
      <w:pPr>
        <w:tabs>
          <w:tab w:val="center" w:pos="5387"/>
          <w:tab w:val="right" w:pos="9356"/>
        </w:tabs>
        <w:spacing w:after="0" w:line="240" w:lineRule="auto"/>
        <w:rPr>
          <w:rFonts w:ascii="Times New Roman" w:hAnsi="Times New Roman" w:cs="Times New Roman"/>
          <w:sz w:val="28"/>
          <w:szCs w:val="28"/>
          <w:lang w:val="kk-KZ"/>
        </w:rPr>
      </w:pPr>
    </w:p>
    <w:p w14:paraId="5FC70DB7" w14:textId="4E40CF64" w:rsidR="004B7CD0" w:rsidRPr="00B439DD" w:rsidRDefault="004B7CD0" w:rsidP="00B439DD">
      <w:pPr>
        <w:tabs>
          <w:tab w:val="center" w:pos="4678"/>
          <w:tab w:val="right" w:pos="9639"/>
        </w:tabs>
        <w:spacing w:after="0" w:line="240" w:lineRule="auto"/>
        <w:jc w:val="both"/>
        <w:rPr>
          <w:rFonts w:ascii="Times New Roman" w:hAnsi="Times New Roman" w:cs="Times New Roman"/>
          <w:sz w:val="28"/>
          <w:szCs w:val="28"/>
          <w:lang w:val="kk-KZ"/>
        </w:rPr>
      </w:pPr>
      <w:r w:rsidRPr="00B439DD">
        <w:rPr>
          <w:rFonts w:ascii="Times New Roman" w:hAnsi="Times New Roman" w:cs="Times New Roman"/>
          <w:sz w:val="28"/>
          <w:szCs w:val="28"/>
          <w:lang w:val="kk-KZ"/>
        </w:rPr>
        <w:t>шарттары орындалсын, онда (</w:t>
      </w:r>
      <w:r w:rsidR="00FD0EF8" w:rsidRPr="00B439DD">
        <w:rPr>
          <w:rFonts w:ascii="Times New Roman" w:hAnsi="Times New Roman" w:cs="Times New Roman"/>
          <w:sz w:val="28"/>
          <w:szCs w:val="28"/>
          <w:lang w:val="kk-KZ"/>
        </w:rPr>
        <w:t>2.30)-(2</w:t>
      </w:r>
      <w:r w:rsidRPr="00B439DD">
        <w:rPr>
          <w:rFonts w:ascii="Times New Roman" w:hAnsi="Times New Roman" w:cs="Times New Roman"/>
          <w:sz w:val="28"/>
          <w:szCs w:val="28"/>
          <w:lang w:val="kk-KZ"/>
        </w:rPr>
        <w:t>.3</w:t>
      </w:r>
      <w:r w:rsidR="00FD0EF8" w:rsidRPr="00B439DD">
        <w:rPr>
          <w:rFonts w:ascii="Times New Roman" w:hAnsi="Times New Roman" w:cs="Times New Roman"/>
          <w:sz w:val="28"/>
          <w:szCs w:val="28"/>
          <w:lang w:val="kk-KZ"/>
        </w:rPr>
        <w:t>2</w:t>
      </w:r>
      <w:r w:rsidRPr="00B439DD">
        <w:rPr>
          <w:rFonts w:ascii="Times New Roman" w:hAnsi="Times New Roman" w:cs="Times New Roman"/>
          <w:sz w:val="28"/>
          <w:szCs w:val="28"/>
          <w:lang w:val="kk-KZ"/>
        </w:rPr>
        <w:t xml:space="preserve">) локалді емес шеттік есептің </w:t>
      </w:r>
      <w:r w:rsidR="00A135AE" w:rsidRPr="00B439DD">
        <w:rPr>
          <w:rFonts w:ascii="Times New Roman" w:hAnsi="Times New Roman" w:cs="Times New Roman"/>
          <w:noProof/>
          <w:position w:val="-14"/>
          <w:sz w:val="28"/>
          <w:szCs w:val="28"/>
        </w:rPr>
        <w:drawing>
          <wp:inline distT="0" distB="0" distL="0" distR="0" wp14:anchorId="6CECE6A0" wp14:editId="3901BFE7">
            <wp:extent cx="1366520" cy="288925"/>
            <wp:effectExtent l="0" t="0" r="5080" b="0"/>
            <wp:docPr id="1921" name="Рисунок 1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1"/>
                    <pic:cNvPicPr>
                      <a:picLocks noChangeAspect="1" noChangeArrowheads="1"/>
                    </pic:cNvPicPr>
                  </pic:nvPicPr>
                  <pic:blipFill>
                    <a:blip r:embed="rId2702" cstate="print">
                      <a:extLst>
                        <a:ext uri="{28A0092B-C50C-407E-A947-70E740481C1C}">
                          <a14:useLocalDpi xmlns:a14="http://schemas.microsoft.com/office/drawing/2010/main" val="0"/>
                        </a:ext>
                      </a:extLst>
                    </a:blip>
                    <a:srcRect/>
                    <a:stretch>
                      <a:fillRect/>
                    </a:stretch>
                  </pic:blipFill>
                  <pic:spPr bwMode="auto">
                    <a:xfrm>
                      <a:off x="0" y="0"/>
                      <a:ext cx="1366520" cy="288925"/>
                    </a:xfrm>
                    <a:prstGeom prst="rect">
                      <a:avLst/>
                    </a:prstGeom>
                    <a:noFill/>
                    <a:ln>
                      <a:noFill/>
                    </a:ln>
                  </pic:spPr>
                </pic:pic>
              </a:graphicData>
            </a:graphic>
          </wp:inline>
        </w:drawing>
      </w:r>
      <w:r w:rsidRPr="00B439DD">
        <w:rPr>
          <w:rFonts w:ascii="Times New Roman" w:hAnsi="Times New Roman" w:cs="Times New Roman"/>
          <w:sz w:val="28"/>
          <w:szCs w:val="28"/>
          <w:lang w:val="kk-KZ"/>
        </w:rPr>
        <w:t xml:space="preserve"> </w:t>
      </w:r>
      <w:r w:rsidR="00A135AE" w:rsidRPr="00B439DD">
        <w:rPr>
          <w:rFonts w:ascii="Times New Roman" w:hAnsi="Times New Roman" w:cs="Times New Roman"/>
          <w:noProof/>
          <w:position w:val="-16"/>
          <w:sz w:val="28"/>
          <w:szCs w:val="28"/>
        </w:rPr>
        <w:drawing>
          <wp:inline distT="0" distB="0" distL="0" distR="0" wp14:anchorId="57588C99" wp14:editId="4AD77BD5">
            <wp:extent cx="1145540" cy="288925"/>
            <wp:effectExtent l="0" t="0" r="0" b="0"/>
            <wp:docPr id="1922" name="Рисунок 1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2"/>
                    <pic:cNvPicPr>
                      <a:picLocks noChangeAspect="1" noChangeArrowheads="1"/>
                    </pic:cNvPicPr>
                  </pic:nvPicPr>
                  <pic:blipFill>
                    <a:blip r:embed="rId2703" cstate="print">
                      <a:extLst>
                        <a:ext uri="{28A0092B-C50C-407E-A947-70E740481C1C}">
                          <a14:useLocalDpi xmlns:a14="http://schemas.microsoft.com/office/drawing/2010/main" val="0"/>
                        </a:ext>
                      </a:extLst>
                    </a:blip>
                    <a:srcRect/>
                    <a:stretch>
                      <a:fillRect/>
                    </a:stretch>
                  </pic:blipFill>
                  <pic:spPr bwMode="auto">
                    <a:xfrm>
                      <a:off x="0" y="0"/>
                      <a:ext cx="1145540" cy="288925"/>
                    </a:xfrm>
                    <a:prstGeom prst="rect">
                      <a:avLst/>
                    </a:prstGeom>
                    <a:noFill/>
                    <a:ln>
                      <a:noFill/>
                    </a:ln>
                  </pic:spPr>
                </pic:pic>
              </a:graphicData>
            </a:graphic>
          </wp:inline>
        </w:drawing>
      </w:r>
      <w:r w:rsidRPr="00B439DD">
        <w:rPr>
          <w:rFonts w:ascii="Times New Roman" w:hAnsi="Times New Roman" w:cs="Times New Roman"/>
          <w:sz w:val="28"/>
          <w:szCs w:val="28"/>
          <w:lang w:val="kk-KZ"/>
        </w:rPr>
        <w:t xml:space="preserve"> жалғыз ғана шешімі бар.</w:t>
      </w:r>
    </w:p>
    <w:p w14:paraId="726619B1" w14:textId="1BF07AE1" w:rsidR="004B7CD0" w:rsidRPr="00B439DD" w:rsidRDefault="004B7CD0" w:rsidP="00B439DD">
      <w:pPr>
        <w:spacing w:after="0" w:line="240" w:lineRule="auto"/>
        <w:ind w:firstLine="708"/>
        <w:jc w:val="both"/>
        <w:rPr>
          <w:rFonts w:ascii="Times New Roman" w:hAnsi="Times New Roman" w:cs="Times New Roman"/>
          <w:sz w:val="28"/>
          <w:szCs w:val="28"/>
          <w:lang w:val="kk-KZ"/>
        </w:rPr>
      </w:pPr>
      <w:r w:rsidRPr="00B439DD">
        <w:rPr>
          <w:rFonts w:ascii="Times New Roman" w:hAnsi="Times New Roman" w:cs="Times New Roman"/>
          <w:sz w:val="28"/>
          <w:szCs w:val="28"/>
          <w:lang w:val="kk-KZ"/>
        </w:rPr>
        <w:t>Дәлелдеуі.</w:t>
      </w:r>
      <w:r w:rsidRPr="00B439DD">
        <w:rPr>
          <w:rFonts w:ascii="Times New Roman" w:hAnsi="Times New Roman" w:cs="Times New Roman"/>
          <w:i/>
          <w:sz w:val="28"/>
          <w:szCs w:val="28"/>
          <w:lang w:val="kk-KZ"/>
        </w:rPr>
        <w:t xml:space="preserve"> </w:t>
      </w:r>
      <w:r w:rsidRPr="00B439DD">
        <w:rPr>
          <w:rFonts w:ascii="Times New Roman" w:hAnsi="Times New Roman" w:cs="Times New Roman"/>
          <w:sz w:val="28"/>
          <w:szCs w:val="28"/>
          <w:lang w:val="kk-KZ"/>
        </w:rPr>
        <w:t>Теореманы</w:t>
      </w:r>
      <w:r w:rsidRPr="00B439DD">
        <w:rPr>
          <w:rFonts w:ascii="Times New Roman" w:hAnsi="Times New Roman" w:cs="Times New Roman"/>
          <w:i/>
          <w:sz w:val="28"/>
          <w:szCs w:val="28"/>
          <w:lang w:val="kk-KZ"/>
        </w:rPr>
        <w:t xml:space="preserve"> </w:t>
      </w:r>
      <w:r w:rsidRPr="00B439DD">
        <w:rPr>
          <w:rFonts w:ascii="Times New Roman" w:hAnsi="Times New Roman" w:cs="Times New Roman"/>
          <w:sz w:val="28"/>
          <w:szCs w:val="28"/>
          <w:lang w:val="kk-KZ"/>
        </w:rPr>
        <w:t xml:space="preserve">регуляризация әдісімен параметр бойынша жалғастыру әдісінің комбинациясы арқылы дәлелдейік. Айталық, </w:t>
      </w:r>
      <w:r w:rsidR="00A135AE" w:rsidRPr="00B439DD">
        <w:rPr>
          <w:rFonts w:ascii="Times New Roman" w:hAnsi="Times New Roman" w:cs="Times New Roman"/>
          <w:noProof/>
          <w:position w:val="-6"/>
          <w:sz w:val="28"/>
          <w:szCs w:val="28"/>
        </w:rPr>
        <w:drawing>
          <wp:inline distT="0" distB="0" distL="0" distR="0" wp14:anchorId="7B16A8D0" wp14:editId="0AB6A54F">
            <wp:extent cx="414020" cy="182880"/>
            <wp:effectExtent l="0" t="0" r="5080" b="7620"/>
            <wp:docPr id="1923" name="Рисунок 1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3"/>
                    <pic:cNvPicPr>
                      <a:picLocks noChangeAspect="1" noChangeArrowheads="1"/>
                    </pic:cNvPicPr>
                  </pic:nvPicPr>
                  <pic:blipFill>
                    <a:blip r:embed="rId2704" cstate="print">
                      <a:extLst>
                        <a:ext uri="{28A0092B-C50C-407E-A947-70E740481C1C}">
                          <a14:useLocalDpi xmlns:a14="http://schemas.microsoft.com/office/drawing/2010/main" val="0"/>
                        </a:ext>
                      </a:extLst>
                    </a:blip>
                    <a:srcRect/>
                    <a:stretch>
                      <a:fillRect/>
                    </a:stretch>
                  </pic:blipFill>
                  <pic:spPr bwMode="auto">
                    <a:xfrm>
                      <a:off x="0" y="0"/>
                      <a:ext cx="414020" cy="182880"/>
                    </a:xfrm>
                    <a:prstGeom prst="rect">
                      <a:avLst/>
                    </a:prstGeom>
                    <a:noFill/>
                    <a:ln>
                      <a:noFill/>
                    </a:ln>
                  </pic:spPr>
                </pic:pic>
              </a:graphicData>
            </a:graphic>
          </wp:inline>
        </w:drawing>
      </w:r>
      <w:r w:rsidRPr="00B439DD">
        <w:rPr>
          <w:rFonts w:ascii="Times New Roman" w:hAnsi="Times New Roman" w:cs="Times New Roman"/>
          <w:position w:val="-6"/>
          <w:sz w:val="28"/>
          <w:szCs w:val="28"/>
          <w:lang w:val="kk-KZ"/>
        </w:rPr>
        <w:t xml:space="preserve"> </w:t>
      </w:r>
      <w:r w:rsidRPr="00B439DD">
        <w:rPr>
          <w:rFonts w:ascii="Times New Roman" w:hAnsi="Times New Roman" w:cs="Times New Roman"/>
          <w:sz w:val="28"/>
          <w:szCs w:val="28"/>
          <w:lang w:val="kk-KZ"/>
        </w:rPr>
        <w:t xml:space="preserve">және </w:t>
      </w:r>
      <w:r w:rsidR="00A135AE" w:rsidRPr="00B439DD">
        <w:rPr>
          <w:rFonts w:ascii="Times New Roman" w:hAnsi="Times New Roman" w:cs="Times New Roman"/>
          <w:noProof/>
          <w:position w:val="-10"/>
          <w:sz w:val="28"/>
          <w:szCs w:val="28"/>
        </w:rPr>
        <w:drawing>
          <wp:inline distT="0" distB="0" distL="0" distR="0" wp14:anchorId="2F572E99" wp14:editId="3ACC6FB5">
            <wp:extent cx="664210" cy="211455"/>
            <wp:effectExtent l="0" t="0" r="2540" b="0"/>
            <wp:docPr id="1924" name="Рисунок 1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4"/>
                    <pic:cNvPicPr>
                      <a:picLocks noChangeAspect="1" noChangeArrowheads="1"/>
                    </pic:cNvPicPr>
                  </pic:nvPicPr>
                  <pic:blipFill>
                    <a:blip r:embed="rId2705" cstate="print">
                      <a:extLst>
                        <a:ext uri="{28A0092B-C50C-407E-A947-70E740481C1C}">
                          <a14:useLocalDpi xmlns:a14="http://schemas.microsoft.com/office/drawing/2010/main" val="0"/>
                        </a:ext>
                      </a:extLst>
                    </a:blip>
                    <a:srcRect/>
                    <a:stretch>
                      <a:fillRect/>
                    </a:stretch>
                  </pic:blipFill>
                  <pic:spPr bwMode="auto">
                    <a:xfrm>
                      <a:off x="0" y="0"/>
                      <a:ext cx="664210" cy="211455"/>
                    </a:xfrm>
                    <a:prstGeom prst="rect">
                      <a:avLst/>
                    </a:prstGeom>
                    <a:noFill/>
                    <a:ln>
                      <a:noFill/>
                    </a:ln>
                  </pic:spPr>
                </pic:pic>
              </a:graphicData>
            </a:graphic>
          </wp:inline>
        </w:drawing>
      </w:r>
      <w:r w:rsidRPr="00B439DD">
        <w:rPr>
          <w:rFonts w:ascii="Times New Roman" w:hAnsi="Times New Roman" w:cs="Times New Roman"/>
          <w:sz w:val="28"/>
          <w:szCs w:val="28"/>
          <w:lang w:val="kk-KZ"/>
        </w:rPr>
        <w:t xml:space="preserve"> үшін </w:t>
      </w:r>
      <w:r w:rsidR="00A135AE" w:rsidRPr="00B439DD">
        <w:rPr>
          <w:rFonts w:ascii="Times New Roman" w:hAnsi="Times New Roman" w:cs="Times New Roman"/>
          <w:noProof/>
          <w:position w:val="-12"/>
          <w:sz w:val="28"/>
          <w:szCs w:val="28"/>
        </w:rPr>
        <w:drawing>
          <wp:inline distT="0" distB="0" distL="0" distR="0" wp14:anchorId="3EA360F3" wp14:editId="13D8C8DA">
            <wp:extent cx="182880" cy="231140"/>
            <wp:effectExtent l="0" t="0" r="7620" b="0"/>
            <wp:docPr id="1925" name="Рисунок 1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5"/>
                    <pic:cNvPicPr>
                      <a:picLocks noChangeAspect="1" noChangeArrowheads="1"/>
                    </pic:cNvPicPr>
                  </pic:nvPicPr>
                  <pic:blipFill>
                    <a:blip r:embed="rId2706" cstate="print">
                      <a:extLst>
                        <a:ext uri="{28A0092B-C50C-407E-A947-70E740481C1C}">
                          <a14:useLocalDpi xmlns:a14="http://schemas.microsoft.com/office/drawing/2010/main" val="0"/>
                        </a:ext>
                      </a:extLst>
                    </a:blip>
                    <a:srcRect/>
                    <a:stretch>
                      <a:fillRect/>
                    </a:stretch>
                  </pic:blipFill>
                  <pic:spPr bwMode="auto">
                    <a:xfrm>
                      <a:off x="0" y="0"/>
                      <a:ext cx="182880" cy="231140"/>
                    </a:xfrm>
                    <a:prstGeom prst="rect">
                      <a:avLst/>
                    </a:prstGeom>
                    <a:noFill/>
                    <a:ln>
                      <a:noFill/>
                    </a:ln>
                  </pic:spPr>
                </pic:pic>
              </a:graphicData>
            </a:graphic>
          </wp:inline>
        </w:drawing>
      </w:r>
      <w:r w:rsidRPr="00B439DD">
        <w:rPr>
          <w:rFonts w:ascii="Times New Roman" w:hAnsi="Times New Roman" w:cs="Times New Roman"/>
          <w:sz w:val="28"/>
          <w:szCs w:val="28"/>
          <w:lang w:val="kk-KZ"/>
        </w:rPr>
        <w:t xml:space="preserve"> цилиндрінде келесі шеттік есебін қарастырайық:</w:t>
      </w:r>
    </w:p>
    <w:p w14:paraId="51F490F0" w14:textId="77777777" w:rsidR="00025546" w:rsidRPr="00B439DD" w:rsidRDefault="00025546" w:rsidP="00B439DD">
      <w:pPr>
        <w:spacing w:after="0" w:line="240" w:lineRule="auto"/>
        <w:ind w:firstLine="708"/>
        <w:jc w:val="both"/>
        <w:rPr>
          <w:rFonts w:ascii="Times New Roman" w:hAnsi="Times New Roman" w:cs="Times New Roman"/>
          <w:sz w:val="28"/>
          <w:szCs w:val="28"/>
          <w:lang w:val="kk-KZ"/>
        </w:rPr>
      </w:pPr>
    </w:p>
    <w:p w14:paraId="2E6927EC" w14:textId="1282C30C" w:rsidR="004B7CD0" w:rsidRPr="00B439DD" w:rsidRDefault="00A135AE" w:rsidP="00B439DD">
      <w:pPr>
        <w:spacing w:after="0" w:line="240" w:lineRule="auto"/>
        <w:jc w:val="right"/>
        <w:rPr>
          <w:rFonts w:ascii="Times New Roman" w:hAnsi="Times New Roman" w:cs="Times New Roman"/>
          <w:sz w:val="28"/>
          <w:szCs w:val="28"/>
          <w:lang w:val="kk-KZ"/>
        </w:rPr>
      </w:pPr>
      <w:r w:rsidRPr="00B439DD">
        <w:rPr>
          <w:rFonts w:ascii="Times New Roman" w:hAnsi="Times New Roman" w:cs="Times New Roman"/>
          <w:noProof/>
          <w:position w:val="-16"/>
          <w:sz w:val="28"/>
          <w:szCs w:val="28"/>
        </w:rPr>
        <w:drawing>
          <wp:inline distT="0" distB="0" distL="0" distR="0" wp14:anchorId="1CCB1B0D" wp14:editId="4291A8ED">
            <wp:extent cx="3503295" cy="317500"/>
            <wp:effectExtent l="0" t="0" r="1905" b="6350"/>
            <wp:docPr id="1926" name="Рисунок 1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6"/>
                    <pic:cNvPicPr>
                      <a:picLocks noChangeAspect="1" noChangeArrowheads="1"/>
                    </pic:cNvPicPr>
                  </pic:nvPicPr>
                  <pic:blipFill>
                    <a:blip r:embed="rId2707" cstate="print">
                      <a:extLst>
                        <a:ext uri="{28A0092B-C50C-407E-A947-70E740481C1C}">
                          <a14:useLocalDpi xmlns:a14="http://schemas.microsoft.com/office/drawing/2010/main" val="0"/>
                        </a:ext>
                      </a:extLst>
                    </a:blip>
                    <a:srcRect/>
                    <a:stretch>
                      <a:fillRect/>
                    </a:stretch>
                  </pic:blipFill>
                  <pic:spPr bwMode="auto">
                    <a:xfrm>
                      <a:off x="0" y="0"/>
                      <a:ext cx="3503295" cy="317500"/>
                    </a:xfrm>
                    <a:prstGeom prst="rect">
                      <a:avLst/>
                    </a:prstGeom>
                    <a:noFill/>
                    <a:ln>
                      <a:noFill/>
                    </a:ln>
                  </pic:spPr>
                </pic:pic>
              </a:graphicData>
            </a:graphic>
          </wp:inline>
        </w:drawing>
      </w:r>
      <w:r w:rsidR="004B7CD0" w:rsidRPr="00B439DD">
        <w:rPr>
          <w:rFonts w:ascii="Times New Roman" w:hAnsi="Times New Roman" w:cs="Times New Roman"/>
          <w:sz w:val="28"/>
          <w:szCs w:val="28"/>
          <w:lang w:val="kk-KZ"/>
        </w:rPr>
        <w:tab/>
      </w:r>
      <w:r w:rsidR="004B7CD0" w:rsidRPr="00B439DD">
        <w:rPr>
          <w:rFonts w:ascii="Times New Roman" w:hAnsi="Times New Roman" w:cs="Times New Roman"/>
          <w:sz w:val="28"/>
          <w:szCs w:val="28"/>
          <w:lang w:val="kk-KZ"/>
        </w:rPr>
        <w:tab/>
      </w:r>
      <w:r w:rsidR="004B7CD0" w:rsidRPr="00B439DD">
        <w:rPr>
          <w:rFonts w:ascii="Times New Roman" w:hAnsi="Times New Roman" w:cs="Times New Roman"/>
          <w:sz w:val="28"/>
          <w:szCs w:val="28"/>
          <w:lang w:val="kk-KZ"/>
        </w:rPr>
        <w:tab/>
        <w:t>(</w:t>
      </w:r>
      <w:r w:rsidR="00FD0EF8" w:rsidRPr="00B439DD">
        <w:rPr>
          <w:rFonts w:ascii="Times New Roman" w:hAnsi="Times New Roman" w:cs="Times New Roman"/>
          <w:sz w:val="28"/>
          <w:szCs w:val="28"/>
          <w:lang w:val="kk-KZ"/>
        </w:rPr>
        <w:t>2.3</w:t>
      </w:r>
      <w:r w:rsidR="004B7CD0" w:rsidRPr="00B439DD">
        <w:rPr>
          <w:rFonts w:ascii="Times New Roman" w:hAnsi="Times New Roman" w:cs="Times New Roman"/>
          <w:sz w:val="28"/>
          <w:szCs w:val="28"/>
          <w:lang w:val="kk-KZ"/>
        </w:rPr>
        <w:t>5)</w:t>
      </w:r>
    </w:p>
    <w:p w14:paraId="132D4F52" w14:textId="77777777" w:rsidR="00025546" w:rsidRPr="00B439DD" w:rsidRDefault="00025546" w:rsidP="00B439DD">
      <w:pPr>
        <w:spacing w:after="0" w:line="240" w:lineRule="auto"/>
        <w:rPr>
          <w:rFonts w:ascii="Times New Roman" w:hAnsi="Times New Roman" w:cs="Times New Roman"/>
          <w:sz w:val="28"/>
          <w:szCs w:val="28"/>
          <w:lang w:val="kk-KZ"/>
        </w:rPr>
      </w:pPr>
    </w:p>
    <w:p w14:paraId="4C48B44F" w14:textId="347AE3D3" w:rsidR="004B7CD0" w:rsidRPr="00B439DD" w:rsidRDefault="00FD0EF8" w:rsidP="00B439DD">
      <w:pPr>
        <w:spacing w:after="0" w:line="240" w:lineRule="auto"/>
        <w:rPr>
          <w:rFonts w:ascii="Times New Roman" w:hAnsi="Times New Roman" w:cs="Times New Roman"/>
          <w:sz w:val="28"/>
          <w:szCs w:val="28"/>
          <w:lang w:val="kk-KZ"/>
        </w:rPr>
      </w:pPr>
      <w:r w:rsidRPr="00B439DD">
        <w:rPr>
          <w:rFonts w:ascii="Times New Roman" w:hAnsi="Times New Roman" w:cs="Times New Roman"/>
          <w:sz w:val="28"/>
          <w:szCs w:val="28"/>
          <w:lang w:val="kk-KZ"/>
        </w:rPr>
        <w:t>(2.31</w:t>
      </w:r>
      <w:r w:rsidR="004B7CD0" w:rsidRPr="00B439DD">
        <w:rPr>
          <w:rFonts w:ascii="Times New Roman" w:hAnsi="Times New Roman" w:cs="Times New Roman"/>
          <w:sz w:val="28"/>
          <w:szCs w:val="28"/>
          <w:lang w:val="kk-KZ"/>
        </w:rPr>
        <w:t>) шеттік шарттарымен және</w:t>
      </w:r>
    </w:p>
    <w:p w14:paraId="1C3A2B65" w14:textId="77777777" w:rsidR="00025546" w:rsidRPr="00B439DD" w:rsidRDefault="00025546" w:rsidP="00B439DD">
      <w:pPr>
        <w:spacing w:after="0" w:line="240" w:lineRule="auto"/>
        <w:rPr>
          <w:rFonts w:ascii="Times New Roman" w:hAnsi="Times New Roman" w:cs="Times New Roman"/>
          <w:sz w:val="28"/>
          <w:szCs w:val="28"/>
          <w:lang w:val="kk-KZ"/>
        </w:rPr>
      </w:pPr>
    </w:p>
    <w:p w14:paraId="4772B7E1" w14:textId="676082DF" w:rsidR="004B7CD0" w:rsidRPr="00B439DD" w:rsidRDefault="00A135AE" w:rsidP="00A24934">
      <w:pPr>
        <w:spacing w:after="0" w:line="240" w:lineRule="auto"/>
        <w:jc w:val="right"/>
        <w:rPr>
          <w:rFonts w:ascii="Times New Roman" w:hAnsi="Times New Roman" w:cs="Times New Roman"/>
          <w:sz w:val="28"/>
          <w:szCs w:val="28"/>
          <w:lang w:val="kk-KZ"/>
        </w:rPr>
      </w:pPr>
      <w:r w:rsidRPr="00B439DD">
        <w:rPr>
          <w:rFonts w:ascii="Times New Roman" w:hAnsi="Times New Roman" w:cs="Times New Roman"/>
          <w:noProof/>
          <w:position w:val="-12"/>
          <w:sz w:val="28"/>
          <w:szCs w:val="28"/>
        </w:rPr>
        <w:drawing>
          <wp:inline distT="0" distB="0" distL="0" distR="0" wp14:anchorId="36D99438" wp14:editId="48F77967">
            <wp:extent cx="2820035" cy="231140"/>
            <wp:effectExtent l="0" t="0" r="0" b="0"/>
            <wp:docPr id="1927" name="Рисунок 1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7"/>
                    <pic:cNvPicPr>
                      <a:picLocks noChangeAspect="1" noChangeArrowheads="1"/>
                    </pic:cNvPicPr>
                  </pic:nvPicPr>
                  <pic:blipFill>
                    <a:blip r:embed="rId2708" cstate="print">
                      <a:extLst>
                        <a:ext uri="{28A0092B-C50C-407E-A947-70E740481C1C}">
                          <a14:useLocalDpi xmlns:a14="http://schemas.microsoft.com/office/drawing/2010/main" val="0"/>
                        </a:ext>
                      </a:extLst>
                    </a:blip>
                    <a:srcRect/>
                    <a:stretch>
                      <a:fillRect/>
                    </a:stretch>
                  </pic:blipFill>
                  <pic:spPr bwMode="auto">
                    <a:xfrm>
                      <a:off x="0" y="0"/>
                      <a:ext cx="2820035" cy="231140"/>
                    </a:xfrm>
                    <a:prstGeom prst="rect">
                      <a:avLst/>
                    </a:prstGeom>
                    <a:noFill/>
                    <a:ln>
                      <a:noFill/>
                    </a:ln>
                  </pic:spPr>
                </pic:pic>
              </a:graphicData>
            </a:graphic>
          </wp:inline>
        </w:drawing>
      </w:r>
      <w:r w:rsidR="00FD0EF8" w:rsidRPr="00B439DD">
        <w:rPr>
          <w:rFonts w:ascii="Times New Roman" w:hAnsi="Times New Roman" w:cs="Times New Roman"/>
          <w:sz w:val="28"/>
          <w:szCs w:val="28"/>
          <w:lang w:val="kk-KZ"/>
        </w:rPr>
        <w:tab/>
      </w:r>
      <w:r w:rsidR="00FD0EF8" w:rsidRPr="00B439DD">
        <w:rPr>
          <w:rFonts w:ascii="Times New Roman" w:hAnsi="Times New Roman" w:cs="Times New Roman"/>
          <w:sz w:val="28"/>
          <w:szCs w:val="28"/>
          <w:lang w:val="kk-KZ"/>
        </w:rPr>
        <w:tab/>
      </w:r>
      <w:r w:rsidR="00FD0EF8" w:rsidRPr="00B439DD">
        <w:rPr>
          <w:rFonts w:ascii="Times New Roman" w:hAnsi="Times New Roman" w:cs="Times New Roman"/>
          <w:sz w:val="28"/>
          <w:szCs w:val="28"/>
          <w:lang w:val="kk-KZ"/>
        </w:rPr>
        <w:tab/>
      </w:r>
      <w:r w:rsidR="00FD0EF8" w:rsidRPr="00B439DD">
        <w:rPr>
          <w:rFonts w:ascii="Times New Roman" w:hAnsi="Times New Roman" w:cs="Times New Roman"/>
          <w:sz w:val="28"/>
          <w:szCs w:val="28"/>
          <w:lang w:val="kk-KZ"/>
        </w:rPr>
        <w:tab/>
        <w:t>(2.36</w:t>
      </w:r>
      <w:r w:rsidR="00FD0EF8" w:rsidRPr="00B439DD">
        <w:rPr>
          <w:rFonts w:ascii="Cambria Math" w:hAnsi="Cambria Math" w:cs="Cambria Math"/>
          <w:sz w:val="28"/>
          <w:szCs w:val="28"/>
          <w:vertAlign w:val="subscript"/>
          <w:lang w:val="kk-KZ"/>
        </w:rPr>
        <w:t>𝜆</w:t>
      </w:r>
      <w:r w:rsidR="004B7CD0" w:rsidRPr="00B439DD">
        <w:rPr>
          <w:rFonts w:ascii="Times New Roman" w:hAnsi="Times New Roman" w:cs="Times New Roman"/>
          <w:sz w:val="28"/>
          <w:szCs w:val="28"/>
          <w:lang w:val="kk-KZ"/>
        </w:rPr>
        <w:t>)</w:t>
      </w:r>
    </w:p>
    <w:p w14:paraId="1705004B" w14:textId="533D3269" w:rsidR="004B7CD0" w:rsidRPr="00B439DD" w:rsidRDefault="001206B0" w:rsidP="00B439DD">
      <w:pPr>
        <w:spacing w:after="0" w:line="240" w:lineRule="auto"/>
        <w:jc w:val="both"/>
        <w:rPr>
          <w:rFonts w:ascii="Times New Roman" w:hAnsi="Times New Roman" w:cs="Times New Roman"/>
          <w:sz w:val="28"/>
          <w:szCs w:val="28"/>
          <w:lang w:val="kk-KZ"/>
        </w:rPr>
      </w:pPr>
      <w:r w:rsidRPr="00B439DD">
        <w:rPr>
          <w:rFonts w:ascii="Times New Roman" w:hAnsi="Times New Roman" w:cs="Times New Roman"/>
          <w:sz w:val="28"/>
          <w:szCs w:val="28"/>
          <w:lang w:val="kk-KZ"/>
        </w:rPr>
        <w:lastRenderedPageBreak/>
        <w:t>(2</w:t>
      </w:r>
      <w:r w:rsidR="004B7CD0" w:rsidRPr="00B439DD">
        <w:rPr>
          <w:rFonts w:ascii="Times New Roman" w:hAnsi="Times New Roman" w:cs="Times New Roman"/>
          <w:sz w:val="28"/>
          <w:szCs w:val="28"/>
          <w:lang w:val="kk-KZ"/>
        </w:rPr>
        <w:t>.</w:t>
      </w:r>
      <w:r w:rsidRPr="00B439DD">
        <w:rPr>
          <w:rFonts w:ascii="Times New Roman" w:hAnsi="Times New Roman" w:cs="Times New Roman"/>
          <w:sz w:val="28"/>
          <w:szCs w:val="28"/>
          <w:lang w:val="kk-KZ"/>
        </w:rPr>
        <w:t>35), (2.31</w:t>
      </w:r>
      <w:r w:rsidR="004B7CD0" w:rsidRPr="00B439DD">
        <w:rPr>
          <w:rFonts w:ascii="Times New Roman" w:hAnsi="Times New Roman" w:cs="Times New Roman"/>
          <w:sz w:val="28"/>
          <w:szCs w:val="28"/>
          <w:lang w:val="kk-KZ"/>
        </w:rPr>
        <w:t>), (</w:t>
      </w:r>
      <w:r w:rsidRPr="00B439DD">
        <w:rPr>
          <w:rFonts w:ascii="Times New Roman" w:hAnsi="Times New Roman" w:cs="Times New Roman"/>
          <w:sz w:val="28"/>
          <w:szCs w:val="28"/>
          <w:lang w:val="kk-KZ"/>
        </w:rPr>
        <w:t>2</w:t>
      </w:r>
      <w:r w:rsidR="004B7CD0" w:rsidRPr="00B439DD">
        <w:rPr>
          <w:rFonts w:ascii="Times New Roman" w:hAnsi="Times New Roman" w:cs="Times New Roman"/>
          <w:sz w:val="28"/>
          <w:szCs w:val="28"/>
          <w:lang w:val="kk-KZ"/>
        </w:rPr>
        <w:t>.</w:t>
      </w:r>
      <w:r w:rsidRPr="00B439DD">
        <w:rPr>
          <w:rFonts w:ascii="Times New Roman" w:hAnsi="Times New Roman" w:cs="Times New Roman"/>
          <w:sz w:val="28"/>
          <w:szCs w:val="28"/>
          <w:lang w:val="kk-KZ"/>
        </w:rPr>
        <w:t>36</w:t>
      </w:r>
      <w:r w:rsidRPr="00B439DD">
        <w:rPr>
          <w:rFonts w:ascii="Cambria Math" w:hAnsi="Cambria Math" w:cs="Cambria Math"/>
          <w:sz w:val="28"/>
          <w:szCs w:val="28"/>
          <w:vertAlign w:val="subscript"/>
          <w:lang w:val="kk-KZ"/>
        </w:rPr>
        <w:t>𝜆</w:t>
      </w:r>
      <w:r w:rsidR="004B7CD0" w:rsidRPr="00B439DD">
        <w:rPr>
          <w:rFonts w:ascii="Times New Roman" w:hAnsi="Times New Roman" w:cs="Times New Roman"/>
          <w:sz w:val="28"/>
          <w:szCs w:val="28"/>
          <w:lang w:val="kk-KZ"/>
        </w:rPr>
        <w:t xml:space="preserve">) шеттік есептерінің шешімділігін [55,71,72] параметр бойынша жалғастыру әдісін қолданып дәлелдейік. </w:t>
      </w:r>
      <w:r w:rsidR="00A135AE" w:rsidRPr="00B439DD">
        <w:rPr>
          <w:rFonts w:ascii="Times New Roman" w:hAnsi="Times New Roman" w:cs="Times New Roman"/>
          <w:noProof/>
          <w:position w:val="-16"/>
          <w:sz w:val="28"/>
          <w:szCs w:val="28"/>
        </w:rPr>
        <w:drawing>
          <wp:inline distT="0" distB="0" distL="0" distR="0" wp14:anchorId="1E6F118B" wp14:editId="1751F197">
            <wp:extent cx="462280" cy="250190"/>
            <wp:effectExtent l="0" t="0" r="0" b="0"/>
            <wp:docPr id="1930" name="Рисунок 1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0"/>
                    <pic:cNvPicPr>
                      <a:picLocks noChangeAspect="1" noChangeArrowheads="1"/>
                    </pic:cNvPicPr>
                  </pic:nvPicPr>
                  <pic:blipFill>
                    <a:blip r:embed="rId2709" cstate="print">
                      <a:extLst>
                        <a:ext uri="{28A0092B-C50C-407E-A947-70E740481C1C}">
                          <a14:useLocalDpi xmlns:a14="http://schemas.microsoft.com/office/drawing/2010/main" val="0"/>
                        </a:ext>
                      </a:extLst>
                    </a:blip>
                    <a:srcRect/>
                    <a:stretch>
                      <a:fillRect/>
                    </a:stretch>
                  </pic:blipFill>
                  <pic:spPr bwMode="auto">
                    <a:xfrm>
                      <a:off x="0" y="0"/>
                      <a:ext cx="462280" cy="250190"/>
                    </a:xfrm>
                    <a:prstGeom prst="rect">
                      <a:avLst/>
                    </a:prstGeom>
                    <a:noFill/>
                    <a:ln>
                      <a:noFill/>
                    </a:ln>
                  </pic:spPr>
                </pic:pic>
              </a:graphicData>
            </a:graphic>
          </wp:inline>
        </w:drawing>
      </w:r>
      <w:r w:rsidR="004B7CD0" w:rsidRPr="00B439DD">
        <w:rPr>
          <w:rFonts w:ascii="Times New Roman" w:hAnsi="Times New Roman" w:cs="Times New Roman"/>
          <w:sz w:val="28"/>
          <w:szCs w:val="28"/>
          <w:lang w:val="kk-KZ"/>
        </w:rPr>
        <w:t xml:space="preserve"> кеңістігінде </w:t>
      </w:r>
      <w:r w:rsidRPr="00B439DD">
        <w:rPr>
          <w:rFonts w:ascii="Times New Roman" w:hAnsi="Times New Roman" w:cs="Times New Roman"/>
          <w:sz w:val="28"/>
          <w:szCs w:val="28"/>
          <w:lang w:val="kk-KZ"/>
        </w:rPr>
        <w:t>(2.35), (2.31), (2.36</w:t>
      </w:r>
      <w:r w:rsidRPr="00B439DD">
        <w:rPr>
          <w:rFonts w:ascii="Cambria Math" w:hAnsi="Cambria Math" w:cs="Cambria Math"/>
          <w:sz w:val="28"/>
          <w:szCs w:val="28"/>
          <w:vertAlign w:val="subscript"/>
          <w:lang w:val="kk-KZ"/>
        </w:rPr>
        <w:t>𝜆</w:t>
      </w:r>
      <w:r w:rsidRPr="00B439DD">
        <w:rPr>
          <w:rFonts w:ascii="Times New Roman" w:hAnsi="Times New Roman" w:cs="Times New Roman"/>
          <w:sz w:val="28"/>
          <w:szCs w:val="28"/>
          <w:lang w:val="kk-KZ"/>
        </w:rPr>
        <w:t>)</w:t>
      </w:r>
      <w:r w:rsidR="004B7CD0" w:rsidRPr="00B439DD">
        <w:rPr>
          <w:rFonts w:ascii="Times New Roman" w:hAnsi="Times New Roman" w:cs="Times New Roman"/>
          <w:sz w:val="28"/>
          <w:szCs w:val="28"/>
          <w:lang w:val="kk-KZ"/>
        </w:rPr>
        <w:t xml:space="preserve"> шеттік есептерінің </w:t>
      </w:r>
      <w:r w:rsidR="00A135AE" w:rsidRPr="00B439DD">
        <w:rPr>
          <w:rFonts w:ascii="Times New Roman" w:hAnsi="Times New Roman" w:cs="Times New Roman"/>
          <w:noProof/>
          <w:position w:val="-10"/>
          <w:sz w:val="28"/>
          <w:szCs w:val="28"/>
        </w:rPr>
        <w:drawing>
          <wp:inline distT="0" distB="0" distL="0" distR="0" wp14:anchorId="07C91C7D" wp14:editId="4BD6C986">
            <wp:extent cx="337185" cy="211455"/>
            <wp:effectExtent l="0" t="0" r="5715" b="0"/>
            <wp:docPr id="1932" name="Рисунок 1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2"/>
                    <pic:cNvPicPr>
                      <a:picLocks noChangeAspect="1" noChangeArrowheads="1"/>
                    </pic:cNvPicPr>
                  </pic:nvPicPr>
                  <pic:blipFill>
                    <a:blip r:embed="rId2710" cstate="print">
                      <a:extLst>
                        <a:ext uri="{28A0092B-C50C-407E-A947-70E740481C1C}">
                          <a14:useLocalDpi xmlns:a14="http://schemas.microsoft.com/office/drawing/2010/main" val="0"/>
                        </a:ext>
                      </a:extLst>
                    </a:blip>
                    <a:srcRect/>
                    <a:stretch>
                      <a:fillRect/>
                    </a:stretch>
                  </pic:blipFill>
                  <pic:spPr bwMode="auto">
                    <a:xfrm>
                      <a:off x="0" y="0"/>
                      <a:ext cx="337185" cy="211455"/>
                    </a:xfrm>
                    <a:prstGeom prst="rect">
                      <a:avLst/>
                    </a:prstGeom>
                    <a:noFill/>
                    <a:ln>
                      <a:noFill/>
                    </a:ln>
                  </pic:spPr>
                </pic:pic>
              </a:graphicData>
            </a:graphic>
          </wp:inline>
        </w:drawing>
      </w:r>
      <w:r w:rsidR="004B7CD0" w:rsidRPr="00B439DD">
        <w:rPr>
          <w:rFonts w:ascii="Times New Roman" w:hAnsi="Times New Roman" w:cs="Times New Roman"/>
          <w:sz w:val="28"/>
          <w:szCs w:val="28"/>
          <w:lang w:val="kk-KZ"/>
        </w:rPr>
        <w:t xml:space="preserve"> кесіндісінде шешімді болатын </w:t>
      </w:r>
      <w:r w:rsidR="00A135AE" w:rsidRPr="00B439DD">
        <w:rPr>
          <w:rFonts w:ascii="Times New Roman" w:hAnsi="Times New Roman" w:cs="Times New Roman"/>
          <w:noProof/>
          <w:position w:val="-6"/>
          <w:sz w:val="28"/>
          <w:szCs w:val="28"/>
        </w:rPr>
        <w:drawing>
          <wp:inline distT="0" distB="0" distL="0" distR="0" wp14:anchorId="4956AA2C" wp14:editId="594E6B07">
            <wp:extent cx="154305" cy="182880"/>
            <wp:effectExtent l="0" t="0" r="0" b="7620"/>
            <wp:docPr id="1933" name="Рисунок 1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3"/>
                    <pic:cNvPicPr>
                      <a:picLocks noChangeAspect="1" noChangeArrowheads="1"/>
                    </pic:cNvPicPr>
                  </pic:nvPicPr>
                  <pic:blipFill>
                    <a:blip r:embed="rId2711" cstate="print">
                      <a:extLst>
                        <a:ext uri="{28A0092B-C50C-407E-A947-70E740481C1C}">
                          <a14:useLocalDpi xmlns:a14="http://schemas.microsoft.com/office/drawing/2010/main" val="0"/>
                        </a:ext>
                      </a:extLst>
                    </a:blip>
                    <a:srcRect/>
                    <a:stretch>
                      <a:fillRect/>
                    </a:stretch>
                  </pic:blipFill>
                  <pic:spPr bwMode="auto">
                    <a:xfrm>
                      <a:off x="0" y="0"/>
                      <a:ext cx="154305" cy="182880"/>
                    </a:xfrm>
                    <a:prstGeom prst="rect">
                      <a:avLst/>
                    </a:prstGeom>
                    <a:noFill/>
                    <a:ln>
                      <a:noFill/>
                    </a:ln>
                  </pic:spPr>
                </pic:pic>
              </a:graphicData>
            </a:graphic>
          </wp:inline>
        </w:drawing>
      </w:r>
      <w:r w:rsidR="004B7CD0" w:rsidRPr="00B439DD">
        <w:rPr>
          <w:rFonts w:ascii="Times New Roman" w:hAnsi="Times New Roman" w:cs="Times New Roman"/>
          <w:sz w:val="28"/>
          <w:szCs w:val="28"/>
          <w:lang w:val="kk-KZ"/>
        </w:rPr>
        <w:t xml:space="preserve"> мәндерін </w:t>
      </w:r>
      <w:r w:rsidR="00A135AE" w:rsidRPr="00B439DD">
        <w:rPr>
          <w:rFonts w:ascii="Times New Roman" w:hAnsi="Times New Roman" w:cs="Times New Roman"/>
          <w:noProof/>
          <w:position w:val="-4"/>
          <w:sz w:val="28"/>
          <w:szCs w:val="28"/>
        </w:rPr>
        <w:drawing>
          <wp:inline distT="0" distB="0" distL="0" distR="0" wp14:anchorId="1CCB2DC2" wp14:editId="68AC6FCA">
            <wp:extent cx="182880" cy="182880"/>
            <wp:effectExtent l="0" t="0" r="7620" b="7620"/>
            <wp:docPr id="1934" name="Рисунок 1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4"/>
                    <pic:cNvPicPr>
                      <a:picLocks noChangeAspect="1" noChangeArrowheads="1"/>
                    </pic:cNvPicPr>
                  </pic:nvPicPr>
                  <pic:blipFill>
                    <a:blip r:embed="rId2712"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004B7CD0" w:rsidRPr="00B439DD">
        <w:rPr>
          <w:rFonts w:ascii="Times New Roman" w:hAnsi="Times New Roman" w:cs="Times New Roman"/>
          <w:position w:val="-4"/>
          <w:sz w:val="28"/>
          <w:szCs w:val="28"/>
          <w:lang w:val="kk-KZ"/>
        </w:rPr>
        <w:t xml:space="preserve"> </w:t>
      </w:r>
      <w:r w:rsidR="004B7CD0" w:rsidRPr="00B439DD">
        <w:rPr>
          <w:rFonts w:ascii="Times New Roman" w:hAnsi="Times New Roman" w:cs="Times New Roman"/>
          <w:sz w:val="28"/>
          <w:szCs w:val="28"/>
          <w:lang w:val="kk-KZ"/>
        </w:rPr>
        <w:t xml:space="preserve">жиынымен белгілейміз. Егер </w:t>
      </w:r>
      <w:r w:rsidR="00A135AE" w:rsidRPr="00B439DD">
        <w:rPr>
          <w:rFonts w:ascii="Times New Roman" w:hAnsi="Times New Roman" w:cs="Times New Roman"/>
          <w:noProof/>
          <w:position w:val="-4"/>
          <w:sz w:val="28"/>
          <w:szCs w:val="28"/>
        </w:rPr>
        <w:drawing>
          <wp:inline distT="0" distB="0" distL="0" distR="0" wp14:anchorId="39A721CD" wp14:editId="7A2EB83B">
            <wp:extent cx="182880" cy="182880"/>
            <wp:effectExtent l="0" t="0" r="7620" b="7620"/>
            <wp:docPr id="1935" name="Рисунок 1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5"/>
                    <pic:cNvPicPr>
                      <a:picLocks noChangeAspect="1" noChangeArrowheads="1"/>
                    </pic:cNvPicPr>
                  </pic:nvPicPr>
                  <pic:blipFill>
                    <a:blip r:embed="rId2713"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004B7CD0" w:rsidRPr="00B439DD">
        <w:rPr>
          <w:rFonts w:ascii="Times New Roman" w:hAnsi="Times New Roman" w:cs="Times New Roman"/>
          <w:position w:val="-4"/>
          <w:sz w:val="28"/>
          <w:szCs w:val="28"/>
          <w:lang w:val="kk-KZ"/>
        </w:rPr>
        <w:t xml:space="preserve"> </w:t>
      </w:r>
      <w:r w:rsidR="004B7CD0" w:rsidRPr="00B439DD">
        <w:rPr>
          <w:rFonts w:ascii="Times New Roman" w:hAnsi="Times New Roman" w:cs="Times New Roman"/>
          <w:sz w:val="28"/>
          <w:szCs w:val="28"/>
          <w:lang w:val="kk-KZ"/>
        </w:rPr>
        <w:t xml:space="preserve">бос жиын емес, бірмезгілде ашық және тұйық болса, онда жиын </w:t>
      </w:r>
      <w:r w:rsidR="00A135AE" w:rsidRPr="00B439DD">
        <w:rPr>
          <w:rFonts w:ascii="Times New Roman" w:hAnsi="Times New Roman" w:cs="Times New Roman"/>
          <w:noProof/>
          <w:position w:val="-10"/>
          <w:sz w:val="28"/>
          <w:szCs w:val="28"/>
        </w:rPr>
        <w:drawing>
          <wp:inline distT="0" distB="0" distL="0" distR="0" wp14:anchorId="5BC88366" wp14:editId="6188FFB4">
            <wp:extent cx="337185" cy="211455"/>
            <wp:effectExtent l="0" t="0" r="5715" b="0"/>
            <wp:docPr id="1936" name="Рисунок 1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6"/>
                    <pic:cNvPicPr>
                      <a:picLocks noChangeAspect="1" noChangeArrowheads="1"/>
                    </pic:cNvPicPr>
                  </pic:nvPicPr>
                  <pic:blipFill>
                    <a:blip r:embed="rId2714" cstate="print">
                      <a:extLst>
                        <a:ext uri="{28A0092B-C50C-407E-A947-70E740481C1C}">
                          <a14:useLocalDpi xmlns:a14="http://schemas.microsoft.com/office/drawing/2010/main" val="0"/>
                        </a:ext>
                      </a:extLst>
                    </a:blip>
                    <a:srcRect/>
                    <a:stretch>
                      <a:fillRect/>
                    </a:stretch>
                  </pic:blipFill>
                  <pic:spPr bwMode="auto">
                    <a:xfrm>
                      <a:off x="0" y="0"/>
                      <a:ext cx="337185" cy="211455"/>
                    </a:xfrm>
                    <a:prstGeom prst="rect">
                      <a:avLst/>
                    </a:prstGeom>
                    <a:noFill/>
                    <a:ln>
                      <a:noFill/>
                    </a:ln>
                  </pic:spPr>
                </pic:pic>
              </a:graphicData>
            </a:graphic>
          </wp:inline>
        </w:drawing>
      </w:r>
      <w:r w:rsidR="004B7CD0" w:rsidRPr="00B439DD">
        <w:rPr>
          <w:rFonts w:ascii="Times New Roman" w:hAnsi="Times New Roman" w:cs="Times New Roman"/>
          <w:sz w:val="28"/>
          <w:szCs w:val="28"/>
          <w:lang w:val="kk-KZ"/>
        </w:rPr>
        <w:t xml:space="preserve"> кесіндісімен толығымен (сәйкес) беттесетіні анық. </w:t>
      </w:r>
      <w:r w:rsidR="00093CDE" w:rsidRPr="00B439DD">
        <w:rPr>
          <w:rFonts w:ascii="Times New Roman" w:hAnsi="Times New Roman" w:cs="Times New Roman"/>
          <w:sz w:val="28"/>
          <w:szCs w:val="28"/>
          <w:lang w:val="kk-KZ"/>
        </w:rPr>
        <w:t>(2.35), (2.31), (2.36</w:t>
      </w:r>
      <w:r w:rsidR="00093CDE" w:rsidRPr="00B439DD">
        <w:rPr>
          <w:rFonts w:ascii="Times New Roman" w:hAnsi="Times New Roman" w:cs="Times New Roman"/>
          <w:sz w:val="28"/>
          <w:szCs w:val="28"/>
          <w:vertAlign w:val="subscript"/>
          <w:lang w:val="kk-KZ"/>
        </w:rPr>
        <w:t>1</w:t>
      </w:r>
      <w:r w:rsidR="00093CDE" w:rsidRPr="00B439DD">
        <w:rPr>
          <w:rFonts w:ascii="Times New Roman" w:hAnsi="Times New Roman" w:cs="Times New Roman"/>
          <w:sz w:val="28"/>
          <w:szCs w:val="28"/>
          <w:lang w:val="kk-KZ"/>
        </w:rPr>
        <w:t>)</w:t>
      </w:r>
      <w:r w:rsidR="004B7CD0" w:rsidRPr="00B439DD">
        <w:rPr>
          <w:rFonts w:ascii="Times New Roman" w:hAnsi="Times New Roman" w:cs="Times New Roman"/>
          <w:sz w:val="28"/>
          <w:szCs w:val="28"/>
          <w:lang w:val="kk-KZ"/>
        </w:rPr>
        <w:t xml:space="preserve"> шеттік есебінің </w:t>
      </w:r>
      <w:r w:rsidR="00A135AE" w:rsidRPr="00B439DD">
        <w:rPr>
          <w:rFonts w:ascii="Times New Roman" w:hAnsi="Times New Roman" w:cs="Times New Roman"/>
          <w:noProof/>
          <w:position w:val="-16"/>
          <w:sz w:val="28"/>
          <w:szCs w:val="28"/>
        </w:rPr>
        <w:drawing>
          <wp:inline distT="0" distB="0" distL="0" distR="0" wp14:anchorId="770F5E11" wp14:editId="2B213F04">
            <wp:extent cx="462280" cy="250190"/>
            <wp:effectExtent l="0" t="0" r="0" b="0"/>
            <wp:docPr id="1938" name="Рисунок 1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
                    <pic:cNvPicPr>
                      <a:picLocks noChangeAspect="1" noChangeArrowheads="1"/>
                    </pic:cNvPicPr>
                  </pic:nvPicPr>
                  <pic:blipFill>
                    <a:blip r:embed="rId2715" cstate="print">
                      <a:extLst>
                        <a:ext uri="{28A0092B-C50C-407E-A947-70E740481C1C}">
                          <a14:useLocalDpi xmlns:a14="http://schemas.microsoft.com/office/drawing/2010/main" val="0"/>
                        </a:ext>
                      </a:extLst>
                    </a:blip>
                    <a:srcRect/>
                    <a:stretch>
                      <a:fillRect/>
                    </a:stretch>
                  </pic:blipFill>
                  <pic:spPr bwMode="auto">
                    <a:xfrm>
                      <a:off x="0" y="0"/>
                      <a:ext cx="462280" cy="250190"/>
                    </a:xfrm>
                    <a:prstGeom prst="rect">
                      <a:avLst/>
                    </a:prstGeom>
                    <a:noFill/>
                    <a:ln>
                      <a:noFill/>
                    </a:ln>
                  </pic:spPr>
                </pic:pic>
              </a:graphicData>
            </a:graphic>
          </wp:inline>
        </w:drawing>
      </w:r>
      <w:r w:rsidR="004B7CD0" w:rsidRPr="00B439DD">
        <w:rPr>
          <w:rFonts w:ascii="Times New Roman" w:hAnsi="Times New Roman" w:cs="Times New Roman"/>
          <w:sz w:val="28"/>
          <w:szCs w:val="28"/>
          <w:lang w:val="kk-KZ"/>
        </w:rPr>
        <w:t xml:space="preserve"> кең</w:t>
      </w:r>
      <w:r w:rsidR="00093CDE" w:rsidRPr="00B439DD">
        <w:rPr>
          <w:rFonts w:ascii="Times New Roman" w:hAnsi="Times New Roman" w:cs="Times New Roman"/>
          <w:sz w:val="28"/>
          <w:szCs w:val="28"/>
          <w:lang w:val="kk-KZ"/>
        </w:rPr>
        <w:t>істігінде шешімі бар. Ал, бұл (2.30)-(2</w:t>
      </w:r>
      <w:r w:rsidR="004B7CD0" w:rsidRPr="00B439DD">
        <w:rPr>
          <w:rFonts w:ascii="Times New Roman" w:hAnsi="Times New Roman" w:cs="Times New Roman"/>
          <w:sz w:val="28"/>
          <w:szCs w:val="28"/>
          <w:lang w:val="kk-KZ"/>
        </w:rPr>
        <w:t>.3</w:t>
      </w:r>
      <w:r w:rsidR="00093CDE" w:rsidRPr="00B439DD">
        <w:rPr>
          <w:rFonts w:ascii="Times New Roman" w:hAnsi="Times New Roman" w:cs="Times New Roman"/>
          <w:sz w:val="28"/>
          <w:szCs w:val="28"/>
          <w:lang w:val="kk-KZ"/>
        </w:rPr>
        <w:t>2</w:t>
      </w:r>
      <w:r w:rsidR="004B7CD0" w:rsidRPr="00B439DD">
        <w:rPr>
          <w:rFonts w:ascii="Times New Roman" w:hAnsi="Times New Roman" w:cs="Times New Roman"/>
          <w:sz w:val="28"/>
          <w:szCs w:val="28"/>
          <w:lang w:val="kk-KZ"/>
        </w:rPr>
        <w:t xml:space="preserve">). шеттік есебінің </w:t>
      </w:r>
      <w:r w:rsidR="00A135AE" w:rsidRPr="00B439DD">
        <w:rPr>
          <w:rFonts w:ascii="Times New Roman" w:hAnsi="Times New Roman" w:cs="Times New Roman"/>
          <w:noProof/>
          <w:position w:val="-14"/>
          <w:sz w:val="28"/>
          <w:szCs w:val="28"/>
        </w:rPr>
        <w:drawing>
          <wp:inline distT="0" distB="0" distL="0" distR="0" wp14:anchorId="2398B7ED" wp14:editId="1FEE33BE">
            <wp:extent cx="664210" cy="288925"/>
            <wp:effectExtent l="0" t="0" r="2540" b="0"/>
            <wp:docPr id="1939" name="Рисунок 1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9"/>
                    <pic:cNvPicPr>
                      <a:picLocks noChangeAspect="1" noChangeArrowheads="1"/>
                    </pic:cNvPicPr>
                  </pic:nvPicPr>
                  <pic:blipFill>
                    <a:blip r:embed="rId2716" cstate="print">
                      <a:extLst>
                        <a:ext uri="{28A0092B-C50C-407E-A947-70E740481C1C}">
                          <a14:useLocalDpi xmlns:a14="http://schemas.microsoft.com/office/drawing/2010/main" val="0"/>
                        </a:ext>
                      </a:extLst>
                    </a:blip>
                    <a:srcRect/>
                    <a:stretch>
                      <a:fillRect/>
                    </a:stretch>
                  </pic:blipFill>
                  <pic:spPr bwMode="auto">
                    <a:xfrm>
                      <a:off x="0" y="0"/>
                      <a:ext cx="664210" cy="288925"/>
                    </a:xfrm>
                    <a:prstGeom prst="rect">
                      <a:avLst/>
                    </a:prstGeom>
                    <a:noFill/>
                    <a:ln>
                      <a:noFill/>
                    </a:ln>
                  </pic:spPr>
                </pic:pic>
              </a:graphicData>
            </a:graphic>
          </wp:inline>
        </w:drawing>
      </w:r>
      <w:r w:rsidR="004B7CD0" w:rsidRPr="00B439DD">
        <w:rPr>
          <w:rFonts w:ascii="Times New Roman" w:hAnsi="Times New Roman" w:cs="Times New Roman"/>
          <w:sz w:val="28"/>
          <w:szCs w:val="28"/>
          <w:lang w:val="kk-KZ"/>
        </w:rPr>
        <w:t xml:space="preserve">  кеңістігінде шешімі бар екенін көрсетеді. </w:t>
      </w:r>
    </w:p>
    <w:p w14:paraId="35E8F0A6" w14:textId="02FB35ED" w:rsidR="004B7CD0" w:rsidRPr="00B439DD" w:rsidRDefault="004B7CD0" w:rsidP="00152387">
      <w:pPr>
        <w:spacing w:after="0" w:line="240" w:lineRule="auto"/>
        <w:ind w:firstLine="567"/>
        <w:jc w:val="both"/>
        <w:rPr>
          <w:rFonts w:ascii="Times New Roman" w:hAnsi="Times New Roman" w:cs="Times New Roman"/>
          <w:position w:val="-12"/>
          <w:sz w:val="28"/>
          <w:szCs w:val="28"/>
          <w:lang w:val="kk-KZ"/>
        </w:rPr>
      </w:pPr>
      <w:r w:rsidRPr="00B439DD">
        <w:rPr>
          <w:rFonts w:ascii="Times New Roman" w:hAnsi="Times New Roman" w:cs="Times New Roman"/>
          <w:sz w:val="28"/>
          <w:szCs w:val="28"/>
          <w:lang w:val="kk-KZ"/>
        </w:rPr>
        <w:t xml:space="preserve">Енді </w:t>
      </w:r>
      <w:r w:rsidR="00A135AE" w:rsidRPr="00B439DD">
        <w:rPr>
          <w:rFonts w:ascii="Times New Roman" w:hAnsi="Times New Roman" w:cs="Times New Roman"/>
          <w:noProof/>
          <w:position w:val="-4"/>
          <w:sz w:val="28"/>
          <w:szCs w:val="28"/>
        </w:rPr>
        <w:drawing>
          <wp:inline distT="0" distB="0" distL="0" distR="0" wp14:anchorId="34D4BB6A" wp14:editId="6C4BF891">
            <wp:extent cx="182880" cy="182880"/>
            <wp:effectExtent l="0" t="0" r="7620" b="7620"/>
            <wp:docPr id="1940" name="Рисунок 1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0"/>
                    <pic:cNvPicPr>
                      <a:picLocks noChangeAspect="1" noChangeArrowheads="1"/>
                    </pic:cNvPicPr>
                  </pic:nvPicPr>
                  <pic:blipFill>
                    <a:blip r:embed="rId2717"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B439DD">
        <w:rPr>
          <w:rFonts w:ascii="Times New Roman" w:hAnsi="Times New Roman" w:cs="Times New Roman"/>
          <w:position w:val="-4"/>
          <w:sz w:val="28"/>
          <w:szCs w:val="28"/>
          <w:lang w:val="kk-KZ"/>
        </w:rPr>
        <w:t xml:space="preserve"> </w:t>
      </w:r>
      <w:r w:rsidRPr="00B439DD">
        <w:rPr>
          <w:rFonts w:ascii="Times New Roman" w:hAnsi="Times New Roman" w:cs="Times New Roman"/>
          <w:sz w:val="28"/>
          <w:szCs w:val="28"/>
          <w:lang w:val="kk-KZ"/>
        </w:rPr>
        <w:t>бос емес жиын екенін, бірмезгілде  ашық және тұйық болатынын дәлелдеуіміз қажет.</w:t>
      </w:r>
    </w:p>
    <w:p w14:paraId="4464DB02" w14:textId="7A1AA900" w:rsidR="004B7CD0" w:rsidRPr="00B439DD" w:rsidRDefault="00A135AE" w:rsidP="00152387">
      <w:pPr>
        <w:spacing w:after="0" w:line="240" w:lineRule="auto"/>
        <w:ind w:firstLine="567"/>
        <w:jc w:val="both"/>
        <w:rPr>
          <w:rFonts w:ascii="Times New Roman" w:hAnsi="Times New Roman" w:cs="Times New Roman"/>
          <w:sz w:val="28"/>
          <w:szCs w:val="28"/>
          <w:lang w:val="kk-KZ"/>
        </w:rPr>
      </w:pPr>
      <w:r w:rsidRPr="00B439DD">
        <w:rPr>
          <w:rFonts w:ascii="Times New Roman" w:hAnsi="Times New Roman" w:cs="Times New Roman"/>
          <w:noProof/>
          <w:position w:val="-4"/>
          <w:sz w:val="28"/>
          <w:szCs w:val="28"/>
        </w:rPr>
        <w:drawing>
          <wp:inline distT="0" distB="0" distL="0" distR="0" wp14:anchorId="6026B3D0" wp14:editId="43CE7ED5">
            <wp:extent cx="182880" cy="182880"/>
            <wp:effectExtent l="0" t="0" r="7620" b="7620"/>
            <wp:docPr id="1941" name="Рисунок 1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1"/>
                    <pic:cNvPicPr>
                      <a:picLocks noChangeAspect="1" noChangeArrowheads="1"/>
                    </pic:cNvPicPr>
                  </pic:nvPicPr>
                  <pic:blipFill>
                    <a:blip r:embed="rId2718"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004B7CD0" w:rsidRPr="00B439DD">
        <w:rPr>
          <w:rFonts w:ascii="Times New Roman" w:hAnsi="Times New Roman" w:cs="Times New Roman"/>
          <w:position w:val="-4"/>
          <w:sz w:val="28"/>
          <w:szCs w:val="28"/>
          <w:lang w:val="kk-KZ"/>
        </w:rPr>
        <w:t xml:space="preserve"> </w:t>
      </w:r>
      <w:r w:rsidR="004B7CD0" w:rsidRPr="00B439DD">
        <w:rPr>
          <w:rFonts w:ascii="Times New Roman" w:hAnsi="Times New Roman" w:cs="Times New Roman"/>
          <w:sz w:val="28"/>
          <w:szCs w:val="28"/>
          <w:lang w:val="kk-KZ"/>
        </w:rPr>
        <w:t xml:space="preserve">бос жиын емес екенін дәлелдеу үшін 0 саны </w:t>
      </w:r>
      <w:r w:rsidRPr="00B439DD">
        <w:rPr>
          <w:rFonts w:ascii="Times New Roman" w:hAnsi="Times New Roman" w:cs="Times New Roman"/>
          <w:noProof/>
          <w:position w:val="-4"/>
          <w:sz w:val="28"/>
          <w:szCs w:val="28"/>
        </w:rPr>
        <w:drawing>
          <wp:inline distT="0" distB="0" distL="0" distR="0" wp14:anchorId="47CD1864" wp14:editId="0D7DCF25">
            <wp:extent cx="182880" cy="182880"/>
            <wp:effectExtent l="0" t="0" r="7620" b="7620"/>
            <wp:docPr id="1942" name="Рисунок 1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2"/>
                    <pic:cNvPicPr>
                      <a:picLocks noChangeAspect="1" noChangeArrowheads="1"/>
                    </pic:cNvPicPr>
                  </pic:nvPicPr>
                  <pic:blipFill>
                    <a:blip r:embed="rId2719"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004B7CD0" w:rsidRPr="00B439DD">
        <w:rPr>
          <w:rFonts w:ascii="Times New Roman" w:hAnsi="Times New Roman" w:cs="Times New Roman"/>
          <w:position w:val="-4"/>
          <w:sz w:val="28"/>
          <w:szCs w:val="28"/>
          <w:lang w:val="kk-KZ"/>
        </w:rPr>
        <w:t xml:space="preserve"> </w:t>
      </w:r>
      <w:r w:rsidR="004B7CD0" w:rsidRPr="00B439DD">
        <w:rPr>
          <w:rFonts w:ascii="Times New Roman" w:hAnsi="Times New Roman" w:cs="Times New Roman"/>
          <w:sz w:val="28"/>
          <w:szCs w:val="28"/>
          <w:lang w:val="kk-KZ"/>
        </w:rPr>
        <w:t>жиынында жататынын көрсетейік.</w:t>
      </w:r>
    </w:p>
    <w:p w14:paraId="6C32B93C" w14:textId="7A506AB5" w:rsidR="004B7CD0" w:rsidRPr="00B439DD" w:rsidRDefault="004B7CD0" w:rsidP="00152387">
      <w:pPr>
        <w:spacing w:after="0" w:line="240" w:lineRule="auto"/>
        <w:ind w:firstLine="567"/>
        <w:jc w:val="both"/>
        <w:rPr>
          <w:rFonts w:ascii="Times New Roman" w:hAnsi="Times New Roman" w:cs="Times New Roman"/>
          <w:sz w:val="28"/>
          <w:szCs w:val="28"/>
          <w:lang w:val="kk-KZ"/>
        </w:rPr>
      </w:pPr>
      <w:r w:rsidRPr="00B439DD">
        <w:rPr>
          <w:rFonts w:ascii="Times New Roman" w:hAnsi="Times New Roman" w:cs="Times New Roman"/>
          <w:sz w:val="28"/>
          <w:szCs w:val="28"/>
          <w:lang w:val="kk-KZ"/>
        </w:rPr>
        <w:t xml:space="preserve">Айталық, </w:t>
      </w:r>
      <w:r w:rsidR="00093CDE" w:rsidRPr="00B439DD">
        <w:rPr>
          <w:rFonts w:ascii="Times New Roman" w:hAnsi="Times New Roman" w:cs="Times New Roman"/>
          <w:sz w:val="28"/>
          <w:szCs w:val="28"/>
          <w:lang w:val="kk-KZ"/>
        </w:rPr>
        <w:t>(2.35), (2.31), (2.36</w:t>
      </w:r>
      <w:r w:rsidR="00093CDE" w:rsidRPr="00B439DD">
        <w:rPr>
          <w:rFonts w:ascii="Cambria Math" w:hAnsi="Cambria Math" w:cs="Cambria Math"/>
          <w:sz w:val="28"/>
          <w:szCs w:val="28"/>
          <w:vertAlign w:val="subscript"/>
          <w:lang w:val="kk-KZ"/>
        </w:rPr>
        <w:t>𝜆</w:t>
      </w:r>
      <w:r w:rsidR="00093CDE" w:rsidRPr="00B439DD">
        <w:rPr>
          <w:rFonts w:ascii="Times New Roman" w:hAnsi="Times New Roman" w:cs="Times New Roman"/>
          <w:sz w:val="28"/>
          <w:szCs w:val="28"/>
          <w:lang w:val="kk-KZ"/>
        </w:rPr>
        <w:t>)</w:t>
      </w:r>
      <w:r w:rsidRPr="00B439DD">
        <w:rPr>
          <w:rFonts w:ascii="Times New Roman" w:hAnsi="Times New Roman" w:cs="Times New Roman"/>
          <w:sz w:val="28"/>
          <w:szCs w:val="28"/>
          <w:lang w:val="kk-KZ"/>
        </w:rPr>
        <w:t xml:space="preserve"> есебіне  </w:t>
      </w:r>
      <w:r w:rsidR="00A135AE" w:rsidRPr="00B439DD">
        <w:rPr>
          <w:rFonts w:ascii="Times New Roman" w:hAnsi="Times New Roman" w:cs="Times New Roman"/>
          <w:noProof/>
          <w:position w:val="-6"/>
          <w:sz w:val="28"/>
          <w:szCs w:val="28"/>
        </w:rPr>
        <w:drawing>
          <wp:inline distT="0" distB="0" distL="0" distR="0" wp14:anchorId="47D68340" wp14:editId="0730E39F">
            <wp:extent cx="414020" cy="182880"/>
            <wp:effectExtent l="0" t="0" r="5080" b="7620"/>
            <wp:docPr id="1944" name="Рисунок 1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4"/>
                    <pic:cNvPicPr>
                      <a:picLocks noChangeAspect="1" noChangeArrowheads="1"/>
                    </pic:cNvPicPr>
                  </pic:nvPicPr>
                  <pic:blipFill>
                    <a:blip r:embed="rId2720" cstate="print">
                      <a:extLst>
                        <a:ext uri="{28A0092B-C50C-407E-A947-70E740481C1C}">
                          <a14:useLocalDpi xmlns:a14="http://schemas.microsoft.com/office/drawing/2010/main" val="0"/>
                        </a:ext>
                      </a:extLst>
                    </a:blip>
                    <a:srcRect/>
                    <a:stretch>
                      <a:fillRect/>
                    </a:stretch>
                  </pic:blipFill>
                  <pic:spPr bwMode="auto">
                    <a:xfrm>
                      <a:off x="0" y="0"/>
                      <a:ext cx="414020" cy="182880"/>
                    </a:xfrm>
                    <a:prstGeom prst="rect">
                      <a:avLst/>
                    </a:prstGeom>
                    <a:noFill/>
                    <a:ln>
                      <a:noFill/>
                    </a:ln>
                  </pic:spPr>
                </pic:pic>
              </a:graphicData>
            </a:graphic>
          </wp:inline>
        </w:drawing>
      </w:r>
      <w:r w:rsidRPr="00B439DD">
        <w:rPr>
          <w:rFonts w:ascii="Times New Roman" w:hAnsi="Times New Roman" w:cs="Times New Roman"/>
          <w:sz w:val="28"/>
          <w:szCs w:val="28"/>
          <w:lang w:val="kk-KZ"/>
        </w:rPr>
        <w:t xml:space="preserve"> болғанда </w:t>
      </w:r>
      <w:r w:rsidR="00A135AE" w:rsidRPr="00B439DD">
        <w:rPr>
          <w:rFonts w:ascii="Times New Roman" w:hAnsi="Times New Roman" w:cs="Times New Roman"/>
          <w:noProof/>
          <w:position w:val="-12"/>
          <w:sz w:val="28"/>
          <w:szCs w:val="28"/>
        </w:rPr>
        <w:drawing>
          <wp:inline distT="0" distB="0" distL="0" distR="0" wp14:anchorId="0B76120F" wp14:editId="59190E98">
            <wp:extent cx="2059940" cy="231140"/>
            <wp:effectExtent l="0" t="0" r="0" b="0"/>
            <wp:docPr id="1945" name="Рисунок 1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5"/>
                    <pic:cNvPicPr>
                      <a:picLocks noChangeAspect="1" noChangeArrowheads="1"/>
                    </pic:cNvPicPr>
                  </pic:nvPicPr>
                  <pic:blipFill>
                    <a:blip r:embed="rId2721" cstate="print">
                      <a:extLst>
                        <a:ext uri="{28A0092B-C50C-407E-A947-70E740481C1C}">
                          <a14:useLocalDpi xmlns:a14="http://schemas.microsoft.com/office/drawing/2010/main" val="0"/>
                        </a:ext>
                      </a:extLst>
                    </a:blip>
                    <a:srcRect/>
                    <a:stretch>
                      <a:fillRect/>
                    </a:stretch>
                  </pic:blipFill>
                  <pic:spPr bwMode="auto">
                    <a:xfrm>
                      <a:off x="0" y="0"/>
                      <a:ext cx="2059940" cy="231140"/>
                    </a:xfrm>
                    <a:prstGeom prst="rect">
                      <a:avLst/>
                    </a:prstGeom>
                    <a:noFill/>
                    <a:ln>
                      <a:noFill/>
                    </a:ln>
                  </pic:spPr>
                </pic:pic>
              </a:graphicData>
            </a:graphic>
          </wp:inline>
        </w:drawing>
      </w:r>
      <w:r w:rsidRPr="00B439DD">
        <w:rPr>
          <w:rFonts w:ascii="Times New Roman" w:hAnsi="Times New Roman" w:cs="Times New Roman"/>
          <w:sz w:val="28"/>
          <w:szCs w:val="28"/>
          <w:lang w:val="kk-KZ"/>
        </w:rPr>
        <w:t xml:space="preserve"> цилиндрде төмендегі шеттік есебін аламыз:  </w:t>
      </w:r>
    </w:p>
    <w:p w14:paraId="70F92702" w14:textId="77777777" w:rsidR="004B7CD0" w:rsidRPr="00B439DD" w:rsidRDefault="004B7CD0" w:rsidP="00B439DD">
      <w:pPr>
        <w:spacing w:after="0" w:line="240" w:lineRule="auto"/>
        <w:jc w:val="both"/>
        <w:rPr>
          <w:rFonts w:ascii="Times New Roman" w:hAnsi="Times New Roman" w:cs="Times New Roman"/>
          <w:sz w:val="28"/>
          <w:szCs w:val="28"/>
          <w:lang w:val="kk-KZ"/>
        </w:rPr>
      </w:pPr>
    </w:p>
    <w:p w14:paraId="215A6D71" w14:textId="683F52BD" w:rsidR="004B7CD0" w:rsidRPr="00B439DD" w:rsidRDefault="00A135AE" w:rsidP="00B439DD">
      <w:pPr>
        <w:spacing w:after="0" w:line="240" w:lineRule="auto"/>
        <w:jc w:val="right"/>
        <w:rPr>
          <w:rFonts w:ascii="Times New Roman" w:hAnsi="Times New Roman" w:cs="Times New Roman"/>
          <w:sz w:val="28"/>
          <w:szCs w:val="28"/>
          <w:lang w:val="kk-KZ"/>
        </w:rPr>
      </w:pPr>
      <w:r w:rsidRPr="00B439DD">
        <w:rPr>
          <w:rFonts w:ascii="Times New Roman" w:hAnsi="Times New Roman" w:cs="Times New Roman"/>
          <w:noProof/>
          <w:position w:val="-16"/>
          <w:sz w:val="28"/>
          <w:szCs w:val="28"/>
        </w:rPr>
        <w:drawing>
          <wp:inline distT="0" distB="0" distL="0" distR="0" wp14:anchorId="4B9F7AD4" wp14:editId="020AA537">
            <wp:extent cx="3503295" cy="317500"/>
            <wp:effectExtent l="0" t="0" r="1905" b="6350"/>
            <wp:docPr id="1946" name="Рисунок 1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6"/>
                    <pic:cNvPicPr>
                      <a:picLocks noChangeAspect="1" noChangeArrowheads="1"/>
                    </pic:cNvPicPr>
                  </pic:nvPicPr>
                  <pic:blipFill>
                    <a:blip r:embed="rId2722" cstate="print">
                      <a:extLst>
                        <a:ext uri="{28A0092B-C50C-407E-A947-70E740481C1C}">
                          <a14:useLocalDpi xmlns:a14="http://schemas.microsoft.com/office/drawing/2010/main" val="0"/>
                        </a:ext>
                      </a:extLst>
                    </a:blip>
                    <a:srcRect/>
                    <a:stretch>
                      <a:fillRect/>
                    </a:stretch>
                  </pic:blipFill>
                  <pic:spPr bwMode="auto">
                    <a:xfrm>
                      <a:off x="0" y="0"/>
                      <a:ext cx="3503295" cy="317500"/>
                    </a:xfrm>
                    <a:prstGeom prst="rect">
                      <a:avLst/>
                    </a:prstGeom>
                    <a:noFill/>
                    <a:ln>
                      <a:noFill/>
                    </a:ln>
                  </pic:spPr>
                </pic:pic>
              </a:graphicData>
            </a:graphic>
          </wp:inline>
        </w:drawing>
      </w:r>
      <w:r w:rsidR="004B7CD0" w:rsidRPr="00B439DD">
        <w:rPr>
          <w:rFonts w:ascii="Times New Roman" w:hAnsi="Times New Roman" w:cs="Times New Roman"/>
          <w:sz w:val="28"/>
          <w:szCs w:val="28"/>
          <w:lang w:val="kk-KZ"/>
        </w:rPr>
        <w:tab/>
      </w:r>
      <w:r w:rsidR="004B7CD0" w:rsidRPr="00B439DD">
        <w:rPr>
          <w:rFonts w:ascii="Times New Roman" w:hAnsi="Times New Roman" w:cs="Times New Roman"/>
          <w:sz w:val="28"/>
          <w:szCs w:val="28"/>
          <w:lang w:val="kk-KZ"/>
        </w:rPr>
        <w:tab/>
      </w:r>
      <w:r w:rsidR="004B7CD0" w:rsidRPr="00B439DD">
        <w:rPr>
          <w:rFonts w:ascii="Times New Roman" w:hAnsi="Times New Roman" w:cs="Times New Roman"/>
          <w:sz w:val="28"/>
          <w:szCs w:val="28"/>
          <w:lang w:val="kk-KZ"/>
        </w:rPr>
        <w:tab/>
      </w:r>
      <w:r w:rsidR="004B7CD0" w:rsidRPr="00B439DD">
        <w:rPr>
          <w:rFonts w:ascii="Times New Roman" w:hAnsi="Times New Roman" w:cs="Times New Roman"/>
          <w:sz w:val="28"/>
          <w:szCs w:val="28"/>
          <w:lang w:val="kk-KZ"/>
        </w:rPr>
        <w:tab/>
        <w:t>(</w:t>
      </w:r>
      <w:r w:rsidR="00093CDE" w:rsidRPr="00B439DD">
        <w:rPr>
          <w:rFonts w:ascii="Times New Roman" w:hAnsi="Times New Roman" w:cs="Times New Roman"/>
          <w:sz w:val="28"/>
          <w:szCs w:val="28"/>
          <w:lang w:val="kk-KZ"/>
        </w:rPr>
        <w:t>2.3</w:t>
      </w:r>
      <w:r w:rsidR="004B7CD0" w:rsidRPr="00B439DD">
        <w:rPr>
          <w:rFonts w:ascii="Times New Roman" w:hAnsi="Times New Roman" w:cs="Times New Roman"/>
          <w:sz w:val="28"/>
          <w:szCs w:val="28"/>
          <w:lang w:val="kk-KZ"/>
        </w:rPr>
        <w:t>5)</w:t>
      </w:r>
    </w:p>
    <w:p w14:paraId="25254951" w14:textId="30AB7D94" w:rsidR="004B7CD0" w:rsidRPr="00B439DD" w:rsidRDefault="00A135AE" w:rsidP="00B439DD">
      <w:pPr>
        <w:spacing w:after="0" w:line="240" w:lineRule="auto"/>
        <w:jc w:val="right"/>
        <w:rPr>
          <w:rFonts w:ascii="Times New Roman" w:hAnsi="Times New Roman" w:cs="Times New Roman"/>
          <w:sz w:val="28"/>
          <w:szCs w:val="28"/>
          <w:lang w:val="kk-KZ"/>
        </w:rPr>
      </w:pPr>
      <w:r w:rsidRPr="00B439DD">
        <w:rPr>
          <w:rFonts w:ascii="Times New Roman" w:hAnsi="Times New Roman" w:cs="Times New Roman"/>
          <w:noProof/>
          <w:position w:val="-16"/>
          <w:sz w:val="28"/>
          <w:szCs w:val="28"/>
        </w:rPr>
        <w:drawing>
          <wp:inline distT="0" distB="0" distL="0" distR="0" wp14:anchorId="4037E564" wp14:editId="7868C049">
            <wp:extent cx="1328420" cy="288925"/>
            <wp:effectExtent l="0" t="0" r="5080" b="0"/>
            <wp:docPr id="1947" name="Рисунок 1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7"/>
                    <pic:cNvPicPr>
                      <a:picLocks noChangeAspect="1" noChangeArrowheads="1"/>
                    </pic:cNvPicPr>
                  </pic:nvPicPr>
                  <pic:blipFill>
                    <a:blip r:embed="rId2723" cstate="print">
                      <a:extLst>
                        <a:ext uri="{28A0092B-C50C-407E-A947-70E740481C1C}">
                          <a14:useLocalDpi xmlns:a14="http://schemas.microsoft.com/office/drawing/2010/main" val="0"/>
                        </a:ext>
                      </a:extLst>
                    </a:blip>
                    <a:srcRect/>
                    <a:stretch>
                      <a:fillRect/>
                    </a:stretch>
                  </pic:blipFill>
                  <pic:spPr bwMode="auto">
                    <a:xfrm>
                      <a:off x="0" y="0"/>
                      <a:ext cx="1328420" cy="288925"/>
                    </a:xfrm>
                    <a:prstGeom prst="rect">
                      <a:avLst/>
                    </a:prstGeom>
                    <a:noFill/>
                    <a:ln>
                      <a:noFill/>
                    </a:ln>
                  </pic:spPr>
                </pic:pic>
              </a:graphicData>
            </a:graphic>
          </wp:inline>
        </w:drawing>
      </w:r>
      <w:r w:rsidR="004B7CD0" w:rsidRPr="00B439DD">
        <w:rPr>
          <w:rFonts w:ascii="Times New Roman" w:hAnsi="Times New Roman" w:cs="Times New Roman"/>
          <w:sz w:val="28"/>
          <w:szCs w:val="28"/>
          <w:lang w:val="kk-KZ"/>
        </w:rPr>
        <w:tab/>
      </w:r>
      <w:r w:rsidR="004B7CD0" w:rsidRPr="00B439DD">
        <w:rPr>
          <w:rFonts w:ascii="Times New Roman" w:hAnsi="Times New Roman" w:cs="Times New Roman"/>
          <w:sz w:val="28"/>
          <w:szCs w:val="28"/>
          <w:lang w:val="kk-KZ"/>
        </w:rPr>
        <w:tab/>
      </w:r>
      <w:r w:rsidR="004B7CD0" w:rsidRPr="00B439DD">
        <w:rPr>
          <w:rFonts w:ascii="Times New Roman" w:hAnsi="Times New Roman" w:cs="Times New Roman"/>
          <w:sz w:val="28"/>
          <w:szCs w:val="28"/>
          <w:lang w:val="kk-KZ"/>
        </w:rPr>
        <w:tab/>
      </w:r>
      <w:r w:rsidR="004B7CD0" w:rsidRPr="00B439DD">
        <w:rPr>
          <w:rFonts w:ascii="Times New Roman" w:hAnsi="Times New Roman" w:cs="Times New Roman"/>
          <w:sz w:val="28"/>
          <w:szCs w:val="28"/>
          <w:lang w:val="kk-KZ"/>
        </w:rPr>
        <w:tab/>
      </w:r>
      <w:r w:rsidR="004B7CD0" w:rsidRPr="00B439DD">
        <w:rPr>
          <w:rFonts w:ascii="Times New Roman" w:hAnsi="Times New Roman" w:cs="Times New Roman"/>
          <w:sz w:val="28"/>
          <w:szCs w:val="28"/>
          <w:lang w:val="kk-KZ"/>
        </w:rPr>
        <w:tab/>
      </w:r>
      <w:r w:rsidR="004B7CD0" w:rsidRPr="00B439DD">
        <w:rPr>
          <w:rFonts w:ascii="Times New Roman" w:hAnsi="Times New Roman" w:cs="Times New Roman"/>
          <w:sz w:val="28"/>
          <w:szCs w:val="28"/>
          <w:lang w:val="kk-KZ"/>
        </w:rPr>
        <w:tab/>
        <w:t>(</w:t>
      </w:r>
      <w:r w:rsidR="00093CDE" w:rsidRPr="00B439DD">
        <w:rPr>
          <w:rFonts w:ascii="Times New Roman" w:hAnsi="Times New Roman" w:cs="Times New Roman"/>
          <w:sz w:val="28"/>
          <w:szCs w:val="28"/>
          <w:lang w:val="kk-KZ"/>
        </w:rPr>
        <w:t>2</w:t>
      </w:r>
      <w:r w:rsidR="004B7CD0" w:rsidRPr="00B439DD">
        <w:rPr>
          <w:rFonts w:ascii="Times New Roman" w:hAnsi="Times New Roman" w:cs="Times New Roman"/>
          <w:sz w:val="28"/>
          <w:szCs w:val="28"/>
          <w:lang w:val="kk-KZ"/>
        </w:rPr>
        <w:t>.</w:t>
      </w:r>
      <w:r w:rsidR="00093CDE" w:rsidRPr="00B439DD">
        <w:rPr>
          <w:rFonts w:ascii="Times New Roman" w:hAnsi="Times New Roman" w:cs="Times New Roman"/>
          <w:sz w:val="28"/>
          <w:szCs w:val="28"/>
          <w:lang w:val="kk-KZ"/>
        </w:rPr>
        <w:t>31</w:t>
      </w:r>
      <w:r w:rsidR="004B7CD0" w:rsidRPr="00B439DD">
        <w:rPr>
          <w:rFonts w:ascii="Times New Roman" w:hAnsi="Times New Roman" w:cs="Times New Roman"/>
          <w:sz w:val="28"/>
          <w:szCs w:val="28"/>
          <w:lang w:val="kk-KZ"/>
        </w:rPr>
        <w:t>)</w:t>
      </w:r>
    </w:p>
    <w:p w14:paraId="227A63EC" w14:textId="015A75AA" w:rsidR="00025546" w:rsidRPr="00B439DD" w:rsidRDefault="00A135AE" w:rsidP="00B439DD">
      <w:pPr>
        <w:spacing w:after="0" w:line="240" w:lineRule="auto"/>
        <w:jc w:val="right"/>
        <w:rPr>
          <w:rFonts w:ascii="Times New Roman" w:hAnsi="Times New Roman" w:cs="Times New Roman"/>
          <w:sz w:val="28"/>
          <w:szCs w:val="28"/>
          <w:lang w:val="kk-KZ"/>
        </w:rPr>
      </w:pPr>
      <w:r w:rsidRPr="00B439DD">
        <w:rPr>
          <w:rFonts w:ascii="Times New Roman" w:hAnsi="Times New Roman" w:cs="Times New Roman"/>
          <w:noProof/>
          <w:position w:val="-12"/>
          <w:sz w:val="28"/>
          <w:szCs w:val="28"/>
        </w:rPr>
        <w:drawing>
          <wp:inline distT="0" distB="0" distL="0" distR="0" wp14:anchorId="3B680705" wp14:editId="04D26589">
            <wp:extent cx="2242820" cy="231140"/>
            <wp:effectExtent l="0" t="0" r="5080" b="0"/>
            <wp:docPr id="1948" name="Рисунок 1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8"/>
                    <pic:cNvPicPr>
                      <a:picLocks noChangeAspect="1" noChangeArrowheads="1"/>
                    </pic:cNvPicPr>
                  </pic:nvPicPr>
                  <pic:blipFill>
                    <a:blip r:embed="rId2724" cstate="print">
                      <a:extLst>
                        <a:ext uri="{28A0092B-C50C-407E-A947-70E740481C1C}">
                          <a14:useLocalDpi xmlns:a14="http://schemas.microsoft.com/office/drawing/2010/main" val="0"/>
                        </a:ext>
                      </a:extLst>
                    </a:blip>
                    <a:srcRect/>
                    <a:stretch>
                      <a:fillRect/>
                    </a:stretch>
                  </pic:blipFill>
                  <pic:spPr bwMode="auto">
                    <a:xfrm>
                      <a:off x="0" y="0"/>
                      <a:ext cx="2242820" cy="231140"/>
                    </a:xfrm>
                    <a:prstGeom prst="rect">
                      <a:avLst/>
                    </a:prstGeom>
                    <a:noFill/>
                    <a:ln>
                      <a:noFill/>
                    </a:ln>
                  </pic:spPr>
                </pic:pic>
              </a:graphicData>
            </a:graphic>
          </wp:inline>
        </w:drawing>
      </w:r>
      <w:r w:rsidR="00093CDE" w:rsidRPr="00B439DD">
        <w:rPr>
          <w:rFonts w:ascii="Times New Roman" w:hAnsi="Times New Roman" w:cs="Times New Roman"/>
          <w:sz w:val="28"/>
          <w:szCs w:val="28"/>
          <w:lang w:val="kk-KZ"/>
        </w:rPr>
        <w:tab/>
      </w:r>
      <w:r w:rsidR="00093CDE" w:rsidRPr="00B439DD">
        <w:rPr>
          <w:rFonts w:ascii="Times New Roman" w:hAnsi="Times New Roman" w:cs="Times New Roman"/>
          <w:sz w:val="28"/>
          <w:szCs w:val="28"/>
          <w:lang w:val="kk-KZ"/>
        </w:rPr>
        <w:tab/>
      </w:r>
      <w:r w:rsidR="00093CDE" w:rsidRPr="00B439DD">
        <w:rPr>
          <w:rFonts w:ascii="Times New Roman" w:hAnsi="Times New Roman" w:cs="Times New Roman"/>
          <w:sz w:val="28"/>
          <w:szCs w:val="28"/>
          <w:lang w:val="kk-KZ"/>
        </w:rPr>
        <w:tab/>
      </w:r>
      <w:r w:rsidR="00093CDE" w:rsidRPr="00B439DD">
        <w:rPr>
          <w:rFonts w:ascii="Times New Roman" w:hAnsi="Times New Roman" w:cs="Times New Roman"/>
          <w:sz w:val="28"/>
          <w:szCs w:val="28"/>
          <w:lang w:val="kk-KZ"/>
        </w:rPr>
        <w:tab/>
        <w:t xml:space="preserve"> (2.36</w:t>
      </w:r>
      <w:r w:rsidR="00093CDE" w:rsidRPr="00B439DD">
        <w:rPr>
          <w:rFonts w:ascii="Times New Roman" w:hAnsi="Times New Roman" w:cs="Times New Roman"/>
          <w:sz w:val="28"/>
          <w:szCs w:val="28"/>
          <w:vertAlign w:val="subscript"/>
          <w:lang w:val="kk-KZ"/>
        </w:rPr>
        <w:t>0</w:t>
      </w:r>
      <w:r w:rsidR="00093CDE" w:rsidRPr="00B439DD">
        <w:rPr>
          <w:rFonts w:ascii="Times New Roman" w:hAnsi="Times New Roman" w:cs="Times New Roman"/>
          <w:sz w:val="28"/>
          <w:szCs w:val="28"/>
          <w:lang w:val="kk-KZ"/>
        </w:rPr>
        <w:t>)</w:t>
      </w:r>
    </w:p>
    <w:p w14:paraId="4C5810C0" w14:textId="77777777" w:rsidR="004B7CD0" w:rsidRPr="00B439DD" w:rsidRDefault="004B7CD0" w:rsidP="00B439DD">
      <w:pPr>
        <w:spacing w:after="0" w:line="240" w:lineRule="auto"/>
        <w:rPr>
          <w:rFonts w:ascii="Times New Roman" w:hAnsi="Times New Roman" w:cs="Times New Roman"/>
          <w:sz w:val="28"/>
          <w:szCs w:val="28"/>
          <w:lang w:val="kk-KZ"/>
        </w:rPr>
      </w:pPr>
    </w:p>
    <w:p w14:paraId="6987828B" w14:textId="36FD3F57" w:rsidR="004B7CD0" w:rsidRPr="00B439DD" w:rsidRDefault="00A135AE" w:rsidP="00B439DD">
      <w:pPr>
        <w:spacing w:after="0" w:line="240" w:lineRule="auto"/>
        <w:jc w:val="both"/>
        <w:rPr>
          <w:rFonts w:ascii="Times New Roman" w:hAnsi="Times New Roman" w:cs="Times New Roman"/>
          <w:sz w:val="28"/>
          <w:szCs w:val="28"/>
          <w:lang w:val="kk-KZ"/>
        </w:rPr>
      </w:pPr>
      <w:r w:rsidRPr="00B439DD">
        <w:rPr>
          <w:rFonts w:ascii="Times New Roman" w:hAnsi="Times New Roman" w:cs="Times New Roman"/>
          <w:noProof/>
          <w:position w:val="-16"/>
          <w:sz w:val="28"/>
          <w:szCs w:val="28"/>
        </w:rPr>
        <w:drawing>
          <wp:inline distT="0" distB="0" distL="0" distR="0" wp14:anchorId="1B5518DB" wp14:editId="527671AE">
            <wp:extent cx="529590" cy="288925"/>
            <wp:effectExtent l="0" t="0" r="0" b="0"/>
            <wp:docPr id="1950" name="Рисунок 1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0"/>
                    <pic:cNvPicPr>
                      <a:picLocks noChangeAspect="1" noChangeArrowheads="1"/>
                    </pic:cNvPicPr>
                  </pic:nvPicPr>
                  <pic:blipFill>
                    <a:blip r:embed="rId2725" cstate="print">
                      <a:extLst>
                        <a:ext uri="{28A0092B-C50C-407E-A947-70E740481C1C}">
                          <a14:useLocalDpi xmlns:a14="http://schemas.microsoft.com/office/drawing/2010/main" val="0"/>
                        </a:ext>
                      </a:extLst>
                    </a:blip>
                    <a:srcRect/>
                    <a:stretch>
                      <a:fillRect/>
                    </a:stretch>
                  </pic:blipFill>
                  <pic:spPr bwMode="auto">
                    <a:xfrm>
                      <a:off x="0" y="0"/>
                      <a:ext cx="529590" cy="288925"/>
                    </a:xfrm>
                    <a:prstGeom prst="rect">
                      <a:avLst/>
                    </a:prstGeom>
                    <a:noFill/>
                    <a:ln>
                      <a:noFill/>
                    </a:ln>
                  </pic:spPr>
                </pic:pic>
              </a:graphicData>
            </a:graphic>
          </wp:inline>
        </w:drawing>
      </w:r>
      <w:r w:rsidR="004B7CD0" w:rsidRPr="00B439DD">
        <w:rPr>
          <w:rFonts w:ascii="Times New Roman" w:hAnsi="Times New Roman" w:cs="Times New Roman"/>
          <w:sz w:val="28"/>
          <w:szCs w:val="28"/>
          <w:lang w:val="kk-KZ"/>
        </w:rPr>
        <w:t xml:space="preserve">. кеңістігінде </w:t>
      </w:r>
      <w:r w:rsidR="00093CDE" w:rsidRPr="00B439DD">
        <w:rPr>
          <w:rFonts w:ascii="Times New Roman" w:hAnsi="Times New Roman" w:cs="Times New Roman"/>
          <w:sz w:val="28"/>
          <w:szCs w:val="28"/>
          <w:lang w:val="kk-KZ"/>
        </w:rPr>
        <w:t>(2.35), (2.31), (2.36</w:t>
      </w:r>
      <w:r w:rsidR="00093CDE" w:rsidRPr="00B439DD">
        <w:rPr>
          <w:rFonts w:ascii="Times New Roman" w:hAnsi="Times New Roman" w:cs="Times New Roman"/>
          <w:sz w:val="28"/>
          <w:szCs w:val="28"/>
          <w:vertAlign w:val="subscript"/>
          <w:lang w:val="kk-KZ"/>
        </w:rPr>
        <w:t>0</w:t>
      </w:r>
      <w:r w:rsidR="00093CDE" w:rsidRPr="00B439DD">
        <w:rPr>
          <w:rFonts w:ascii="Times New Roman" w:hAnsi="Times New Roman" w:cs="Times New Roman"/>
          <w:sz w:val="28"/>
          <w:szCs w:val="28"/>
          <w:lang w:val="kk-KZ"/>
        </w:rPr>
        <w:t>)</w:t>
      </w:r>
      <w:r w:rsidR="004B7CD0" w:rsidRPr="00B439DD">
        <w:rPr>
          <w:rFonts w:ascii="Times New Roman" w:hAnsi="Times New Roman" w:cs="Times New Roman"/>
          <w:sz w:val="28"/>
          <w:szCs w:val="28"/>
          <w:lang w:val="kk-KZ"/>
        </w:rPr>
        <w:t xml:space="preserve"> шеттік </w:t>
      </w:r>
      <w:r w:rsidR="00093CDE" w:rsidRPr="00B439DD">
        <w:rPr>
          <w:rFonts w:ascii="Times New Roman" w:hAnsi="Times New Roman" w:cs="Times New Roman"/>
          <w:sz w:val="28"/>
          <w:szCs w:val="28"/>
          <w:lang w:val="kk-KZ"/>
        </w:rPr>
        <w:t>есебінің бірмәнді  шешімділікке</w:t>
      </w:r>
      <w:r w:rsidR="004B7CD0" w:rsidRPr="00B439DD">
        <w:rPr>
          <w:rFonts w:ascii="Times New Roman" w:hAnsi="Times New Roman" w:cs="Times New Roman"/>
          <w:sz w:val="28"/>
          <w:szCs w:val="28"/>
          <w:lang w:val="kk-KZ"/>
        </w:rPr>
        <w:t xml:space="preserve"> дәлелдейік.</w:t>
      </w:r>
    </w:p>
    <w:p w14:paraId="0EA804D0" w14:textId="7E67F154" w:rsidR="004B7CD0" w:rsidRPr="00B439DD" w:rsidRDefault="00152387" w:rsidP="00B439DD">
      <w:pPr>
        <w:tabs>
          <w:tab w:val="left" w:pos="567"/>
        </w:tabs>
        <w:spacing w:after="0"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ab/>
      </w:r>
      <w:r w:rsidR="00093CDE" w:rsidRPr="00B439DD">
        <w:rPr>
          <w:rFonts w:ascii="Times New Roman" w:hAnsi="Times New Roman" w:cs="Times New Roman"/>
          <w:b/>
          <w:sz w:val="28"/>
          <w:szCs w:val="28"/>
          <w:lang w:val="kk-KZ"/>
        </w:rPr>
        <w:t>Анықтама 2</w:t>
      </w:r>
      <w:r w:rsidR="004B7CD0" w:rsidRPr="00B439DD">
        <w:rPr>
          <w:rFonts w:ascii="Times New Roman" w:hAnsi="Times New Roman" w:cs="Times New Roman"/>
          <w:b/>
          <w:sz w:val="28"/>
          <w:szCs w:val="28"/>
          <w:lang w:val="kk-KZ"/>
        </w:rPr>
        <w:t>.2.</w:t>
      </w:r>
      <w:r w:rsidR="004B7CD0" w:rsidRPr="00B439DD">
        <w:rPr>
          <w:rFonts w:ascii="Times New Roman" w:hAnsi="Times New Roman" w:cs="Times New Roman"/>
          <w:sz w:val="28"/>
          <w:szCs w:val="28"/>
          <w:lang w:val="kk-KZ"/>
        </w:rPr>
        <w:t xml:space="preserve"> </w:t>
      </w:r>
      <w:r w:rsidR="00093CDE" w:rsidRPr="00B439DD">
        <w:rPr>
          <w:rFonts w:ascii="Times New Roman" w:hAnsi="Times New Roman" w:cs="Times New Roman"/>
          <w:sz w:val="28"/>
          <w:szCs w:val="28"/>
          <w:lang w:val="kk-KZ"/>
        </w:rPr>
        <w:t>(2.35), (2.31), (2.36</w:t>
      </w:r>
      <w:r w:rsidR="00093CDE" w:rsidRPr="00B439DD">
        <w:rPr>
          <w:rFonts w:ascii="Times New Roman" w:hAnsi="Times New Roman" w:cs="Times New Roman"/>
          <w:sz w:val="28"/>
          <w:szCs w:val="28"/>
          <w:vertAlign w:val="subscript"/>
          <w:lang w:val="kk-KZ"/>
        </w:rPr>
        <w:t>0</w:t>
      </w:r>
      <w:r w:rsidR="00093CDE" w:rsidRPr="00B439DD">
        <w:rPr>
          <w:rFonts w:ascii="Times New Roman" w:hAnsi="Times New Roman" w:cs="Times New Roman"/>
          <w:sz w:val="28"/>
          <w:szCs w:val="28"/>
          <w:lang w:val="kk-KZ"/>
        </w:rPr>
        <w:t xml:space="preserve">) </w:t>
      </w:r>
      <w:r w:rsidR="004B7CD0" w:rsidRPr="00B439DD">
        <w:rPr>
          <w:rFonts w:ascii="Times New Roman" w:hAnsi="Times New Roman" w:cs="Times New Roman"/>
          <w:sz w:val="28"/>
          <w:szCs w:val="28"/>
          <w:lang w:val="kk-KZ"/>
        </w:rPr>
        <w:t>шеттік е</w:t>
      </w:r>
      <w:r w:rsidR="00093CDE" w:rsidRPr="00B439DD">
        <w:rPr>
          <w:rFonts w:ascii="Times New Roman" w:hAnsi="Times New Roman" w:cs="Times New Roman"/>
          <w:sz w:val="28"/>
          <w:szCs w:val="28"/>
          <w:lang w:val="kk-KZ"/>
        </w:rPr>
        <w:t>себінің жалпы шешімі деп (2.31), (2.36</w:t>
      </w:r>
      <w:r w:rsidR="00093CDE" w:rsidRPr="00B439DD">
        <w:rPr>
          <w:rFonts w:ascii="Times New Roman" w:hAnsi="Times New Roman" w:cs="Times New Roman"/>
          <w:sz w:val="28"/>
          <w:szCs w:val="28"/>
          <w:vertAlign w:val="subscript"/>
          <w:lang w:val="kk-KZ"/>
        </w:rPr>
        <w:t>0</w:t>
      </w:r>
      <w:r w:rsidR="00093CDE" w:rsidRPr="00B439DD">
        <w:rPr>
          <w:rFonts w:ascii="Times New Roman" w:hAnsi="Times New Roman" w:cs="Times New Roman"/>
          <w:sz w:val="28"/>
          <w:szCs w:val="28"/>
          <w:lang w:val="kk-KZ"/>
        </w:rPr>
        <w:t xml:space="preserve">) </w:t>
      </w:r>
      <w:r w:rsidR="004B7CD0" w:rsidRPr="00B439DD">
        <w:rPr>
          <w:rFonts w:ascii="Times New Roman" w:hAnsi="Times New Roman" w:cs="Times New Roman"/>
          <w:sz w:val="28"/>
          <w:szCs w:val="28"/>
          <w:lang w:val="kk-KZ"/>
        </w:rPr>
        <w:t xml:space="preserve">шарттарын және келесі интегралдық тепе-теңдігін қанағаттандыратын </w:t>
      </w:r>
      <w:r w:rsidR="00A135AE" w:rsidRPr="00B439DD">
        <w:rPr>
          <w:rFonts w:ascii="Times New Roman" w:hAnsi="Times New Roman" w:cs="Times New Roman"/>
          <w:noProof/>
          <w:position w:val="-16"/>
          <w:sz w:val="28"/>
          <w:szCs w:val="28"/>
        </w:rPr>
        <w:drawing>
          <wp:inline distT="0" distB="0" distL="0" distR="0" wp14:anchorId="05FC2B24" wp14:editId="7093D2B0">
            <wp:extent cx="1145540" cy="288925"/>
            <wp:effectExtent l="0" t="0" r="0" b="0"/>
            <wp:docPr id="1954" name="Рисунок 1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4"/>
                    <pic:cNvPicPr>
                      <a:picLocks noChangeAspect="1" noChangeArrowheads="1"/>
                    </pic:cNvPicPr>
                  </pic:nvPicPr>
                  <pic:blipFill>
                    <a:blip r:embed="rId2726" cstate="print">
                      <a:extLst>
                        <a:ext uri="{28A0092B-C50C-407E-A947-70E740481C1C}">
                          <a14:useLocalDpi xmlns:a14="http://schemas.microsoft.com/office/drawing/2010/main" val="0"/>
                        </a:ext>
                      </a:extLst>
                    </a:blip>
                    <a:srcRect/>
                    <a:stretch>
                      <a:fillRect/>
                    </a:stretch>
                  </pic:blipFill>
                  <pic:spPr bwMode="auto">
                    <a:xfrm>
                      <a:off x="0" y="0"/>
                      <a:ext cx="1145540" cy="288925"/>
                    </a:xfrm>
                    <a:prstGeom prst="rect">
                      <a:avLst/>
                    </a:prstGeom>
                    <a:noFill/>
                    <a:ln>
                      <a:noFill/>
                    </a:ln>
                  </pic:spPr>
                </pic:pic>
              </a:graphicData>
            </a:graphic>
          </wp:inline>
        </w:drawing>
      </w:r>
      <w:r w:rsidR="004B7CD0" w:rsidRPr="00B439DD">
        <w:rPr>
          <w:rFonts w:ascii="Times New Roman" w:hAnsi="Times New Roman" w:cs="Times New Roman"/>
          <w:sz w:val="28"/>
          <w:szCs w:val="28"/>
          <w:lang w:val="kk-KZ"/>
        </w:rPr>
        <w:t xml:space="preserve"> функциясын айтамыз:</w:t>
      </w:r>
    </w:p>
    <w:p w14:paraId="5ECD4BC5" w14:textId="77777777" w:rsidR="004B7CD0" w:rsidRPr="00B439DD" w:rsidRDefault="004B7CD0" w:rsidP="00B439DD">
      <w:pPr>
        <w:tabs>
          <w:tab w:val="left" w:pos="567"/>
        </w:tabs>
        <w:spacing w:after="0" w:line="240" w:lineRule="auto"/>
        <w:jc w:val="both"/>
        <w:rPr>
          <w:rFonts w:ascii="Times New Roman" w:hAnsi="Times New Roman" w:cs="Times New Roman"/>
          <w:sz w:val="28"/>
          <w:szCs w:val="28"/>
          <w:lang w:val="kk-KZ"/>
        </w:rPr>
      </w:pPr>
    </w:p>
    <w:p w14:paraId="04E0A4DA" w14:textId="36AD6CF6" w:rsidR="004B7CD0" w:rsidRPr="00B439DD" w:rsidRDefault="00A135AE" w:rsidP="00B439DD">
      <w:pPr>
        <w:spacing w:after="0" w:line="240" w:lineRule="auto"/>
        <w:jc w:val="right"/>
        <w:rPr>
          <w:rFonts w:ascii="Times New Roman" w:hAnsi="Times New Roman" w:cs="Times New Roman"/>
          <w:sz w:val="28"/>
          <w:szCs w:val="28"/>
          <w:lang w:val="kk-KZ"/>
        </w:rPr>
      </w:pPr>
      <w:r w:rsidRPr="00B439DD">
        <w:rPr>
          <w:rFonts w:ascii="Times New Roman" w:hAnsi="Times New Roman" w:cs="Times New Roman"/>
          <w:noProof/>
          <w:position w:val="-38"/>
          <w:sz w:val="28"/>
          <w:szCs w:val="28"/>
        </w:rPr>
        <w:drawing>
          <wp:inline distT="0" distB="0" distL="0" distR="0" wp14:anchorId="360FAF2A" wp14:editId="5F445757">
            <wp:extent cx="4475480" cy="462280"/>
            <wp:effectExtent l="0" t="0" r="0" b="0"/>
            <wp:docPr id="1955" name="Рисунок 1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5"/>
                    <pic:cNvPicPr>
                      <a:picLocks noChangeAspect="1" noChangeArrowheads="1"/>
                    </pic:cNvPicPr>
                  </pic:nvPicPr>
                  <pic:blipFill>
                    <a:blip r:embed="rId2727" cstate="print">
                      <a:extLst>
                        <a:ext uri="{28A0092B-C50C-407E-A947-70E740481C1C}">
                          <a14:useLocalDpi xmlns:a14="http://schemas.microsoft.com/office/drawing/2010/main" val="0"/>
                        </a:ext>
                      </a:extLst>
                    </a:blip>
                    <a:srcRect/>
                    <a:stretch>
                      <a:fillRect/>
                    </a:stretch>
                  </pic:blipFill>
                  <pic:spPr bwMode="auto">
                    <a:xfrm>
                      <a:off x="0" y="0"/>
                      <a:ext cx="4475480" cy="462280"/>
                    </a:xfrm>
                    <a:prstGeom prst="rect">
                      <a:avLst/>
                    </a:prstGeom>
                    <a:noFill/>
                    <a:ln>
                      <a:noFill/>
                    </a:ln>
                  </pic:spPr>
                </pic:pic>
              </a:graphicData>
            </a:graphic>
          </wp:inline>
        </w:drawing>
      </w:r>
      <w:r w:rsidR="00093CDE" w:rsidRPr="00B439DD">
        <w:rPr>
          <w:rFonts w:ascii="Times New Roman" w:hAnsi="Times New Roman" w:cs="Times New Roman"/>
          <w:sz w:val="28"/>
          <w:szCs w:val="28"/>
          <w:lang w:val="kk-KZ"/>
        </w:rPr>
        <w:tab/>
      </w:r>
      <w:r w:rsidR="00093CDE" w:rsidRPr="00B439DD">
        <w:rPr>
          <w:rFonts w:ascii="Times New Roman" w:hAnsi="Times New Roman" w:cs="Times New Roman"/>
          <w:sz w:val="28"/>
          <w:szCs w:val="28"/>
          <w:lang w:val="kk-KZ"/>
        </w:rPr>
        <w:tab/>
        <w:t>(2.3</w:t>
      </w:r>
      <w:r w:rsidR="004B7CD0" w:rsidRPr="00B439DD">
        <w:rPr>
          <w:rFonts w:ascii="Times New Roman" w:hAnsi="Times New Roman" w:cs="Times New Roman"/>
          <w:sz w:val="28"/>
          <w:szCs w:val="28"/>
          <w:lang w:val="kk-KZ"/>
        </w:rPr>
        <w:t>7)</w:t>
      </w:r>
    </w:p>
    <w:p w14:paraId="39210255" w14:textId="77777777" w:rsidR="004B7CD0" w:rsidRPr="00B439DD" w:rsidRDefault="004B7CD0" w:rsidP="00B439DD">
      <w:pPr>
        <w:spacing w:after="0" w:line="240" w:lineRule="auto"/>
        <w:rPr>
          <w:rFonts w:ascii="Times New Roman" w:hAnsi="Times New Roman" w:cs="Times New Roman"/>
          <w:sz w:val="28"/>
          <w:szCs w:val="28"/>
          <w:lang w:val="kk-KZ"/>
        </w:rPr>
      </w:pPr>
    </w:p>
    <w:p w14:paraId="42634721" w14:textId="649BD943" w:rsidR="004B7CD0" w:rsidRPr="00B439DD" w:rsidRDefault="004B7CD0" w:rsidP="00B439DD">
      <w:pPr>
        <w:spacing w:after="0" w:line="240" w:lineRule="auto"/>
        <w:rPr>
          <w:rFonts w:ascii="Times New Roman" w:hAnsi="Times New Roman" w:cs="Times New Roman"/>
          <w:sz w:val="28"/>
          <w:szCs w:val="28"/>
          <w:lang w:val="kk-KZ"/>
        </w:rPr>
      </w:pPr>
      <w:r w:rsidRPr="00B439DD">
        <w:rPr>
          <w:rFonts w:ascii="Times New Roman" w:hAnsi="Times New Roman" w:cs="Times New Roman"/>
          <w:sz w:val="28"/>
          <w:szCs w:val="28"/>
          <w:lang w:val="kk-KZ"/>
        </w:rPr>
        <w:t xml:space="preserve">мұндағы </w:t>
      </w:r>
      <w:r w:rsidR="00A135AE" w:rsidRPr="00B439DD">
        <w:rPr>
          <w:rFonts w:ascii="Times New Roman" w:hAnsi="Times New Roman" w:cs="Times New Roman"/>
          <w:noProof/>
          <w:position w:val="-14"/>
          <w:sz w:val="28"/>
          <w:szCs w:val="28"/>
        </w:rPr>
        <w:drawing>
          <wp:inline distT="0" distB="0" distL="0" distR="0" wp14:anchorId="12BFA2BF" wp14:editId="381A50D5">
            <wp:extent cx="914400" cy="288925"/>
            <wp:effectExtent l="0" t="0" r="0" b="0"/>
            <wp:docPr id="1956" name="Рисунок 1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6"/>
                    <pic:cNvPicPr>
                      <a:picLocks noChangeAspect="1" noChangeArrowheads="1"/>
                    </pic:cNvPicPr>
                  </pic:nvPicPr>
                  <pic:blipFill>
                    <a:blip r:embed="rId2728" cstate="print">
                      <a:extLst>
                        <a:ext uri="{28A0092B-C50C-407E-A947-70E740481C1C}">
                          <a14:useLocalDpi xmlns:a14="http://schemas.microsoft.com/office/drawing/2010/main" val="0"/>
                        </a:ext>
                      </a:extLst>
                    </a:blip>
                    <a:srcRect/>
                    <a:stretch>
                      <a:fillRect/>
                    </a:stretch>
                  </pic:blipFill>
                  <pic:spPr bwMode="auto">
                    <a:xfrm>
                      <a:off x="0" y="0"/>
                      <a:ext cx="914400" cy="288925"/>
                    </a:xfrm>
                    <a:prstGeom prst="rect">
                      <a:avLst/>
                    </a:prstGeom>
                    <a:noFill/>
                    <a:ln>
                      <a:noFill/>
                    </a:ln>
                  </pic:spPr>
                </pic:pic>
              </a:graphicData>
            </a:graphic>
          </wp:inline>
        </w:drawing>
      </w:r>
      <w:r w:rsidRPr="00B439DD">
        <w:rPr>
          <w:rFonts w:ascii="Times New Roman" w:hAnsi="Times New Roman" w:cs="Times New Roman"/>
          <w:sz w:val="28"/>
          <w:szCs w:val="28"/>
          <w:lang w:val="kk-KZ"/>
        </w:rPr>
        <w:t>.</w:t>
      </w:r>
    </w:p>
    <w:p w14:paraId="75AC8511" w14:textId="023B5507" w:rsidR="004B7CD0" w:rsidRPr="00B439DD" w:rsidRDefault="00093CDE" w:rsidP="00B439DD">
      <w:pPr>
        <w:spacing w:after="0" w:line="240" w:lineRule="auto"/>
        <w:ind w:firstLine="708"/>
        <w:jc w:val="both"/>
        <w:rPr>
          <w:rFonts w:ascii="Times New Roman" w:hAnsi="Times New Roman" w:cs="Times New Roman"/>
          <w:sz w:val="28"/>
          <w:szCs w:val="28"/>
          <w:lang w:val="kk-KZ"/>
        </w:rPr>
      </w:pPr>
      <w:r w:rsidRPr="00B439DD">
        <w:rPr>
          <w:rFonts w:ascii="Times New Roman" w:hAnsi="Times New Roman" w:cs="Times New Roman"/>
          <w:b/>
          <w:bCs/>
          <w:sz w:val="28"/>
          <w:szCs w:val="28"/>
          <w:lang w:val="kk-KZ"/>
        </w:rPr>
        <w:t>Теорема 2.5</w:t>
      </w:r>
      <w:r w:rsidR="004B7CD0" w:rsidRPr="00B439DD">
        <w:rPr>
          <w:rFonts w:ascii="Times New Roman" w:hAnsi="Times New Roman" w:cs="Times New Roman"/>
          <w:b/>
          <w:bCs/>
          <w:sz w:val="28"/>
          <w:szCs w:val="28"/>
          <w:lang w:val="kk-KZ"/>
        </w:rPr>
        <w:t>.</w:t>
      </w:r>
      <w:r w:rsidR="004B7CD0" w:rsidRPr="00B439DD">
        <w:rPr>
          <w:rFonts w:ascii="Times New Roman" w:hAnsi="Times New Roman" w:cs="Times New Roman"/>
          <w:sz w:val="28"/>
          <w:szCs w:val="28"/>
          <w:lang w:val="kk-KZ"/>
        </w:rPr>
        <w:t xml:space="preserve"> </w:t>
      </w:r>
      <w:r w:rsidR="00D61D54">
        <w:rPr>
          <w:rFonts w:ascii="Times New Roman" w:hAnsi="Times New Roman" w:cs="Times New Roman"/>
          <w:sz w:val="28"/>
          <w:szCs w:val="28"/>
          <w:lang w:val="kk-KZ"/>
        </w:rPr>
        <w:t>2.4</w:t>
      </w:r>
      <w:r w:rsidR="004B7CD0" w:rsidRPr="00B439DD">
        <w:rPr>
          <w:rFonts w:ascii="Times New Roman" w:hAnsi="Times New Roman" w:cs="Times New Roman"/>
          <w:sz w:val="28"/>
          <w:szCs w:val="28"/>
          <w:lang w:val="kk-KZ"/>
        </w:rPr>
        <w:t xml:space="preserve">-ші теореманың шарттары орындалсын, онда </w:t>
      </w:r>
      <w:r w:rsidRPr="00B439DD">
        <w:rPr>
          <w:rFonts w:ascii="Times New Roman" w:hAnsi="Times New Roman" w:cs="Times New Roman"/>
          <w:sz w:val="28"/>
          <w:szCs w:val="28"/>
          <w:lang w:val="kk-KZ"/>
        </w:rPr>
        <w:t>(2.35), (2.31), (2.36</w:t>
      </w:r>
      <w:r w:rsidRPr="00B439DD">
        <w:rPr>
          <w:rFonts w:ascii="Times New Roman" w:hAnsi="Times New Roman" w:cs="Times New Roman"/>
          <w:sz w:val="28"/>
          <w:szCs w:val="28"/>
          <w:vertAlign w:val="subscript"/>
          <w:lang w:val="kk-KZ"/>
        </w:rPr>
        <w:t>0</w:t>
      </w:r>
      <w:r w:rsidRPr="00B439DD">
        <w:rPr>
          <w:rFonts w:ascii="Times New Roman" w:hAnsi="Times New Roman" w:cs="Times New Roman"/>
          <w:sz w:val="28"/>
          <w:szCs w:val="28"/>
          <w:lang w:val="kk-KZ"/>
        </w:rPr>
        <w:t xml:space="preserve">) </w:t>
      </w:r>
      <w:r w:rsidR="004B7CD0" w:rsidRPr="00B439DD">
        <w:rPr>
          <w:rFonts w:ascii="Times New Roman" w:hAnsi="Times New Roman" w:cs="Times New Roman"/>
          <w:sz w:val="28"/>
          <w:szCs w:val="28"/>
          <w:lang w:val="kk-KZ"/>
        </w:rPr>
        <w:t xml:space="preserve">шеттік есебінің </w:t>
      </w:r>
      <w:r w:rsidR="00A135AE" w:rsidRPr="00B439DD">
        <w:rPr>
          <w:rFonts w:ascii="Times New Roman" w:hAnsi="Times New Roman" w:cs="Times New Roman"/>
          <w:noProof/>
          <w:position w:val="-16"/>
          <w:sz w:val="28"/>
          <w:szCs w:val="28"/>
        </w:rPr>
        <w:drawing>
          <wp:inline distT="0" distB="0" distL="0" distR="0" wp14:anchorId="2C89AAAA" wp14:editId="1D8D5CAA">
            <wp:extent cx="731520" cy="250190"/>
            <wp:effectExtent l="0" t="0" r="0" b="0"/>
            <wp:docPr id="1958" name="Рисунок 1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8"/>
                    <pic:cNvPicPr>
                      <a:picLocks noChangeAspect="1" noChangeArrowheads="1"/>
                    </pic:cNvPicPr>
                  </pic:nvPicPr>
                  <pic:blipFill>
                    <a:blip r:embed="rId2729" cstate="print">
                      <a:extLst>
                        <a:ext uri="{28A0092B-C50C-407E-A947-70E740481C1C}">
                          <a14:useLocalDpi xmlns:a14="http://schemas.microsoft.com/office/drawing/2010/main" val="0"/>
                        </a:ext>
                      </a:extLst>
                    </a:blip>
                    <a:srcRect/>
                    <a:stretch>
                      <a:fillRect/>
                    </a:stretch>
                  </pic:blipFill>
                  <pic:spPr bwMode="auto">
                    <a:xfrm>
                      <a:off x="0" y="0"/>
                      <a:ext cx="731520" cy="250190"/>
                    </a:xfrm>
                    <a:prstGeom prst="rect">
                      <a:avLst/>
                    </a:prstGeom>
                    <a:noFill/>
                    <a:ln>
                      <a:noFill/>
                    </a:ln>
                  </pic:spPr>
                </pic:pic>
              </a:graphicData>
            </a:graphic>
          </wp:inline>
        </w:drawing>
      </w:r>
      <w:r w:rsidR="004B7CD0" w:rsidRPr="00B439DD">
        <w:rPr>
          <w:rFonts w:ascii="Times New Roman" w:hAnsi="Times New Roman" w:cs="Times New Roman"/>
          <w:position w:val="-14"/>
          <w:sz w:val="28"/>
          <w:szCs w:val="28"/>
          <w:lang w:val="kk-KZ"/>
        </w:rPr>
        <w:t xml:space="preserve"> </w:t>
      </w:r>
      <w:r w:rsidR="004B7CD0" w:rsidRPr="00B439DD">
        <w:rPr>
          <w:rFonts w:ascii="Times New Roman" w:hAnsi="Times New Roman" w:cs="Times New Roman"/>
          <w:sz w:val="28"/>
          <w:szCs w:val="28"/>
          <w:lang w:val="kk-KZ"/>
        </w:rPr>
        <w:t xml:space="preserve">жалғыз ғана жалпылама шешімі бар болады. </w:t>
      </w:r>
    </w:p>
    <w:p w14:paraId="7679D356" w14:textId="5F61EEE6" w:rsidR="004B7CD0" w:rsidRPr="00B439DD" w:rsidRDefault="004B7CD0" w:rsidP="00B439DD">
      <w:pPr>
        <w:spacing w:after="0" w:line="240" w:lineRule="auto"/>
        <w:ind w:firstLine="708"/>
        <w:jc w:val="both"/>
        <w:rPr>
          <w:rFonts w:ascii="Times New Roman" w:hAnsi="Times New Roman" w:cs="Times New Roman"/>
          <w:sz w:val="28"/>
          <w:szCs w:val="28"/>
          <w:lang w:val="kk-KZ"/>
        </w:rPr>
      </w:pPr>
      <w:r w:rsidRPr="00B439DD">
        <w:rPr>
          <w:rFonts w:ascii="Times New Roman" w:hAnsi="Times New Roman" w:cs="Times New Roman"/>
          <w:b/>
          <w:bCs/>
          <w:sz w:val="28"/>
          <w:szCs w:val="28"/>
          <w:lang w:val="kk-KZ"/>
        </w:rPr>
        <w:t xml:space="preserve">Дәлелдеуі. </w:t>
      </w:r>
      <w:r w:rsidR="00A135AE" w:rsidRPr="00B439DD">
        <w:rPr>
          <w:rFonts w:ascii="Times New Roman" w:hAnsi="Times New Roman" w:cs="Times New Roman"/>
          <w:noProof/>
          <w:position w:val="-16"/>
          <w:sz w:val="28"/>
          <w:szCs w:val="28"/>
        </w:rPr>
        <w:drawing>
          <wp:inline distT="0" distB="0" distL="0" distR="0" wp14:anchorId="3865124D" wp14:editId="45FF9470">
            <wp:extent cx="529590" cy="288925"/>
            <wp:effectExtent l="0" t="0" r="0" b="0"/>
            <wp:docPr id="1959" name="Рисунок 1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9"/>
                    <pic:cNvPicPr>
                      <a:picLocks noChangeAspect="1" noChangeArrowheads="1"/>
                    </pic:cNvPicPr>
                  </pic:nvPicPr>
                  <pic:blipFill>
                    <a:blip r:embed="rId2730" cstate="print">
                      <a:extLst>
                        <a:ext uri="{28A0092B-C50C-407E-A947-70E740481C1C}">
                          <a14:useLocalDpi xmlns:a14="http://schemas.microsoft.com/office/drawing/2010/main" val="0"/>
                        </a:ext>
                      </a:extLst>
                    </a:blip>
                    <a:srcRect/>
                    <a:stretch>
                      <a:fillRect/>
                    </a:stretch>
                  </pic:blipFill>
                  <pic:spPr bwMode="auto">
                    <a:xfrm>
                      <a:off x="0" y="0"/>
                      <a:ext cx="529590" cy="288925"/>
                    </a:xfrm>
                    <a:prstGeom prst="rect">
                      <a:avLst/>
                    </a:prstGeom>
                    <a:noFill/>
                    <a:ln>
                      <a:noFill/>
                    </a:ln>
                  </pic:spPr>
                </pic:pic>
              </a:graphicData>
            </a:graphic>
          </wp:inline>
        </w:drawing>
      </w:r>
      <w:r w:rsidRPr="00B439DD">
        <w:rPr>
          <w:rFonts w:ascii="Times New Roman" w:hAnsi="Times New Roman" w:cs="Times New Roman"/>
          <w:sz w:val="28"/>
          <w:szCs w:val="28"/>
          <w:lang w:val="kk-KZ"/>
        </w:rPr>
        <w:t xml:space="preserve"> кеңістігінде </w:t>
      </w:r>
      <w:r w:rsidR="00093CDE" w:rsidRPr="00B439DD">
        <w:rPr>
          <w:rFonts w:ascii="Times New Roman" w:hAnsi="Times New Roman" w:cs="Times New Roman"/>
          <w:sz w:val="28"/>
          <w:szCs w:val="28"/>
          <w:lang w:val="kk-KZ"/>
        </w:rPr>
        <w:t>(2.35), (2.31), (2.36</w:t>
      </w:r>
      <w:r w:rsidR="00093CDE" w:rsidRPr="00B439DD">
        <w:rPr>
          <w:rFonts w:ascii="Times New Roman" w:hAnsi="Times New Roman" w:cs="Times New Roman"/>
          <w:sz w:val="28"/>
          <w:szCs w:val="28"/>
          <w:vertAlign w:val="subscript"/>
          <w:lang w:val="kk-KZ"/>
        </w:rPr>
        <w:t>0</w:t>
      </w:r>
      <w:r w:rsidR="00093CDE" w:rsidRPr="00B439DD">
        <w:rPr>
          <w:rFonts w:ascii="Times New Roman" w:hAnsi="Times New Roman" w:cs="Times New Roman"/>
          <w:sz w:val="28"/>
          <w:szCs w:val="28"/>
          <w:lang w:val="kk-KZ"/>
        </w:rPr>
        <w:t xml:space="preserve">) </w:t>
      </w:r>
      <w:r w:rsidRPr="00B439DD">
        <w:rPr>
          <w:rFonts w:ascii="Times New Roman" w:hAnsi="Times New Roman" w:cs="Times New Roman"/>
          <w:sz w:val="28"/>
          <w:szCs w:val="28"/>
          <w:lang w:val="kk-KZ"/>
        </w:rPr>
        <w:t xml:space="preserve">шеттік есебінің шешімділігін Галеркин әдісімен дәлелдейміз. </w:t>
      </w:r>
      <w:r w:rsidR="00A135AE" w:rsidRPr="00B439DD">
        <w:rPr>
          <w:rFonts w:ascii="Times New Roman" w:hAnsi="Times New Roman" w:cs="Times New Roman"/>
          <w:noProof/>
          <w:position w:val="-12"/>
          <w:sz w:val="28"/>
          <w:szCs w:val="28"/>
        </w:rPr>
        <w:drawing>
          <wp:inline distT="0" distB="0" distL="0" distR="0" wp14:anchorId="643143D0" wp14:editId="77010112">
            <wp:extent cx="596900" cy="250190"/>
            <wp:effectExtent l="0" t="0" r="0" b="0"/>
            <wp:docPr id="1961" name="Рисунок 1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1"/>
                    <pic:cNvPicPr>
                      <a:picLocks noChangeAspect="1" noChangeArrowheads="1"/>
                    </pic:cNvPicPr>
                  </pic:nvPicPr>
                  <pic:blipFill>
                    <a:blip r:embed="rId2731" cstate="print">
                      <a:extLst>
                        <a:ext uri="{28A0092B-C50C-407E-A947-70E740481C1C}">
                          <a14:useLocalDpi xmlns:a14="http://schemas.microsoft.com/office/drawing/2010/main" val="0"/>
                        </a:ext>
                      </a:extLst>
                    </a:blip>
                    <a:srcRect/>
                    <a:stretch>
                      <a:fillRect/>
                    </a:stretch>
                  </pic:blipFill>
                  <pic:spPr bwMode="auto">
                    <a:xfrm>
                      <a:off x="0" y="0"/>
                      <a:ext cx="596900" cy="250190"/>
                    </a:xfrm>
                    <a:prstGeom prst="rect">
                      <a:avLst/>
                    </a:prstGeom>
                    <a:noFill/>
                    <a:ln>
                      <a:noFill/>
                    </a:ln>
                  </pic:spPr>
                </pic:pic>
              </a:graphicData>
            </a:graphic>
          </wp:inline>
        </w:drawing>
      </w:r>
      <w:r w:rsidRPr="00B439DD">
        <w:rPr>
          <w:rFonts w:ascii="Times New Roman" w:hAnsi="Times New Roman" w:cs="Times New Roman"/>
          <w:sz w:val="28"/>
          <w:szCs w:val="28"/>
          <w:lang w:val="kk-KZ"/>
        </w:rPr>
        <w:t xml:space="preserve"> жуық шешімдерін келесі түрде іздейміз:</w:t>
      </w:r>
    </w:p>
    <w:p w14:paraId="3AAD7551" w14:textId="77777777" w:rsidR="0093137B" w:rsidRPr="00B439DD" w:rsidRDefault="0093137B" w:rsidP="00B439DD">
      <w:pPr>
        <w:spacing w:after="0" w:line="240" w:lineRule="auto"/>
        <w:ind w:firstLine="708"/>
        <w:jc w:val="both"/>
        <w:rPr>
          <w:rFonts w:ascii="Times New Roman" w:hAnsi="Times New Roman" w:cs="Times New Roman"/>
          <w:sz w:val="28"/>
          <w:szCs w:val="28"/>
          <w:lang w:val="kk-KZ"/>
        </w:rPr>
      </w:pPr>
    </w:p>
    <w:p w14:paraId="2B7A6DA2" w14:textId="311841AB" w:rsidR="004B7CD0" w:rsidRPr="00B439DD" w:rsidRDefault="00A135AE" w:rsidP="00B439DD">
      <w:pPr>
        <w:spacing w:after="0" w:line="240" w:lineRule="auto"/>
        <w:jc w:val="right"/>
        <w:rPr>
          <w:rFonts w:ascii="Times New Roman" w:hAnsi="Times New Roman" w:cs="Times New Roman"/>
          <w:sz w:val="28"/>
          <w:szCs w:val="28"/>
          <w:lang w:val="kk-KZ"/>
        </w:rPr>
      </w:pPr>
      <w:r w:rsidRPr="00B439DD">
        <w:rPr>
          <w:rFonts w:ascii="Times New Roman" w:hAnsi="Times New Roman" w:cs="Times New Roman"/>
          <w:noProof/>
          <w:position w:val="-36"/>
          <w:sz w:val="28"/>
          <w:szCs w:val="28"/>
        </w:rPr>
        <w:drawing>
          <wp:inline distT="0" distB="0" distL="0" distR="0" wp14:anchorId="510366AA" wp14:editId="5550A09C">
            <wp:extent cx="1857375" cy="529590"/>
            <wp:effectExtent l="0" t="0" r="9525" b="3810"/>
            <wp:docPr id="1962" name="Рисунок 1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2"/>
                    <pic:cNvPicPr>
                      <a:picLocks noChangeAspect="1" noChangeArrowheads="1"/>
                    </pic:cNvPicPr>
                  </pic:nvPicPr>
                  <pic:blipFill>
                    <a:blip r:embed="rId2732" cstate="print">
                      <a:extLst>
                        <a:ext uri="{28A0092B-C50C-407E-A947-70E740481C1C}">
                          <a14:useLocalDpi xmlns:a14="http://schemas.microsoft.com/office/drawing/2010/main" val="0"/>
                        </a:ext>
                      </a:extLst>
                    </a:blip>
                    <a:srcRect/>
                    <a:stretch>
                      <a:fillRect/>
                    </a:stretch>
                  </pic:blipFill>
                  <pic:spPr bwMode="auto">
                    <a:xfrm>
                      <a:off x="0" y="0"/>
                      <a:ext cx="1857375" cy="529590"/>
                    </a:xfrm>
                    <a:prstGeom prst="rect">
                      <a:avLst/>
                    </a:prstGeom>
                    <a:noFill/>
                    <a:ln>
                      <a:noFill/>
                    </a:ln>
                  </pic:spPr>
                </pic:pic>
              </a:graphicData>
            </a:graphic>
          </wp:inline>
        </w:drawing>
      </w:r>
      <w:r w:rsidR="00132EB0" w:rsidRPr="00B439DD">
        <w:rPr>
          <w:rFonts w:ascii="Times New Roman" w:hAnsi="Times New Roman" w:cs="Times New Roman"/>
          <w:sz w:val="28"/>
          <w:szCs w:val="28"/>
          <w:lang w:val="kk-KZ"/>
        </w:rPr>
        <w:tab/>
      </w:r>
      <w:r w:rsidR="00132EB0" w:rsidRPr="00B439DD">
        <w:rPr>
          <w:rFonts w:ascii="Times New Roman" w:hAnsi="Times New Roman" w:cs="Times New Roman"/>
          <w:sz w:val="28"/>
          <w:szCs w:val="28"/>
          <w:lang w:val="kk-KZ"/>
        </w:rPr>
        <w:tab/>
      </w:r>
      <w:r w:rsidR="00132EB0" w:rsidRPr="00B439DD">
        <w:rPr>
          <w:rFonts w:ascii="Times New Roman" w:hAnsi="Times New Roman" w:cs="Times New Roman"/>
          <w:sz w:val="28"/>
          <w:szCs w:val="28"/>
          <w:lang w:val="kk-KZ"/>
        </w:rPr>
        <w:tab/>
      </w:r>
      <w:r w:rsidR="00132EB0" w:rsidRPr="00B439DD">
        <w:rPr>
          <w:rFonts w:ascii="Times New Roman" w:hAnsi="Times New Roman" w:cs="Times New Roman"/>
          <w:sz w:val="28"/>
          <w:szCs w:val="28"/>
          <w:lang w:val="kk-KZ"/>
        </w:rPr>
        <w:tab/>
      </w:r>
      <w:r w:rsidR="00132EB0" w:rsidRPr="00B439DD">
        <w:rPr>
          <w:rFonts w:ascii="Times New Roman" w:hAnsi="Times New Roman" w:cs="Times New Roman"/>
          <w:sz w:val="28"/>
          <w:szCs w:val="28"/>
          <w:lang w:val="kk-KZ"/>
        </w:rPr>
        <w:tab/>
        <w:t>(2.3</w:t>
      </w:r>
      <w:r w:rsidR="004B7CD0" w:rsidRPr="00B439DD">
        <w:rPr>
          <w:rFonts w:ascii="Times New Roman" w:hAnsi="Times New Roman" w:cs="Times New Roman"/>
          <w:sz w:val="28"/>
          <w:szCs w:val="28"/>
          <w:lang w:val="kk-KZ"/>
        </w:rPr>
        <w:t>8)</w:t>
      </w:r>
    </w:p>
    <w:p w14:paraId="12CCA517" w14:textId="77777777" w:rsidR="004B7CD0" w:rsidRPr="00B439DD" w:rsidRDefault="004B7CD0" w:rsidP="00B439DD">
      <w:pPr>
        <w:spacing w:after="0" w:line="240" w:lineRule="auto"/>
        <w:rPr>
          <w:rFonts w:ascii="Times New Roman" w:hAnsi="Times New Roman" w:cs="Times New Roman"/>
          <w:sz w:val="28"/>
          <w:szCs w:val="28"/>
          <w:lang w:val="kk-KZ"/>
        </w:rPr>
      </w:pPr>
    </w:p>
    <w:p w14:paraId="4FE61089" w14:textId="57D52D56" w:rsidR="004B7CD0" w:rsidRPr="00B439DD" w:rsidRDefault="004B7CD0" w:rsidP="00B439DD">
      <w:pPr>
        <w:spacing w:after="0" w:line="240" w:lineRule="auto"/>
        <w:jc w:val="both"/>
        <w:rPr>
          <w:rFonts w:ascii="Times New Roman" w:hAnsi="Times New Roman" w:cs="Times New Roman"/>
          <w:sz w:val="28"/>
          <w:szCs w:val="28"/>
          <w:lang w:val="kk-KZ"/>
        </w:rPr>
      </w:pPr>
      <w:r w:rsidRPr="00B439DD">
        <w:rPr>
          <w:rFonts w:ascii="Times New Roman" w:hAnsi="Times New Roman" w:cs="Times New Roman"/>
          <w:sz w:val="28"/>
          <w:szCs w:val="28"/>
          <w:lang w:val="kk-KZ"/>
        </w:rPr>
        <w:t xml:space="preserve">мұндағы, </w:t>
      </w:r>
      <w:r w:rsidR="00A135AE" w:rsidRPr="00B439DD">
        <w:rPr>
          <w:rFonts w:ascii="Times New Roman" w:hAnsi="Times New Roman" w:cs="Times New Roman"/>
          <w:noProof/>
          <w:position w:val="-16"/>
          <w:sz w:val="28"/>
          <w:szCs w:val="28"/>
        </w:rPr>
        <w:drawing>
          <wp:inline distT="0" distB="0" distL="0" distR="0" wp14:anchorId="0A867B60" wp14:editId="0812E483">
            <wp:extent cx="760095" cy="250190"/>
            <wp:effectExtent l="0" t="0" r="1905" b="0"/>
            <wp:docPr id="1963" name="Рисунок 1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3"/>
                    <pic:cNvPicPr>
                      <a:picLocks noChangeAspect="1" noChangeArrowheads="1"/>
                    </pic:cNvPicPr>
                  </pic:nvPicPr>
                  <pic:blipFill>
                    <a:blip r:embed="rId2733" cstate="print">
                      <a:extLst>
                        <a:ext uri="{28A0092B-C50C-407E-A947-70E740481C1C}">
                          <a14:useLocalDpi xmlns:a14="http://schemas.microsoft.com/office/drawing/2010/main" val="0"/>
                        </a:ext>
                      </a:extLst>
                    </a:blip>
                    <a:srcRect/>
                    <a:stretch>
                      <a:fillRect/>
                    </a:stretch>
                  </pic:blipFill>
                  <pic:spPr bwMode="auto">
                    <a:xfrm>
                      <a:off x="0" y="0"/>
                      <a:ext cx="760095" cy="250190"/>
                    </a:xfrm>
                    <a:prstGeom prst="rect">
                      <a:avLst/>
                    </a:prstGeom>
                    <a:noFill/>
                    <a:ln>
                      <a:noFill/>
                    </a:ln>
                  </pic:spPr>
                </pic:pic>
              </a:graphicData>
            </a:graphic>
          </wp:inline>
        </w:drawing>
      </w:r>
      <w:r w:rsidRPr="00B439DD">
        <w:rPr>
          <w:rFonts w:ascii="Times New Roman" w:hAnsi="Times New Roman" w:cs="Times New Roman"/>
          <w:sz w:val="28"/>
          <w:szCs w:val="28"/>
          <w:lang w:val="kk-KZ"/>
        </w:rPr>
        <w:t xml:space="preserve"> - </w:t>
      </w:r>
      <w:r w:rsidR="00A135AE" w:rsidRPr="00B439DD">
        <w:rPr>
          <w:rFonts w:ascii="Times New Roman" w:hAnsi="Times New Roman" w:cs="Times New Roman"/>
          <w:noProof/>
          <w:position w:val="-14"/>
          <w:sz w:val="28"/>
          <w:szCs w:val="28"/>
        </w:rPr>
        <w:drawing>
          <wp:inline distT="0" distB="0" distL="0" distR="0" wp14:anchorId="6437CFC4" wp14:editId="438119D4">
            <wp:extent cx="1231900" cy="384810"/>
            <wp:effectExtent l="0" t="0" r="6350" b="0"/>
            <wp:docPr id="1964" name="Рисунок 1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4"/>
                    <pic:cNvPicPr>
                      <a:picLocks noChangeAspect="1" noChangeArrowheads="1"/>
                    </pic:cNvPicPr>
                  </pic:nvPicPr>
                  <pic:blipFill>
                    <a:blip r:embed="rId2734" cstate="print">
                      <a:extLst>
                        <a:ext uri="{28A0092B-C50C-407E-A947-70E740481C1C}">
                          <a14:useLocalDpi xmlns:a14="http://schemas.microsoft.com/office/drawing/2010/main" val="0"/>
                        </a:ext>
                      </a:extLst>
                    </a:blip>
                    <a:srcRect/>
                    <a:stretch>
                      <a:fillRect/>
                    </a:stretch>
                  </pic:blipFill>
                  <pic:spPr bwMode="auto">
                    <a:xfrm>
                      <a:off x="0" y="0"/>
                      <a:ext cx="1231900" cy="384810"/>
                    </a:xfrm>
                    <a:prstGeom prst="rect">
                      <a:avLst/>
                    </a:prstGeom>
                    <a:noFill/>
                    <a:ln>
                      <a:noFill/>
                    </a:ln>
                  </pic:spPr>
                </pic:pic>
              </a:graphicData>
            </a:graphic>
          </wp:inline>
        </w:drawing>
      </w:r>
      <w:r w:rsidRPr="00B439DD">
        <w:rPr>
          <w:rFonts w:ascii="Times New Roman" w:hAnsi="Times New Roman" w:cs="Times New Roman"/>
          <w:sz w:val="28"/>
          <w:szCs w:val="28"/>
          <w:lang w:val="kk-KZ"/>
        </w:rPr>
        <w:t xml:space="preserve"> кеңістігінің базисі, бұлар төмендегі шеттік есебінің меншікті функцияларынан құралған:</w:t>
      </w:r>
    </w:p>
    <w:p w14:paraId="481545EA" w14:textId="77777777" w:rsidR="004B7CD0" w:rsidRPr="00B439DD" w:rsidRDefault="004B7CD0" w:rsidP="00B439DD">
      <w:pPr>
        <w:spacing w:after="0" w:line="240" w:lineRule="auto"/>
        <w:jc w:val="both"/>
        <w:rPr>
          <w:rFonts w:ascii="Times New Roman" w:hAnsi="Times New Roman" w:cs="Times New Roman"/>
          <w:sz w:val="28"/>
          <w:szCs w:val="28"/>
          <w:lang w:val="kk-KZ"/>
        </w:rPr>
      </w:pPr>
    </w:p>
    <w:p w14:paraId="7327FC4B" w14:textId="0856CF81" w:rsidR="004B7CD0" w:rsidRPr="00B439DD" w:rsidRDefault="00A135AE" w:rsidP="00152387">
      <w:pPr>
        <w:spacing w:after="0" w:line="240" w:lineRule="auto"/>
        <w:jc w:val="center"/>
        <w:rPr>
          <w:rFonts w:ascii="Times New Roman" w:hAnsi="Times New Roman" w:cs="Times New Roman"/>
          <w:position w:val="-68"/>
          <w:sz w:val="28"/>
          <w:szCs w:val="28"/>
          <w:lang w:val="kk-KZ"/>
        </w:rPr>
      </w:pPr>
      <w:r w:rsidRPr="00B439DD">
        <w:rPr>
          <w:rFonts w:ascii="Times New Roman" w:hAnsi="Times New Roman" w:cs="Times New Roman"/>
          <w:noProof/>
          <w:position w:val="-68"/>
          <w:sz w:val="28"/>
          <w:szCs w:val="28"/>
        </w:rPr>
        <w:drawing>
          <wp:inline distT="0" distB="0" distL="0" distR="0" wp14:anchorId="4C2A6D64" wp14:editId="446596CB">
            <wp:extent cx="2954655" cy="942975"/>
            <wp:effectExtent l="0" t="0" r="0" b="9525"/>
            <wp:docPr id="1965" name="Рисунок 1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5"/>
                    <pic:cNvPicPr>
                      <a:picLocks noChangeAspect="1" noChangeArrowheads="1"/>
                    </pic:cNvPicPr>
                  </pic:nvPicPr>
                  <pic:blipFill>
                    <a:blip r:embed="rId2735" cstate="print">
                      <a:extLst>
                        <a:ext uri="{28A0092B-C50C-407E-A947-70E740481C1C}">
                          <a14:useLocalDpi xmlns:a14="http://schemas.microsoft.com/office/drawing/2010/main" val="0"/>
                        </a:ext>
                      </a:extLst>
                    </a:blip>
                    <a:srcRect/>
                    <a:stretch>
                      <a:fillRect/>
                    </a:stretch>
                  </pic:blipFill>
                  <pic:spPr bwMode="auto">
                    <a:xfrm>
                      <a:off x="0" y="0"/>
                      <a:ext cx="2954655" cy="942975"/>
                    </a:xfrm>
                    <a:prstGeom prst="rect">
                      <a:avLst/>
                    </a:prstGeom>
                    <a:noFill/>
                    <a:ln>
                      <a:noFill/>
                    </a:ln>
                  </pic:spPr>
                </pic:pic>
              </a:graphicData>
            </a:graphic>
          </wp:inline>
        </w:drawing>
      </w:r>
    </w:p>
    <w:p w14:paraId="6006C4BA" w14:textId="77777777" w:rsidR="00025546" w:rsidRPr="00B439DD" w:rsidRDefault="00025546" w:rsidP="00B439DD">
      <w:pPr>
        <w:spacing w:after="0" w:line="240" w:lineRule="auto"/>
        <w:rPr>
          <w:rFonts w:ascii="Times New Roman" w:hAnsi="Times New Roman" w:cs="Times New Roman"/>
          <w:sz w:val="28"/>
          <w:szCs w:val="28"/>
          <w:lang w:val="kk-KZ"/>
        </w:rPr>
      </w:pPr>
    </w:p>
    <w:p w14:paraId="7EB5FA98" w14:textId="77777777" w:rsidR="004B7CD0" w:rsidRPr="00B439DD" w:rsidRDefault="00025546" w:rsidP="00B439DD">
      <w:pPr>
        <w:spacing w:after="0" w:line="240" w:lineRule="auto"/>
        <w:rPr>
          <w:rFonts w:ascii="Times New Roman" w:hAnsi="Times New Roman" w:cs="Times New Roman"/>
          <w:sz w:val="28"/>
          <w:szCs w:val="28"/>
          <w:lang w:val="kk-KZ"/>
        </w:rPr>
      </w:pPr>
      <w:r w:rsidRPr="00B439DD">
        <w:rPr>
          <w:rFonts w:ascii="Times New Roman" w:hAnsi="Times New Roman" w:cs="Times New Roman"/>
          <w:sz w:val="28"/>
          <w:szCs w:val="28"/>
          <w:lang w:val="kk-KZ"/>
        </w:rPr>
        <w:t>Н</w:t>
      </w:r>
      <w:r w:rsidR="004B7CD0" w:rsidRPr="00B439DD">
        <w:rPr>
          <w:rFonts w:ascii="Times New Roman" w:hAnsi="Times New Roman" w:cs="Times New Roman"/>
          <w:sz w:val="28"/>
          <w:szCs w:val="28"/>
          <w:lang w:val="kk-KZ"/>
        </w:rPr>
        <w:t>емесе</w:t>
      </w:r>
    </w:p>
    <w:p w14:paraId="265B900F" w14:textId="77777777" w:rsidR="00025546" w:rsidRPr="00B439DD" w:rsidRDefault="00025546" w:rsidP="00B439DD">
      <w:pPr>
        <w:spacing w:after="0" w:line="240" w:lineRule="auto"/>
        <w:rPr>
          <w:rFonts w:ascii="Times New Roman" w:hAnsi="Times New Roman" w:cs="Times New Roman"/>
          <w:sz w:val="28"/>
          <w:szCs w:val="28"/>
          <w:lang w:val="kk-KZ"/>
        </w:rPr>
      </w:pPr>
    </w:p>
    <w:p w14:paraId="21B24639" w14:textId="78EAAE35" w:rsidR="004B7CD0" w:rsidRPr="00B439DD" w:rsidRDefault="00025546" w:rsidP="00B439DD">
      <w:pPr>
        <w:spacing w:after="0" w:line="240" w:lineRule="auto"/>
        <w:rPr>
          <w:rFonts w:ascii="Times New Roman" w:hAnsi="Times New Roman" w:cs="Times New Roman"/>
          <w:sz w:val="28"/>
          <w:szCs w:val="28"/>
          <w:lang w:val="en-US"/>
        </w:rPr>
      </w:pPr>
      <w:r w:rsidRPr="00B439DD">
        <w:rPr>
          <w:rFonts w:ascii="Times New Roman" w:hAnsi="Times New Roman" w:cs="Times New Roman"/>
          <w:position w:val="-40"/>
          <w:sz w:val="28"/>
          <w:szCs w:val="28"/>
          <w:lang w:val="kk-KZ"/>
        </w:rPr>
        <w:t xml:space="preserve">                                            </w:t>
      </w:r>
      <w:r w:rsidR="00A135AE" w:rsidRPr="00B439DD">
        <w:rPr>
          <w:rFonts w:ascii="Times New Roman" w:hAnsi="Times New Roman" w:cs="Times New Roman"/>
          <w:noProof/>
          <w:position w:val="-40"/>
          <w:sz w:val="28"/>
          <w:szCs w:val="28"/>
        </w:rPr>
        <w:drawing>
          <wp:inline distT="0" distB="0" distL="0" distR="0" wp14:anchorId="12B37158" wp14:editId="4E60F6D8">
            <wp:extent cx="1645920" cy="596900"/>
            <wp:effectExtent l="0" t="0" r="0" b="0"/>
            <wp:docPr id="1966" name="Рисунок 1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6"/>
                    <pic:cNvPicPr>
                      <a:picLocks noChangeAspect="1" noChangeArrowheads="1"/>
                    </pic:cNvPicPr>
                  </pic:nvPicPr>
                  <pic:blipFill>
                    <a:blip r:embed="rId2736" cstate="print">
                      <a:extLst>
                        <a:ext uri="{28A0092B-C50C-407E-A947-70E740481C1C}">
                          <a14:useLocalDpi xmlns:a14="http://schemas.microsoft.com/office/drawing/2010/main" val="0"/>
                        </a:ext>
                      </a:extLst>
                    </a:blip>
                    <a:srcRect/>
                    <a:stretch>
                      <a:fillRect/>
                    </a:stretch>
                  </pic:blipFill>
                  <pic:spPr bwMode="auto">
                    <a:xfrm>
                      <a:off x="0" y="0"/>
                      <a:ext cx="1645920" cy="596900"/>
                    </a:xfrm>
                    <a:prstGeom prst="rect">
                      <a:avLst/>
                    </a:prstGeom>
                    <a:noFill/>
                    <a:ln>
                      <a:noFill/>
                    </a:ln>
                  </pic:spPr>
                </pic:pic>
              </a:graphicData>
            </a:graphic>
          </wp:inline>
        </w:drawing>
      </w:r>
    </w:p>
    <w:p w14:paraId="4F3CCA14" w14:textId="77777777" w:rsidR="004B7CD0" w:rsidRPr="00B439DD" w:rsidRDefault="004B7CD0" w:rsidP="00B439DD">
      <w:pPr>
        <w:spacing w:after="0" w:line="240" w:lineRule="auto"/>
        <w:rPr>
          <w:rFonts w:ascii="Times New Roman" w:hAnsi="Times New Roman" w:cs="Times New Roman"/>
          <w:sz w:val="28"/>
          <w:szCs w:val="28"/>
          <w:lang w:val="en-US"/>
        </w:rPr>
      </w:pPr>
    </w:p>
    <w:p w14:paraId="6A214525" w14:textId="0C0E2802" w:rsidR="004B7CD0" w:rsidRPr="00B439DD" w:rsidRDefault="00025546" w:rsidP="00B439DD">
      <w:pPr>
        <w:spacing w:after="0" w:line="240" w:lineRule="auto"/>
        <w:rPr>
          <w:rFonts w:ascii="Times New Roman" w:hAnsi="Times New Roman" w:cs="Times New Roman"/>
          <w:position w:val="-44"/>
          <w:sz w:val="28"/>
          <w:szCs w:val="28"/>
          <w:lang w:val="kk-KZ"/>
        </w:rPr>
      </w:pPr>
      <w:r w:rsidRPr="00B439DD">
        <w:rPr>
          <w:rFonts w:ascii="Times New Roman" w:hAnsi="Times New Roman" w:cs="Times New Roman"/>
          <w:position w:val="-44"/>
          <w:sz w:val="28"/>
          <w:szCs w:val="28"/>
          <w:lang w:val="kk-KZ"/>
        </w:rPr>
        <w:t xml:space="preserve">                                            </w:t>
      </w:r>
      <w:r w:rsidR="00A135AE" w:rsidRPr="00B439DD">
        <w:rPr>
          <w:rFonts w:ascii="Times New Roman" w:hAnsi="Times New Roman" w:cs="Times New Roman"/>
          <w:noProof/>
          <w:position w:val="-44"/>
          <w:sz w:val="28"/>
          <w:szCs w:val="28"/>
        </w:rPr>
        <w:drawing>
          <wp:inline distT="0" distB="0" distL="0" distR="0" wp14:anchorId="090FF28C" wp14:editId="134D0038">
            <wp:extent cx="2213610" cy="664210"/>
            <wp:effectExtent l="0" t="0" r="0" b="2540"/>
            <wp:docPr id="1967" name="Рисунок 1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7"/>
                    <pic:cNvPicPr>
                      <a:picLocks noChangeAspect="1" noChangeArrowheads="1"/>
                    </pic:cNvPicPr>
                  </pic:nvPicPr>
                  <pic:blipFill>
                    <a:blip r:embed="rId2737" cstate="print">
                      <a:extLst>
                        <a:ext uri="{28A0092B-C50C-407E-A947-70E740481C1C}">
                          <a14:useLocalDpi xmlns:a14="http://schemas.microsoft.com/office/drawing/2010/main" val="0"/>
                        </a:ext>
                      </a:extLst>
                    </a:blip>
                    <a:srcRect/>
                    <a:stretch>
                      <a:fillRect/>
                    </a:stretch>
                  </pic:blipFill>
                  <pic:spPr bwMode="auto">
                    <a:xfrm>
                      <a:off x="0" y="0"/>
                      <a:ext cx="2213610" cy="664210"/>
                    </a:xfrm>
                    <a:prstGeom prst="rect">
                      <a:avLst/>
                    </a:prstGeom>
                    <a:noFill/>
                    <a:ln>
                      <a:noFill/>
                    </a:ln>
                  </pic:spPr>
                </pic:pic>
              </a:graphicData>
            </a:graphic>
          </wp:inline>
        </w:drawing>
      </w:r>
    </w:p>
    <w:p w14:paraId="19667B27" w14:textId="77777777" w:rsidR="00025546" w:rsidRPr="00B439DD" w:rsidRDefault="00025546" w:rsidP="00B439DD">
      <w:pPr>
        <w:spacing w:after="0" w:line="240" w:lineRule="auto"/>
        <w:rPr>
          <w:rFonts w:ascii="Times New Roman" w:hAnsi="Times New Roman" w:cs="Times New Roman"/>
          <w:sz w:val="28"/>
          <w:szCs w:val="28"/>
          <w:lang w:val="kk-KZ"/>
        </w:rPr>
      </w:pPr>
    </w:p>
    <w:p w14:paraId="0B8F516D" w14:textId="77777777" w:rsidR="004B7CD0" w:rsidRPr="00B439DD" w:rsidRDefault="004B7CD0" w:rsidP="00B439DD">
      <w:pPr>
        <w:spacing w:after="0" w:line="240" w:lineRule="auto"/>
        <w:jc w:val="right"/>
        <w:rPr>
          <w:rFonts w:ascii="Times New Roman" w:hAnsi="Times New Roman" w:cs="Times New Roman"/>
          <w:sz w:val="28"/>
          <w:szCs w:val="28"/>
          <w:lang w:val="en-US"/>
        </w:rPr>
      </w:pPr>
    </w:p>
    <w:p w14:paraId="1433764D" w14:textId="3F9BD75B" w:rsidR="004B7CD0" w:rsidRPr="00B439DD" w:rsidRDefault="00A135AE" w:rsidP="00B439DD">
      <w:pPr>
        <w:spacing w:after="0" w:line="240" w:lineRule="auto"/>
        <w:jc w:val="both"/>
        <w:rPr>
          <w:rFonts w:ascii="Times New Roman" w:hAnsi="Times New Roman" w:cs="Times New Roman"/>
          <w:position w:val="-16"/>
          <w:sz w:val="28"/>
          <w:szCs w:val="28"/>
          <w:lang w:val="kk-KZ"/>
        </w:rPr>
      </w:pPr>
      <w:r w:rsidRPr="00B439DD">
        <w:rPr>
          <w:rFonts w:ascii="Times New Roman" w:hAnsi="Times New Roman" w:cs="Times New Roman"/>
          <w:noProof/>
          <w:position w:val="-16"/>
          <w:sz w:val="28"/>
          <w:szCs w:val="28"/>
        </w:rPr>
        <w:drawing>
          <wp:inline distT="0" distB="0" distL="0" distR="0" wp14:anchorId="43D89377" wp14:editId="63654884">
            <wp:extent cx="250190" cy="250190"/>
            <wp:effectExtent l="0" t="0" r="0" b="0"/>
            <wp:docPr id="1968" name="Рисунок 1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8"/>
                    <pic:cNvPicPr>
                      <a:picLocks noChangeAspect="1" noChangeArrowheads="1"/>
                    </pic:cNvPicPr>
                  </pic:nvPicPr>
                  <pic:blipFill>
                    <a:blip r:embed="rId2738" cstate="print">
                      <a:extLst>
                        <a:ext uri="{28A0092B-C50C-407E-A947-70E740481C1C}">
                          <a14:useLocalDpi xmlns:a14="http://schemas.microsoft.com/office/drawing/2010/main" val="0"/>
                        </a:ext>
                      </a:extLst>
                    </a:blip>
                    <a:srcRect/>
                    <a:stretch>
                      <a:fillRect/>
                    </a:stretch>
                  </pic:blipFill>
                  <pic:spPr bwMode="auto">
                    <a:xfrm>
                      <a:off x="0" y="0"/>
                      <a:ext cx="250190" cy="250190"/>
                    </a:xfrm>
                    <a:prstGeom prst="rect">
                      <a:avLst/>
                    </a:prstGeom>
                    <a:noFill/>
                    <a:ln>
                      <a:noFill/>
                    </a:ln>
                  </pic:spPr>
                </pic:pic>
              </a:graphicData>
            </a:graphic>
          </wp:inline>
        </w:drawing>
      </w:r>
      <w:r w:rsidR="004B7CD0" w:rsidRPr="00B439DD">
        <w:rPr>
          <w:rFonts w:ascii="Times New Roman" w:hAnsi="Times New Roman" w:cs="Times New Roman"/>
          <w:position w:val="-14"/>
          <w:sz w:val="28"/>
          <w:szCs w:val="28"/>
          <w:lang w:val="en-US"/>
        </w:rPr>
        <w:t xml:space="preserve"> </w:t>
      </w:r>
      <w:r w:rsidR="004B7CD0" w:rsidRPr="00B439DD">
        <w:rPr>
          <w:rFonts w:ascii="Times New Roman" w:hAnsi="Times New Roman" w:cs="Times New Roman"/>
          <w:sz w:val="28"/>
          <w:szCs w:val="28"/>
          <w:lang w:val="kk-KZ"/>
        </w:rPr>
        <w:t xml:space="preserve">белгісіз коэффициенттерін </w:t>
      </w:r>
      <w:r w:rsidRPr="00B439DD">
        <w:rPr>
          <w:rFonts w:ascii="Times New Roman" w:hAnsi="Times New Roman" w:cs="Times New Roman"/>
          <w:noProof/>
          <w:position w:val="-6"/>
          <w:sz w:val="28"/>
          <w:szCs w:val="28"/>
        </w:rPr>
        <w:drawing>
          <wp:inline distT="0" distB="0" distL="0" distR="0" wp14:anchorId="669E1551" wp14:editId="701BA9C8">
            <wp:extent cx="182880" cy="182880"/>
            <wp:effectExtent l="0" t="0" r="7620" b="7620"/>
            <wp:docPr id="1969" name="Рисунок 1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9"/>
                    <pic:cNvPicPr>
                      <a:picLocks noChangeAspect="1" noChangeArrowheads="1"/>
                    </pic:cNvPicPr>
                  </pic:nvPicPr>
                  <pic:blipFill>
                    <a:blip r:embed="rId2739"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004B7CD0" w:rsidRPr="00B439DD">
        <w:rPr>
          <w:rFonts w:ascii="Times New Roman" w:hAnsi="Times New Roman" w:cs="Times New Roman"/>
          <w:sz w:val="28"/>
          <w:szCs w:val="28"/>
          <w:lang w:val="en-US"/>
        </w:rPr>
        <w:t xml:space="preserve"> </w:t>
      </w:r>
      <w:r w:rsidR="004B7CD0" w:rsidRPr="00B439DD">
        <w:rPr>
          <w:rFonts w:ascii="Times New Roman" w:hAnsi="Times New Roman" w:cs="Times New Roman"/>
          <w:sz w:val="28"/>
          <w:szCs w:val="28"/>
          <w:lang w:val="kk-KZ"/>
        </w:rPr>
        <w:t>алгебралық теңдеулер жүйелерінен анықтаймыз:</w:t>
      </w:r>
    </w:p>
    <w:p w14:paraId="154E2830" w14:textId="77777777" w:rsidR="004B7CD0" w:rsidRPr="00B439DD" w:rsidRDefault="004B7CD0" w:rsidP="00B439DD">
      <w:pPr>
        <w:spacing w:after="0" w:line="240" w:lineRule="auto"/>
        <w:jc w:val="both"/>
        <w:rPr>
          <w:rFonts w:ascii="Times New Roman" w:hAnsi="Times New Roman" w:cs="Times New Roman"/>
          <w:sz w:val="28"/>
          <w:szCs w:val="28"/>
          <w:lang w:val="kk-KZ"/>
        </w:rPr>
      </w:pPr>
    </w:p>
    <w:p w14:paraId="72688676" w14:textId="786C7A2D" w:rsidR="004B7CD0" w:rsidRPr="00B439DD" w:rsidRDefault="00A135AE" w:rsidP="00B439DD">
      <w:pPr>
        <w:spacing w:after="0" w:line="240" w:lineRule="auto"/>
        <w:jc w:val="right"/>
        <w:rPr>
          <w:rFonts w:ascii="Times New Roman" w:hAnsi="Times New Roman" w:cs="Times New Roman"/>
          <w:sz w:val="28"/>
          <w:szCs w:val="28"/>
          <w:lang w:val="kk-KZ"/>
        </w:rPr>
      </w:pPr>
      <w:r w:rsidRPr="00B439DD">
        <w:rPr>
          <w:rFonts w:ascii="Times New Roman" w:hAnsi="Times New Roman" w:cs="Times New Roman"/>
          <w:noProof/>
          <w:position w:val="-92"/>
          <w:sz w:val="28"/>
          <w:szCs w:val="28"/>
        </w:rPr>
        <w:drawing>
          <wp:inline distT="0" distB="0" distL="0" distR="0" wp14:anchorId="59A4C381" wp14:editId="495A16CB">
            <wp:extent cx="4668520" cy="1366520"/>
            <wp:effectExtent l="0" t="0" r="0" b="5080"/>
            <wp:docPr id="1970" name="Рисунок 1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0"/>
                    <pic:cNvPicPr>
                      <a:picLocks noChangeAspect="1" noChangeArrowheads="1"/>
                    </pic:cNvPicPr>
                  </pic:nvPicPr>
                  <pic:blipFill>
                    <a:blip r:embed="rId2740" cstate="print">
                      <a:extLst>
                        <a:ext uri="{28A0092B-C50C-407E-A947-70E740481C1C}">
                          <a14:useLocalDpi xmlns:a14="http://schemas.microsoft.com/office/drawing/2010/main" val="0"/>
                        </a:ext>
                      </a:extLst>
                    </a:blip>
                    <a:srcRect/>
                    <a:stretch>
                      <a:fillRect/>
                    </a:stretch>
                  </pic:blipFill>
                  <pic:spPr bwMode="auto">
                    <a:xfrm>
                      <a:off x="0" y="0"/>
                      <a:ext cx="4668520" cy="1366520"/>
                    </a:xfrm>
                    <a:prstGeom prst="rect">
                      <a:avLst/>
                    </a:prstGeom>
                    <a:noFill/>
                    <a:ln>
                      <a:noFill/>
                    </a:ln>
                  </pic:spPr>
                </pic:pic>
              </a:graphicData>
            </a:graphic>
          </wp:inline>
        </w:drawing>
      </w:r>
      <w:r w:rsidR="004B7CD0" w:rsidRPr="00B439DD">
        <w:rPr>
          <w:rFonts w:ascii="Times New Roman" w:hAnsi="Times New Roman" w:cs="Times New Roman"/>
          <w:position w:val="-80"/>
          <w:sz w:val="28"/>
          <w:szCs w:val="28"/>
          <w:lang w:val="kk-KZ"/>
        </w:rPr>
        <w:tab/>
      </w:r>
      <w:r w:rsidR="004B7CD0" w:rsidRPr="00B439DD">
        <w:rPr>
          <w:rFonts w:ascii="Times New Roman" w:hAnsi="Times New Roman" w:cs="Times New Roman"/>
          <w:position w:val="-80"/>
          <w:sz w:val="28"/>
          <w:szCs w:val="28"/>
          <w:lang w:val="kk-KZ"/>
        </w:rPr>
        <w:tab/>
      </w:r>
      <w:r w:rsidR="00132EB0" w:rsidRPr="00B439DD">
        <w:rPr>
          <w:rFonts w:ascii="Times New Roman" w:hAnsi="Times New Roman" w:cs="Times New Roman"/>
          <w:sz w:val="28"/>
          <w:szCs w:val="28"/>
          <w:lang w:val="kk-KZ"/>
        </w:rPr>
        <w:t>(2.3</w:t>
      </w:r>
      <w:r w:rsidR="004B7CD0" w:rsidRPr="00B439DD">
        <w:rPr>
          <w:rFonts w:ascii="Times New Roman" w:hAnsi="Times New Roman" w:cs="Times New Roman"/>
          <w:sz w:val="28"/>
          <w:szCs w:val="28"/>
          <w:lang w:val="kk-KZ"/>
        </w:rPr>
        <w:t>9)</w:t>
      </w:r>
    </w:p>
    <w:p w14:paraId="2EFB5295" w14:textId="77777777" w:rsidR="00025546" w:rsidRPr="00B439DD" w:rsidRDefault="00025546" w:rsidP="00B439DD">
      <w:pPr>
        <w:spacing w:after="0" w:line="240" w:lineRule="auto"/>
        <w:rPr>
          <w:rFonts w:ascii="Times New Roman" w:hAnsi="Times New Roman" w:cs="Times New Roman"/>
          <w:sz w:val="28"/>
          <w:szCs w:val="28"/>
          <w:lang w:val="kk-KZ"/>
        </w:rPr>
      </w:pPr>
    </w:p>
    <w:p w14:paraId="7A9BDF63" w14:textId="22BFF061" w:rsidR="004B7CD0" w:rsidRPr="00B439DD" w:rsidRDefault="004B7CD0" w:rsidP="00152387">
      <w:pPr>
        <w:spacing w:after="0" w:line="240" w:lineRule="auto"/>
        <w:ind w:firstLine="567"/>
        <w:jc w:val="both"/>
        <w:rPr>
          <w:rFonts w:ascii="Times New Roman" w:hAnsi="Times New Roman" w:cs="Times New Roman"/>
          <w:sz w:val="28"/>
          <w:szCs w:val="28"/>
          <w:lang w:val="kk-KZ"/>
        </w:rPr>
      </w:pPr>
      <w:r w:rsidRPr="00B439DD">
        <w:rPr>
          <w:rFonts w:ascii="Times New Roman" w:hAnsi="Times New Roman" w:cs="Times New Roman"/>
          <w:sz w:val="28"/>
          <w:szCs w:val="28"/>
          <w:lang w:val="kk-KZ"/>
        </w:rPr>
        <w:t>Галеркин жуықтаулар (</w:t>
      </w:r>
      <w:r w:rsidR="00132EB0" w:rsidRPr="00B439DD">
        <w:rPr>
          <w:rFonts w:ascii="Times New Roman" w:hAnsi="Times New Roman" w:cs="Times New Roman"/>
          <w:sz w:val="28"/>
          <w:szCs w:val="28"/>
          <w:lang w:val="kk-KZ"/>
        </w:rPr>
        <w:t>2.3</w:t>
      </w:r>
      <w:r w:rsidRPr="00B439DD">
        <w:rPr>
          <w:rFonts w:ascii="Times New Roman" w:hAnsi="Times New Roman" w:cs="Times New Roman"/>
          <w:sz w:val="28"/>
          <w:szCs w:val="28"/>
          <w:lang w:val="kk-KZ"/>
        </w:rPr>
        <w:t xml:space="preserve">9) жүйенің </w:t>
      </w:r>
      <w:r w:rsidR="00A135AE" w:rsidRPr="00B439DD">
        <w:rPr>
          <w:rFonts w:ascii="Times New Roman" w:hAnsi="Times New Roman" w:cs="Times New Roman"/>
          <w:noProof/>
          <w:position w:val="-16"/>
          <w:sz w:val="28"/>
          <w:szCs w:val="28"/>
        </w:rPr>
        <w:drawing>
          <wp:inline distT="0" distB="0" distL="0" distR="0" wp14:anchorId="20ED081A" wp14:editId="7CCBF394">
            <wp:extent cx="2646680" cy="317500"/>
            <wp:effectExtent l="0" t="0" r="1270" b="6350"/>
            <wp:docPr id="1971" name="Рисунок 1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1"/>
                    <pic:cNvPicPr>
                      <a:picLocks noChangeAspect="1" noChangeArrowheads="1"/>
                    </pic:cNvPicPr>
                  </pic:nvPicPr>
                  <pic:blipFill>
                    <a:blip r:embed="rId2741" cstate="print">
                      <a:extLst>
                        <a:ext uri="{28A0092B-C50C-407E-A947-70E740481C1C}">
                          <a14:useLocalDpi xmlns:a14="http://schemas.microsoft.com/office/drawing/2010/main" val="0"/>
                        </a:ext>
                      </a:extLst>
                    </a:blip>
                    <a:srcRect/>
                    <a:stretch>
                      <a:fillRect/>
                    </a:stretch>
                  </pic:blipFill>
                  <pic:spPr bwMode="auto">
                    <a:xfrm>
                      <a:off x="0" y="0"/>
                      <a:ext cx="2646680" cy="317500"/>
                    </a:xfrm>
                    <a:prstGeom prst="rect">
                      <a:avLst/>
                    </a:prstGeom>
                    <a:noFill/>
                    <a:ln>
                      <a:noFill/>
                    </a:ln>
                  </pic:spPr>
                </pic:pic>
              </a:graphicData>
            </a:graphic>
          </wp:inline>
        </w:drawing>
      </w:r>
      <w:r w:rsidRPr="00B439DD">
        <w:rPr>
          <w:rFonts w:ascii="Times New Roman" w:hAnsi="Times New Roman" w:cs="Times New Roman"/>
          <w:sz w:val="28"/>
          <w:szCs w:val="28"/>
          <w:lang w:val="kk-KZ"/>
        </w:rPr>
        <w:t xml:space="preserve"> шешімінің бар болуын дәлелдеу үшін сүйір бұрыш туралы лемманы қолданамыз. </w:t>
      </w:r>
    </w:p>
    <w:p w14:paraId="48D5E12F" w14:textId="74A21CD2" w:rsidR="004B7CD0" w:rsidRPr="00B439DD" w:rsidRDefault="00132EB0" w:rsidP="00152387">
      <w:pPr>
        <w:spacing w:after="0" w:line="240" w:lineRule="auto"/>
        <w:ind w:firstLine="567"/>
        <w:jc w:val="both"/>
        <w:rPr>
          <w:rFonts w:ascii="Times New Roman" w:hAnsi="Times New Roman" w:cs="Times New Roman"/>
          <w:sz w:val="28"/>
          <w:szCs w:val="28"/>
          <w:lang w:val="kk-KZ"/>
        </w:rPr>
      </w:pPr>
      <w:r w:rsidRPr="00B439DD">
        <w:rPr>
          <w:rFonts w:ascii="Times New Roman" w:hAnsi="Times New Roman" w:cs="Times New Roman"/>
          <w:b/>
          <w:sz w:val="28"/>
          <w:szCs w:val="28"/>
          <w:lang w:val="kk-KZ"/>
        </w:rPr>
        <w:t>Лемма 2.</w:t>
      </w:r>
      <w:r w:rsidR="0077396C" w:rsidRPr="00B439DD">
        <w:rPr>
          <w:rFonts w:ascii="Times New Roman" w:hAnsi="Times New Roman" w:cs="Times New Roman"/>
          <w:b/>
          <w:sz w:val="28"/>
          <w:szCs w:val="28"/>
          <w:lang w:val="kk-KZ"/>
        </w:rPr>
        <w:t>4</w:t>
      </w:r>
      <w:r w:rsidR="004B7CD0" w:rsidRPr="00B439DD">
        <w:rPr>
          <w:rFonts w:ascii="Times New Roman" w:hAnsi="Times New Roman" w:cs="Times New Roman"/>
          <w:b/>
          <w:sz w:val="28"/>
          <w:szCs w:val="28"/>
          <w:lang w:val="kk-KZ"/>
        </w:rPr>
        <w:t>.</w:t>
      </w:r>
      <w:r w:rsidRPr="00B439DD">
        <w:rPr>
          <w:rFonts w:ascii="Times New Roman" w:hAnsi="Times New Roman" w:cs="Times New Roman"/>
          <w:sz w:val="28"/>
          <w:szCs w:val="28"/>
          <w:lang w:val="kk-KZ"/>
        </w:rPr>
        <w:t xml:space="preserve"> Галеркин жуықтаулар (2</w:t>
      </w:r>
      <w:r w:rsidR="004B7CD0" w:rsidRPr="00B439DD">
        <w:rPr>
          <w:rFonts w:ascii="Times New Roman" w:hAnsi="Times New Roman" w:cs="Times New Roman"/>
          <w:sz w:val="28"/>
          <w:szCs w:val="28"/>
          <w:lang w:val="kk-KZ"/>
        </w:rPr>
        <w:t>.</w:t>
      </w:r>
      <w:r w:rsidRPr="00B439DD">
        <w:rPr>
          <w:rFonts w:ascii="Times New Roman" w:hAnsi="Times New Roman" w:cs="Times New Roman"/>
          <w:sz w:val="28"/>
          <w:szCs w:val="28"/>
          <w:lang w:val="kk-KZ"/>
        </w:rPr>
        <w:t>3</w:t>
      </w:r>
      <w:r w:rsidR="004B7CD0" w:rsidRPr="00B439DD">
        <w:rPr>
          <w:rFonts w:ascii="Times New Roman" w:hAnsi="Times New Roman" w:cs="Times New Roman"/>
          <w:sz w:val="28"/>
          <w:szCs w:val="28"/>
          <w:lang w:val="kk-KZ"/>
        </w:rPr>
        <w:t xml:space="preserve">9) жүйенің әрбір </w:t>
      </w:r>
      <w:r w:rsidR="00A135AE" w:rsidRPr="00B439DD">
        <w:rPr>
          <w:rFonts w:ascii="Times New Roman" w:hAnsi="Times New Roman" w:cs="Times New Roman"/>
          <w:noProof/>
          <w:position w:val="-6"/>
          <w:sz w:val="28"/>
          <w:szCs w:val="28"/>
        </w:rPr>
        <w:drawing>
          <wp:inline distT="0" distB="0" distL="0" distR="0" wp14:anchorId="405C97ED" wp14:editId="7162158D">
            <wp:extent cx="182880" cy="182880"/>
            <wp:effectExtent l="0" t="0" r="7620" b="7620"/>
            <wp:docPr id="1972" name="Рисунок 1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2"/>
                    <pic:cNvPicPr>
                      <a:picLocks noChangeAspect="1" noChangeArrowheads="1"/>
                    </pic:cNvPicPr>
                  </pic:nvPicPr>
                  <pic:blipFill>
                    <a:blip r:embed="rId2742"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004B7CD0" w:rsidRPr="00B439DD">
        <w:rPr>
          <w:rFonts w:ascii="Times New Roman" w:hAnsi="Times New Roman" w:cs="Times New Roman"/>
          <w:sz w:val="28"/>
          <w:szCs w:val="28"/>
          <w:lang w:val="kk-KZ"/>
        </w:rPr>
        <w:t xml:space="preserve"> үшін </w:t>
      </w:r>
      <w:r w:rsidR="00A135AE" w:rsidRPr="00B439DD">
        <w:rPr>
          <w:rFonts w:ascii="Times New Roman" w:hAnsi="Times New Roman" w:cs="Times New Roman"/>
          <w:noProof/>
          <w:position w:val="-12"/>
          <w:sz w:val="28"/>
          <w:szCs w:val="28"/>
        </w:rPr>
        <w:drawing>
          <wp:inline distT="0" distB="0" distL="0" distR="0" wp14:anchorId="3B3D27B4" wp14:editId="7E7648E6">
            <wp:extent cx="664210" cy="288925"/>
            <wp:effectExtent l="0" t="0" r="2540" b="0"/>
            <wp:docPr id="1973" name="Рисунок 1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3"/>
                    <pic:cNvPicPr>
                      <a:picLocks noChangeAspect="1" noChangeArrowheads="1"/>
                    </pic:cNvPicPr>
                  </pic:nvPicPr>
                  <pic:blipFill>
                    <a:blip r:embed="rId2743" cstate="print">
                      <a:extLst>
                        <a:ext uri="{28A0092B-C50C-407E-A947-70E740481C1C}">
                          <a14:useLocalDpi xmlns:a14="http://schemas.microsoft.com/office/drawing/2010/main" val="0"/>
                        </a:ext>
                      </a:extLst>
                    </a:blip>
                    <a:srcRect/>
                    <a:stretch>
                      <a:fillRect/>
                    </a:stretch>
                  </pic:blipFill>
                  <pic:spPr bwMode="auto">
                    <a:xfrm>
                      <a:off x="0" y="0"/>
                      <a:ext cx="664210" cy="288925"/>
                    </a:xfrm>
                    <a:prstGeom prst="rect">
                      <a:avLst/>
                    </a:prstGeom>
                    <a:noFill/>
                    <a:ln>
                      <a:noFill/>
                    </a:ln>
                  </pic:spPr>
                </pic:pic>
              </a:graphicData>
            </a:graphic>
          </wp:inline>
        </w:drawing>
      </w:r>
      <w:r w:rsidR="004B7CD0" w:rsidRPr="00B439DD">
        <w:rPr>
          <w:rFonts w:ascii="Times New Roman" w:hAnsi="Times New Roman" w:cs="Times New Roman"/>
          <w:sz w:val="28"/>
          <w:szCs w:val="28"/>
          <w:lang w:val="kk-KZ"/>
        </w:rPr>
        <w:t xml:space="preserve"> шешімі бар.</w:t>
      </w:r>
    </w:p>
    <w:p w14:paraId="502CAA9B" w14:textId="0A38A77E" w:rsidR="004B7CD0" w:rsidRPr="00B439DD" w:rsidRDefault="004B7CD0" w:rsidP="00152387">
      <w:pPr>
        <w:spacing w:after="0" w:line="240" w:lineRule="auto"/>
        <w:ind w:firstLine="567"/>
        <w:jc w:val="both"/>
        <w:rPr>
          <w:rFonts w:ascii="Times New Roman" w:hAnsi="Times New Roman" w:cs="Times New Roman"/>
          <w:sz w:val="28"/>
          <w:szCs w:val="28"/>
          <w:lang w:val="kk-KZ"/>
        </w:rPr>
      </w:pPr>
      <w:r w:rsidRPr="00B439DD">
        <w:rPr>
          <w:rFonts w:ascii="Times New Roman" w:hAnsi="Times New Roman" w:cs="Times New Roman"/>
          <w:sz w:val="28"/>
          <w:szCs w:val="28"/>
          <w:lang w:val="kk-KZ"/>
        </w:rPr>
        <w:t xml:space="preserve">Дәлелдеу. Сүйір бұрыш туралы лемманы қолданайық. Алдымен келесі белгілеулерді енгізейік: </w:t>
      </w:r>
      <w:r w:rsidR="00A135AE" w:rsidRPr="00B439DD">
        <w:rPr>
          <w:rFonts w:ascii="Times New Roman" w:hAnsi="Times New Roman" w:cs="Times New Roman"/>
          <w:noProof/>
          <w:position w:val="-16"/>
          <w:sz w:val="28"/>
          <w:szCs w:val="28"/>
        </w:rPr>
        <w:drawing>
          <wp:inline distT="0" distB="0" distL="0" distR="0" wp14:anchorId="3428FE9B" wp14:editId="7E454758">
            <wp:extent cx="2646680" cy="317500"/>
            <wp:effectExtent l="0" t="0" r="1270" b="6350"/>
            <wp:docPr id="1974" name="Рисунок 1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4"/>
                    <pic:cNvPicPr>
                      <a:picLocks noChangeAspect="1" noChangeArrowheads="1"/>
                    </pic:cNvPicPr>
                  </pic:nvPicPr>
                  <pic:blipFill>
                    <a:blip r:embed="rId2744" cstate="print">
                      <a:extLst>
                        <a:ext uri="{28A0092B-C50C-407E-A947-70E740481C1C}">
                          <a14:useLocalDpi xmlns:a14="http://schemas.microsoft.com/office/drawing/2010/main" val="0"/>
                        </a:ext>
                      </a:extLst>
                    </a:blip>
                    <a:srcRect/>
                    <a:stretch>
                      <a:fillRect/>
                    </a:stretch>
                  </pic:blipFill>
                  <pic:spPr bwMode="auto">
                    <a:xfrm>
                      <a:off x="0" y="0"/>
                      <a:ext cx="2646680" cy="317500"/>
                    </a:xfrm>
                    <a:prstGeom prst="rect">
                      <a:avLst/>
                    </a:prstGeom>
                    <a:noFill/>
                    <a:ln>
                      <a:noFill/>
                    </a:ln>
                  </pic:spPr>
                </pic:pic>
              </a:graphicData>
            </a:graphic>
          </wp:inline>
        </w:drawing>
      </w:r>
      <w:r w:rsidRPr="00B439DD">
        <w:rPr>
          <w:rFonts w:ascii="Times New Roman" w:hAnsi="Times New Roman" w:cs="Times New Roman"/>
          <w:sz w:val="28"/>
          <w:szCs w:val="28"/>
          <w:lang w:val="kk-KZ"/>
        </w:rPr>
        <w:t xml:space="preserve"> векторына  </w:t>
      </w:r>
      <w:r w:rsidR="00A135AE" w:rsidRPr="00B439DD">
        <w:rPr>
          <w:rFonts w:ascii="Times New Roman" w:hAnsi="Times New Roman" w:cs="Times New Roman"/>
          <w:noProof/>
          <w:position w:val="-36"/>
          <w:sz w:val="28"/>
          <w:szCs w:val="28"/>
        </w:rPr>
        <w:drawing>
          <wp:inline distT="0" distB="0" distL="0" distR="0" wp14:anchorId="23BC4E76" wp14:editId="7314CE59">
            <wp:extent cx="1828800" cy="529590"/>
            <wp:effectExtent l="0" t="0" r="0" b="3810"/>
            <wp:docPr id="1975" name="Рисунок 1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5"/>
                    <pic:cNvPicPr>
                      <a:picLocks noChangeAspect="1" noChangeArrowheads="1"/>
                    </pic:cNvPicPr>
                  </pic:nvPicPr>
                  <pic:blipFill>
                    <a:blip r:embed="rId2745" cstate="print">
                      <a:extLst>
                        <a:ext uri="{28A0092B-C50C-407E-A947-70E740481C1C}">
                          <a14:useLocalDpi xmlns:a14="http://schemas.microsoft.com/office/drawing/2010/main" val="0"/>
                        </a:ext>
                      </a:extLst>
                    </a:blip>
                    <a:srcRect/>
                    <a:stretch>
                      <a:fillRect/>
                    </a:stretch>
                  </pic:blipFill>
                  <pic:spPr bwMode="auto">
                    <a:xfrm>
                      <a:off x="0" y="0"/>
                      <a:ext cx="1828800" cy="529590"/>
                    </a:xfrm>
                    <a:prstGeom prst="rect">
                      <a:avLst/>
                    </a:prstGeom>
                    <a:noFill/>
                    <a:ln>
                      <a:noFill/>
                    </a:ln>
                  </pic:spPr>
                </pic:pic>
              </a:graphicData>
            </a:graphic>
          </wp:inline>
        </w:drawing>
      </w:r>
      <w:r w:rsidRPr="00B439DD">
        <w:rPr>
          <w:rFonts w:ascii="Times New Roman" w:hAnsi="Times New Roman" w:cs="Times New Roman"/>
          <w:sz w:val="28"/>
          <w:szCs w:val="28"/>
          <w:lang w:val="kk-KZ"/>
        </w:rPr>
        <w:t xml:space="preserve"> сәйкестендірейік және  </w:t>
      </w:r>
    </w:p>
    <w:p w14:paraId="5C99D0AD" w14:textId="77777777" w:rsidR="00025546" w:rsidRPr="007C53FF" w:rsidRDefault="00025546" w:rsidP="004B7CD0">
      <w:pPr>
        <w:spacing w:after="0" w:line="240" w:lineRule="auto"/>
        <w:jc w:val="both"/>
        <w:rPr>
          <w:rFonts w:ascii="Times New Roman" w:hAnsi="Times New Roman" w:cs="Times New Roman"/>
          <w:sz w:val="28"/>
          <w:szCs w:val="28"/>
          <w:lang w:val="kk-KZ"/>
        </w:rPr>
      </w:pPr>
    </w:p>
    <w:p w14:paraId="13E76AEC" w14:textId="44A9D0B5" w:rsidR="004B7CD0" w:rsidRPr="007C53FF" w:rsidRDefault="00A135AE" w:rsidP="004B7CD0">
      <w:pPr>
        <w:spacing w:after="0" w:line="240" w:lineRule="auto"/>
        <w:jc w:val="center"/>
        <w:rPr>
          <w:rFonts w:ascii="Times New Roman" w:hAnsi="Times New Roman" w:cs="Times New Roman"/>
          <w:sz w:val="28"/>
          <w:szCs w:val="28"/>
          <w:lang w:val="kk-KZ"/>
        </w:rPr>
      </w:pPr>
      <w:r>
        <w:rPr>
          <w:rFonts w:ascii="Times New Roman" w:hAnsi="Times New Roman" w:cs="Times New Roman"/>
          <w:noProof/>
          <w:position w:val="-38"/>
          <w:sz w:val="28"/>
          <w:szCs w:val="28"/>
        </w:rPr>
        <w:drawing>
          <wp:inline distT="0" distB="0" distL="0" distR="0" wp14:anchorId="0A1AC9A8" wp14:editId="1EC69E0B">
            <wp:extent cx="5168900" cy="462280"/>
            <wp:effectExtent l="0" t="0" r="0" b="0"/>
            <wp:docPr id="1976" name="Рисунок 1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6"/>
                    <pic:cNvPicPr>
                      <a:picLocks noChangeAspect="1" noChangeArrowheads="1"/>
                    </pic:cNvPicPr>
                  </pic:nvPicPr>
                  <pic:blipFill>
                    <a:blip r:embed="rId2746" cstate="print">
                      <a:extLst>
                        <a:ext uri="{28A0092B-C50C-407E-A947-70E740481C1C}">
                          <a14:useLocalDpi xmlns:a14="http://schemas.microsoft.com/office/drawing/2010/main" val="0"/>
                        </a:ext>
                      </a:extLst>
                    </a:blip>
                    <a:srcRect/>
                    <a:stretch>
                      <a:fillRect/>
                    </a:stretch>
                  </pic:blipFill>
                  <pic:spPr bwMode="auto">
                    <a:xfrm>
                      <a:off x="0" y="0"/>
                      <a:ext cx="5168900" cy="462280"/>
                    </a:xfrm>
                    <a:prstGeom prst="rect">
                      <a:avLst/>
                    </a:prstGeom>
                    <a:noFill/>
                    <a:ln>
                      <a:noFill/>
                    </a:ln>
                  </pic:spPr>
                </pic:pic>
              </a:graphicData>
            </a:graphic>
          </wp:inline>
        </w:drawing>
      </w:r>
    </w:p>
    <w:p w14:paraId="2FFD8CB1" w14:textId="0852E6F7" w:rsidR="004B7CD0" w:rsidRPr="007C53FF" w:rsidRDefault="00A135AE" w:rsidP="004B7CD0">
      <w:pPr>
        <w:spacing w:after="0" w:line="240" w:lineRule="auto"/>
        <w:jc w:val="center"/>
        <w:rPr>
          <w:rFonts w:ascii="Times New Roman" w:hAnsi="Times New Roman" w:cs="Times New Roman"/>
          <w:sz w:val="28"/>
          <w:szCs w:val="28"/>
          <w:lang w:val="kk-KZ"/>
        </w:rPr>
      </w:pPr>
      <w:r>
        <w:rPr>
          <w:rFonts w:ascii="Times New Roman" w:hAnsi="Times New Roman" w:cs="Times New Roman"/>
          <w:noProof/>
          <w:position w:val="-16"/>
          <w:sz w:val="28"/>
          <w:szCs w:val="28"/>
        </w:rPr>
        <w:drawing>
          <wp:inline distT="0" distB="0" distL="0" distR="0" wp14:anchorId="40B6DBC4" wp14:editId="61CCC949">
            <wp:extent cx="991235" cy="317500"/>
            <wp:effectExtent l="0" t="0" r="0" b="6350"/>
            <wp:docPr id="1977" name="Рисунок 1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7"/>
                    <pic:cNvPicPr>
                      <a:picLocks noChangeAspect="1" noChangeArrowheads="1"/>
                    </pic:cNvPicPr>
                  </pic:nvPicPr>
                  <pic:blipFill>
                    <a:blip r:embed="rId2747" cstate="print">
                      <a:extLst>
                        <a:ext uri="{28A0092B-C50C-407E-A947-70E740481C1C}">
                          <a14:useLocalDpi xmlns:a14="http://schemas.microsoft.com/office/drawing/2010/main" val="0"/>
                        </a:ext>
                      </a:extLst>
                    </a:blip>
                    <a:srcRect/>
                    <a:stretch>
                      <a:fillRect/>
                    </a:stretch>
                  </pic:blipFill>
                  <pic:spPr bwMode="auto">
                    <a:xfrm>
                      <a:off x="0" y="0"/>
                      <a:ext cx="991235" cy="317500"/>
                    </a:xfrm>
                    <a:prstGeom prst="rect">
                      <a:avLst/>
                    </a:prstGeom>
                    <a:noFill/>
                    <a:ln>
                      <a:noFill/>
                    </a:ln>
                  </pic:spPr>
                </pic:pic>
              </a:graphicData>
            </a:graphic>
          </wp:inline>
        </w:drawing>
      </w:r>
      <w:r w:rsidR="004B7CD0" w:rsidRPr="007C53FF">
        <w:rPr>
          <w:rFonts w:ascii="Times New Roman" w:hAnsi="Times New Roman" w:cs="Times New Roman"/>
          <w:sz w:val="28"/>
          <w:szCs w:val="28"/>
          <w:lang w:val="kk-KZ"/>
        </w:rPr>
        <w:t>.</w:t>
      </w:r>
    </w:p>
    <w:p w14:paraId="2D0B3B8B" w14:textId="77777777" w:rsidR="00025546" w:rsidRPr="007C53FF" w:rsidRDefault="00025546" w:rsidP="00025546">
      <w:pPr>
        <w:spacing w:after="0" w:line="240" w:lineRule="auto"/>
        <w:rPr>
          <w:rFonts w:ascii="Times New Roman" w:hAnsi="Times New Roman" w:cs="Times New Roman"/>
          <w:sz w:val="28"/>
          <w:szCs w:val="28"/>
          <w:lang w:val="kk-KZ"/>
        </w:rPr>
      </w:pPr>
    </w:p>
    <w:p w14:paraId="22F803C9" w14:textId="77777777" w:rsidR="004B7CD0" w:rsidRPr="00B439DD" w:rsidRDefault="004B7CD0" w:rsidP="004B7CD0">
      <w:pPr>
        <w:spacing w:after="0" w:line="240" w:lineRule="auto"/>
        <w:jc w:val="both"/>
        <w:rPr>
          <w:rFonts w:ascii="Times New Roman" w:hAnsi="Times New Roman" w:cs="Times New Roman"/>
          <w:sz w:val="28"/>
          <w:szCs w:val="28"/>
          <w:lang w:val="kk-KZ"/>
        </w:rPr>
      </w:pPr>
      <w:r w:rsidRPr="00B439DD">
        <w:rPr>
          <w:rFonts w:ascii="Times New Roman" w:hAnsi="Times New Roman" w:cs="Times New Roman"/>
          <w:sz w:val="28"/>
          <w:szCs w:val="28"/>
          <w:lang w:val="kk-KZ"/>
        </w:rPr>
        <w:t>Онда</w:t>
      </w:r>
    </w:p>
    <w:p w14:paraId="1FB60A04" w14:textId="77777777" w:rsidR="00025546" w:rsidRPr="00B439DD" w:rsidRDefault="00025546" w:rsidP="004B7CD0">
      <w:pPr>
        <w:spacing w:after="0" w:line="240" w:lineRule="auto"/>
        <w:jc w:val="both"/>
        <w:rPr>
          <w:rFonts w:ascii="Times New Roman" w:hAnsi="Times New Roman" w:cs="Times New Roman"/>
          <w:sz w:val="28"/>
          <w:szCs w:val="28"/>
          <w:lang w:val="kk-KZ"/>
        </w:rPr>
      </w:pPr>
    </w:p>
    <w:p w14:paraId="25AB06AF" w14:textId="7AD0CEF2" w:rsidR="004B7CD0" w:rsidRPr="00B439DD" w:rsidRDefault="00A135AE" w:rsidP="004B7CD0">
      <w:pPr>
        <w:spacing w:after="0" w:line="240" w:lineRule="auto"/>
        <w:jc w:val="right"/>
        <w:rPr>
          <w:rFonts w:ascii="Times New Roman" w:hAnsi="Times New Roman" w:cs="Times New Roman"/>
          <w:sz w:val="28"/>
          <w:szCs w:val="28"/>
          <w:lang w:val="kk-KZ"/>
        </w:rPr>
      </w:pPr>
      <w:r w:rsidRPr="00B439DD">
        <w:rPr>
          <w:rFonts w:ascii="Times New Roman" w:hAnsi="Times New Roman" w:cs="Times New Roman"/>
          <w:noProof/>
          <w:position w:val="-142"/>
          <w:sz w:val="28"/>
          <w:szCs w:val="28"/>
        </w:rPr>
        <w:drawing>
          <wp:inline distT="0" distB="0" distL="0" distR="0" wp14:anchorId="4219CEB6" wp14:editId="2BB907D5">
            <wp:extent cx="5024120" cy="1905635"/>
            <wp:effectExtent l="0" t="0" r="5080" b="0"/>
            <wp:docPr id="1978" name="Рисунок 1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8"/>
                    <pic:cNvPicPr>
                      <a:picLocks noChangeAspect="1" noChangeArrowheads="1"/>
                    </pic:cNvPicPr>
                  </pic:nvPicPr>
                  <pic:blipFill>
                    <a:blip r:embed="rId2748" cstate="print">
                      <a:extLst>
                        <a:ext uri="{28A0092B-C50C-407E-A947-70E740481C1C}">
                          <a14:useLocalDpi xmlns:a14="http://schemas.microsoft.com/office/drawing/2010/main" val="0"/>
                        </a:ext>
                      </a:extLst>
                    </a:blip>
                    <a:srcRect/>
                    <a:stretch>
                      <a:fillRect/>
                    </a:stretch>
                  </pic:blipFill>
                  <pic:spPr bwMode="auto">
                    <a:xfrm>
                      <a:off x="0" y="0"/>
                      <a:ext cx="5024120" cy="1905635"/>
                    </a:xfrm>
                    <a:prstGeom prst="rect">
                      <a:avLst/>
                    </a:prstGeom>
                    <a:noFill/>
                    <a:ln>
                      <a:noFill/>
                    </a:ln>
                  </pic:spPr>
                </pic:pic>
              </a:graphicData>
            </a:graphic>
          </wp:inline>
        </w:drawing>
      </w:r>
      <w:r w:rsidR="00132EB0" w:rsidRPr="00B439DD">
        <w:rPr>
          <w:rFonts w:ascii="Times New Roman" w:hAnsi="Times New Roman" w:cs="Times New Roman"/>
          <w:sz w:val="28"/>
          <w:szCs w:val="28"/>
          <w:lang w:val="kk-KZ"/>
        </w:rPr>
        <w:tab/>
        <w:t>(2.4</w:t>
      </w:r>
      <w:r w:rsidR="004B7CD0" w:rsidRPr="00B439DD">
        <w:rPr>
          <w:rFonts w:ascii="Times New Roman" w:hAnsi="Times New Roman" w:cs="Times New Roman"/>
          <w:sz w:val="28"/>
          <w:szCs w:val="28"/>
          <w:lang w:val="kk-KZ"/>
        </w:rPr>
        <w:t>0)</w:t>
      </w:r>
    </w:p>
    <w:p w14:paraId="2D2C2923" w14:textId="77777777" w:rsidR="00025546" w:rsidRPr="00B439DD" w:rsidRDefault="00025546" w:rsidP="00025546">
      <w:pPr>
        <w:spacing w:after="0" w:line="240" w:lineRule="auto"/>
        <w:rPr>
          <w:rFonts w:ascii="Times New Roman" w:hAnsi="Times New Roman" w:cs="Times New Roman"/>
          <w:sz w:val="28"/>
          <w:szCs w:val="28"/>
          <w:lang w:val="kk-KZ"/>
        </w:rPr>
      </w:pPr>
    </w:p>
    <w:p w14:paraId="1232FB16" w14:textId="34D0F478" w:rsidR="004B7CD0" w:rsidRPr="00B439DD" w:rsidRDefault="004B7CD0" w:rsidP="00152387">
      <w:pPr>
        <w:spacing w:after="0" w:line="240" w:lineRule="auto"/>
        <w:ind w:firstLine="567"/>
        <w:jc w:val="both"/>
        <w:rPr>
          <w:rFonts w:ascii="Times New Roman" w:hAnsi="Times New Roman" w:cs="Times New Roman"/>
          <w:sz w:val="28"/>
          <w:szCs w:val="28"/>
          <w:lang w:val="kk-KZ"/>
        </w:rPr>
      </w:pPr>
      <w:r w:rsidRPr="00B439DD">
        <w:rPr>
          <w:rFonts w:ascii="Times New Roman" w:hAnsi="Times New Roman" w:cs="Times New Roman"/>
          <w:sz w:val="28"/>
          <w:szCs w:val="28"/>
          <w:lang w:val="kk-KZ"/>
        </w:rPr>
        <w:t>Осы теңдіктегі бесінші қосылғышқа (</w:t>
      </w:r>
      <w:r w:rsidR="00132EB0" w:rsidRPr="00B439DD">
        <w:rPr>
          <w:rFonts w:ascii="Times New Roman" w:hAnsi="Times New Roman" w:cs="Times New Roman"/>
          <w:sz w:val="28"/>
          <w:szCs w:val="28"/>
          <w:lang w:val="kk-KZ"/>
        </w:rPr>
        <w:t>2.3</w:t>
      </w:r>
      <w:r w:rsidRPr="00B439DD">
        <w:rPr>
          <w:rFonts w:ascii="Times New Roman" w:hAnsi="Times New Roman" w:cs="Times New Roman"/>
          <w:sz w:val="28"/>
          <w:szCs w:val="28"/>
          <w:lang w:val="kk-KZ"/>
        </w:rPr>
        <w:t xml:space="preserve">4) шартты ескеріп, алтыншы қосылғышқа Коши-Буняковский теңсіздігін қолдансақ, онда </w:t>
      </w:r>
    </w:p>
    <w:p w14:paraId="48D72686" w14:textId="77777777" w:rsidR="004B7CD0" w:rsidRPr="00B439DD" w:rsidRDefault="004B7CD0" w:rsidP="004B7CD0">
      <w:pPr>
        <w:spacing w:after="0" w:line="240" w:lineRule="auto"/>
        <w:jc w:val="both"/>
        <w:rPr>
          <w:rFonts w:ascii="Times New Roman" w:hAnsi="Times New Roman" w:cs="Times New Roman"/>
          <w:sz w:val="28"/>
          <w:szCs w:val="28"/>
          <w:lang w:val="kk-KZ"/>
        </w:rPr>
      </w:pPr>
    </w:p>
    <w:p w14:paraId="00EDD0FA" w14:textId="025264A7" w:rsidR="004B7CD0" w:rsidRPr="00B439DD" w:rsidRDefault="00A135AE" w:rsidP="004B7CD0">
      <w:pPr>
        <w:spacing w:after="0" w:line="240" w:lineRule="auto"/>
        <w:jc w:val="right"/>
        <w:rPr>
          <w:rFonts w:ascii="Times New Roman" w:hAnsi="Times New Roman" w:cs="Times New Roman"/>
          <w:sz w:val="28"/>
          <w:szCs w:val="28"/>
          <w:lang w:val="kk-KZ"/>
        </w:rPr>
      </w:pPr>
      <w:r w:rsidRPr="00B439DD">
        <w:rPr>
          <w:rFonts w:ascii="Times New Roman" w:hAnsi="Times New Roman" w:cs="Times New Roman"/>
          <w:noProof/>
          <w:position w:val="-52"/>
          <w:sz w:val="28"/>
          <w:szCs w:val="28"/>
        </w:rPr>
        <w:drawing>
          <wp:inline distT="0" distB="0" distL="0" distR="0" wp14:anchorId="731BF428" wp14:editId="4824EF6F">
            <wp:extent cx="4321810" cy="760095"/>
            <wp:effectExtent l="0" t="0" r="2540" b="1905"/>
            <wp:docPr id="1979" name="Рисунок 1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9"/>
                    <pic:cNvPicPr>
                      <a:picLocks noChangeAspect="1" noChangeArrowheads="1"/>
                    </pic:cNvPicPr>
                  </pic:nvPicPr>
                  <pic:blipFill>
                    <a:blip r:embed="rId2749" cstate="print">
                      <a:extLst>
                        <a:ext uri="{28A0092B-C50C-407E-A947-70E740481C1C}">
                          <a14:useLocalDpi xmlns:a14="http://schemas.microsoft.com/office/drawing/2010/main" val="0"/>
                        </a:ext>
                      </a:extLst>
                    </a:blip>
                    <a:srcRect/>
                    <a:stretch>
                      <a:fillRect/>
                    </a:stretch>
                  </pic:blipFill>
                  <pic:spPr bwMode="auto">
                    <a:xfrm>
                      <a:off x="0" y="0"/>
                      <a:ext cx="4321810" cy="760095"/>
                    </a:xfrm>
                    <a:prstGeom prst="rect">
                      <a:avLst/>
                    </a:prstGeom>
                    <a:noFill/>
                    <a:ln>
                      <a:noFill/>
                    </a:ln>
                  </pic:spPr>
                </pic:pic>
              </a:graphicData>
            </a:graphic>
          </wp:inline>
        </w:drawing>
      </w:r>
      <w:r w:rsidR="00132EB0" w:rsidRPr="00B439DD">
        <w:rPr>
          <w:rFonts w:ascii="Times New Roman" w:hAnsi="Times New Roman" w:cs="Times New Roman"/>
          <w:sz w:val="28"/>
          <w:szCs w:val="28"/>
          <w:lang w:val="kk-KZ"/>
        </w:rPr>
        <w:tab/>
      </w:r>
      <w:r w:rsidR="00132EB0" w:rsidRPr="00B439DD">
        <w:rPr>
          <w:rFonts w:ascii="Times New Roman" w:hAnsi="Times New Roman" w:cs="Times New Roman"/>
          <w:sz w:val="28"/>
          <w:szCs w:val="28"/>
          <w:lang w:val="kk-KZ"/>
        </w:rPr>
        <w:tab/>
        <w:t>(2.4</w:t>
      </w:r>
      <w:r w:rsidR="004B7CD0" w:rsidRPr="00B439DD">
        <w:rPr>
          <w:rFonts w:ascii="Times New Roman" w:hAnsi="Times New Roman" w:cs="Times New Roman"/>
          <w:sz w:val="28"/>
          <w:szCs w:val="28"/>
          <w:lang w:val="kk-KZ"/>
        </w:rPr>
        <w:t>1)</w:t>
      </w:r>
    </w:p>
    <w:p w14:paraId="3E76C8AF" w14:textId="77777777" w:rsidR="00025546" w:rsidRPr="00B439DD" w:rsidRDefault="00025546" w:rsidP="00025546">
      <w:pPr>
        <w:spacing w:after="0" w:line="240" w:lineRule="auto"/>
        <w:rPr>
          <w:rFonts w:ascii="Times New Roman" w:hAnsi="Times New Roman" w:cs="Times New Roman"/>
          <w:sz w:val="28"/>
          <w:szCs w:val="28"/>
          <w:lang w:val="kk-KZ"/>
        </w:rPr>
      </w:pPr>
    </w:p>
    <w:p w14:paraId="6DFDAE73" w14:textId="77777777" w:rsidR="00025546" w:rsidRPr="00B439DD" w:rsidRDefault="00025546" w:rsidP="004B7CD0">
      <w:pPr>
        <w:spacing w:after="0" w:line="240" w:lineRule="auto"/>
        <w:jc w:val="right"/>
        <w:rPr>
          <w:rFonts w:ascii="Times New Roman" w:hAnsi="Times New Roman" w:cs="Times New Roman"/>
          <w:sz w:val="28"/>
          <w:szCs w:val="28"/>
          <w:lang w:val="kk-KZ"/>
        </w:rPr>
      </w:pPr>
    </w:p>
    <w:p w14:paraId="381A6505" w14:textId="2BFA6158" w:rsidR="004B7CD0" w:rsidRPr="00B439DD" w:rsidRDefault="004B7CD0" w:rsidP="00152387">
      <w:pPr>
        <w:spacing w:after="0" w:line="240" w:lineRule="auto"/>
        <w:ind w:firstLine="567"/>
        <w:jc w:val="both"/>
        <w:rPr>
          <w:rFonts w:ascii="Times New Roman" w:hAnsi="Times New Roman" w:cs="Times New Roman"/>
          <w:sz w:val="28"/>
          <w:szCs w:val="28"/>
          <w:lang w:val="kk-KZ"/>
        </w:rPr>
      </w:pPr>
      <w:r w:rsidRPr="00B439DD">
        <w:rPr>
          <w:rFonts w:ascii="Times New Roman" w:hAnsi="Times New Roman" w:cs="Times New Roman"/>
          <w:sz w:val="28"/>
          <w:szCs w:val="28"/>
          <w:lang w:val="kk-KZ"/>
        </w:rPr>
        <w:t xml:space="preserve">Егер </w:t>
      </w:r>
      <w:r w:rsidR="00A135AE" w:rsidRPr="00B439DD">
        <w:rPr>
          <w:rFonts w:ascii="Times New Roman" w:hAnsi="Times New Roman" w:cs="Times New Roman"/>
          <w:noProof/>
          <w:position w:val="-34"/>
          <w:sz w:val="28"/>
          <w:szCs w:val="28"/>
        </w:rPr>
        <w:drawing>
          <wp:inline distT="0" distB="0" distL="0" distR="0" wp14:anchorId="12728CC8" wp14:editId="1DFE1137">
            <wp:extent cx="1328420" cy="500380"/>
            <wp:effectExtent l="0" t="0" r="5080" b="0"/>
            <wp:docPr id="1980" name="Рисунок 1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0"/>
                    <pic:cNvPicPr>
                      <a:picLocks noChangeAspect="1" noChangeArrowheads="1"/>
                    </pic:cNvPicPr>
                  </pic:nvPicPr>
                  <pic:blipFill>
                    <a:blip r:embed="rId2750" cstate="print">
                      <a:extLst>
                        <a:ext uri="{28A0092B-C50C-407E-A947-70E740481C1C}">
                          <a14:useLocalDpi xmlns:a14="http://schemas.microsoft.com/office/drawing/2010/main" val="0"/>
                        </a:ext>
                      </a:extLst>
                    </a:blip>
                    <a:srcRect/>
                    <a:stretch>
                      <a:fillRect/>
                    </a:stretch>
                  </pic:blipFill>
                  <pic:spPr bwMode="auto">
                    <a:xfrm>
                      <a:off x="0" y="0"/>
                      <a:ext cx="1328420" cy="500380"/>
                    </a:xfrm>
                    <a:prstGeom prst="rect">
                      <a:avLst/>
                    </a:prstGeom>
                    <a:noFill/>
                    <a:ln>
                      <a:noFill/>
                    </a:ln>
                  </pic:spPr>
                </pic:pic>
              </a:graphicData>
            </a:graphic>
          </wp:inline>
        </w:drawing>
      </w:r>
      <w:r w:rsidRPr="00B439DD">
        <w:rPr>
          <w:rFonts w:ascii="Times New Roman" w:hAnsi="Times New Roman" w:cs="Times New Roman"/>
          <w:sz w:val="28"/>
          <w:szCs w:val="28"/>
          <w:lang w:val="kk-KZ"/>
        </w:rPr>
        <w:t xml:space="preserve"> орындалғанда, яғни  жеткілікті үлкен </w:t>
      </w:r>
      <w:r w:rsidR="00A135AE" w:rsidRPr="00B439DD">
        <w:rPr>
          <w:rFonts w:ascii="Times New Roman" w:hAnsi="Times New Roman" w:cs="Times New Roman"/>
          <w:noProof/>
          <w:position w:val="-10"/>
          <w:sz w:val="28"/>
          <w:szCs w:val="28"/>
        </w:rPr>
        <w:drawing>
          <wp:inline distT="0" distB="0" distL="0" distR="0" wp14:anchorId="4F8F9E03" wp14:editId="38E6B815">
            <wp:extent cx="414020" cy="211455"/>
            <wp:effectExtent l="0" t="0" r="5080" b="0"/>
            <wp:docPr id="1981" name="Рисунок 1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1"/>
                    <pic:cNvPicPr>
                      <a:picLocks noChangeAspect="1" noChangeArrowheads="1"/>
                    </pic:cNvPicPr>
                  </pic:nvPicPr>
                  <pic:blipFill>
                    <a:blip r:embed="rId2751" cstate="print">
                      <a:extLst>
                        <a:ext uri="{28A0092B-C50C-407E-A947-70E740481C1C}">
                          <a14:useLocalDpi xmlns:a14="http://schemas.microsoft.com/office/drawing/2010/main" val="0"/>
                        </a:ext>
                      </a:extLst>
                    </a:blip>
                    <a:srcRect/>
                    <a:stretch>
                      <a:fillRect/>
                    </a:stretch>
                  </pic:blipFill>
                  <pic:spPr bwMode="auto">
                    <a:xfrm>
                      <a:off x="0" y="0"/>
                      <a:ext cx="414020" cy="211455"/>
                    </a:xfrm>
                    <a:prstGeom prst="rect">
                      <a:avLst/>
                    </a:prstGeom>
                    <a:noFill/>
                    <a:ln>
                      <a:noFill/>
                    </a:ln>
                  </pic:spPr>
                </pic:pic>
              </a:graphicData>
            </a:graphic>
          </wp:inline>
        </w:drawing>
      </w:r>
      <w:r w:rsidRPr="00B439DD">
        <w:rPr>
          <w:rFonts w:ascii="Times New Roman" w:hAnsi="Times New Roman" w:cs="Times New Roman"/>
          <w:sz w:val="28"/>
          <w:szCs w:val="28"/>
          <w:lang w:val="kk-KZ"/>
        </w:rPr>
        <w:t xml:space="preserve"> табылады да (дәлірек айтсақ </w:t>
      </w:r>
      <w:r w:rsidR="00A135AE" w:rsidRPr="00B439DD">
        <w:rPr>
          <w:rFonts w:ascii="Times New Roman" w:hAnsi="Times New Roman" w:cs="Times New Roman"/>
          <w:noProof/>
          <w:position w:val="-34"/>
          <w:sz w:val="28"/>
          <w:szCs w:val="28"/>
        </w:rPr>
        <w:drawing>
          <wp:inline distT="0" distB="0" distL="0" distR="0" wp14:anchorId="53ADAC42" wp14:editId="53E03BB8">
            <wp:extent cx="942975" cy="500380"/>
            <wp:effectExtent l="0" t="0" r="9525" b="0"/>
            <wp:docPr id="1982" name="Рисунок 1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2"/>
                    <pic:cNvPicPr>
                      <a:picLocks noChangeAspect="1" noChangeArrowheads="1"/>
                    </pic:cNvPicPr>
                  </pic:nvPicPr>
                  <pic:blipFill>
                    <a:blip r:embed="rId2752" cstate="print">
                      <a:extLst>
                        <a:ext uri="{28A0092B-C50C-407E-A947-70E740481C1C}">
                          <a14:useLocalDpi xmlns:a14="http://schemas.microsoft.com/office/drawing/2010/main" val="0"/>
                        </a:ext>
                      </a:extLst>
                    </a:blip>
                    <a:srcRect/>
                    <a:stretch>
                      <a:fillRect/>
                    </a:stretch>
                  </pic:blipFill>
                  <pic:spPr bwMode="auto">
                    <a:xfrm>
                      <a:off x="0" y="0"/>
                      <a:ext cx="942975" cy="500380"/>
                    </a:xfrm>
                    <a:prstGeom prst="rect">
                      <a:avLst/>
                    </a:prstGeom>
                    <a:noFill/>
                    <a:ln>
                      <a:noFill/>
                    </a:ln>
                  </pic:spPr>
                </pic:pic>
              </a:graphicData>
            </a:graphic>
          </wp:inline>
        </w:drawing>
      </w:r>
      <w:r w:rsidRPr="00B439DD">
        <w:rPr>
          <w:rFonts w:ascii="Times New Roman" w:hAnsi="Times New Roman" w:cs="Times New Roman"/>
          <w:sz w:val="28"/>
          <w:szCs w:val="28"/>
          <w:lang w:val="kk-KZ"/>
        </w:rPr>
        <w:t xml:space="preserve">), </w:t>
      </w:r>
      <w:r w:rsidR="00A135AE" w:rsidRPr="00B439DD">
        <w:rPr>
          <w:rFonts w:ascii="Times New Roman" w:hAnsi="Times New Roman" w:cs="Times New Roman"/>
          <w:noProof/>
          <w:position w:val="-20"/>
          <w:sz w:val="28"/>
          <w:szCs w:val="28"/>
        </w:rPr>
        <w:drawing>
          <wp:inline distT="0" distB="0" distL="0" distR="0" wp14:anchorId="48B651A4" wp14:editId="27705356">
            <wp:extent cx="596900" cy="337185"/>
            <wp:effectExtent l="0" t="0" r="0" b="5715"/>
            <wp:docPr id="1983" name="Рисунок 1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3"/>
                    <pic:cNvPicPr>
                      <a:picLocks noChangeAspect="1" noChangeArrowheads="1"/>
                    </pic:cNvPicPr>
                  </pic:nvPicPr>
                  <pic:blipFill>
                    <a:blip r:embed="rId2753" cstate="print">
                      <a:extLst>
                        <a:ext uri="{28A0092B-C50C-407E-A947-70E740481C1C}">
                          <a14:useLocalDpi xmlns:a14="http://schemas.microsoft.com/office/drawing/2010/main" val="0"/>
                        </a:ext>
                      </a:extLst>
                    </a:blip>
                    <a:srcRect/>
                    <a:stretch>
                      <a:fillRect/>
                    </a:stretch>
                  </pic:blipFill>
                  <pic:spPr bwMode="auto">
                    <a:xfrm>
                      <a:off x="0" y="0"/>
                      <a:ext cx="596900" cy="337185"/>
                    </a:xfrm>
                    <a:prstGeom prst="rect">
                      <a:avLst/>
                    </a:prstGeom>
                    <a:noFill/>
                    <a:ln>
                      <a:noFill/>
                    </a:ln>
                  </pic:spPr>
                </pic:pic>
              </a:graphicData>
            </a:graphic>
          </wp:inline>
        </w:drawing>
      </w:r>
      <w:r w:rsidRPr="00B439DD">
        <w:rPr>
          <w:rFonts w:ascii="Times New Roman" w:hAnsi="Times New Roman" w:cs="Times New Roman"/>
          <w:sz w:val="28"/>
          <w:szCs w:val="28"/>
          <w:lang w:val="kk-KZ"/>
        </w:rPr>
        <w:t xml:space="preserve"> сферада </w:t>
      </w:r>
      <w:r w:rsidR="00A135AE" w:rsidRPr="00B439DD">
        <w:rPr>
          <w:rFonts w:ascii="Times New Roman" w:hAnsi="Times New Roman" w:cs="Times New Roman"/>
          <w:noProof/>
          <w:position w:val="-20"/>
          <w:sz w:val="28"/>
          <w:szCs w:val="28"/>
        </w:rPr>
        <w:drawing>
          <wp:inline distT="0" distB="0" distL="0" distR="0" wp14:anchorId="1566EF7A" wp14:editId="7CE37B96">
            <wp:extent cx="1203325" cy="337185"/>
            <wp:effectExtent l="0" t="0" r="0" b="5715"/>
            <wp:docPr id="1984" name="Рисунок 1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4"/>
                    <pic:cNvPicPr>
                      <a:picLocks noChangeAspect="1" noChangeArrowheads="1"/>
                    </pic:cNvPicPr>
                  </pic:nvPicPr>
                  <pic:blipFill>
                    <a:blip r:embed="rId2754" cstate="print">
                      <a:extLst>
                        <a:ext uri="{28A0092B-C50C-407E-A947-70E740481C1C}">
                          <a14:useLocalDpi xmlns:a14="http://schemas.microsoft.com/office/drawing/2010/main" val="0"/>
                        </a:ext>
                      </a:extLst>
                    </a:blip>
                    <a:srcRect/>
                    <a:stretch>
                      <a:fillRect/>
                    </a:stretch>
                  </pic:blipFill>
                  <pic:spPr bwMode="auto">
                    <a:xfrm>
                      <a:off x="0" y="0"/>
                      <a:ext cx="1203325" cy="337185"/>
                    </a:xfrm>
                    <a:prstGeom prst="rect">
                      <a:avLst/>
                    </a:prstGeom>
                    <a:noFill/>
                    <a:ln>
                      <a:noFill/>
                    </a:ln>
                  </pic:spPr>
                </pic:pic>
              </a:graphicData>
            </a:graphic>
          </wp:inline>
        </w:drawing>
      </w:r>
      <w:r w:rsidRPr="00B439DD">
        <w:rPr>
          <w:rFonts w:ascii="Times New Roman" w:hAnsi="Times New Roman" w:cs="Times New Roman"/>
          <w:sz w:val="28"/>
          <w:szCs w:val="28"/>
          <w:lang w:val="kk-KZ"/>
        </w:rPr>
        <w:t xml:space="preserve">. Сүйір бұрыш туралы лемма бойынша </w:t>
      </w:r>
      <w:r w:rsidR="00A135AE" w:rsidRPr="00B439DD">
        <w:rPr>
          <w:rFonts w:ascii="Times New Roman" w:hAnsi="Times New Roman" w:cs="Times New Roman"/>
          <w:noProof/>
          <w:position w:val="-20"/>
          <w:sz w:val="28"/>
          <w:szCs w:val="28"/>
        </w:rPr>
        <w:drawing>
          <wp:inline distT="0" distB="0" distL="0" distR="0" wp14:anchorId="28FDC834" wp14:editId="497426F9">
            <wp:extent cx="596900" cy="337185"/>
            <wp:effectExtent l="0" t="0" r="0" b="5715"/>
            <wp:docPr id="1985" name="Рисунок 1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5"/>
                    <pic:cNvPicPr>
                      <a:picLocks noChangeAspect="1" noChangeArrowheads="1"/>
                    </pic:cNvPicPr>
                  </pic:nvPicPr>
                  <pic:blipFill>
                    <a:blip r:embed="rId2755" cstate="print">
                      <a:extLst>
                        <a:ext uri="{28A0092B-C50C-407E-A947-70E740481C1C}">
                          <a14:useLocalDpi xmlns:a14="http://schemas.microsoft.com/office/drawing/2010/main" val="0"/>
                        </a:ext>
                      </a:extLst>
                    </a:blip>
                    <a:srcRect/>
                    <a:stretch>
                      <a:fillRect/>
                    </a:stretch>
                  </pic:blipFill>
                  <pic:spPr bwMode="auto">
                    <a:xfrm>
                      <a:off x="0" y="0"/>
                      <a:ext cx="596900" cy="337185"/>
                    </a:xfrm>
                    <a:prstGeom prst="rect">
                      <a:avLst/>
                    </a:prstGeom>
                    <a:noFill/>
                    <a:ln>
                      <a:noFill/>
                    </a:ln>
                  </pic:spPr>
                </pic:pic>
              </a:graphicData>
            </a:graphic>
          </wp:inline>
        </w:drawing>
      </w:r>
      <w:r w:rsidRPr="00B439DD">
        <w:rPr>
          <w:rFonts w:ascii="Times New Roman" w:hAnsi="Times New Roman" w:cs="Times New Roman"/>
          <w:sz w:val="28"/>
          <w:szCs w:val="28"/>
          <w:lang w:val="kk-KZ"/>
        </w:rPr>
        <w:t xml:space="preserve"> тұйық шарда </w:t>
      </w:r>
      <w:r w:rsidR="00A135AE" w:rsidRPr="00B439DD">
        <w:rPr>
          <w:rFonts w:ascii="Times New Roman" w:hAnsi="Times New Roman" w:cs="Times New Roman"/>
          <w:noProof/>
          <w:position w:val="-12"/>
          <w:sz w:val="28"/>
          <w:szCs w:val="28"/>
        </w:rPr>
        <w:drawing>
          <wp:inline distT="0" distB="0" distL="0" distR="0" wp14:anchorId="2AF6452A" wp14:editId="3406E05D">
            <wp:extent cx="664210" cy="288925"/>
            <wp:effectExtent l="0" t="0" r="2540" b="0"/>
            <wp:docPr id="1986" name="Рисунок 1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6"/>
                    <pic:cNvPicPr>
                      <a:picLocks noChangeAspect="1" noChangeArrowheads="1"/>
                    </pic:cNvPicPr>
                  </pic:nvPicPr>
                  <pic:blipFill>
                    <a:blip r:embed="rId2756" cstate="print">
                      <a:extLst>
                        <a:ext uri="{28A0092B-C50C-407E-A947-70E740481C1C}">
                          <a14:useLocalDpi xmlns:a14="http://schemas.microsoft.com/office/drawing/2010/main" val="0"/>
                        </a:ext>
                      </a:extLst>
                    </a:blip>
                    <a:srcRect/>
                    <a:stretch>
                      <a:fillRect/>
                    </a:stretch>
                  </pic:blipFill>
                  <pic:spPr bwMode="auto">
                    <a:xfrm>
                      <a:off x="0" y="0"/>
                      <a:ext cx="664210" cy="288925"/>
                    </a:xfrm>
                    <a:prstGeom prst="rect">
                      <a:avLst/>
                    </a:prstGeom>
                    <a:noFill/>
                    <a:ln>
                      <a:noFill/>
                    </a:ln>
                  </pic:spPr>
                </pic:pic>
              </a:graphicData>
            </a:graphic>
          </wp:inline>
        </w:drawing>
      </w:r>
      <w:r w:rsidRPr="00B439DD">
        <w:rPr>
          <w:rFonts w:ascii="Times New Roman" w:hAnsi="Times New Roman" w:cs="Times New Roman"/>
          <w:sz w:val="28"/>
          <w:szCs w:val="28"/>
          <w:lang w:val="kk-KZ"/>
        </w:rPr>
        <w:t xml:space="preserve"> табылады және </w:t>
      </w:r>
      <w:r w:rsidR="00A135AE" w:rsidRPr="00B439DD">
        <w:rPr>
          <w:rFonts w:ascii="Times New Roman" w:hAnsi="Times New Roman" w:cs="Times New Roman"/>
          <w:noProof/>
          <w:position w:val="-16"/>
          <w:sz w:val="28"/>
          <w:szCs w:val="28"/>
        </w:rPr>
        <w:drawing>
          <wp:inline distT="0" distB="0" distL="0" distR="0" wp14:anchorId="44C820AB" wp14:editId="0BD2FB0C">
            <wp:extent cx="1607185" cy="317500"/>
            <wp:effectExtent l="0" t="0" r="0" b="6350"/>
            <wp:docPr id="1987" name="Рисунок 1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7"/>
                    <pic:cNvPicPr>
                      <a:picLocks noChangeAspect="1" noChangeArrowheads="1"/>
                    </pic:cNvPicPr>
                  </pic:nvPicPr>
                  <pic:blipFill>
                    <a:blip r:embed="rId2757" cstate="print">
                      <a:extLst>
                        <a:ext uri="{28A0092B-C50C-407E-A947-70E740481C1C}">
                          <a14:useLocalDpi xmlns:a14="http://schemas.microsoft.com/office/drawing/2010/main" val="0"/>
                        </a:ext>
                      </a:extLst>
                    </a:blip>
                    <a:srcRect/>
                    <a:stretch>
                      <a:fillRect/>
                    </a:stretch>
                  </pic:blipFill>
                  <pic:spPr bwMode="auto">
                    <a:xfrm>
                      <a:off x="0" y="0"/>
                      <a:ext cx="1607185" cy="317500"/>
                    </a:xfrm>
                    <a:prstGeom prst="rect">
                      <a:avLst/>
                    </a:prstGeom>
                    <a:noFill/>
                    <a:ln>
                      <a:noFill/>
                    </a:ln>
                  </pic:spPr>
                </pic:pic>
              </a:graphicData>
            </a:graphic>
          </wp:inline>
        </w:drawing>
      </w:r>
      <w:r w:rsidRPr="00B439DD">
        <w:rPr>
          <w:rFonts w:ascii="Times New Roman" w:hAnsi="Times New Roman" w:cs="Times New Roman"/>
          <w:sz w:val="28"/>
          <w:szCs w:val="28"/>
          <w:lang w:val="kk-KZ"/>
        </w:rPr>
        <w:t xml:space="preserve"> барлық </w:t>
      </w:r>
      <w:r w:rsidR="00A135AE" w:rsidRPr="00B439DD">
        <w:rPr>
          <w:rFonts w:ascii="Times New Roman" w:hAnsi="Times New Roman" w:cs="Times New Roman"/>
          <w:noProof/>
          <w:position w:val="-12"/>
          <w:sz w:val="28"/>
          <w:szCs w:val="28"/>
        </w:rPr>
        <w:drawing>
          <wp:inline distT="0" distB="0" distL="0" distR="0" wp14:anchorId="4C9A13BE" wp14:editId="78362EDC">
            <wp:extent cx="942975" cy="231140"/>
            <wp:effectExtent l="0" t="0" r="9525" b="0"/>
            <wp:docPr id="1988" name="Рисунок 1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8"/>
                    <pic:cNvPicPr>
                      <a:picLocks noChangeAspect="1" noChangeArrowheads="1"/>
                    </pic:cNvPicPr>
                  </pic:nvPicPr>
                  <pic:blipFill>
                    <a:blip r:embed="rId2758" cstate="print">
                      <a:extLst>
                        <a:ext uri="{28A0092B-C50C-407E-A947-70E740481C1C}">
                          <a14:useLocalDpi xmlns:a14="http://schemas.microsoft.com/office/drawing/2010/main" val="0"/>
                        </a:ext>
                      </a:extLst>
                    </a:blip>
                    <a:srcRect/>
                    <a:stretch>
                      <a:fillRect/>
                    </a:stretch>
                  </pic:blipFill>
                  <pic:spPr bwMode="auto">
                    <a:xfrm>
                      <a:off x="0" y="0"/>
                      <a:ext cx="942975" cy="231140"/>
                    </a:xfrm>
                    <a:prstGeom prst="rect">
                      <a:avLst/>
                    </a:prstGeom>
                    <a:noFill/>
                    <a:ln>
                      <a:noFill/>
                    </a:ln>
                  </pic:spPr>
                </pic:pic>
              </a:graphicData>
            </a:graphic>
          </wp:inline>
        </w:drawing>
      </w:r>
      <w:r w:rsidRPr="00B439DD">
        <w:rPr>
          <w:rFonts w:ascii="Times New Roman" w:hAnsi="Times New Roman" w:cs="Times New Roman"/>
          <w:sz w:val="28"/>
          <w:szCs w:val="28"/>
          <w:lang w:val="kk-KZ"/>
        </w:rPr>
        <w:t xml:space="preserve"> Бұдан (</w:t>
      </w:r>
      <w:r w:rsidR="00132EB0" w:rsidRPr="00B439DD">
        <w:rPr>
          <w:rFonts w:ascii="Times New Roman" w:hAnsi="Times New Roman" w:cs="Times New Roman"/>
          <w:sz w:val="28"/>
          <w:szCs w:val="28"/>
          <w:lang w:val="kk-KZ"/>
        </w:rPr>
        <w:t>2.3</w:t>
      </w:r>
      <w:r w:rsidRPr="00B439DD">
        <w:rPr>
          <w:rFonts w:ascii="Times New Roman" w:hAnsi="Times New Roman" w:cs="Times New Roman"/>
          <w:sz w:val="28"/>
          <w:szCs w:val="28"/>
          <w:lang w:val="kk-KZ"/>
        </w:rPr>
        <w:t xml:space="preserve">9) теңдікті қанағаттандыратын </w:t>
      </w:r>
      <w:r w:rsidR="00A135AE" w:rsidRPr="00B439DD">
        <w:rPr>
          <w:rFonts w:ascii="Times New Roman" w:hAnsi="Times New Roman" w:cs="Times New Roman"/>
          <w:noProof/>
          <w:position w:val="-12"/>
          <w:sz w:val="28"/>
          <w:szCs w:val="28"/>
        </w:rPr>
        <w:drawing>
          <wp:inline distT="0" distB="0" distL="0" distR="0" wp14:anchorId="4DF42EC6" wp14:editId="332E5E0C">
            <wp:extent cx="596900" cy="231140"/>
            <wp:effectExtent l="0" t="0" r="0" b="0"/>
            <wp:docPr id="1989" name="Рисунок 1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9"/>
                    <pic:cNvPicPr>
                      <a:picLocks noChangeAspect="1" noChangeArrowheads="1"/>
                    </pic:cNvPicPr>
                  </pic:nvPicPr>
                  <pic:blipFill>
                    <a:blip r:embed="rId2759" cstate="print">
                      <a:extLst>
                        <a:ext uri="{28A0092B-C50C-407E-A947-70E740481C1C}">
                          <a14:useLocalDpi xmlns:a14="http://schemas.microsoft.com/office/drawing/2010/main" val="0"/>
                        </a:ext>
                      </a:extLst>
                    </a:blip>
                    <a:srcRect/>
                    <a:stretch>
                      <a:fillRect/>
                    </a:stretch>
                  </pic:blipFill>
                  <pic:spPr bwMode="auto">
                    <a:xfrm>
                      <a:off x="0" y="0"/>
                      <a:ext cx="596900" cy="231140"/>
                    </a:xfrm>
                    <a:prstGeom prst="rect">
                      <a:avLst/>
                    </a:prstGeom>
                    <a:noFill/>
                    <a:ln>
                      <a:noFill/>
                    </a:ln>
                  </pic:spPr>
                </pic:pic>
              </a:graphicData>
            </a:graphic>
          </wp:inline>
        </w:drawing>
      </w:r>
      <w:r w:rsidRPr="00B439DD">
        <w:rPr>
          <w:rFonts w:ascii="Times New Roman" w:hAnsi="Times New Roman" w:cs="Times New Roman"/>
          <w:sz w:val="28"/>
          <w:szCs w:val="28"/>
          <w:lang w:val="kk-KZ"/>
        </w:rPr>
        <w:t xml:space="preserve"> функциялары бар екендігі шығады.</w:t>
      </w:r>
    </w:p>
    <w:p w14:paraId="67A23260" w14:textId="18C4254E" w:rsidR="004B7CD0" w:rsidRPr="00B439DD" w:rsidRDefault="00152387" w:rsidP="00152387">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32EB0" w:rsidRPr="00B439DD">
        <w:rPr>
          <w:rFonts w:ascii="Times New Roman" w:hAnsi="Times New Roman" w:cs="Times New Roman"/>
          <w:sz w:val="28"/>
          <w:szCs w:val="28"/>
          <w:lang w:val="kk-KZ"/>
        </w:rPr>
        <w:t>Лемма 2.3</w:t>
      </w:r>
      <w:r w:rsidR="004B7CD0" w:rsidRPr="00B439DD">
        <w:rPr>
          <w:rFonts w:ascii="Times New Roman" w:hAnsi="Times New Roman" w:cs="Times New Roman"/>
          <w:sz w:val="28"/>
          <w:szCs w:val="28"/>
          <w:lang w:val="kk-KZ"/>
        </w:rPr>
        <w:t xml:space="preserve"> дәлелденді.</w:t>
      </w:r>
    </w:p>
    <w:p w14:paraId="54738A9B" w14:textId="3A7E4259" w:rsidR="004B7CD0" w:rsidRPr="00B439DD" w:rsidRDefault="004B7CD0" w:rsidP="00152387">
      <w:pPr>
        <w:spacing w:after="0" w:line="240" w:lineRule="auto"/>
        <w:ind w:firstLine="567"/>
        <w:jc w:val="both"/>
        <w:rPr>
          <w:rFonts w:ascii="Times New Roman" w:hAnsi="Times New Roman" w:cs="Times New Roman"/>
          <w:sz w:val="28"/>
          <w:szCs w:val="28"/>
          <w:lang w:val="kk-KZ"/>
        </w:rPr>
      </w:pPr>
      <w:r w:rsidRPr="00B439DD">
        <w:rPr>
          <w:rFonts w:ascii="Times New Roman" w:hAnsi="Times New Roman" w:cs="Times New Roman"/>
          <w:sz w:val="28"/>
          <w:szCs w:val="28"/>
          <w:lang w:val="kk-KZ"/>
        </w:rPr>
        <w:t>Енді (</w:t>
      </w:r>
      <w:r w:rsidR="00132EB0" w:rsidRPr="00B439DD">
        <w:rPr>
          <w:rFonts w:ascii="Times New Roman" w:hAnsi="Times New Roman" w:cs="Times New Roman"/>
          <w:sz w:val="28"/>
          <w:szCs w:val="28"/>
          <w:lang w:val="kk-KZ"/>
        </w:rPr>
        <w:t>2.3</w:t>
      </w:r>
      <w:r w:rsidRPr="00B439DD">
        <w:rPr>
          <w:rFonts w:ascii="Times New Roman" w:hAnsi="Times New Roman" w:cs="Times New Roman"/>
          <w:sz w:val="28"/>
          <w:szCs w:val="28"/>
          <w:lang w:val="kk-KZ"/>
        </w:rPr>
        <w:t xml:space="preserve">8) қосындыларының жинақты болуы үшін </w:t>
      </w:r>
      <w:r w:rsidR="00A135AE" w:rsidRPr="00B439DD">
        <w:rPr>
          <w:rFonts w:ascii="Times New Roman" w:hAnsi="Times New Roman" w:cs="Times New Roman"/>
          <w:noProof/>
          <w:position w:val="-6"/>
          <w:sz w:val="28"/>
          <w:szCs w:val="28"/>
        </w:rPr>
        <w:drawing>
          <wp:inline distT="0" distB="0" distL="0" distR="0" wp14:anchorId="2BB33819" wp14:editId="22B7B3B2">
            <wp:extent cx="231140" cy="231140"/>
            <wp:effectExtent l="0" t="0" r="0" b="0"/>
            <wp:docPr id="1990" name="Рисунок 1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0"/>
                    <pic:cNvPicPr>
                      <a:picLocks noChangeAspect="1" noChangeArrowheads="1"/>
                    </pic:cNvPicPr>
                  </pic:nvPicPr>
                  <pic:blipFill>
                    <a:blip r:embed="rId2760" cstate="print">
                      <a:extLst>
                        <a:ext uri="{28A0092B-C50C-407E-A947-70E740481C1C}">
                          <a14:useLocalDpi xmlns:a14="http://schemas.microsoft.com/office/drawing/2010/main" val="0"/>
                        </a:ext>
                      </a:extLst>
                    </a:blip>
                    <a:srcRect/>
                    <a:stretch>
                      <a:fillRect/>
                    </a:stretch>
                  </pic:blipFill>
                  <pic:spPr bwMode="auto">
                    <a:xfrm>
                      <a:off x="0" y="0"/>
                      <a:ext cx="231140" cy="231140"/>
                    </a:xfrm>
                    <a:prstGeom prst="rect">
                      <a:avLst/>
                    </a:prstGeom>
                    <a:noFill/>
                    <a:ln>
                      <a:noFill/>
                    </a:ln>
                  </pic:spPr>
                </pic:pic>
              </a:graphicData>
            </a:graphic>
          </wp:inline>
        </w:drawing>
      </w:r>
      <w:r w:rsidRPr="00B439DD">
        <w:rPr>
          <w:rFonts w:ascii="Times New Roman" w:hAnsi="Times New Roman" w:cs="Times New Roman"/>
          <w:sz w:val="28"/>
          <w:szCs w:val="28"/>
          <w:lang w:val="kk-KZ"/>
        </w:rPr>
        <w:t xml:space="preserve"> шешімдерінің априорл</w:t>
      </w:r>
      <w:r w:rsidR="00132EB0" w:rsidRPr="00B439DD">
        <w:rPr>
          <w:rFonts w:ascii="Times New Roman" w:hAnsi="Times New Roman" w:cs="Times New Roman"/>
          <w:sz w:val="28"/>
          <w:szCs w:val="28"/>
          <w:lang w:val="kk-KZ"/>
        </w:rPr>
        <w:t>ық бағалаулары қажет. Ол үшін (2</w:t>
      </w:r>
      <w:r w:rsidRPr="00B439DD">
        <w:rPr>
          <w:rFonts w:ascii="Times New Roman" w:hAnsi="Times New Roman" w:cs="Times New Roman"/>
          <w:sz w:val="28"/>
          <w:szCs w:val="28"/>
          <w:lang w:val="kk-KZ"/>
        </w:rPr>
        <w:t>.</w:t>
      </w:r>
      <w:r w:rsidR="00132EB0" w:rsidRPr="00B439DD">
        <w:rPr>
          <w:rFonts w:ascii="Times New Roman" w:hAnsi="Times New Roman" w:cs="Times New Roman"/>
          <w:sz w:val="28"/>
          <w:szCs w:val="28"/>
          <w:lang w:val="kk-KZ"/>
        </w:rPr>
        <w:t>3</w:t>
      </w:r>
      <w:r w:rsidRPr="00B439DD">
        <w:rPr>
          <w:rFonts w:ascii="Times New Roman" w:hAnsi="Times New Roman" w:cs="Times New Roman"/>
          <w:sz w:val="28"/>
          <w:szCs w:val="28"/>
          <w:lang w:val="kk-KZ"/>
        </w:rPr>
        <w:t xml:space="preserve">9) теңдеуді сәйкесінше </w:t>
      </w:r>
      <w:r w:rsidR="00A135AE" w:rsidRPr="00B439DD">
        <w:rPr>
          <w:rFonts w:ascii="Times New Roman" w:hAnsi="Times New Roman" w:cs="Times New Roman"/>
          <w:noProof/>
          <w:position w:val="-16"/>
          <w:sz w:val="28"/>
          <w:szCs w:val="28"/>
        </w:rPr>
        <w:drawing>
          <wp:inline distT="0" distB="0" distL="0" distR="0" wp14:anchorId="157BEC94" wp14:editId="36F163F1">
            <wp:extent cx="250190" cy="250190"/>
            <wp:effectExtent l="0" t="0" r="0" b="0"/>
            <wp:docPr id="1991" name="Рисунок 1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1"/>
                    <pic:cNvPicPr>
                      <a:picLocks noChangeAspect="1" noChangeArrowheads="1"/>
                    </pic:cNvPicPr>
                  </pic:nvPicPr>
                  <pic:blipFill>
                    <a:blip r:embed="rId2761" cstate="print">
                      <a:extLst>
                        <a:ext uri="{28A0092B-C50C-407E-A947-70E740481C1C}">
                          <a14:useLocalDpi xmlns:a14="http://schemas.microsoft.com/office/drawing/2010/main" val="0"/>
                        </a:ext>
                      </a:extLst>
                    </a:blip>
                    <a:srcRect/>
                    <a:stretch>
                      <a:fillRect/>
                    </a:stretch>
                  </pic:blipFill>
                  <pic:spPr bwMode="auto">
                    <a:xfrm>
                      <a:off x="0" y="0"/>
                      <a:ext cx="250190" cy="250190"/>
                    </a:xfrm>
                    <a:prstGeom prst="rect">
                      <a:avLst/>
                    </a:prstGeom>
                    <a:noFill/>
                    <a:ln>
                      <a:noFill/>
                    </a:ln>
                  </pic:spPr>
                </pic:pic>
              </a:graphicData>
            </a:graphic>
          </wp:inline>
        </w:drawing>
      </w:r>
      <w:r w:rsidRPr="00B439DD">
        <w:rPr>
          <w:rFonts w:ascii="Times New Roman" w:hAnsi="Times New Roman" w:cs="Times New Roman"/>
          <w:position w:val="-14"/>
          <w:sz w:val="28"/>
          <w:szCs w:val="28"/>
          <w:lang w:val="kk-KZ"/>
        </w:rPr>
        <w:t xml:space="preserve"> </w:t>
      </w:r>
      <w:r w:rsidRPr="00B439DD">
        <w:rPr>
          <w:rFonts w:ascii="Times New Roman" w:hAnsi="Times New Roman" w:cs="Times New Roman"/>
          <w:sz w:val="28"/>
          <w:szCs w:val="28"/>
          <w:lang w:val="kk-KZ"/>
        </w:rPr>
        <w:t xml:space="preserve">және </w:t>
      </w:r>
      <w:r w:rsidR="00A135AE" w:rsidRPr="00B439DD">
        <w:rPr>
          <w:rFonts w:ascii="Times New Roman" w:hAnsi="Times New Roman" w:cs="Times New Roman"/>
          <w:noProof/>
          <w:position w:val="-16"/>
          <w:sz w:val="28"/>
          <w:szCs w:val="28"/>
        </w:rPr>
        <w:drawing>
          <wp:inline distT="0" distB="0" distL="0" distR="0" wp14:anchorId="4E2FA6E8" wp14:editId="0EFC98AB">
            <wp:extent cx="914400" cy="250190"/>
            <wp:effectExtent l="0" t="0" r="0" b="0"/>
            <wp:docPr id="1992" name="Рисунок 1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2"/>
                    <pic:cNvPicPr>
                      <a:picLocks noChangeAspect="1" noChangeArrowheads="1"/>
                    </pic:cNvPicPr>
                  </pic:nvPicPr>
                  <pic:blipFill>
                    <a:blip r:embed="rId2762" cstate="print">
                      <a:extLst>
                        <a:ext uri="{28A0092B-C50C-407E-A947-70E740481C1C}">
                          <a14:useLocalDpi xmlns:a14="http://schemas.microsoft.com/office/drawing/2010/main" val="0"/>
                        </a:ext>
                      </a:extLst>
                    </a:blip>
                    <a:srcRect/>
                    <a:stretch>
                      <a:fillRect/>
                    </a:stretch>
                  </pic:blipFill>
                  <pic:spPr bwMode="auto">
                    <a:xfrm>
                      <a:off x="0" y="0"/>
                      <a:ext cx="914400" cy="250190"/>
                    </a:xfrm>
                    <a:prstGeom prst="rect">
                      <a:avLst/>
                    </a:prstGeom>
                    <a:noFill/>
                    <a:ln>
                      <a:noFill/>
                    </a:ln>
                  </pic:spPr>
                </pic:pic>
              </a:graphicData>
            </a:graphic>
          </wp:inline>
        </w:drawing>
      </w:r>
      <w:r w:rsidRPr="00B439DD">
        <w:rPr>
          <w:rFonts w:ascii="Times New Roman" w:hAnsi="Times New Roman" w:cs="Times New Roman"/>
          <w:sz w:val="28"/>
          <w:szCs w:val="28"/>
          <w:lang w:val="kk-KZ"/>
        </w:rPr>
        <w:t xml:space="preserve"> көбейтіп, </w:t>
      </w:r>
      <w:r w:rsidR="00A135AE" w:rsidRPr="00B439DD">
        <w:rPr>
          <w:rFonts w:ascii="Times New Roman" w:hAnsi="Times New Roman" w:cs="Times New Roman"/>
          <w:noProof/>
          <w:position w:val="-12"/>
          <w:sz w:val="28"/>
          <w:szCs w:val="28"/>
        </w:rPr>
        <w:drawing>
          <wp:inline distT="0" distB="0" distL="0" distR="0" wp14:anchorId="1522F484" wp14:editId="1C307110">
            <wp:extent cx="991235" cy="231140"/>
            <wp:effectExtent l="0" t="0" r="0" b="0"/>
            <wp:docPr id="1993" name="Рисунок 1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3"/>
                    <pic:cNvPicPr>
                      <a:picLocks noChangeAspect="1" noChangeArrowheads="1"/>
                    </pic:cNvPicPr>
                  </pic:nvPicPr>
                  <pic:blipFill>
                    <a:blip r:embed="rId2763" cstate="print">
                      <a:extLst>
                        <a:ext uri="{28A0092B-C50C-407E-A947-70E740481C1C}">
                          <a14:useLocalDpi xmlns:a14="http://schemas.microsoft.com/office/drawing/2010/main" val="0"/>
                        </a:ext>
                      </a:extLst>
                    </a:blip>
                    <a:srcRect/>
                    <a:stretch>
                      <a:fillRect/>
                    </a:stretch>
                  </pic:blipFill>
                  <pic:spPr bwMode="auto">
                    <a:xfrm>
                      <a:off x="0" y="0"/>
                      <a:ext cx="991235" cy="231140"/>
                    </a:xfrm>
                    <a:prstGeom prst="rect">
                      <a:avLst/>
                    </a:prstGeom>
                    <a:noFill/>
                    <a:ln>
                      <a:noFill/>
                    </a:ln>
                  </pic:spPr>
                </pic:pic>
              </a:graphicData>
            </a:graphic>
          </wp:inline>
        </w:drawing>
      </w:r>
      <w:r w:rsidRPr="00B439DD">
        <w:rPr>
          <w:rFonts w:ascii="Times New Roman" w:hAnsi="Times New Roman" w:cs="Times New Roman"/>
          <w:sz w:val="28"/>
          <w:szCs w:val="28"/>
          <w:lang w:val="kk-KZ"/>
        </w:rPr>
        <w:t xml:space="preserve"> бойынша қосындыласақ,  келесі теңдіктерді аламыз:</w:t>
      </w:r>
    </w:p>
    <w:p w14:paraId="6F992E34" w14:textId="77777777" w:rsidR="004B7CD0" w:rsidRPr="00B439DD" w:rsidRDefault="004B7CD0" w:rsidP="004B7CD0">
      <w:pPr>
        <w:spacing w:after="0" w:line="240" w:lineRule="auto"/>
        <w:jc w:val="both"/>
        <w:rPr>
          <w:rFonts w:ascii="Times New Roman" w:hAnsi="Times New Roman" w:cs="Times New Roman"/>
          <w:sz w:val="28"/>
          <w:szCs w:val="28"/>
          <w:lang w:val="kk-KZ"/>
        </w:rPr>
      </w:pPr>
    </w:p>
    <w:p w14:paraId="628E6F2F" w14:textId="136525BB" w:rsidR="005F5346" w:rsidRPr="00B439DD" w:rsidRDefault="005F5346" w:rsidP="005F5346">
      <w:pPr>
        <w:tabs>
          <w:tab w:val="center" w:pos="4678"/>
        </w:tabs>
        <w:spacing w:after="0" w:line="240" w:lineRule="auto"/>
        <w:jc w:val="right"/>
        <w:rPr>
          <w:rFonts w:ascii="Times New Roman" w:hAnsi="Times New Roman" w:cs="Times New Roman"/>
          <w:sz w:val="28"/>
          <w:szCs w:val="28"/>
          <w:lang w:val="kk-KZ"/>
        </w:rPr>
      </w:pPr>
      <w:r w:rsidRPr="00B439DD">
        <w:rPr>
          <w:rFonts w:ascii="Times New Roman" w:hAnsi="Times New Roman" w:cs="Times New Roman"/>
          <w:position w:val="-60"/>
          <w:sz w:val="28"/>
          <w:szCs w:val="28"/>
          <w:lang w:val="kk-KZ"/>
        </w:rPr>
        <w:lastRenderedPageBreak/>
        <w:t xml:space="preserve">          </w:t>
      </w:r>
      <w:r w:rsidR="00A135AE" w:rsidRPr="00B439DD">
        <w:rPr>
          <w:rFonts w:ascii="Times New Roman" w:hAnsi="Times New Roman" w:cs="Times New Roman"/>
          <w:noProof/>
          <w:position w:val="-60"/>
          <w:sz w:val="28"/>
          <w:szCs w:val="28"/>
        </w:rPr>
        <w:drawing>
          <wp:inline distT="0" distB="0" distL="0" distR="0" wp14:anchorId="790B2472" wp14:editId="1BEE1C1A">
            <wp:extent cx="3243580" cy="866140"/>
            <wp:effectExtent l="0" t="0" r="0" b="0"/>
            <wp:docPr id="1994" name="Рисунок 1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4"/>
                    <pic:cNvPicPr>
                      <a:picLocks noChangeAspect="1" noChangeArrowheads="1"/>
                    </pic:cNvPicPr>
                  </pic:nvPicPr>
                  <pic:blipFill>
                    <a:blip r:embed="rId2764" cstate="print">
                      <a:extLst>
                        <a:ext uri="{28A0092B-C50C-407E-A947-70E740481C1C}">
                          <a14:useLocalDpi xmlns:a14="http://schemas.microsoft.com/office/drawing/2010/main" val="0"/>
                        </a:ext>
                      </a:extLst>
                    </a:blip>
                    <a:srcRect/>
                    <a:stretch>
                      <a:fillRect/>
                    </a:stretch>
                  </pic:blipFill>
                  <pic:spPr bwMode="auto">
                    <a:xfrm>
                      <a:off x="0" y="0"/>
                      <a:ext cx="3243580" cy="866140"/>
                    </a:xfrm>
                    <a:prstGeom prst="rect">
                      <a:avLst/>
                    </a:prstGeom>
                    <a:noFill/>
                    <a:ln>
                      <a:noFill/>
                    </a:ln>
                  </pic:spPr>
                </pic:pic>
              </a:graphicData>
            </a:graphic>
          </wp:inline>
        </w:drawing>
      </w:r>
      <w:r w:rsidRPr="00B439DD">
        <w:rPr>
          <w:rFonts w:ascii="Times New Roman" w:hAnsi="Times New Roman" w:cs="Times New Roman"/>
          <w:sz w:val="28"/>
          <w:szCs w:val="28"/>
          <w:lang w:val="kk-KZ"/>
        </w:rPr>
        <w:tab/>
      </w:r>
      <w:r w:rsidRPr="00B439DD">
        <w:rPr>
          <w:rFonts w:ascii="Times New Roman" w:hAnsi="Times New Roman" w:cs="Times New Roman"/>
          <w:sz w:val="28"/>
          <w:szCs w:val="28"/>
          <w:lang w:val="kk-KZ"/>
        </w:rPr>
        <w:tab/>
      </w:r>
      <w:r w:rsidRPr="00B439DD">
        <w:rPr>
          <w:rFonts w:ascii="Times New Roman" w:hAnsi="Times New Roman" w:cs="Times New Roman"/>
          <w:sz w:val="28"/>
          <w:szCs w:val="28"/>
          <w:lang w:val="kk-KZ"/>
        </w:rPr>
        <w:tab/>
      </w:r>
      <w:r w:rsidRPr="00B439DD">
        <w:rPr>
          <w:rFonts w:ascii="Times New Roman" w:hAnsi="Times New Roman" w:cs="Times New Roman"/>
          <w:sz w:val="28"/>
          <w:szCs w:val="28"/>
          <w:lang w:val="kk-KZ"/>
        </w:rPr>
        <w:tab/>
        <w:t>(</w:t>
      </w:r>
      <w:r w:rsidR="00132EB0" w:rsidRPr="00B439DD">
        <w:rPr>
          <w:rFonts w:ascii="Times New Roman" w:hAnsi="Times New Roman" w:cs="Times New Roman"/>
          <w:sz w:val="28"/>
          <w:szCs w:val="28"/>
          <w:lang w:val="kk-KZ"/>
        </w:rPr>
        <w:t>2.4</w:t>
      </w:r>
      <w:r w:rsidRPr="00B439DD">
        <w:rPr>
          <w:rFonts w:ascii="Times New Roman" w:hAnsi="Times New Roman" w:cs="Times New Roman"/>
          <w:sz w:val="28"/>
          <w:szCs w:val="28"/>
          <w:lang w:val="kk-KZ"/>
        </w:rPr>
        <w:t>2)</w:t>
      </w:r>
    </w:p>
    <w:p w14:paraId="0D4C464E" w14:textId="77777777" w:rsidR="004B7CD0" w:rsidRPr="00B439DD" w:rsidRDefault="004B7CD0" w:rsidP="005F5346">
      <w:pPr>
        <w:tabs>
          <w:tab w:val="center" w:pos="4678"/>
        </w:tabs>
        <w:spacing w:after="0" w:line="240" w:lineRule="auto"/>
        <w:jc w:val="right"/>
        <w:rPr>
          <w:rFonts w:ascii="Times New Roman" w:hAnsi="Times New Roman" w:cs="Times New Roman"/>
          <w:sz w:val="28"/>
          <w:szCs w:val="28"/>
          <w:lang w:val="kk-KZ"/>
        </w:rPr>
      </w:pPr>
    </w:p>
    <w:p w14:paraId="4231C4D9" w14:textId="77777777" w:rsidR="004B7CD0" w:rsidRPr="00B439DD" w:rsidRDefault="004B7CD0" w:rsidP="00025546">
      <w:pPr>
        <w:tabs>
          <w:tab w:val="center" w:pos="4678"/>
        </w:tabs>
        <w:spacing w:after="0" w:line="240" w:lineRule="auto"/>
        <w:rPr>
          <w:rFonts w:ascii="Times New Roman" w:hAnsi="Times New Roman" w:cs="Times New Roman"/>
          <w:sz w:val="28"/>
          <w:szCs w:val="28"/>
          <w:lang w:val="kk-KZ"/>
        </w:rPr>
      </w:pPr>
    </w:p>
    <w:p w14:paraId="0A59A09C" w14:textId="32DDA55C" w:rsidR="004B7CD0" w:rsidRPr="00B439DD" w:rsidRDefault="00A135AE" w:rsidP="004B7CD0">
      <w:pPr>
        <w:tabs>
          <w:tab w:val="center" w:pos="4678"/>
        </w:tabs>
        <w:spacing w:after="0" w:line="240" w:lineRule="auto"/>
        <w:jc w:val="right"/>
        <w:rPr>
          <w:rFonts w:ascii="Times New Roman" w:hAnsi="Times New Roman" w:cs="Times New Roman"/>
          <w:sz w:val="28"/>
          <w:szCs w:val="28"/>
          <w:lang w:val="kk-KZ"/>
        </w:rPr>
      </w:pPr>
      <w:r w:rsidRPr="00B439DD">
        <w:rPr>
          <w:rFonts w:ascii="Times New Roman" w:hAnsi="Times New Roman" w:cs="Times New Roman"/>
          <w:noProof/>
          <w:position w:val="-60"/>
          <w:sz w:val="28"/>
          <w:szCs w:val="28"/>
        </w:rPr>
        <w:drawing>
          <wp:inline distT="0" distB="0" distL="0" distR="0" wp14:anchorId="3B8227F8" wp14:editId="465F0652">
            <wp:extent cx="4475480" cy="866140"/>
            <wp:effectExtent l="0" t="0" r="1270" b="0"/>
            <wp:docPr id="1995" name="Рисунок 1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5"/>
                    <pic:cNvPicPr>
                      <a:picLocks noChangeAspect="1" noChangeArrowheads="1"/>
                    </pic:cNvPicPr>
                  </pic:nvPicPr>
                  <pic:blipFill>
                    <a:blip r:embed="rId2765" cstate="print">
                      <a:extLst>
                        <a:ext uri="{28A0092B-C50C-407E-A947-70E740481C1C}">
                          <a14:useLocalDpi xmlns:a14="http://schemas.microsoft.com/office/drawing/2010/main" val="0"/>
                        </a:ext>
                      </a:extLst>
                    </a:blip>
                    <a:srcRect/>
                    <a:stretch>
                      <a:fillRect/>
                    </a:stretch>
                  </pic:blipFill>
                  <pic:spPr bwMode="auto">
                    <a:xfrm>
                      <a:off x="0" y="0"/>
                      <a:ext cx="4475480" cy="866140"/>
                    </a:xfrm>
                    <a:prstGeom prst="rect">
                      <a:avLst/>
                    </a:prstGeom>
                    <a:noFill/>
                    <a:ln>
                      <a:noFill/>
                    </a:ln>
                  </pic:spPr>
                </pic:pic>
              </a:graphicData>
            </a:graphic>
          </wp:inline>
        </w:drawing>
      </w:r>
      <w:r w:rsidR="00132EB0" w:rsidRPr="00B439DD">
        <w:rPr>
          <w:rFonts w:ascii="Times New Roman" w:hAnsi="Times New Roman" w:cs="Times New Roman"/>
          <w:position w:val="-22"/>
          <w:sz w:val="28"/>
          <w:szCs w:val="28"/>
          <w:lang w:val="kk-KZ"/>
        </w:rPr>
        <w:tab/>
      </w:r>
      <w:r w:rsidR="00132EB0" w:rsidRPr="00B439DD">
        <w:rPr>
          <w:rFonts w:ascii="Times New Roman" w:hAnsi="Times New Roman" w:cs="Times New Roman"/>
          <w:position w:val="-22"/>
          <w:sz w:val="28"/>
          <w:szCs w:val="28"/>
          <w:lang w:val="kk-KZ"/>
        </w:rPr>
        <w:tab/>
        <w:t>(2.4</w:t>
      </w:r>
      <w:r w:rsidR="004B7CD0" w:rsidRPr="00B439DD">
        <w:rPr>
          <w:rFonts w:ascii="Times New Roman" w:hAnsi="Times New Roman" w:cs="Times New Roman"/>
          <w:position w:val="-22"/>
          <w:sz w:val="28"/>
          <w:szCs w:val="28"/>
          <w:lang w:val="kk-KZ"/>
        </w:rPr>
        <w:t>3)</w:t>
      </w:r>
    </w:p>
    <w:p w14:paraId="2B734A1A" w14:textId="77777777" w:rsidR="004B7CD0" w:rsidRPr="00B439DD" w:rsidRDefault="004B7CD0" w:rsidP="00025546">
      <w:pPr>
        <w:spacing w:after="0" w:line="240" w:lineRule="auto"/>
        <w:rPr>
          <w:rFonts w:ascii="Times New Roman" w:hAnsi="Times New Roman" w:cs="Times New Roman"/>
          <w:sz w:val="28"/>
          <w:szCs w:val="28"/>
          <w:lang w:val="kk-KZ"/>
        </w:rPr>
      </w:pPr>
    </w:p>
    <w:p w14:paraId="00EEA197" w14:textId="37010855" w:rsidR="004B7CD0" w:rsidRPr="00B439DD" w:rsidRDefault="00132EB0" w:rsidP="004B7CD0">
      <w:pPr>
        <w:spacing w:after="0" w:line="240" w:lineRule="auto"/>
        <w:jc w:val="both"/>
        <w:rPr>
          <w:rFonts w:ascii="Times New Roman" w:hAnsi="Times New Roman" w:cs="Times New Roman"/>
          <w:sz w:val="28"/>
          <w:szCs w:val="28"/>
          <w:lang w:val="kk-KZ"/>
        </w:rPr>
      </w:pPr>
      <w:r w:rsidRPr="00B439DD">
        <w:rPr>
          <w:rFonts w:ascii="Times New Roman" w:hAnsi="Times New Roman" w:cs="Times New Roman"/>
          <w:sz w:val="28"/>
          <w:szCs w:val="28"/>
          <w:lang w:val="kk-KZ"/>
        </w:rPr>
        <w:t>(2.4</w:t>
      </w:r>
      <w:r w:rsidR="004B7CD0" w:rsidRPr="00B439DD">
        <w:rPr>
          <w:rFonts w:ascii="Times New Roman" w:hAnsi="Times New Roman" w:cs="Times New Roman"/>
          <w:sz w:val="28"/>
          <w:szCs w:val="28"/>
          <w:lang w:val="kk-KZ"/>
        </w:rPr>
        <w:t>2) теңдікке Юнг және Гельдер теңсіздіктерін қолданып, келесі бағалауларды аламыз:</w:t>
      </w:r>
    </w:p>
    <w:p w14:paraId="5DB9BEAC" w14:textId="77777777" w:rsidR="00025546" w:rsidRPr="00B439DD" w:rsidRDefault="00025546" w:rsidP="004B7CD0">
      <w:pPr>
        <w:spacing w:after="0" w:line="240" w:lineRule="auto"/>
        <w:jc w:val="both"/>
        <w:rPr>
          <w:rFonts w:ascii="Times New Roman" w:hAnsi="Times New Roman" w:cs="Times New Roman"/>
          <w:sz w:val="28"/>
          <w:szCs w:val="28"/>
          <w:lang w:val="kk-KZ"/>
        </w:rPr>
      </w:pPr>
    </w:p>
    <w:p w14:paraId="39D4BBC1" w14:textId="4591C34A" w:rsidR="004B7CD0" w:rsidRPr="00B439DD" w:rsidRDefault="00A135AE" w:rsidP="004B7CD0">
      <w:pPr>
        <w:spacing w:after="0" w:line="240" w:lineRule="auto"/>
        <w:jc w:val="right"/>
        <w:rPr>
          <w:rFonts w:ascii="Times New Roman" w:hAnsi="Times New Roman" w:cs="Times New Roman"/>
          <w:sz w:val="28"/>
          <w:szCs w:val="28"/>
          <w:lang w:val="kk-KZ"/>
        </w:rPr>
      </w:pPr>
      <w:r w:rsidRPr="00B439DD">
        <w:rPr>
          <w:rFonts w:ascii="Times New Roman" w:hAnsi="Times New Roman" w:cs="Times New Roman"/>
          <w:noProof/>
          <w:position w:val="-22"/>
          <w:sz w:val="28"/>
          <w:szCs w:val="28"/>
        </w:rPr>
        <w:drawing>
          <wp:inline distT="0" distB="0" distL="0" distR="0" wp14:anchorId="0B4426FE" wp14:editId="24D04FFD">
            <wp:extent cx="4350385" cy="384810"/>
            <wp:effectExtent l="0" t="0" r="0" b="0"/>
            <wp:docPr id="1996" name="Рисунок 1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6"/>
                    <pic:cNvPicPr>
                      <a:picLocks noChangeAspect="1" noChangeArrowheads="1"/>
                    </pic:cNvPicPr>
                  </pic:nvPicPr>
                  <pic:blipFill>
                    <a:blip r:embed="rId2766" cstate="print">
                      <a:extLst>
                        <a:ext uri="{28A0092B-C50C-407E-A947-70E740481C1C}">
                          <a14:useLocalDpi xmlns:a14="http://schemas.microsoft.com/office/drawing/2010/main" val="0"/>
                        </a:ext>
                      </a:extLst>
                    </a:blip>
                    <a:srcRect/>
                    <a:stretch>
                      <a:fillRect/>
                    </a:stretch>
                  </pic:blipFill>
                  <pic:spPr bwMode="auto">
                    <a:xfrm>
                      <a:off x="0" y="0"/>
                      <a:ext cx="4350385" cy="384810"/>
                    </a:xfrm>
                    <a:prstGeom prst="rect">
                      <a:avLst/>
                    </a:prstGeom>
                    <a:noFill/>
                    <a:ln>
                      <a:noFill/>
                    </a:ln>
                  </pic:spPr>
                </pic:pic>
              </a:graphicData>
            </a:graphic>
          </wp:inline>
        </w:drawing>
      </w:r>
      <w:r w:rsidR="00132EB0" w:rsidRPr="00B439DD">
        <w:rPr>
          <w:rFonts w:ascii="Times New Roman" w:hAnsi="Times New Roman" w:cs="Times New Roman"/>
          <w:sz w:val="28"/>
          <w:szCs w:val="28"/>
          <w:lang w:val="kk-KZ"/>
        </w:rPr>
        <w:tab/>
      </w:r>
      <w:r w:rsidR="00132EB0" w:rsidRPr="00B439DD">
        <w:rPr>
          <w:rFonts w:ascii="Times New Roman" w:hAnsi="Times New Roman" w:cs="Times New Roman"/>
          <w:sz w:val="28"/>
          <w:szCs w:val="28"/>
          <w:lang w:val="kk-KZ"/>
        </w:rPr>
        <w:tab/>
      </w:r>
      <w:r w:rsidR="00132EB0" w:rsidRPr="00B439DD">
        <w:rPr>
          <w:rFonts w:ascii="Times New Roman" w:hAnsi="Times New Roman" w:cs="Times New Roman"/>
          <w:sz w:val="28"/>
          <w:szCs w:val="28"/>
          <w:lang w:val="kk-KZ"/>
        </w:rPr>
        <w:tab/>
        <w:t>(2.4</w:t>
      </w:r>
      <w:r w:rsidR="004B7CD0" w:rsidRPr="00B439DD">
        <w:rPr>
          <w:rFonts w:ascii="Times New Roman" w:hAnsi="Times New Roman" w:cs="Times New Roman"/>
          <w:sz w:val="28"/>
          <w:szCs w:val="28"/>
          <w:lang w:val="kk-KZ"/>
        </w:rPr>
        <w:t>4)</w:t>
      </w:r>
    </w:p>
    <w:p w14:paraId="3133B64D" w14:textId="77777777" w:rsidR="004B7CD0" w:rsidRPr="00B439DD" w:rsidRDefault="004B7CD0" w:rsidP="004B7CD0">
      <w:pPr>
        <w:spacing w:after="0" w:line="240" w:lineRule="auto"/>
        <w:jc w:val="both"/>
        <w:rPr>
          <w:rFonts w:ascii="Times New Roman" w:hAnsi="Times New Roman" w:cs="Times New Roman"/>
          <w:sz w:val="28"/>
          <w:szCs w:val="28"/>
          <w:lang w:val="kk-KZ"/>
        </w:rPr>
      </w:pPr>
    </w:p>
    <w:p w14:paraId="27E583FD" w14:textId="3C70A66B" w:rsidR="004B7CD0" w:rsidRPr="00B439DD" w:rsidRDefault="00A135AE" w:rsidP="004B7CD0">
      <w:pPr>
        <w:spacing w:after="0" w:line="240" w:lineRule="auto"/>
        <w:jc w:val="right"/>
        <w:rPr>
          <w:rFonts w:ascii="Times New Roman" w:hAnsi="Times New Roman" w:cs="Times New Roman"/>
          <w:sz w:val="28"/>
          <w:szCs w:val="28"/>
          <w:lang w:val="kk-KZ"/>
        </w:rPr>
      </w:pPr>
      <w:r w:rsidRPr="00B439DD">
        <w:rPr>
          <w:rFonts w:ascii="Times New Roman" w:hAnsi="Times New Roman" w:cs="Times New Roman"/>
          <w:noProof/>
          <w:position w:val="-38"/>
          <w:sz w:val="28"/>
          <w:szCs w:val="28"/>
        </w:rPr>
        <w:drawing>
          <wp:inline distT="0" distB="0" distL="0" distR="0" wp14:anchorId="5098A634" wp14:editId="67B3DAD3">
            <wp:extent cx="4572000" cy="500380"/>
            <wp:effectExtent l="0" t="0" r="0" b="0"/>
            <wp:docPr id="1997" name="Рисунок 1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7"/>
                    <pic:cNvPicPr>
                      <a:picLocks noChangeAspect="1" noChangeArrowheads="1"/>
                    </pic:cNvPicPr>
                  </pic:nvPicPr>
                  <pic:blipFill>
                    <a:blip r:embed="rId2767" cstate="print">
                      <a:extLst>
                        <a:ext uri="{28A0092B-C50C-407E-A947-70E740481C1C}">
                          <a14:useLocalDpi xmlns:a14="http://schemas.microsoft.com/office/drawing/2010/main" val="0"/>
                        </a:ext>
                      </a:extLst>
                    </a:blip>
                    <a:srcRect/>
                    <a:stretch>
                      <a:fillRect/>
                    </a:stretch>
                  </pic:blipFill>
                  <pic:spPr bwMode="auto">
                    <a:xfrm>
                      <a:off x="0" y="0"/>
                      <a:ext cx="4572000" cy="500380"/>
                    </a:xfrm>
                    <a:prstGeom prst="rect">
                      <a:avLst/>
                    </a:prstGeom>
                    <a:noFill/>
                    <a:ln>
                      <a:noFill/>
                    </a:ln>
                  </pic:spPr>
                </pic:pic>
              </a:graphicData>
            </a:graphic>
          </wp:inline>
        </w:drawing>
      </w:r>
      <w:r w:rsidR="00132EB0" w:rsidRPr="00B439DD">
        <w:rPr>
          <w:rFonts w:ascii="Times New Roman" w:hAnsi="Times New Roman" w:cs="Times New Roman"/>
          <w:sz w:val="28"/>
          <w:szCs w:val="28"/>
          <w:lang w:val="kk-KZ"/>
        </w:rPr>
        <w:tab/>
      </w:r>
      <w:r w:rsidR="00132EB0" w:rsidRPr="00B439DD">
        <w:rPr>
          <w:rFonts w:ascii="Times New Roman" w:hAnsi="Times New Roman" w:cs="Times New Roman"/>
          <w:sz w:val="28"/>
          <w:szCs w:val="28"/>
          <w:lang w:val="kk-KZ"/>
        </w:rPr>
        <w:tab/>
        <w:t>(2.4</w:t>
      </w:r>
      <w:r w:rsidR="004B7CD0" w:rsidRPr="00B439DD">
        <w:rPr>
          <w:rFonts w:ascii="Times New Roman" w:hAnsi="Times New Roman" w:cs="Times New Roman"/>
          <w:sz w:val="28"/>
          <w:szCs w:val="28"/>
          <w:lang w:val="kk-KZ"/>
        </w:rPr>
        <w:t>5)</w:t>
      </w:r>
    </w:p>
    <w:p w14:paraId="2B05367C" w14:textId="77777777" w:rsidR="004B7CD0" w:rsidRPr="00B439DD" w:rsidRDefault="004B7CD0" w:rsidP="00025546">
      <w:pPr>
        <w:spacing w:after="0" w:line="240" w:lineRule="auto"/>
        <w:rPr>
          <w:rFonts w:ascii="Times New Roman" w:hAnsi="Times New Roman" w:cs="Times New Roman"/>
          <w:sz w:val="28"/>
          <w:szCs w:val="28"/>
          <w:lang w:val="kk-KZ"/>
        </w:rPr>
      </w:pPr>
    </w:p>
    <w:p w14:paraId="02080805" w14:textId="25879263" w:rsidR="004B7CD0" w:rsidRPr="00B439DD" w:rsidRDefault="00132EB0" w:rsidP="004B7CD0">
      <w:pPr>
        <w:spacing w:after="0" w:line="240" w:lineRule="auto"/>
        <w:jc w:val="both"/>
        <w:rPr>
          <w:rFonts w:ascii="Times New Roman" w:hAnsi="Times New Roman" w:cs="Times New Roman"/>
          <w:sz w:val="28"/>
          <w:szCs w:val="28"/>
          <w:lang w:val="kk-KZ"/>
        </w:rPr>
      </w:pPr>
      <w:r w:rsidRPr="00B439DD">
        <w:rPr>
          <w:rFonts w:ascii="Times New Roman" w:hAnsi="Times New Roman" w:cs="Times New Roman"/>
          <w:sz w:val="28"/>
          <w:szCs w:val="28"/>
          <w:lang w:val="kk-KZ"/>
        </w:rPr>
        <w:tab/>
        <w:t>Енді (2</w:t>
      </w:r>
      <w:r w:rsidR="004B7CD0" w:rsidRPr="00B439DD">
        <w:rPr>
          <w:rFonts w:ascii="Times New Roman" w:hAnsi="Times New Roman" w:cs="Times New Roman"/>
          <w:sz w:val="28"/>
          <w:szCs w:val="28"/>
          <w:lang w:val="kk-KZ"/>
        </w:rPr>
        <w:t>.</w:t>
      </w:r>
      <w:r w:rsidRPr="00B439DD">
        <w:rPr>
          <w:rFonts w:ascii="Times New Roman" w:hAnsi="Times New Roman" w:cs="Times New Roman"/>
          <w:sz w:val="28"/>
          <w:szCs w:val="28"/>
          <w:lang w:val="kk-KZ"/>
        </w:rPr>
        <w:t>3</w:t>
      </w:r>
      <w:r w:rsidR="004B7CD0" w:rsidRPr="00B439DD">
        <w:rPr>
          <w:rFonts w:ascii="Times New Roman" w:hAnsi="Times New Roman" w:cs="Times New Roman"/>
          <w:sz w:val="28"/>
          <w:szCs w:val="28"/>
          <w:lang w:val="kk-KZ"/>
        </w:rPr>
        <w:t xml:space="preserve">9) теңдігін сәйкесінше </w:t>
      </w:r>
      <w:r w:rsidR="00A135AE" w:rsidRPr="00B439DD">
        <w:rPr>
          <w:rFonts w:ascii="Times New Roman" w:hAnsi="Times New Roman" w:cs="Times New Roman"/>
          <w:noProof/>
          <w:position w:val="-16"/>
          <w:sz w:val="28"/>
          <w:szCs w:val="28"/>
        </w:rPr>
        <w:drawing>
          <wp:inline distT="0" distB="0" distL="0" distR="0" wp14:anchorId="0B2D011F" wp14:editId="5FE4FE6F">
            <wp:extent cx="1068705" cy="250190"/>
            <wp:effectExtent l="0" t="0" r="0" b="0"/>
            <wp:docPr id="1998" name="Рисунок 1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8"/>
                    <pic:cNvPicPr>
                      <a:picLocks noChangeAspect="1" noChangeArrowheads="1"/>
                    </pic:cNvPicPr>
                  </pic:nvPicPr>
                  <pic:blipFill>
                    <a:blip r:embed="rId2768" cstate="print">
                      <a:extLst>
                        <a:ext uri="{28A0092B-C50C-407E-A947-70E740481C1C}">
                          <a14:useLocalDpi xmlns:a14="http://schemas.microsoft.com/office/drawing/2010/main" val="0"/>
                        </a:ext>
                      </a:extLst>
                    </a:blip>
                    <a:srcRect/>
                    <a:stretch>
                      <a:fillRect/>
                    </a:stretch>
                  </pic:blipFill>
                  <pic:spPr bwMode="auto">
                    <a:xfrm>
                      <a:off x="0" y="0"/>
                      <a:ext cx="1068705" cy="250190"/>
                    </a:xfrm>
                    <a:prstGeom prst="rect">
                      <a:avLst/>
                    </a:prstGeom>
                    <a:noFill/>
                    <a:ln>
                      <a:noFill/>
                    </a:ln>
                  </pic:spPr>
                </pic:pic>
              </a:graphicData>
            </a:graphic>
          </wp:inline>
        </w:drawing>
      </w:r>
      <w:r w:rsidR="004B7CD0" w:rsidRPr="00B439DD">
        <w:rPr>
          <w:rFonts w:ascii="Times New Roman" w:hAnsi="Times New Roman" w:cs="Times New Roman"/>
          <w:sz w:val="28"/>
          <w:szCs w:val="28"/>
          <w:lang w:val="kk-KZ"/>
        </w:rPr>
        <w:t xml:space="preserve"> көбейтіп және </w:t>
      </w:r>
      <w:r w:rsidR="00A135AE" w:rsidRPr="00B439DD">
        <w:rPr>
          <w:rFonts w:ascii="Times New Roman" w:hAnsi="Times New Roman" w:cs="Times New Roman"/>
          <w:noProof/>
          <w:position w:val="-12"/>
          <w:sz w:val="28"/>
          <w:szCs w:val="28"/>
        </w:rPr>
        <w:drawing>
          <wp:inline distT="0" distB="0" distL="0" distR="0" wp14:anchorId="5890A8C6" wp14:editId="39F42639">
            <wp:extent cx="991235" cy="231140"/>
            <wp:effectExtent l="0" t="0" r="0" b="0"/>
            <wp:docPr id="1999" name="Рисунок 1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9"/>
                    <pic:cNvPicPr>
                      <a:picLocks noChangeAspect="1" noChangeArrowheads="1"/>
                    </pic:cNvPicPr>
                  </pic:nvPicPr>
                  <pic:blipFill>
                    <a:blip r:embed="rId2769" cstate="print">
                      <a:extLst>
                        <a:ext uri="{28A0092B-C50C-407E-A947-70E740481C1C}">
                          <a14:useLocalDpi xmlns:a14="http://schemas.microsoft.com/office/drawing/2010/main" val="0"/>
                        </a:ext>
                      </a:extLst>
                    </a:blip>
                    <a:srcRect/>
                    <a:stretch>
                      <a:fillRect/>
                    </a:stretch>
                  </pic:blipFill>
                  <pic:spPr bwMode="auto">
                    <a:xfrm>
                      <a:off x="0" y="0"/>
                      <a:ext cx="991235" cy="231140"/>
                    </a:xfrm>
                    <a:prstGeom prst="rect">
                      <a:avLst/>
                    </a:prstGeom>
                    <a:noFill/>
                    <a:ln>
                      <a:noFill/>
                    </a:ln>
                  </pic:spPr>
                </pic:pic>
              </a:graphicData>
            </a:graphic>
          </wp:inline>
        </w:drawing>
      </w:r>
      <w:r w:rsidR="004B7CD0" w:rsidRPr="00B439DD">
        <w:rPr>
          <w:rFonts w:ascii="Times New Roman" w:hAnsi="Times New Roman" w:cs="Times New Roman"/>
          <w:sz w:val="28"/>
          <w:szCs w:val="28"/>
          <w:lang w:val="kk-KZ"/>
        </w:rPr>
        <w:t xml:space="preserve"> бойынша қосындылаймыз, сонда келесі теңдікке келеміз:</w:t>
      </w:r>
    </w:p>
    <w:p w14:paraId="09285A8C" w14:textId="77777777" w:rsidR="00025546" w:rsidRPr="00B439DD" w:rsidRDefault="00025546" w:rsidP="004B7CD0">
      <w:pPr>
        <w:spacing w:after="0" w:line="240" w:lineRule="auto"/>
        <w:jc w:val="both"/>
        <w:rPr>
          <w:rFonts w:ascii="Times New Roman" w:hAnsi="Times New Roman" w:cs="Times New Roman"/>
          <w:sz w:val="28"/>
          <w:szCs w:val="28"/>
          <w:lang w:val="kk-KZ"/>
        </w:rPr>
      </w:pPr>
    </w:p>
    <w:p w14:paraId="171F8DDA" w14:textId="6D9A8387" w:rsidR="00025546" w:rsidRPr="00B439DD" w:rsidRDefault="00A135AE" w:rsidP="00132EB0">
      <w:pPr>
        <w:spacing w:after="0" w:line="240" w:lineRule="auto"/>
        <w:jc w:val="right"/>
        <w:rPr>
          <w:rFonts w:ascii="Times New Roman" w:hAnsi="Times New Roman" w:cs="Times New Roman"/>
          <w:sz w:val="28"/>
          <w:szCs w:val="28"/>
          <w:lang w:val="kk-KZ"/>
        </w:rPr>
      </w:pPr>
      <w:r w:rsidRPr="00B439DD">
        <w:rPr>
          <w:rFonts w:ascii="Times New Roman" w:hAnsi="Times New Roman" w:cs="Times New Roman"/>
          <w:noProof/>
          <w:position w:val="-68"/>
          <w:sz w:val="28"/>
          <w:szCs w:val="28"/>
        </w:rPr>
        <w:drawing>
          <wp:inline distT="0" distB="0" distL="0" distR="0" wp14:anchorId="40A79BB5" wp14:editId="07789383">
            <wp:extent cx="5111115" cy="942975"/>
            <wp:effectExtent l="0" t="0" r="0" b="9525"/>
            <wp:docPr id="2000" name="Рисунок 2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0"/>
                    <pic:cNvPicPr>
                      <a:picLocks noChangeAspect="1" noChangeArrowheads="1"/>
                    </pic:cNvPicPr>
                  </pic:nvPicPr>
                  <pic:blipFill>
                    <a:blip r:embed="rId2770" cstate="print">
                      <a:extLst>
                        <a:ext uri="{28A0092B-C50C-407E-A947-70E740481C1C}">
                          <a14:useLocalDpi xmlns:a14="http://schemas.microsoft.com/office/drawing/2010/main" val="0"/>
                        </a:ext>
                      </a:extLst>
                    </a:blip>
                    <a:srcRect/>
                    <a:stretch>
                      <a:fillRect/>
                    </a:stretch>
                  </pic:blipFill>
                  <pic:spPr bwMode="auto">
                    <a:xfrm>
                      <a:off x="0" y="0"/>
                      <a:ext cx="5111115" cy="942975"/>
                    </a:xfrm>
                    <a:prstGeom prst="rect">
                      <a:avLst/>
                    </a:prstGeom>
                    <a:noFill/>
                    <a:ln>
                      <a:noFill/>
                    </a:ln>
                  </pic:spPr>
                </pic:pic>
              </a:graphicData>
            </a:graphic>
          </wp:inline>
        </w:drawing>
      </w:r>
      <w:r w:rsidR="00132EB0" w:rsidRPr="00B439DD">
        <w:rPr>
          <w:rFonts w:ascii="Times New Roman" w:hAnsi="Times New Roman" w:cs="Times New Roman"/>
          <w:sz w:val="28"/>
          <w:szCs w:val="28"/>
          <w:lang w:val="kk-KZ"/>
        </w:rPr>
        <w:tab/>
        <w:t>(2.46)</w:t>
      </w:r>
    </w:p>
    <w:p w14:paraId="30919679" w14:textId="77777777" w:rsidR="004B7CD0" w:rsidRPr="00B439DD" w:rsidRDefault="004B7CD0" w:rsidP="004B7CD0">
      <w:pPr>
        <w:spacing w:after="0" w:line="240" w:lineRule="auto"/>
        <w:jc w:val="both"/>
        <w:rPr>
          <w:rFonts w:ascii="Times New Roman" w:hAnsi="Times New Roman" w:cs="Times New Roman"/>
          <w:sz w:val="28"/>
          <w:szCs w:val="28"/>
          <w:lang w:val="kk-KZ"/>
        </w:rPr>
      </w:pPr>
    </w:p>
    <w:p w14:paraId="5C467539" w14:textId="614C4135" w:rsidR="004B7CD0" w:rsidRPr="00B439DD" w:rsidRDefault="00132EB0" w:rsidP="004B7CD0">
      <w:pPr>
        <w:spacing w:after="0" w:line="240" w:lineRule="auto"/>
        <w:jc w:val="both"/>
        <w:rPr>
          <w:rFonts w:ascii="Times New Roman" w:hAnsi="Times New Roman" w:cs="Times New Roman"/>
          <w:sz w:val="28"/>
          <w:szCs w:val="28"/>
          <w:lang w:val="kk-KZ"/>
        </w:rPr>
      </w:pPr>
      <w:r w:rsidRPr="00B439DD">
        <w:rPr>
          <w:rFonts w:ascii="Times New Roman" w:hAnsi="Times New Roman" w:cs="Times New Roman"/>
          <w:sz w:val="28"/>
          <w:szCs w:val="28"/>
          <w:lang w:val="kk-KZ"/>
        </w:rPr>
        <w:t>(2.4</w:t>
      </w:r>
      <w:r w:rsidR="004B7CD0" w:rsidRPr="00B439DD">
        <w:rPr>
          <w:rFonts w:ascii="Times New Roman" w:hAnsi="Times New Roman" w:cs="Times New Roman"/>
          <w:sz w:val="28"/>
          <w:szCs w:val="28"/>
          <w:lang w:val="kk-KZ"/>
        </w:rPr>
        <w:t>4) және</w:t>
      </w:r>
      <w:r w:rsidRPr="00B439DD">
        <w:rPr>
          <w:rFonts w:ascii="Times New Roman" w:hAnsi="Times New Roman" w:cs="Times New Roman"/>
          <w:sz w:val="28"/>
          <w:szCs w:val="28"/>
          <w:lang w:val="kk-KZ"/>
        </w:rPr>
        <w:t xml:space="preserve"> (2.4</w:t>
      </w:r>
      <w:r w:rsidR="004B7CD0" w:rsidRPr="00B439DD">
        <w:rPr>
          <w:rFonts w:ascii="Times New Roman" w:hAnsi="Times New Roman" w:cs="Times New Roman"/>
          <w:sz w:val="28"/>
          <w:szCs w:val="28"/>
          <w:lang w:val="kk-KZ"/>
        </w:rPr>
        <w:t>5</w:t>
      </w:r>
      <w:r w:rsidRPr="00B439DD">
        <w:rPr>
          <w:rFonts w:ascii="Times New Roman" w:hAnsi="Times New Roman" w:cs="Times New Roman"/>
          <w:sz w:val="28"/>
          <w:szCs w:val="28"/>
          <w:lang w:val="kk-KZ"/>
        </w:rPr>
        <w:t>) бағалауларды ескере отырып, (2.4</w:t>
      </w:r>
      <w:r w:rsidR="004B7CD0" w:rsidRPr="00B439DD">
        <w:rPr>
          <w:rFonts w:ascii="Times New Roman" w:hAnsi="Times New Roman" w:cs="Times New Roman"/>
          <w:sz w:val="28"/>
          <w:szCs w:val="28"/>
          <w:lang w:val="kk-KZ"/>
        </w:rPr>
        <w:t>6) теңдіктің оң жағын бағалайық:</w:t>
      </w:r>
    </w:p>
    <w:p w14:paraId="160C00AC" w14:textId="77777777" w:rsidR="00025546" w:rsidRPr="00B439DD" w:rsidRDefault="00025546" w:rsidP="004B7CD0">
      <w:pPr>
        <w:spacing w:after="0" w:line="240" w:lineRule="auto"/>
        <w:jc w:val="both"/>
        <w:rPr>
          <w:rFonts w:ascii="Times New Roman" w:hAnsi="Times New Roman" w:cs="Times New Roman"/>
          <w:sz w:val="28"/>
          <w:szCs w:val="28"/>
          <w:lang w:val="kk-KZ"/>
        </w:rPr>
      </w:pPr>
    </w:p>
    <w:p w14:paraId="65828EB7" w14:textId="20E93178" w:rsidR="004B7CD0" w:rsidRPr="00B439DD" w:rsidRDefault="00A135AE" w:rsidP="004B7CD0">
      <w:pPr>
        <w:spacing w:after="0" w:line="240" w:lineRule="auto"/>
        <w:jc w:val="center"/>
        <w:rPr>
          <w:rFonts w:ascii="Times New Roman" w:hAnsi="Times New Roman" w:cs="Times New Roman"/>
          <w:position w:val="-134"/>
          <w:sz w:val="28"/>
          <w:szCs w:val="28"/>
          <w:lang w:val="kk-KZ"/>
        </w:rPr>
      </w:pPr>
      <w:r w:rsidRPr="00B439DD">
        <w:rPr>
          <w:rFonts w:ascii="Times New Roman" w:hAnsi="Times New Roman" w:cs="Times New Roman"/>
          <w:noProof/>
          <w:position w:val="-156"/>
          <w:sz w:val="28"/>
          <w:szCs w:val="28"/>
        </w:rPr>
        <w:drawing>
          <wp:inline distT="0" distB="0" distL="0" distR="0" wp14:anchorId="790D382E" wp14:editId="04573717">
            <wp:extent cx="4254500" cy="2059940"/>
            <wp:effectExtent l="0" t="0" r="0" b="0"/>
            <wp:docPr id="2001" name="Рисунок 2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1"/>
                    <pic:cNvPicPr>
                      <a:picLocks noChangeAspect="1" noChangeArrowheads="1"/>
                    </pic:cNvPicPr>
                  </pic:nvPicPr>
                  <pic:blipFill>
                    <a:blip r:embed="rId2771" cstate="print">
                      <a:extLst>
                        <a:ext uri="{28A0092B-C50C-407E-A947-70E740481C1C}">
                          <a14:useLocalDpi xmlns:a14="http://schemas.microsoft.com/office/drawing/2010/main" val="0"/>
                        </a:ext>
                      </a:extLst>
                    </a:blip>
                    <a:srcRect/>
                    <a:stretch>
                      <a:fillRect/>
                    </a:stretch>
                  </pic:blipFill>
                  <pic:spPr bwMode="auto">
                    <a:xfrm>
                      <a:off x="0" y="0"/>
                      <a:ext cx="4254500" cy="2059940"/>
                    </a:xfrm>
                    <a:prstGeom prst="rect">
                      <a:avLst/>
                    </a:prstGeom>
                    <a:noFill/>
                    <a:ln>
                      <a:noFill/>
                    </a:ln>
                  </pic:spPr>
                </pic:pic>
              </a:graphicData>
            </a:graphic>
          </wp:inline>
        </w:drawing>
      </w:r>
    </w:p>
    <w:p w14:paraId="5CA9E037" w14:textId="77777777" w:rsidR="004B7CD0" w:rsidRPr="00B439DD" w:rsidRDefault="004B7CD0" w:rsidP="00025546">
      <w:pPr>
        <w:spacing w:after="0" w:line="240" w:lineRule="auto"/>
        <w:rPr>
          <w:rFonts w:ascii="Times New Roman" w:hAnsi="Times New Roman" w:cs="Times New Roman"/>
          <w:sz w:val="28"/>
          <w:szCs w:val="28"/>
          <w:lang w:val="kk-KZ"/>
        </w:rPr>
      </w:pPr>
    </w:p>
    <w:p w14:paraId="7C0B80BC" w14:textId="2C8CF0FE" w:rsidR="004B7CD0" w:rsidRPr="00B439DD" w:rsidRDefault="004B7CD0" w:rsidP="004B7CD0">
      <w:pPr>
        <w:spacing w:after="0" w:line="240" w:lineRule="auto"/>
        <w:jc w:val="both"/>
        <w:rPr>
          <w:rFonts w:ascii="Times New Roman" w:hAnsi="Times New Roman" w:cs="Times New Roman"/>
          <w:sz w:val="28"/>
          <w:szCs w:val="28"/>
          <w:lang w:val="kk-KZ"/>
        </w:rPr>
      </w:pPr>
      <w:r w:rsidRPr="00B439DD">
        <w:rPr>
          <w:rFonts w:ascii="Times New Roman" w:hAnsi="Times New Roman" w:cs="Times New Roman"/>
          <w:sz w:val="28"/>
          <w:szCs w:val="28"/>
          <w:lang w:val="kk-KZ"/>
        </w:rPr>
        <w:lastRenderedPageBreak/>
        <w:t xml:space="preserve">Бұл жерде </w:t>
      </w:r>
      <w:r w:rsidR="00A135AE" w:rsidRPr="00B439DD">
        <w:rPr>
          <w:rFonts w:ascii="Times New Roman" w:hAnsi="Times New Roman" w:cs="Times New Roman"/>
          <w:noProof/>
          <w:position w:val="-28"/>
          <w:sz w:val="28"/>
          <w:szCs w:val="28"/>
        </w:rPr>
        <w:drawing>
          <wp:inline distT="0" distB="0" distL="0" distR="0" wp14:anchorId="0B313D37" wp14:editId="38D05D02">
            <wp:extent cx="2694940" cy="462280"/>
            <wp:effectExtent l="0" t="0" r="0" b="0"/>
            <wp:docPr id="2002" name="Рисунок 2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2"/>
                    <pic:cNvPicPr>
                      <a:picLocks noChangeAspect="1" noChangeArrowheads="1"/>
                    </pic:cNvPicPr>
                  </pic:nvPicPr>
                  <pic:blipFill>
                    <a:blip r:embed="rId2772" cstate="print">
                      <a:extLst>
                        <a:ext uri="{28A0092B-C50C-407E-A947-70E740481C1C}">
                          <a14:useLocalDpi xmlns:a14="http://schemas.microsoft.com/office/drawing/2010/main" val="0"/>
                        </a:ext>
                      </a:extLst>
                    </a:blip>
                    <a:srcRect/>
                    <a:stretch>
                      <a:fillRect/>
                    </a:stretch>
                  </pic:blipFill>
                  <pic:spPr bwMode="auto">
                    <a:xfrm>
                      <a:off x="0" y="0"/>
                      <a:ext cx="2694940" cy="462280"/>
                    </a:xfrm>
                    <a:prstGeom prst="rect">
                      <a:avLst/>
                    </a:prstGeom>
                    <a:noFill/>
                    <a:ln>
                      <a:noFill/>
                    </a:ln>
                  </pic:spPr>
                </pic:pic>
              </a:graphicData>
            </a:graphic>
          </wp:inline>
        </w:drawing>
      </w:r>
      <w:r w:rsidRPr="00B439DD">
        <w:rPr>
          <w:rFonts w:ascii="Times New Roman" w:hAnsi="Times New Roman" w:cs="Times New Roman"/>
          <w:sz w:val="28"/>
          <w:szCs w:val="28"/>
          <w:lang w:val="kk-KZ"/>
        </w:rPr>
        <w:t xml:space="preserve"> сонымен қатар, Соболевтің енгізу теоремасы бойынша </w:t>
      </w:r>
      <w:r w:rsidR="00A135AE" w:rsidRPr="00B439DD">
        <w:rPr>
          <w:rFonts w:ascii="Times New Roman" w:hAnsi="Times New Roman" w:cs="Times New Roman"/>
          <w:noProof/>
          <w:position w:val="-12"/>
          <w:sz w:val="28"/>
          <w:szCs w:val="28"/>
        </w:rPr>
        <w:drawing>
          <wp:inline distT="0" distB="0" distL="0" distR="0" wp14:anchorId="7B062E3C" wp14:editId="4E7B139B">
            <wp:extent cx="1145540" cy="250190"/>
            <wp:effectExtent l="0" t="0" r="0" b="0"/>
            <wp:docPr id="2003" name="Рисунок 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3"/>
                    <pic:cNvPicPr>
                      <a:picLocks noChangeAspect="1" noChangeArrowheads="1"/>
                    </pic:cNvPicPr>
                  </pic:nvPicPr>
                  <pic:blipFill>
                    <a:blip r:embed="rId2773" cstate="print">
                      <a:extLst>
                        <a:ext uri="{28A0092B-C50C-407E-A947-70E740481C1C}">
                          <a14:useLocalDpi xmlns:a14="http://schemas.microsoft.com/office/drawing/2010/main" val="0"/>
                        </a:ext>
                      </a:extLst>
                    </a:blip>
                    <a:srcRect/>
                    <a:stretch>
                      <a:fillRect/>
                    </a:stretch>
                  </pic:blipFill>
                  <pic:spPr bwMode="auto">
                    <a:xfrm>
                      <a:off x="0" y="0"/>
                      <a:ext cx="1145540" cy="250190"/>
                    </a:xfrm>
                    <a:prstGeom prst="rect">
                      <a:avLst/>
                    </a:prstGeom>
                    <a:noFill/>
                    <a:ln>
                      <a:noFill/>
                    </a:ln>
                  </pic:spPr>
                </pic:pic>
              </a:graphicData>
            </a:graphic>
          </wp:inline>
        </w:drawing>
      </w:r>
      <w:r w:rsidRPr="00B439DD">
        <w:rPr>
          <w:rFonts w:ascii="Times New Roman" w:hAnsi="Times New Roman" w:cs="Times New Roman"/>
          <w:sz w:val="28"/>
          <w:szCs w:val="28"/>
          <w:lang w:val="kk-KZ"/>
        </w:rPr>
        <w:t xml:space="preserve"> және </w:t>
      </w:r>
      <w:r w:rsidR="00A135AE" w:rsidRPr="00B439DD">
        <w:rPr>
          <w:rFonts w:ascii="Times New Roman" w:hAnsi="Times New Roman" w:cs="Times New Roman"/>
          <w:noProof/>
          <w:position w:val="-16"/>
          <w:sz w:val="28"/>
          <w:szCs w:val="28"/>
        </w:rPr>
        <w:drawing>
          <wp:inline distT="0" distB="0" distL="0" distR="0" wp14:anchorId="3728AA09" wp14:editId="75E2452E">
            <wp:extent cx="1800225" cy="317500"/>
            <wp:effectExtent l="0" t="0" r="9525" b="6350"/>
            <wp:docPr id="2004" name="Рисунок 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4"/>
                    <pic:cNvPicPr>
                      <a:picLocks noChangeAspect="1" noChangeArrowheads="1"/>
                    </pic:cNvPicPr>
                  </pic:nvPicPr>
                  <pic:blipFill>
                    <a:blip r:embed="rId2774" cstate="print">
                      <a:extLst>
                        <a:ext uri="{28A0092B-C50C-407E-A947-70E740481C1C}">
                          <a14:useLocalDpi xmlns:a14="http://schemas.microsoft.com/office/drawing/2010/main" val="0"/>
                        </a:ext>
                      </a:extLst>
                    </a:blip>
                    <a:srcRect/>
                    <a:stretch>
                      <a:fillRect/>
                    </a:stretch>
                  </pic:blipFill>
                  <pic:spPr bwMode="auto">
                    <a:xfrm>
                      <a:off x="0" y="0"/>
                      <a:ext cx="1800225" cy="317500"/>
                    </a:xfrm>
                    <a:prstGeom prst="rect">
                      <a:avLst/>
                    </a:prstGeom>
                    <a:noFill/>
                    <a:ln>
                      <a:noFill/>
                    </a:ln>
                  </pic:spPr>
                </pic:pic>
              </a:graphicData>
            </a:graphic>
          </wp:inline>
        </w:drawing>
      </w:r>
      <w:r w:rsidRPr="00B439DD">
        <w:rPr>
          <w:rFonts w:ascii="Times New Roman" w:hAnsi="Times New Roman" w:cs="Times New Roman"/>
          <w:sz w:val="28"/>
          <w:szCs w:val="28"/>
          <w:lang w:val="kk-KZ"/>
        </w:rPr>
        <w:t xml:space="preserve"> келесі теңсіздікті аламыз</w:t>
      </w:r>
    </w:p>
    <w:p w14:paraId="60569592" w14:textId="77777777" w:rsidR="00025546" w:rsidRPr="00B439DD" w:rsidRDefault="00025546" w:rsidP="004B7CD0">
      <w:pPr>
        <w:spacing w:after="0" w:line="240" w:lineRule="auto"/>
        <w:jc w:val="both"/>
        <w:rPr>
          <w:rFonts w:ascii="Times New Roman" w:hAnsi="Times New Roman" w:cs="Times New Roman"/>
          <w:sz w:val="28"/>
          <w:szCs w:val="28"/>
          <w:lang w:val="kk-KZ"/>
        </w:rPr>
      </w:pPr>
    </w:p>
    <w:p w14:paraId="74B4E3D1" w14:textId="1A4F458E" w:rsidR="004B7CD0" w:rsidRPr="00B439DD" w:rsidRDefault="00A135AE" w:rsidP="004B7CD0">
      <w:pPr>
        <w:spacing w:after="0" w:line="240" w:lineRule="auto"/>
        <w:jc w:val="center"/>
        <w:rPr>
          <w:rFonts w:ascii="Times New Roman" w:hAnsi="Times New Roman" w:cs="Times New Roman"/>
          <w:sz w:val="28"/>
          <w:szCs w:val="28"/>
          <w:lang w:val="kk-KZ"/>
        </w:rPr>
      </w:pPr>
      <w:r w:rsidRPr="00B439DD">
        <w:rPr>
          <w:rFonts w:ascii="Times New Roman" w:hAnsi="Times New Roman" w:cs="Times New Roman"/>
          <w:noProof/>
          <w:position w:val="-40"/>
          <w:sz w:val="28"/>
          <w:szCs w:val="28"/>
        </w:rPr>
        <w:drawing>
          <wp:inline distT="0" distB="0" distL="0" distR="0" wp14:anchorId="2E0FE706" wp14:editId="3220404B">
            <wp:extent cx="3561080" cy="596900"/>
            <wp:effectExtent l="0" t="0" r="1270" b="0"/>
            <wp:docPr id="2005" name="Рисунок 2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5"/>
                    <pic:cNvPicPr>
                      <a:picLocks noChangeAspect="1" noChangeArrowheads="1"/>
                    </pic:cNvPicPr>
                  </pic:nvPicPr>
                  <pic:blipFill>
                    <a:blip r:embed="rId2775" cstate="print">
                      <a:extLst>
                        <a:ext uri="{28A0092B-C50C-407E-A947-70E740481C1C}">
                          <a14:useLocalDpi xmlns:a14="http://schemas.microsoft.com/office/drawing/2010/main" val="0"/>
                        </a:ext>
                      </a:extLst>
                    </a:blip>
                    <a:srcRect/>
                    <a:stretch>
                      <a:fillRect/>
                    </a:stretch>
                  </pic:blipFill>
                  <pic:spPr bwMode="auto">
                    <a:xfrm>
                      <a:off x="0" y="0"/>
                      <a:ext cx="3561080" cy="596900"/>
                    </a:xfrm>
                    <a:prstGeom prst="rect">
                      <a:avLst/>
                    </a:prstGeom>
                    <a:noFill/>
                    <a:ln>
                      <a:noFill/>
                    </a:ln>
                  </pic:spPr>
                </pic:pic>
              </a:graphicData>
            </a:graphic>
          </wp:inline>
        </w:drawing>
      </w:r>
    </w:p>
    <w:p w14:paraId="5A94CAB3" w14:textId="17A984D3" w:rsidR="004B7CD0" w:rsidRPr="00B439DD" w:rsidRDefault="00A135AE" w:rsidP="004B7CD0">
      <w:pPr>
        <w:spacing w:after="0" w:line="240" w:lineRule="auto"/>
        <w:jc w:val="center"/>
        <w:rPr>
          <w:rFonts w:ascii="Times New Roman" w:hAnsi="Times New Roman" w:cs="Times New Roman"/>
          <w:position w:val="-100"/>
          <w:sz w:val="28"/>
          <w:szCs w:val="28"/>
          <w:lang w:val="en-US"/>
        </w:rPr>
      </w:pPr>
      <w:r w:rsidRPr="00B439DD">
        <w:rPr>
          <w:rFonts w:ascii="Times New Roman" w:hAnsi="Times New Roman" w:cs="Times New Roman"/>
          <w:noProof/>
          <w:position w:val="-98"/>
          <w:sz w:val="28"/>
          <w:szCs w:val="28"/>
        </w:rPr>
        <w:drawing>
          <wp:inline distT="0" distB="0" distL="0" distR="0" wp14:anchorId="331E9D28" wp14:editId="2A22E4A0">
            <wp:extent cx="4389120" cy="1328420"/>
            <wp:effectExtent l="0" t="0" r="0" b="5080"/>
            <wp:docPr id="2006" name="Рисунок 2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6"/>
                    <pic:cNvPicPr>
                      <a:picLocks noChangeAspect="1" noChangeArrowheads="1"/>
                    </pic:cNvPicPr>
                  </pic:nvPicPr>
                  <pic:blipFill>
                    <a:blip r:embed="rId2776" cstate="print">
                      <a:extLst>
                        <a:ext uri="{28A0092B-C50C-407E-A947-70E740481C1C}">
                          <a14:useLocalDpi xmlns:a14="http://schemas.microsoft.com/office/drawing/2010/main" val="0"/>
                        </a:ext>
                      </a:extLst>
                    </a:blip>
                    <a:srcRect/>
                    <a:stretch>
                      <a:fillRect/>
                    </a:stretch>
                  </pic:blipFill>
                  <pic:spPr bwMode="auto">
                    <a:xfrm>
                      <a:off x="0" y="0"/>
                      <a:ext cx="4389120" cy="1328420"/>
                    </a:xfrm>
                    <a:prstGeom prst="rect">
                      <a:avLst/>
                    </a:prstGeom>
                    <a:noFill/>
                    <a:ln>
                      <a:noFill/>
                    </a:ln>
                  </pic:spPr>
                </pic:pic>
              </a:graphicData>
            </a:graphic>
          </wp:inline>
        </w:drawing>
      </w:r>
    </w:p>
    <w:p w14:paraId="193125F2" w14:textId="0E31D854" w:rsidR="004B7CD0" w:rsidRPr="00B439DD" w:rsidRDefault="00A135AE" w:rsidP="004B7CD0">
      <w:pPr>
        <w:spacing w:after="0" w:line="240" w:lineRule="auto"/>
        <w:jc w:val="center"/>
        <w:rPr>
          <w:rFonts w:ascii="Times New Roman" w:hAnsi="Times New Roman" w:cs="Times New Roman"/>
          <w:sz w:val="28"/>
          <w:szCs w:val="28"/>
          <w:lang w:val="en-US"/>
        </w:rPr>
      </w:pPr>
      <w:r w:rsidRPr="00B439DD">
        <w:rPr>
          <w:rFonts w:ascii="Times New Roman" w:hAnsi="Times New Roman" w:cs="Times New Roman"/>
          <w:noProof/>
          <w:position w:val="-86"/>
          <w:sz w:val="28"/>
          <w:szCs w:val="28"/>
        </w:rPr>
        <w:drawing>
          <wp:inline distT="0" distB="0" distL="0" distR="0" wp14:anchorId="387FE86A" wp14:editId="31E3E0BF">
            <wp:extent cx="4648835" cy="1164590"/>
            <wp:effectExtent l="0" t="0" r="0" b="0"/>
            <wp:docPr id="2007" name="Рисунок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7"/>
                    <pic:cNvPicPr>
                      <a:picLocks noChangeAspect="1" noChangeArrowheads="1"/>
                    </pic:cNvPicPr>
                  </pic:nvPicPr>
                  <pic:blipFill>
                    <a:blip r:embed="rId2777" cstate="print">
                      <a:extLst>
                        <a:ext uri="{28A0092B-C50C-407E-A947-70E740481C1C}">
                          <a14:useLocalDpi xmlns:a14="http://schemas.microsoft.com/office/drawing/2010/main" val="0"/>
                        </a:ext>
                      </a:extLst>
                    </a:blip>
                    <a:srcRect/>
                    <a:stretch>
                      <a:fillRect/>
                    </a:stretch>
                  </pic:blipFill>
                  <pic:spPr bwMode="auto">
                    <a:xfrm>
                      <a:off x="0" y="0"/>
                      <a:ext cx="4648835" cy="1164590"/>
                    </a:xfrm>
                    <a:prstGeom prst="rect">
                      <a:avLst/>
                    </a:prstGeom>
                    <a:noFill/>
                    <a:ln>
                      <a:noFill/>
                    </a:ln>
                  </pic:spPr>
                </pic:pic>
              </a:graphicData>
            </a:graphic>
          </wp:inline>
        </w:drawing>
      </w:r>
    </w:p>
    <w:p w14:paraId="0D89847E" w14:textId="77777777" w:rsidR="004B7CD0" w:rsidRPr="00B439DD" w:rsidRDefault="004B7CD0" w:rsidP="004B7CD0">
      <w:pPr>
        <w:spacing w:after="0" w:line="240" w:lineRule="auto"/>
        <w:jc w:val="both"/>
        <w:rPr>
          <w:rFonts w:ascii="Times New Roman" w:hAnsi="Times New Roman" w:cs="Times New Roman"/>
          <w:sz w:val="28"/>
          <w:szCs w:val="28"/>
        </w:rPr>
      </w:pPr>
    </w:p>
    <w:p w14:paraId="6FAC8580" w14:textId="5EAC5F3A" w:rsidR="004B7CD0" w:rsidRPr="00B439DD" w:rsidRDefault="00A135AE" w:rsidP="004B7CD0">
      <w:pPr>
        <w:spacing w:after="0" w:line="240" w:lineRule="auto"/>
        <w:jc w:val="center"/>
        <w:rPr>
          <w:rFonts w:ascii="Times New Roman" w:hAnsi="Times New Roman" w:cs="Times New Roman"/>
          <w:position w:val="-40"/>
          <w:sz w:val="28"/>
          <w:szCs w:val="28"/>
          <w:lang w:val="kk-KZ"/>
        </w:rPr>
      </w:pPr>
      <w:r w:rsidRPr="00B439DD">
        <w:rPr>
          <w:rFonts w:ascii="Times New Roman" w:hAnsi="Times New Roman" w:cs="Times New Roman"/>
          <w:noProof/>
          <w:position w:val="-40"/>
          <w:sz w:val="28"/>
          <w:szCs w:val="28"/>
        </w:rPr>
        <w:drawing>
          <wp:inline distT="0" distB="0" distL="0" distR="0" wp14:anchorId="1E03FF08" wp14:editId="127647C7">
            <wp:extent cx="3128010" cy="596900"/>
            <wp:effectExtent l="0" t="0" r="0" b="0"/>
            <wp:docPr id="2008" name="Рисунок 2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8"/>
                    <pic:cNvPicPr>
                      <a:picLocks noChangeAspect="1" noChangeArrowheads="1"/>
                    </pic:cNvPicPr>
                  </pic:nvPicPr>
                  <pic:blipFill>
                    <a:blip r:embed="rId2778" cstate="print">
                      <a:extLst>
                        <a:ext uri="{28A0092B-C50C-407E-A947-70E740481C1C}">
                          <a14:useLocalDpi xmlns:a14="http://schemas.microsoft.com/office/drawing/2010/main" val="0"/>
                        </a:ext>
                      </a:extLst>
                    </a:blip>
                    <a:srcRect/>
                    <a:stretch>
                      <a:fillRect/>
                    </a:stretch>
                  </pic:blipFill>
                  <pic:spPr bwMode="auto">
                    <a:xfrm>
                      <a:off x="0" y="0"/>
                      <a:ext cx="3128010" cy="596900"/>
                    </a:xfrm>
                    <a:prstGeom prst="rect">
                      <a:avLst/>
                    </a:prstGeom>
                    <a:noFill/>
                    <a:ln>
                      <a:noFill/>
                    </a:ln>
                  </pic:spPr>
                </pic:pic>
              </a:graphicData>
            </a:graphic>
          </wp:inline>
        </w:drawing>
      </w:r>
    </w:p>
    <w:p w14:paraId="488A7463" w14:textId="77777777" w:rsidR="00025546" w:rsidRPr="00B439DD" w:rsidRDefault="00025546" w:rsidP="00025546">
      <w:pPr>
        <w:spacing w:after="0" w:line="240" w:lineRule="auto"/>
        <w:rPr>
          <w:rFonts w:ascii="Times New Roman" w:hAnsi="Times New Roman" w:cs="Times New Roman"/>
          <w:sz w:val="28"/>
          <w:szCs w:val="28"/>
          <w:lang w:val="kk-KZ"/>
        </w:rPr>
      </w:pPr>
    </w:p>
    <w:p w14:paraId="029FE198" w14:textId="6FA5633E" w:rsidR="004B7CD0" w:rsidRPr="00B439DD" w:rsidRDefault="00257076" w:rsidP="004B7CD0">
      <w:pPr>
        <w:spacing w:after="0" w:line="240" w:lineRule="auto"/>
        <w:jc w:val="both"/>
        <w:rPr>
          <w:rFonts w:ascii="Times New Roman" w:hAnsi="Times New Roman" w:cs="Times New Roman"/>
          <w:sz w:val="28"/>
          <w:szCs w:val="28"/>
          <w:lang w:val="kk-KZ"/>
        </w:rPr>
      </w:pPr>
      <w:r w:rsidRPr="00B439DD">
        <w:rPr>
          <w:rFonts w:ascii="Times New Roman" w:hAnsi="Times New Roman" w:cs="Times New Roman"/>
          <w:sz w:val="28"/>
          <w:szCs w:val="28"/>
          <w:lang w:val="kk-KZ"/>
        </w:rPr>
        <w:t>Нәтижеде, (2.4</w:t>
      </w:r>
      <w:r w:rsidR="004B7CD0" w:rsidRPr="00B439DD">
        <w:rPr>
          <w:rFonts w:ascii="Times New Roman" w:hAnsi="Times New Roman" w:cs="Times New Roman"/>
          <w:sz w:val="28"/>
          <w:szCs w:val="28"/>
          <w:lang w:val="kk-KZ"/>
        </w:rPr>
        <w:t>6) теңдігінен келесі бағалауын аламыз:</w:t>
      </w:r>
    </w:p>
    <w:p w14:paraId="4A9E3FB6" w14:textId="77777777" w:rsidR="004B7CD0" w:rsidRPr="00B439DD" w:rsidRDefault="004B7CD0" w:rsidP="004B7CD0">
      <w:pPr>
        <w:spacing w:after="0" w:line="240" w:lineRule="auto"/>
        <w:jc w:val="both"/>
        <w:rPr>
          <w:rFonts w:ascii="Times New Roman" w:hAnsi="Times New Roman" w:cs="Times New Roman"/>
          <w:sz w:val="28"/>
          <w:szCs w:val="28"/>
          <w:lang w:val="kk-KZ"/>
        </w:rPr>
      </w:pPr>
    </w:p>
    <w:p w14:paraId="33FF0B80" w14:textId="064B1DB7" w:rsidR="004B7CD0" w:rsidRDefault="00A135AE" w:rsidP="004B7CD0">
      <w:pPr>
        <w:spacing w:after="0" w:line="240" w:lineRule="auto"/>
        <w:jc w:val="right"/>
        <w:rPr>
          <w:rFonts w:ascii="Times New Roman" w:hAnsi="Times New Roman" w:cs="Times New Roman"/>
          <w:sz w:val="28"/>
          <w:szCs w:val="28"/>
          <w:lang w:val="kk-KZ"/>
        </w:rPr>
      </w:pPr>
      <w:r w:rsidRPr="00B439DD">
        <w:rPr>
          <w:rFonts w:ascii="Times New Roman" w:hAnsi="Times New Roman" w:cs="Times New Roman"/>
          <w:noProof/>
          <w:position w:val="-22"/>
          <w:sz w:val="28"/>
          <w:szCs w:val="28"/>
        </w:rPr>
        <w:drawing>
          <wp:inline distT="0" distB="0" distL="0" distR="0" wp14:anchorId="1A5B8530" wp14:editId="5D6379E5">
            <wp:extent cx="3128010" cy="384810"/>
            <wp:effectExtent l="0" t="0" r="0" b="0"/>
            <wp:docPr id="2009" name="Рисунок 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9"/>
                    <pic:cNvPicPr>
                      <a:picLocks noChangeAspect="1" noChangeArrowheads="1"/>
                    </pic:cNvPicPr>
                  </pic:nvPicPr>
                  <pic:blipFill>
                    <a:blip r:embed="rId2779" cstate="print">
                      <a:extLst>
                        <a:ext uri="{28A0092B-C50C-407E-A947-70E740481C1C}">
                          <a14:useLocalDpi xmlns:a14="http://schemas.microsoft.com/office/drawing/2010/main" val="0"/>
                        </a:ext>
                      </a:extLst>
                    </a:blip>
                    <a:srcRect/>
                    <a:stretch>
                      <a:fillRect/>
                    </a:stretch>
                  </pic:blipFill>
                  <pic:spPr bwMode="auto">
                    <a:xfrm>
                      <a:off x="0" y="0"/>
                      <a:ext cx="3128010" cy="384810"/>
                    </a:xfrm>
                    <a:prstGeom prst="rect">
                      <a:avLst/>
                    </a:prstGeom>
                    <a:noFill/>
                    <a:ln>
                      <a:noFill/>
                    </a:ln>
                  </pic:spPr>
                </pic:pic>
              </a:graphicData>
            </a:graphic>
          </wp:inline>
        </w:drawing>
      </w:r>
      <w:r w:rsidR="00132EB0" w:rsidRPr="00B439DD">
        <w:rPr>
          <w:rFonts w:ascii="Times New Roman" w:hAnsi="Times New Roman" w:cs="Times New Roman"/>
          <w:sz w:val="28"/>
          <w:szCs w:val="28"/>
          <w:lang w:val="kk-KZ"/>
        </w:rPr>
        <w:tab/>
      </w:r>
      <w:r w:rsidR="00132EB0" w:rsidRPr="00B439DD">
        <w:rPr>
          <w:rFonts w:ascii="Times New Roman" w:hAnsi="Times New Roman" w:cs="Times New Roman"/>
          <w:sz w:val="28"/>
          <w:szCs w:val="28"/>
          <w:lang w:val="kk-KZ"/>
        </w:rPr>
        <w:tab/>
      </w:r>
      <w:r w:rsidR="00132EB0" w:rsidRPr="00B439DD">
        <w:rPr>
          <w:rFonts w:ascii="Times New Roman" w:hAnsi="Times New Roman" w:cs="Times New Roman"/>
          <w:sz w:val="28"/>
          <w:szCs w:val="28"/>
          <w:lang w:val="kk-KZ"/>
        </w:rPr>
        <w:tab/>
      </w:r>
      <w:r w:rsidR="00132EB0" w:rsidRPr="00B439DD">
        <w:rPr>
          <w:rFonts w:ascii="Times New Roman" w:hAnsi="Times New Roman" w:cs="Times New Roman"/>
          <w:sz w:val="28"/>
          <w:szCs w:val="28"/>
          <w:lang w:val="kk-KZ"/>
        </w:rPr>
        <w:tab/>
        <w:t>(2.4</w:t>
      </w:r>
      <w:r w:rsidR="004B7CD0" w:rsidRPr="00B439DD">
        <w:rPr>
          <w:rFonts w:ascii="Times New Roman" w:hAnsi="Times New Roman" w:cs="Times New Roman"/>
          <w:sz w:val="28"/>
          <w:szCs w:val="28"/>
          <w:lang w:val="kk-KZ"/>
        </w:rPr>
        <w:t>7)</w:t>
      </w:r>
    </w:p>
    <w:p w14:paraId="37D7D410" w14:textId="77777777" w:rsidR="00152387" w:rsidRPr="00B439DD" w:rsidRDefault="00152387" w:rsidP="004B7CD0">
      <w:pPr>
        <w:spacing w:after="0" w:line="240" w:lineRule="auto"/>
        <w:jc w:val="right"/>
        <w:rPr>
          <w:rFonts w:ascii="Times New Roman" w:hAnsi="Times New Roman" w:cs="Times New Roman"/>
          <w:sz w:val="28"/>
          <w:szCs w:val="28"/>
          <w:lang w:val="kk-KZ"/>
        </w:rPr>
      </w:pPr>
    </w:p>
    <w:p w14:paraId="5A690AEF" w14:textId="393939DA" w:rsidR="004B7CD0" w:rsidRPr="00B439DD" w:rsidRDefault="004B7CD0" w:rsidP="00EF52AB">
      <w:pPr>
        <w:spacing w:after="0" w:line="240" w:lineRule="auto"/>
        <w:ind w:firstLine="708"/>
        <w:jc w:val="both"/>
        <w:rPr>
          <w:rFonts w:ascii="Times New Roman" w:hAnsi="Times New Roman" w:cs="Times New Roman"/>
          <w:sz w:val="28"/>
          <w:szCs w:val="28"/>
          <w:lang w:val="kk-KZ"/>
        </w:rPr>
      </w:pPr>
      <w:r w:rsidRPr="00B439DD">
        <w:rPr>
          <w:rFonts w:ascii="Times New Roman" w:hAnsi="Times New Roman" w:cs="Times New Roman"/>
          <w:sz w:val="28"/>
          <w:szCs w:val="28"/>
          <w:lang w:val="kk-KZ"/>
        </w:rPr>
        <w:t>Дәл жоғарыдағыдай, (</w:t>
      </w:r>
      <w:r w:rsidR="00257076" w:rsidRPr="00B439DD">
        <w:rPr>
          <w:rFonts w:ascii="Times New Roman" w:hAnsi="Times New Roman" w:cs="Times New Roman"/>
          <w:sz w:val="28"/>
          <w:szCs w:val="28"/>
          <w:lang w:val="kk-KZ"/>
        </w:rPr>
        <w:t>2.3</w:t>
      </w:r>
      <w:r w:rsidRPr="00B439DD">
        <w:rPr>
          <w:rFonts w:ascii="Times New Roman" w:hAnsi="Times New Roman" w:cs="Times New Roman"/>
          <w:sz w:val="28"/>
          <w:szCs w:val="28"/>
          <w:lang w:val="kk-KZ"/>
        </w:rPr>
        <w:t xml:space="preserve">9) теңдігін </w:t>
      </w:r>
      <w:r w:rsidR="00A135AE" w:rsidRPr="00B439DD">
        <w:rPr>
          <w:rFonts w:ascii="Times New Roman" w:hAnsi="Times New Roman" w:cs="Times New Roman"/>
          <w:noProof/>
          <w:position w:val="-16"/>
          <w:sz w:val="28"/>
          <w:szCs w:val="28"/>
        </w:rPr>
        <w:drawing>
          <wp:inline distT="0" distB="0" distL="0" distR="0" wp14:anchorId="44114D84" wp14:editId="1D81BF59">
            <wp:extent cx="414020" cy="250190"/>
            <wp:effectExtent l="0" t="0" r="5080" b="0"/>
            <wp:docPr id="2010" name="Рисунок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0"/>
                    <pic:cNvPicPr>
                      <a:picLocks noChangeAspect="1" noChangeArrowheads="1"/>
                    </pic:cNvPicPr>
                  </pic:nvPicPr>
                  <pic:blipFill>
                    <a:blip r:embed="rId2780" cstate="print">
                      <a:extLst>
                        <a:ext uri="{28A0092B-C50C-407E-A947-70E740481C1C}">
                          <a14:useLocalDpi xmlns:a14="http://schemas.microsoft.com/office/drawing/2010/main" val="0"/>
                        </a:ext>
                      </a:extLst>
                    </a:blip>
                    <a:srcRect/>
                    <a:stretch>
                      <a:fillRect/>
                    </a:stretch>
                  </pic:blipFill>
                  <pic:spPr bwMode="auto">
                    <a:xfrm>
                      <a:off x="0" y="0"/>
                      <a:ext cx="414020" cy="250190"/>
                    </a:xfrm>
                    <a:prstGeom prst="rect">
                      <a:avLst/>
                    </a:prstGeom>
                    <a:noFill/>
                    <a:ln>
                      <a:noFill/>
                    </a:ln>
                  </pic:spPr>
                </pic:pic>
              </a:graphicData>
            </a:graphic>
          </wp:inline>
        </w:drawing>
      </w:r>
      <w:r w:rsidRPr="00B439DD">
        <w:rPr>
          <w:rFonts w:ascii="Times New Roman" w:hAnsi="Times New Roman" w:cs="Times New Roman"/>
          <w:sz w:val="28"/>
          <w:szCs w:val="28"/>
          <w:lang w:val="kk-KZ"/>
        </w:rPr>
        <w:t xml:space="preserve"> функциясына көбейтіп және </w:t>
      </w:r>
      <w:r w:rsidR="00A135AE" w:rsidRPr="00B439DD">
        <w:rPr>
          <w:rFonts w:ascii="Times New Roman" w:hAnsi="Times New Roman" w:cs="Times New Roman"/>
          <w:noProof/>
          <w:position w:val="-12"/>
          <w:sz w:val="28"/>
          <w:szCs w:val="28"/>
        </w:rPr>
        <w:drawing>
          <wp:inline distT="0" distB="0" distL="0" distR="0" wp14:anchorId="66D79AF1" wp14:editId="15343A1D">
            <wp:extent cx="991235" cy="231140"/>
            <wp:effectExtent l="0" t="0" r="0" b="0"/>
            <wp:docPr id="2011" name="Рисунок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1"/>
                    <pic:cNvPicPr>
                      <a:picLocks noChangeAspect="1" noChangeArrowheads="1"/>
                    </pic:cNvPicPr>
                  </pic:nvPicPr>
                  <pic:blipFill>
                    <a:blip r:embed="rId2781" cstate="print">
                      <a:extLst>
                        <a:ext uri="{28A0092B-C50C-407E-A947-70E740481C1C}">
                          <a14:useLocalDpi xmlns:a14="http://schemas.microsoft.com/office/drawing/2010/main" val="0"/>
                        </a:ext>
                      </a:extLst>
                    </a:blip>
                    <a:srcRect/>
                    <a:stretch>
                      <a:fillRect/>
                    </a:stretch>
                  </pic:blipFill>
                  <pic:spPr bwMode="auto">
                    <a:xfrm>
                      <a:off x="0" y="0"/>
                      <a:ext cx="991235" cy="231140"/>
                    </a:xfrm>
                    <a:prstGeom prst="rect">
                      <a:avLst/>
                    </a:prstGeom>
                    <a:noFill/>
                    <a:ln>
                      <a:noFill/>
                    </a:ln>
                  </pic:spPr>
                </pic:pic>
              </a:graphicData>
            </a:graphic>
          </wp:inline>
        </w:drawing>
      </w:r>
      <w:r w:rsidRPr="00B439DD">
        <w:rPr>
          <w:rFonts w:ascii="Times New Roman" w:hAnsi="Times New Roman" w:cs="Times New Roman"/>
          <w:sz w:val="28"/>
          <w:szCs w:val="28"/>
          <w:lang w:val="kk-KZ"/>
        </w:rPr>
        <w:t xml:space="preserve"> бойынша қосындыласақ:</w:t>
      </w:r>
    </w:p>
    <w:p w14:paraId="0AD56013" w14:textId="77777777" w:rsidR="004B7CD0" w:rsidRPr="00B439DD" w:rsidRDefault="004B7CD0" w:rsidP="004B7CD0">
      <w:pPr>
        <w:spacing w:after="0" w:line="240" w:lineRule="auto"/>
        <w:jc w:val="both"/>
        <w:rPr>
          <w:rFonts w:ascii="Times New Roman" w:hAnsi="Times New Roman" w:cs="Times New Roman"/>
          <w:sz w:val="28"/>
          <w:szCs w:val="28"/>
          <w:lang w:val="kk-KZ"/>
        </w:rPr>
      </w:pPr>
    </w:p>
    <w:p w14:paraId="36D365EF" w14:textId="2193E0CC" w:rsidR="004B7CD0" w:rsidRPr="00B439DD" w:rsidRDefault="00A135AE" w:rsidP="004B7CD0">
      <w:pPr>
        <w:spacing w:after="0" w:line="240" w:lineRule="auto"/>
        <w:jc w:val="right"/>
        <w:rPr>
          <w:rFonts w:ascii="Times New Roman" w:hAnsi="Times New Roman" w:cs="Times New Roman"/>
          <w:sz w:val="28"/>
          <w:szCs w:val="28"/>
          <w:lang w:val="kk-KZ"/>
        </w:rPr>
      </w:pPr>
      <w:r w:rsidRPr="00B439DD">
        <w:rPr>
          <w:rFonts w:ascii="Times New Roman" w:hAnsi="Times New Roman" w:cs="Times New Roman"/>
          <w:noProof/>
          <w:position w:val="-68"/>
          <w:sz w:val="28"/>
          <w:szCs w:val="28"/>
        </w:rPr>
        <w:drawing>
          <wp:inline distT="0" distB="0" distL="0" distR="0" wp14:anchorId="785FEF28" wp14:editId="4E02FF9C">
            <wp:extent cx="3975100" cy="942975"/>
            <wp:effectExtent l="0" t="0" r="6350" b="9525"/>
            <wp:docPr id="2012" name="Рисунок 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2"/>
                    <pic:cNvPicPr>
                      <a:picLocks noChangeAspect="1" noChangeArrowheads="1"/>
                    </pic:cNvPicPr>
                  </pic:nvPicPr>
                  <pic:blipFill>
                    <a:blip r:embed="rId2782" cstate="print">
                      <a:extLst>
                        <a:ext uri="{28A0092B-C50C-407E-A947-70E740481C1C}">
                          <a14:useLocalDpi xmlns:a14="http://schemas.microsoft.com/office/drawing/2010/main" val="0"/>
                        </a:ext>
                      </a:extLst>
                    </a:blip>
                    <a:srcRect/>
                    <a:stretch>
                      <a:fillRect/>
                    </a:stretch>
                  </pic:blipFill>
                  <pic:spPr bwMode="auto">
                    <a:xfrm>
                      <a:off x="0" y="0"/>
                      <a:ext cx="3975100" cy="942975"/>
                    </a:xfrm>
                    <a:prstGeom prst="rect">
                      <a:avLst/>
                    </a:prstGeom>
                    <a:noFill/>
                    <a:ln>
                      <a:noFill/>
                    </a:ln>
                  </pic:spPr>
                </pic:pic>
              </a:graphicData>
            </a:graphic>
          </wp:inline>
        </w:drawing>
      </w:r>
      <w:r w:rsidR="00257076" w:rsidRPr="00B439DD">
        <w:rPr>
          <w:rFonts w:ascii="Times New Roman" w:hAnsi="Times New Roman" w:cs="Times New Roman"/>
          <w:sz w:val="28"/>
          <w:szCs w:val="28"/>
          <w:lang w:val="kk-KZ"/>
        </w:rPr>
        <w:tab/>
      </w:r>
      <w:r w:rsidR="00257076" w:rsidRPr="00B439DD">
        <w:rPr>
          <w:rFonts w:ascii="Times New Roman" w:hAnsi="Times New Roman" w:cs="Times New Roman"/>
          <w:sz w:val="28"/>
          <w:szCs w:val="28"/>
          <w:lang w:val="kk-KZ"/>
        </w:rPr>
        <w:tab/>
      </w:r>
      <w:r w:rsidR="00257076" w:rsidRPr="00B439DD">
        <w:rPr>
          <w:rFonts w:ascii="Times New Roman" w:hAnsi="Times New Roman" w:cs="Times New Roman"/>
          <w:sz w:val="28"/>
          <w:szCs w:val="28"/>
          <w:lang w:val="kk-KZ"/>
        </w:rPr>
        <w:tab/>
        <w:t>(2.4</w:t>
      </w:r>
      <w:r w:rsidR="004B7CD0" w:rsidRPr="00B439DD">
        <w:rPr>
          <w:rFonts w:ascii="Times New Roman" w:hAnsi="Times New Roman" w:cs="Times New Roman"/>
          <w:sz w:val="28"/>
          <w:szCs w:val="28"/>
          <w:lang w:val="kk-KZ"/>
        </w:rPr>
        <w:t>8)</w:t>
      </w:r>
    </w:p>
    <w:p w14:paraId="66FA6208" w14:textId="77777777" w:rsidR="00025546" w:rsidRPr="00B439DD" w:rsidRDefault="00025546" w:rsidP="00025546">
      <w:pPr>
        <w:spacing w:after="0" w:line="240" w:lineRule="auto"/>
        <w:rPr>
          <w:rFonts w:ascii="Times New Roman" w:hAnsi="Times New Roman" w:cs="Times New Roman"/>
          <w:sz w:val="28"/>
          <w:szCs w:val="28"/>
          <w:lang w:val="kk-KZ"/>
        </w:rPr>
      </w:pPr>
    </w:p>
    <w:p w14:paraId="2E8FAF70" w14:textId="50B285F9" w:rsidR="004B7CD0" w:rsidRPr="00B439DD" w:rsidRDefault="00257076" w:rsidP="004B7CD0">
      <w:pPr>
        <w:spacing w:after="0" w:line="240" w:lineRule="auto"/>
        <w:jc w:val="both"/>
        <w:rPr>
          <w:rFonts w:ascii="Times New Roman" w:hAnsi="Times New Roman" w:cs="Times New Roman"/>
          <w:sz w:val="28"/>
          <w:szCs w:val="28"/>
          <w:lang w:val="kk-KZ"/>
        </w:rPr>
      </w:pPr>
      <w:r w:rsidRPr="00B439DD">
        <w:rPr>
          <w:rFonts w:ascii="Times New Roman" w:hAnsi="Times New Roman" w:cs="Times New Roman"/>
          <w:sz w:val="28"/>
          <w:szCs w:val="28"/>
          <w:lang w:val="kk-KZ"/>
        </w:rPr>
        <w:t>(2.44) және (2.4</w:t>
      </w:r>
      <w:r w:rsidR="004B7CD0" w:rsidRPr="00B439DD">
        <w:rPr>
          <w:rFonts w:ascii="Times New Roman" w:hAnsi="Times New Roman" w:cs="Times New Roman"/>
          <w:sz w:val="28"/>
          <w:szCs w:val="28"/>
          <w:lang w:val="kk-KZ"/>
        </w:rPr>
        <w:t>7) бағалауларын ескере отырып, Гельдер және</w:t>
      </w:r>
      <w:r w:rsidRPr="00B439DD">
        <w:rPr>
          <w:rFonts w:ascii="Times New Roman" w:hAnsi="Times New Roman" w:cs="Times New Roman"/>
          <w:sz w:val="28"/>
          <w:szCs w:val="28"/>
          <w:lang w:val="kk-KZ"/>
        </w:rPr>
        <w:t xml:space="preserve"> Юнг теңсіздіктерін қолданып, (2.4</w:t>
      </w:r>
      <w:r w:rsidR="004B7CD0" w:rsidRPr="00B439DD">
        <w:rPr>
          <w:rFonts w:ascii="Times New Roman" w:hAnsi="Times New Roman" w:cs="Times New Roman"/>
          <w:sz w:val="28"/>
          <w:szCs w:val="28"/>
          <w:lang w:val="kk-KZ"/>
        </w:rPr>
        <w:t>8) теңдіктің оң жағын бағалайық:</w:t>
      </w:r>
    </w:p>
    <w:p w14:paraId="594A300E" w14:textId="77777777" w:rsidR="004B7CD0" w:rsidRPr="00B439DD" w:rsidRDefault="004B7CD0" w:rsidP="004B7CD0">
      <w:pPr>
        <w:spacing w:after="0" w:line="240" w:lineRule="auto"/>
        <w:jc w:val="both"/>
        <w:rPr>
          <w:rFonts w:ascii="Times New Roman" w:hAnsi="Times New Roman" w:cs="Times New Roman"/>
          <w:sz w:val="28"/>
          <w:szCs w:val="28"/>
          <w:lang w:val="kk-KZ"/>
        </w:rPr>
      </w:pPr>
      <w:r w:rsidRPr="00B439DD">
        <w:rPr>
          <w:rFonts w:ascii="Times New Roman" w:hAnsi="Times New Roman" w:cs="Times New Roman"/>
          <w:position w:val="-134"/>
          <w:sz w:val="28"/>
          <w:szCs w:val="28"/>
          <w:lang w:val="kk-KZ"/>
        </w:rPr>
        <w:tab/>
      </w:r>
    </w:p>
    <w:p w14:paraId="0E227729" w14:textId="6983F107" w:rsidR="004B7CD0" w:rsidRPr="00B439DD" w:rsidRDefault="00A135AE" w:rsidP="004B7CD0">
      <w:pPr>
        <w:spacing w:after="0" w:line="240" w:lineRule="auto"/>
        <w:jc w:val="center"/>
        <w:rPr>
          <w:rFonts w:ascii="Times New Roman" w:hAnsi="Times New Roman" w:cs="Times New Roman"/>
          <w:sz w:val="28"/>
          <w:szCs w:val="28"/>
        </w:rPr>
      </w:pPr>
      <w:r w:rsidRPr="00B439DD">
        <w:rPr>
          <w:rFonts w:ascii="Times New Roman" w:hAnsi="Times New Roman" w:cs="Times New Roman"/>
          <w:noProof/>
          <w:position w:val="-118"/>
          <w:sz w:val="28"/>
          <w:szCs w:val="28"/>
        </w:rPr>
        <w:lastRenderedPageBreak/>
        <w:drawing>
          <wp:inline distT="0" distB="0" distL="0" distR="0" wp14:anchorId="1366C90C" wp14:editId="6E5261EF">
            <wp:extent cx="4187190" cy="1828800"/>
            <wp:effectExtent l="0" t="0" r="3810" b="0"/>
            <wp:docPr id="2013" name="Рисунок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3"/>
                    <pic:cNvPicPr>
                      <a:picLocks noChangeAspect="1" noChangeArrowheads="1"/>
                    </pic:cNvPicPr>
                  </pic:nvPicPr>
                  <pic:blipFill>
                    <a:blip r:embed="rId2783" cstate="print">
                      <a:extLst>
                        <a:ext uri="{28A0092B-C50C-407E-A947-70E740481C1C}">
                          <a14:useLocalDpi xmlns:a14="http://schemas.microsoft.com/office/drawing/2010/main" val="0"/>
                        </a:ext>
                      </a:extLst>
                    </a:blip>
                    <a:srcRect/>
                    <a:stretch>
                      <a:fillRect/>
                    </a:stretch>
                  </pic:blipFill>
                  <pic:spPr bwMode="auto">
                    <a:xfrm>
                      <a:off x="0" y="0"/>
                      <a:ext cx="4187190" cy="1828800"/>
                    </a:xfrm>
                    <a:prstGeom prst="rect">
                      <a:avLst/>
                    </a:prstGeom>
                    <a:noFill/>
                    <a:ln>
                      <a:noFill/>
                    </a:ln>
                  </pic:spPr>
                </pic:pic>
              </a:graphicData>
            </a:graphic>
          </wp:inline>
        </w:drawing>
      </w:r>
    </w:p>
    <w:p w14:paraId="5B420CDA" w14:textId="2B08ACA5" w:rsidR="004B7CD0" w:rsidRPr="00B439DD" w:rsidRDefault="00A135AE" w:rsidP="004B7CD0">
      <w:pPr>
        <w:spacing w:after="0" w:line="240" w:lineRule="auto"/>
        <w:jc w:val="center"/>
        <w:rPr>
          <w:rFonts w:ascii="Times New Roman" w:hAnsi="Times New Roman" w:cs="Times New Roman"/>
          <w:sz w:val="28"/>
          <w:szCs w:val="28"/>
        </w:rPr>
      </w:pPr>
      <w:r w:rsidRPr="00B439DD">
        <w:rPr>
          <w:rFonts w:ascii="Times New Roman" w:hAnsi="Times New Roman" w:cs="Times New Roman"/>
          <w:noProof/>
          <w:position w:val="-40"/>
          <w:sz w:val="28"/>
          <w:szCs w:val="28"/>
        </w:rPr>
        <w:drawing>
          <wp:inline distT="0" distB="0" distL="0" distR="0" wp14:anchorId="693B7A0B" wp14:editId="68309673">
            <wp:extent cx="2954655" cy="596900"/>
            <wp:effectExtent l="0" t="0" r="0" b="0"/>
            <wp:docPr id="2014" name="Рисунок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4"/>
                    <pic:cNvPicPr>
                      <a:picLocks noChangeAspect="1" noChangeArrowheads="1"/>
                    </pic:cNvPicPr>
                  </pic:nvPicPr>
                  <pic:blipFill>
                    <a:blip r:embed="rId2784" cstate="print">
                      <a:extLst>
                        <a:ext uri="{28A0092B-C50C-407E-A947-70E740481C1C}">
                          <a14:useLocalDpi xmlns:a14="http://schemas.microsoft.com/office/drawing/2010/main" val="0"/>
                        </a:ext>
                      </a:extLst>
                    </a:blip>
                    <a:srcRect/>
                    <a:stretch>
                      <a:fillRect/>
                    </a:stretch>
                  </pic:blipFill>
                  <pic:spPr bwMode="auto">
                    <a:xfrm>
                      <a:off x="0" y="0"/>
                      <a:ext cx="2954655" cy="596900"/>
                    </a:xfrm>
                    <a:prstGeom prst="rect">
                      <a:avLst/>
                    </a:prstGeom>
                    <a:noFill/>
                    <a:ln>
                      <a:noFill/>
                    </a:ln>
                  </pic:spPr>
                </pic:pic>
              </a:graphicData>
            </a:graphic>
          </wp:inline>
        </w:drawing>
      </w:r>
    </w:p>
    <w:p w14:paraId="0FF3E070" w14:textId="77777777" w:rsidR="004B7CD0" w:rsidRPr="00B439DD" w:rsidRDefault="004B7CD0" w:rsidP="004B7CD0">
      <w:pPr>
        <w:spacing w:after="0" w:line="240" w:lineRule="auto"/>
        <w:jc w:val="both"/>
        <w:rPr>
          <w:rFonts w:ascii="Times New Roman" w:hAnsi="Times New Roman" w:cs="Times New Roman"/>
          <w:sz w:val="28"/>
          <w:szCs w:val="28"/>
        </w:rPr>
      </w:pPr>
    </w:p>
    <w:p w14:paraId="19F5E8FB" w14:textId="7563562F" w:rsidR="00E73F3A" w:rsidRPr="00B439DD" w:rsidRDefault="004B7CD0" w:rsidP="004B7CD0">
      <w:pPr>
        <w:spacing w:after="0" w:line="240" w:lineRule="auto"/>
        <w:jc w:val="both"/>
        <w:rPr>
          <w:rFonts w:ascii="Times New Roman" w:hAnsi="Times New Roman" w:cs="Times New Roman"/>
          <w:sz w:val="28"/>
          <w:szCs w:val="28"/>
          <w:lang w:val="kk-KZ"/>
        </w:rPr>
      </w:pPr>
      <w:r w:rsidRPr="00B439DD">
        <w:rPr>
          <w:rFonts w:ascii="Times New Roman" w:hAnsi="Times New Roman" w:cs="Times New Roman"/>
          <w:sz w:val="28"/>
          <w:szCs w:val="28"/>
          <w:lang w:val="kk-KZ"/>
        </w:rPr>
        <w:t xml:space="preserve">Осы алынғандарды </w:t>
      </w:r>
      <w:r w:rsidRPr="00B439DD">
        <w:rPr>
          <w:rFonts w:ascii="Times New Roman" w:hAnsi="Times New Roman" w:cs="Times New Roman"/>
          <w:sz w:val="28"/>
          <w:szCs w:val="28"/>
        </w:rPr>
        <w:t>(</w:t>
      </w:r>
      <w:r w:rsidR="00257076" w:rsidRPr="00B439DD">
        <w:rPr>
          <w:rFonts w:ascii="Times New Roman" w:hAnsi="Times New Roman" w:cs="Times New Roman"/>
          <w:sz w:val="28"/>
          <w:szCs w:val="28"/>
          <w:lang w:val="kk-KZ"/>
        </w:rPr>
        <w:t>2</w:t>
      </w:r>
      <w:r w:rsidRPr="00B439DD">
        <w:rPr>
          <w:rFonts w:ascii="Times New Roman" w:hAnsi="Times New Roman" w:cs="Times New Roman"/>
          <w:sz w:val="28"/>
          <w:szCs w:val="28"/>
          <w:lang w:val="kk-KZ"/>
        </w:rPr>
        <w:t>.</w:t>
      </w:r>
      <w:r w:rsidR="00257076" w:rsidRPr="00B439DD">
        <w:rPr>
          <w:rFonts w:ascii="Times New Roman" w:hAnsi="Times New Roman" w:cs="Times New Roman"/>
          <w:sz w:val="28"/>
          <w:szCs w:val="28"/>
          <w:lang w:val="kk-KZ"/>
        </w:rPr>
        <w:t>4</w:t>
      </w:r>
      <w:r w:rsidRPr="00B439DD">
        <w:rPr>
          <w:rFonts w:ascii="Times New Roman" w:hAnsi="Times New Roman" w:cs="Times New Roman"/>
          <w:sz w:val="28"/>
          <w:szCs w:val="28"/>
        </w:rPr>
        <w:t>8)</w:t>
      </w:r>
      <w:r w:rsidRPr="00B439DD">
        <w:rPr>
          <w:rFonts w:ascii="Times New Roman" w:hAnsi="Times New Roman" w:cs="Times New Roman"/>
          <w:sz w:val="28"/>
          <w:szCs w:val="28"/>
          <w:lang w:val="kk-KZ"/>
        </w:rPr>
        <w:t xml:space="preserve"> теңдігіне қойсақ:</w:t>
      </w:r>
    </w:p>
    <w:p w14:paraId="09F792D2" w14:textId="77777777" w:rsidR="004B7CD0" w:rsidRPr="00B439DD" w:rsidRDefault="004B7CD0" w:rsidP="004B7CD0">
      <w:pPr>
        <w:spacing w:after="0" w:line="240" w:lineRule="auto"/>
        <w:jc w:val="both"/>
        <w:rPr>
          <w:rFonts w:ascii="Times New Roman" w:hAnsi="Times New Roman" w:cs="Times New Roman"/>
          <w:sz w:val="28"/>
          <w:szCs w:val="28"/>
        </w:rPr>
      </w:pPr>
      <w:r w:rsidRPr="00B439DD">
        <w:rPr>
          <w:rFonts w:ascii="Times New Roman" w:hAnsi="Times New Roman" w:cs="Times New Roman"/>
          <w:position w:val="-134"/>
          <w:sz w:val="28"/>
          <w:szCs w:val="28"/>
          <w:lang w:val="kk-KZ"/>
        </w:rPr>
        <w:tab/>
      </w:r>
    </w:p>
    <w:p w14:paraId="79C82727" w14:textId="19E44696" w:rsidR="00E73F3A" w:rsidRPr="00B439DD" w:rsidRDefault="00A135AE" w:rsidP="00E73F3A">
      <w:pPr>
        <w:tabs>
          <w:tab w:val="left" w:pos="5566"/>
          <w:tab w:val="right" w:pos="14570"/>
        </w:tabs>
        <w:spacing w:after="0" w:line="240" w:lineRule="auto"/>
        <w:jc w:val="right"/>
        <w:rPr>
          <w:rFonts w:ascii="Times New Roman" w:hAnsi="Times New Roman" w:cs="Times New Roman"/>
          <w:sz w:val="28"/>
          <w:szCs w:val="28"/>
          <w:lang w:val="kk-KZ"/>
        </w:rPr>
      </w:pPr>
      <w:r w:rsidRPr="00B439DD">
        <w:rPr>
          <w:rFonts w:ascii="Times New Roman" w:hAnsi="Times New Roman" w:cs="Times New Roman"/>
          <w:noProof/>
          <w:position w:val="-38"/>
          <w:sz w:val="28"/>
          <w:szCs w:val="28"/>
        </w:rPr>
        <w:drawing>
          <wp:inline distT="0" distB="0" distL="0" distR="0" wp14:anchorId="29C5EA0A" wp14:editId="34964365">
            <wp:extent cx="3629025" cy="500380"/>
            <wp:effectExtent l="0" t="0" r="9525" b="0"/>
            <wp:docPr id="2015" name="Рисунок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5"/>
                    <pic:cNvPicPr>
                      <a:picLocks noChangeAspect="1" noChangeArrowheads="1"/>
                    </pic:cNvPicPr>
                  </pic:nvPicPr>
                  <pic:blipFill>
                    <a:blip r:embed="rId2785" cstate="print">
                      <a:extLst>
                        <a:ext uri="{28A0092B-C50C-407E-A947-70E740481C1C}">
                          <a14:useLocalDpi xmlns:a14="http://schemas.microsoft.com/office/drawing/2010/main" val="0"/>
                        </a:ext>
                      </a:extLst>
                    </a:blip>
                    <a:srcRect/>
                    <a:stretch>
                      <a:fillRect/>
                    </a:stretch>
                  </pic:blipFill>
                  <pic:spPr bwMode="auto">
                    <a:xfrm>
                      <a:off x="0" y="0"/>
                      <a:ext cx="3629025" cy="500380"/>
                    </a:xfrm>
                    <a:prstGeom prst="rect">
                      <a:avLst/>
                    </a:prstGeom>
                    <a:noFill/>
                    <a:ln>
                      <a:noFill/>
                    </a:ln>
                  </pic:spPr>
                </pic:pic>
              </a:graphicData>
            </a:graphic>
          </wp:inline>
        </w:drawing>
      </w:r>
      <w:r w:rsidR="00E73F3A" w:rsidRPr="00B439DD">
        <w:rPr>
          <w:rFonts w:ascii="Times New Roman" w:hAnsi="Times New Roman" w:cs="Times New Roman"/>
          <w:position w:val="-38"/>
          <w:sz w:val="28"/>
          <w:szCs w:val="28"/>
          <w:lang w:val="kk-KZ"/>
        </w:rPr>
        <w:t xml:space="preserve">                    </w:t>
      </w:r>
      <w:r w:rsidR="00257076" w:rsidRPr="00B439DD">
        <w:rPr>
          <w:rFonts w:ascii="Times New Roman" w:hAnsi="Times New Roman" w:cs="Times New Roman"/>
          <w:sz w:val="28"/>
          <w:szCs w:val="28"/>
          <w:lang w:val="kk-KZ"/>
        </w:rPr>
        <w:t>(2.4</w:t>
      </w:r>
      <w:r w:rsidR="004B7CD0" w:rsidRPr="00B439DD">
        <w:rPr>
          <w:rFonts w:ascii="Times New Roman" w:hAnsi="Times New Roman" w:cs="Times New Roman"/>
          <w:sz w:val="28"/>
          <w:szCs w:val="28"/>
        </w:rPr>
        <w:t>9</w:t>
      </w:r>
      <w:r w:rsidR="004B7CD0" w:rsidRPr="00B439DD">
        <w:rPr>
          <w:rFonts w:ascii="Times New Roman" w:hAnsi="Times New Roman" w:cs="Times New Roman"/>
          <w:sz w:val="28"/>
          <w:szCs w:val="28"/>
          <w:lang w:val="kk-KZ"/>
        </w:rPr>
        <w:t>)</w:t>
      </w:r>
    </w:p>
    <w:p w14:paraId="0E92EB19" w14:textId="77777777" w:rsidR="00E73F3A" w:rsidRPr="00B439DD" w:rsidRDefault="00E73F3A" w:rsidP="00E73F3A">
      <w:pPr>
        <w:tabs>
          <w:tab w:val="left" w:pos="5566"/>
          <w:tab w:val="right" w:pos="14570"/>
        </w:tabs>
        <w:spacing w:after="0" w:line="240" w:lineRule="auto"/>
        <w:rPr>
          <w:rFonts w:ascii="Times New Roman" w:hAnsi="Times New Roman" w:cs="Times New Roman"/>
          <w:sz w:val="28"/>
          <w:szCs w:val="28"/>
          <w:lang w:val="kk-KZ"/>
        </w:rPr>
      </w:pPr>
    </w:p>
    <w:p w14:paraId="3551CF29" w14:textId="77777777" w:rsidR="004B7CD0" w:rsidRPr="00B439DD" w:rsidRDefault="004B7CD0" w:rsidP="004B7CD0">
      <w:pPr>
        <w:tabs>
          <w:tab w:val="left" w:pos="5566"/>
          <w:tab w:val="right" w:pos="14570"/>
        </w:tabs>
        <w:spacing w:after="0" w:line="240" w:lineRule="auto"/>
        <w:rPr>
          <w:rFonts w:ascii="Times New Roman" w:hAnsi="Times New Roman" w:cs="Times New Roman"/>
          <w:sz w:val="28"/>
          <w:szCs w:val="28"/>
          <w:lang w:val="kk-KZ"/>
        </w:rPr>
      </w:pPr>
      <w:r w:rsidRPr="00B439DD">
        <w:rPr>
          <w:rFonts w:ascii="Times New Roman" w:hAnsi="Times New Roman" w:cs="Times New Roman"/>
          <w:sz w:val="28"/>
          <w:szCs w:val="28"/>
          <w:lang w:val="kk-KZ"/>
        </w:rPr>
        <w:t>бағалауы шығады.</w:t>
      </w:r>
    </w:p>
    <w:p w14:paraId="76AC6CA6" w14:textId="255FDA7F" w:rsidR="004B7CD0" w:rsidRPr="00B439DD" w:rsidRDefault="00257076" w:rsidP="00152387">
      <w:pPr>
        <w:spacing w:after="0" w:line="240" w:lineRule="auto"/>
        <w:ind w:firstLine="567"/>
        <w:jc w:val="both"/>
        <w:rPr>
          <w:rFonts w:ascii="Times New Roman" w:hAnsi="Times New Roman" w:cs="Times New Roman"/>
          <w:sz w:val="28"/>
          <w:szCs w:val="28"/>
          <w:lang w:val="kk-KZ"/>
        </w:rPr>
      </w:pPr>
      <w:r w:rsidRPr="00B439DD">
        <w:rPr>
          <w:rFonts w:ascii="Times New Roman" w:hAnsi="Times New Roman" w:cs="Times New Roman"/>
          <w:sz w:val="28"/>
          <w:szCs w:val="28"/>
          <w:lang w:val="kk-KZ"/>
        </w:rPr>
        <w:t>(2.44), (2.45), (2.47) және (2.49)</w:t>
      </w:r>
      <w:r w:rsidR="004B7CD0" w:rsidRPr="00B439DD">
        <w:rPr>
          <w:rFonts w:ascii="Times New Roman" w:hAnsi="Times New Roman" w:cs="Times New Roman"/>
          <w:sz w:val="28"/>
          <w:szCs w:val="28"/>
          <w:lang w:val="kk-KZ"/>
        </w:rPr>
        <w:t xml:space="preserve"> априорлық бағалауларында </w:t>
      </w:r>
      <w:r w:rsidR="00A135AE" w:rsidRPr="00B439DD">
        <w:rPr>
          <w:rFonts w:ascii="Times New Roman" w:hAnsi="Times New Roman" w:cs="Times New Roman"/>
          <w:noProof/>
          <w:position w:val="-12"/>
          <w:sz w:val="28"/>
          <w:szCs w:val="28"/>
        </w:rPr>
        <w:drawing>
          <wp:inline distT="0" distB="0" distL="0" distR="0" wp14:anchorId="28B046A5" wp14:editId="2F661672">
            <wp:extent cx="1010920" cy="231140"/>
            <wp:effectExtent l="0" t="0" r="0" b="0"/>
            <wp:docPr id="2016" name="Рисунок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6"/>
                    <pic:cNvPicPr>
                      <a:picLocks noChangeAspect="1" noChangeArrowheads="1"/>
                    </pic:cNvPicPr>
                  </pic:nvPicPr>
                  <pic:blipFill>
                    <a:blip r:embed="rId2786" cstate="print">
                      <a:extLst>
                        <a:ext uri="{28A0092B-C50C-407E-A947-70E740481C1C}">
                          <a14:useLocalDpi xmlns:a14="http://schemas.microsoft.com/office/drawing/2010/main" val="0"/>
                        </a:ext>
                      </a:extLst>
                    </a:blip>
                    <a:srcRect/>
                    <a:stretch>
                      <a:fillRect/>
                    </a:stretch>
                  </pic:blipFill>
                  <pic:spPr bwMode="auto">
                    <a:xfrm>
                      <a:off x="0" y="0"/>
                      <a:ext cx="1010920" cy="231140"/>
                    </a:xfrm>
                    <a:prstGeom prst="rect">
                      <a:avLst/>
                    </a:prstGeom>
                    <a:noFill/>
                    <a:ln>
                      <a:noFill/>
                    </a:ln>
                  </pic:spPr>
                </pic:pic>
              </a:graphicData>
            </a:graphic>
          </wp:inline>
        </w:drawing>
      </w:r>
      <w:r w:rsidR="004B7CD0" w:rsidRPr="00B439DD">
        <w:rPr>
          <w:rFonts w:ascii="Times New Roman" w:hAnsi="Times New Roman" w:cs="Times New Roman"/>
          <w:sz w:val="28"/>
          <w:szCs w:val="28"/>
          <w:lang w:val="kk-KZ"/>
        </w:rPr>
        <w:t xml:space="preserve"> тұрақтылары </w:t>
      </w:r>
      <w:r w:rsidR="00A135AE" w:rsidRPr="00B439DD">
        <w:rPr>
          <w:rFonts w:ascii="Times New Roman" w:hAnsi="Times New Roman" w:cs="Times New Roman"/>
          <w:noProof/>
          <w:position w:val="-6"/>
          <w:sz w:val="28"/>
          <w:szCs w:val="28"/>
        </w:rPr>
        <w:drawing>
          <wp:inline distT="0" distB="0" distL="0" distR="0" wp14:anchorId="0D92E696" wp14:editId="05AAA5F3">
            <wp:extent cx="182880" cy="182880"/>
            <wp:effectExtent l="0" t="0" r="7620" b="7620"/>
            <wp:docPr id="2017" name="Рисунок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7"/>
                    <pic:cNvPicPr>
                      <a:picLocks noChangeAspect="1" noChangeArrowheads="1"/>
                    </pic:cNvPicPr>
                  </pic:nvPicPr>
                  <pic:blipFill>
                    <a:blip r:embed="rId2787"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004B7CD0" w:rsidRPr="00B439DD">
        <w:rPr>
          <w:rFonts w:ascii="Times New Roman" w:hAnsi="Times New Roman" w:cs="Times New Roman"/>
          <w:sz w:val="28"/>
          <w:szCs w:val="28"/>
          <w:lang w:val="kk-KZ"/>
        </w:rPr>
        <w:t>-нен тәуелсіз.</w:t>
      </w:r>
      <w:r w:rsidR="00EF52AB">
        <w:rPr>
          <w:rFonts w:ascii="Times New Roman" w:hAnsi="Times New Roman" w:cs="Times New Roman"/>
          <w:sz w:val="28"/>
          <w:szCs w:val="28"/>
          <w:lang w:val="kk-KZ"/>
        </w:rPr>
        <w:t xml:space="preserve"> </w:t>
      </w:r>
      <w:r w:rsidR="004B7CD0" w:rsidRPr="00B439DD">
        <w:rPr>
          <w:rFonts w:ascii="Times New Roman" w:hAnsi="Times New Roman" w:cs="Times New Roman"/>
          <w:sz w:val="28"/>
          <w:szCs w:val="28"/>
          <w:lang w:val="kk-KZ"/>
        </w:rPr>
        <w:t>Сонымен біз, келесі қажетті бағалауды  алдық:</w:t>
      </w:r>
    </w:p>
    <w:p w14:paraId="4FD104E7" w14:textId="77777777" w:rsidR="004B7CD0" w:rsidRPr="00B439DD" w:rsidRDefault="004B7CD0" w:rsidP="004B7CD0">
      <w:pPr>
        <w:spacing w:after="0" w:line="240" w:lineRule="auto"/>
        <w:jc w:val="both"/>
        <w:rPr>
          <w:rFonts w:ascii="Times New Roman" w:hAnsi="Times New Roman" w:cs="Times New Roman"/>
          <w:sz w:val="28"/>
          <w:szCs w:val="28"/>
          <w:lang w:val="kk-KZ"/>
        </w:rPr>
      </w:pPr>
    </w:p>
    <w:p w14:paraId="20B601A3" w14:textId="3C55C155" w:rsidR="004B7CD0" w:rsidRPr="00B439DD" w:rsidRDefault="00A135AE" w:rsidP="004B7CD0">
      <w:pPr>
        <w:tabs>
          <w:tab w:val="center" w:pos="4820"/>
          <w:tab w:val="right" w:pos="9638"/>
        </w:tabs>
        <w:spacing w:after="0" w:line="240" w:lineRule="auto"/>
        <w:jc w:val="right"/>
        <w:rPr>
          <w:rFonts w:ascii="Times New Roman" w:hAnsi="Times New Roman" w:cs="Times New Roman"/>
          <w:sz w:val="28"/>
          <w:szCs w:val="28"/>
          <w:lang w:val="kk-KZ"/>
        </w:rPr>
      </w:pPr>
      <w:r w:rsidRPr="00B439DD">
        <w:rPr>
          <w:rFonts w:ascii="Times New Roman" w:hAnsi="Times New Roman" w:cs="Times New Roman"/>
          <w:noProof/>
          <w:position w:val="-22"/>
          <w:sz w:val="28"/>
          <w:szCs w:val="28"/>
        </w:rPr>
        <w:drawing>
          <wp:inline distT="0" distB="0" distL="0" distR="0" wp14:anchorId="57A4B646" wp14:editId="366A32CD">
            <wp:extent cx="1414780" cy="317500"/>
            <wp:effectExtent l="0" t="0" r="0" b="6350"/>
            <wp:docPr id="2018" name="Рисунок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8"/>
                    <pic:cNvPicPr>
                      <a:picLocks noChangeAspect="1" noChangeArrowheads="1"/>
                    </pic:cNvPicPr>
                  </pic:nvPicPr>
                  <pic:blipFill>
                    <a:blip r:embed="rId2788" cstate="print">
                      <a:extLst>
                        <a:ext uri="{28A0092B-C50C-407E-A947-70E740481C1C}">
                          <a14:useLocalDpi xmlns:a14="http://schemas.microsoft.com/office/drawing/2010/main" val="0"/>
                        </a:ext>
                      </a:extLst>
                    </a:blip>
                    <a:srcRect/>
                    <a:stretch>
                      <a:fillRect/>
                    </a:stretch>
                  </pic:blipFill>
                  <pic:spPr bwMode="auto">
                    <a:xfrm>
                      <a:off x="0" y="0"/>
                      <a:ext cx="1414780" cy="317500"/>
                    </a:xfrm>
                    <a:prstGeom prst="rect">
                      <a:avLst/>
                    </a:prstGeom>
                    <a:noFill/>
                    <a:ln>
                      <a:noFill/>
                    </a:ln>
                  </pic:spPr>
                </pic:pic>
              </a:graphicData>
            </a:graphic>
          </wp:inline>
        </w:drawing>
      </w:r>
      <w:r w:rsidR="00257076" w:rsidRPr="00B439DD">
        <w:rPr>
          <w:rFonts w:ascii="Times New Roman" w:hAnsi="Times New Roman" w:cs="Times New Roman"/>
          <w:sz w:val="28"/>
          <w:szCs w:val="28"/>
          <w:lang w:val="kk-KZ"/>
        </w:rPr>
        <w:tab/>
        <w:t>(2.5</w:t>
      </w:r>
      <w:r w:rsidR="004B7CD0" w:rsidRPr="00B439DD">
        <w:rPr>
          <w:rFonts w:ascii="Times New Roman" w:hAnsi="Times New Roman" w:cs="Times New Roman"/>
          <w:sz w:val="28"/>
          <w:szCs w:val="28"/>
          <w:lang w:val="kk-KZ"/>
        </w:rPr>
        <w:t>0)</w:t>
      </w:r>
    </w:p>
    <w:p w14:paraId="01699D64" w14:textId="77777777" w:rsidR="00E73F3A" w:rsidRPr="00B439DD" w:rsidRDefault="00E73F3A" w:rsidP="00E73F3A">
      <w:pPr>
        <w:tabs>
          <w:tab w:val="center" w:pos="4820"/>
          <w:tab w:val="right" w:pos="9638"/>
        </w:tabs>
        <w:spacing w:after="0" w:line="240" w:lineRule="auto"/>
        <w:rPr>
          <w:rFonts w:ascii="Times New Roman" w:hAnsi="Times New Roman" w:cs="Times New Roman"/>
          <w:sz w:val="28"/>
          <w:szCs w:val="28"/>
          <w:lang w:val="kk-KZ"/>
        </w:rPr>
      </w:pPr>
    </w:p>
    <w:p w14:paraId="45DBE199" w14:textId="0ED81148" w:rsidR="004B7CD0" w:rsidRPr="00B439DD" w:rsidRDefault="00152387" w:rsidP="00293DA3">
      <w:pPr>
        <w:tabs>
          <w:tab w:val="right" w:pos="0"/>
        </w:tabs>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tab/>
      </w:r>
      <w:r w:rsidR="004B7CD0" w:rsidRPr="00B439DD">
        <w:rPr>
          <w:rFonts w:ascii="Times New Roman" w:hAnsi="Times New Roman" w:cs="Times New Roman"/>
          <w:sz w:val="28"/>
          <w:szCs w:val="28"/>
          <w:lang w:val="kk-KZ"/>
        </w:rPr>
        <w:t xml:space="preserve">Галеркин жуықтауларында </w:t>
      </w:r>
      <w:r w:rsidR="00A135AE" w:rsidRPr="00B439DD">
        <w:rPr>
          <w:rFonts w:ascii="Times New Roman" w:hAnsi="Times New Roman" w:cs="Times New Roman"/>
          <w:noProof/>
          <w:position w:val="-6"/>
          <w:sz w:val="28"/>
          <w:szCs w:val="28"/>
        </w:rPr>
        <w:drawing>
          <wp:inline distT="0" distB="0" distL="0" distR="0" wp14:anchorId="64F17498" wp14:editId="1B23CAF3">
            <wp:extent cx="577215" cy="182880"/>
            <wp:effectExtent l="0" t="0" r="0" b="7620"/>
            <wp:docPr id="2019" name="Рисунок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9"/>
                    <pic:cNvPicPr>
                      <a:picLocks noChangeAspect="1" noChangeArrowheads="1"/>
                    </pic:cNvPicPr>
                  </pic:nvPicPr>
                  <pic:blipFill>
                    <a:blip r:embed="rId2789" cstate="print">
                      <a:extLst>
                        <a:ext uri="{28A0092B-C50C-407E-A947-70E740481C1C}">
                          <a14:useLocalDpi xmlns:a14="http://schemas.microsoft.com/office/drawing/2010/main" val="0"/>
                        </a:ext>
                      </a:extLst>
                    </a:blip>
                    <a:srcRect/>
                    <a:stretch>
                      <a:fillRect/>
                    </a:stretch>
                  </pic:blipFill>
                  <pic:spPr bwMode="auto">
                    <a:xfrm>
                      <a:off x="0" y="0"/>
                      <a:ext cx="577215" cy="182880"/>
                    </a:xfrm>
                    <a:prstGeom prst="rect">
                      <a:avLst/>
                    </a:prstGeom>
                    <a:noFill/>
                    <a:ln>
                      <a:noFill/>
                    </a:ln>
                  </pic:spPr>
                </pic:pic>
              </a:graphicData>
            </a:graphic>
          </wp:inline>
        </w:drawing>
      </w:r>
      <w:r w:rsidR="004B7CD0" w:rsidRPr="00B439DD">
        <w:rPr>
          <w:rFonts w:ascii="Times New Roman" w:hAnsi="Times New Roman" w:cs="Times New Roman"/>
          <w:sz w:val="28"/>
          <w:szCs w:val="28"/>
          <w:lang w:val="kk-KZ"/>
        </w:rPr>
        <w:t xml:space="preserve"> шекке көшу. </w:t>
      </w:r>
      <w:r w:rsidR="00293DA3">
        <w:rPr>
          <w:rFonts w:ascii="Times New Roman" w:hAnsi="Times New Roman" w:cs="Times New Roman"/>
          <w:sz w:val="28"/>
          <w:szCs w:val="28"/>
          <w:lang w:val="kk-KZ"/>
        </w:rPr>
        <w:t xml:space="preserve"> </w:t>
      </w:r>
      <w:r w:rsidR="004B7CD0" w:rsidRPr="00B439DD">
        <w:rPr>
          <w:rFonts w:ascii="Times New Roman" w:hAnsi="Times New Roman" w:cs="Times New Roman"/>
          <w:sz w:val="28"/>
          <w:szCs w:val="28"/>
          <w:lang w:val="kk-KZ"/>
        </w:rPr>
        <w:t>(</w:t>
      </w:r>
      <w:r w:rsidR="00257076" w:rsidRPr="00B439DD">
        <w:rPr>
          <w:rFonts w:ascii="Times New Roman" w:hAnsi="Times New Roman" w:cs="Times New Roman"/>
          <w:sz w:val="28"/>
          <w:szCs w:val="28"/>
          <w:lang w:val="kk-KZ"/>
        </w:rPr>
        <w:t>2.5</w:t>
      </w:r>
      <w:r w:rsidR="004B7CD0" w:rsidRPr="00B439DD">
        <w:rPr>
          <w:rFonts w:ascii="Times New Roman" w:hAnsi="Times New Roman" w:cs="Times New Roman"/>
          <w:sz w:val="28"/>
          <w:szCs w:val="28"/>
          <w:lang w:val="kk-KZ"/>
        </w:rPr>
        <w:t xml:space="preserve">0) бағалауынан </w:t>
      </w:r>
      <w:r w:rsidR="00A135AE" w:rsidRPr="00B439DD">
        <w:rPr>
          <w:rFonts w:ascii="Times New Roman" w:hAnsi="Times New Roman" w:cs="Times New Roman"/>
          <w:noProof/>
          <w:position w:val="-16"/>
          <w:sz w:val="28"/>
          <w:szCs w:val="28"/>
        </w:rPr>
        <w:drawing>
          <wp:inline distT="0" distB="0" distL="0" distR="0" wp14:anchorId="1E12CAE8" wp14:editId="7B114EC4">
            <wp:extent cx="462280" cy="250190"/>
            <wp:effectExtent l="0" t="0" r="0" b="0"/>
            <wp:docPr id="2020" name="Рисунок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0"/>
                    <pic:cNvPicPr>
                      <a:picLocks noChangeAspect="1" noChangeArrowheads="1"/>
                    </pic:cNvPicPr>
                  </pic:nvPicPr>
                  <pic:blipFill>
                    <a:blip r:embed="rId2790" cstate="print">
                      <a:extLst>
                        <a:ext uri="{28A0092B-C50C-407E-A947-70E740481C1C}">
                          <a14:useLocalDpi xmlns:a14="http://schemas.microsoft.com/office/drawing/2010/main" val="0"/>
                        </a:ext>
                      </a:extLst>
                    </a:blip>
                    <a:srcRect/>
                    <a:stretch>
                      <a:fillRect/>
                    </a:stretch>
                  </pic:blipFill>
                  <pic:spPr bwMode="auto">
                    <a:xfrm>
                      <a:off x="0" y="0"/>
                      <a:ext cx="462280" cy="250190"/>
                    </a:xfrm>
                    <a:prstGeom prst="rect">
                      <a:avLst/>
                    </a:prstGeom>
                    <a:noFill/>
                    <a:ln>
                      <a:noFill/>
                    </a:ln>
                  </pic:spPr>
                </pic:pic>
              </a:graphicData>
            </a:graphic>
          </wp:inline>
        </w:drawing>
      </w:r>
      <w:r w:rsidR="004B7CD0" w:rsidRPr="00B439DD">
        <w:rPr>
          <w:rFonts w:ascii="Times New Roman" w:hAnsi="Times New Roman" w:cs="Times New Roman"/>
          <w:position w:val="-14"/>
          <w:sz w:val="28"/>
          <w:szCs w:val="28"/>
          <w:lang w:val="kk-KZ"/>
        </w:rPr>
        <w:t xml:space="preserve"> </w:t>
      </w:r>
      <w:r w:rsidR="004B7CD0" w:rsidRPr="00B439DD">
        <w:rPr>
          <w:rFonts w:ascii="Times New Roman" w:hAnsi="Times New Roman" w:cs="Times New Roman"/>
          <w:sz w:val="28"/>
          <w:szCs w:val="28"/>
          <w:lang w:val="kk-KZ"/>
        </w:rPr>
        <w:t xml:space="preserve">кеңістігінде </w:t>
      </w:r>
      <w:r w:rsidR="00A135AE" w:rsidRPr="00B439DD">
        <w:rPr>
          <w:rFonts w:ascii="Times New Roman" w:hAnsi="Times New Roman" w:cs="Times New Roman"/>
          <w:noProof/>
          <w:position w:val="-18"/>
          <w:sz w:val="28"/>
          <w:szCs w:val="28"/>
        </w:rPr>
        <w:drawing>
          <wp:inline distT="0" distB="0" distL="0" distR="0" wp14:anchorId="51FED808" wp14:editId="2FEF7EBF">
            <wp:extent cx="760095" cy="317500"/>
            <wp:effectExtent l="0" t="0" r="1905" b="6350"/>
            <wp:docPr id="2021" name="Рисунок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1"/>
                    <pic:cNvPicPr>
                      <a:picLocks noChangeAspect="1" noChangeArrowheads="1"/>
                    </pic:cNvPicPr>
                  </pic:nvPicPr>
                  <pic:blipFill>
                    <a:blip r:embed="rId2791" cstate="print">
                      <a:extLst>
                        <a:ext uri="{28A0092B-C50C-407E-A947-70E740481C1C}">
                          <a14:useLocalDpi xmlns:a14="http://schemas.microsoft.com/office/drawing/2010/main" val="0"/>
                        </a:ext>
                      </a:extLst>
                    </a:blip>
                    <a:srcRect/>
                    <a:stretch>
                      <a:fillRect/>
                    </a:stretch>
                  </pic:blipFill>
                  <pic:spPr bwMode="auto">
                    <a:xfrm>
                      <a:off x="0" y="0"/>
                      <a:ext cx="760095" cy="317500"/>
                    </a:xfrm>
                    <a:prstGeom prst="rect">
                      <a:avLst/>
                    </a:prstGeom>
                    <a:noFill/>
                    <a:ln>
                      <a:noFill/>
                    </a:ln>
                  </pic:spPr>
                </pic:pic>
              </a:graphicData>
            </a:graphic>
          </wp:inline>
        </w:drawing>
      </w:r>
      <w:r w:rsidR="004B7CD0" w:rsidRPr="00B439DD">
        <w:rPr>
          <w:rFonts w:ascii="Times New Roman" w:hAnsi="Times New Roman" w:cs="Times New Roman"/>
          <w:position w:val="-16"/>
          <w:sz w:val="28"/>
          <w:szCs w:val="28"/>
          <w:lang w:val="kk-KZ"/>
        </w:rPr>
        <w:t xml:space="preserve"> </w:t>
      </w:r>
      <w:r w:rsidR="004B7CD0" w:rsidRPr="00B439DD">
        <w:rPr>
          <w:rFonts w:ascii="Times New Roman" w:hAnsi="Times New Roman" w:cs="Times New Roman"/>
          <w:sz w:val="28"/>
          <w:szCs w:val="28"/>
          <w:lang w:val="kk-KZ"/>
        </w:rPr>
        <w:t xml:space="preserve">жуық шешімдер тізбегінің шенелгендігі шығады. </w:t>
      </w:r>
      <w:r w:rsidR="00A135AE" w:rsidRPr="00B439DD">
        <w:rPr>
          <w:rFonts w:ascii="Times New Roman" w:hAnsi="Times New Roman" w:cs="Times New Roman"/>
          <w:noProof/>
          <w:position w:val="-18"/>
          <w:sz w:val="28"/>
          <w:szCs w:val="28"/>
        </w:rPr>
        <w:drawing>
          <wp:inline distT="0" distB="0" distL="0" distR="0" wp14:anchorId="38B29C20" wp14:editId="6A7FB0C2">
            <wp:extent cx="414020" cy="317500"/>
            <wp:effectExtent l="0" t="0" r="5080" b="6350"/>
            <wp:docPr id="2022" name="Рисунок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2"/>
                    <pic:cNvPicPr>
                      <a:picLocks noChangeAspect="1" noChangeArrowheads="1"/>
                    </pic:cNvPicPr>
                  </pic:nvPicPr>
                  <pic:blipFill>
                    <a:blip r:embed="rId2792" cstate="print">
                      <a:extLst>
                        <a:ext uri="{28A0092B-C50C-407E-A947-70E740481C1C}">
                          <a14:useLocalDpi xmlns:a14="http://schemas.microsoft.com/office/drawing/2010/main" val="0"/>
                        </a:ext>
                      </a:extLst>
                    </a:blip>
                    <a:srcRect/>
                    <a:stretch>
                      <a:fillRect/>
                    </a:stretch>
                  </pic:blipFill>
                  <pic:spPr bwMode="auto">
                    <a:xfrm>
                      <a:off x="0" y="0"/>
                      <a:ext cx="414020" cy="317500"/>
                    </a:xfrm>
                    <a:prstGeom prst="rect">
                      <a:avLst/>
                    </a:prstGeom>
                    <a:noFill/>
                    <a:ln>
                      <a:noFill/>
                    </a:ln>
                  </pic:spPr>
                </pic:pic>
              </a:graphicData>
            </a:graphic>
          </wp:inline>
        </w:drawing>
      </w:r>
      <w:r w:rsidR="004B7CD0" w:rsidRPr="00B439DD">
        <w:rPr>
          <w:rFonts w:ascii="Times New Roman" w:hAnsi="Times New Roman" w:cs="Times New Roman"/>
          <w:sz w:val="28"/>
          <w:szCs w:val="28"/>
          <w:lang w:val="kk-KZ"/>
        </w:rPr>
        <w:t>тізбекшесін таңдап, (</w:t>
      </w:r>
      <w:r w:rsidR="00257076" w:rsidRPr="00B439DD">
        <w:rPr>
          <w:rFonts w:ascii="Times New Roman" w:hAnsi="Times New Roman" w:cs="Times New Roman"/>
          <w:sz w:val="28"/>
          <w:szCs w:val="28"/>
          <w:lang w:val="kk-KZ"/>
        </w:rPr>
        <w:t>2.3</w:t>
      </w:r>
      <w:r w:rsidR="004B7CD0" w:rsidRPr="00B439DD">
        <w:rPr>
          <w:rFonts w:ascii="Times New Roman" w:hAnsi="Times New Roman" w:cs="Times New Roman"/>
          <w:sz w:val="28"/>
          <w:szCs w:val="28"/>
          <w:lang w:val="kk-KZ"/>
        </w:rPr>
        <w:t xml:space="preserve">9) жүйеде </w:t>
      </w:r>
      <w:r w:rsidR="00A135AE" w:rsidRPr="00B439DD">
        <w:rPr>
          <w:rFonts w:ascii="Times New Roman" w:hAnsi="Times New Roman" w:cs="Times New Roman"/>
          <w:noProof/>
          <w:position w:val="-6"/>
          <w:sz w:val="28"/>
          <w:szCs w:val="28"/>
        </w:rPr>
        <w:drawing>
          <wp:inline distT="0" distB="0" distL="0" distR="0" wp14:anchorId="371C3CB6" wp14:editId="4C9EE4CD">
            <wp:extent cx="529590" cy="182880"/>
            <wp:effectExtent l="0" t="0" r="3810" b="7620"/>
            <wp:docPr id="2023" name="Рисунок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3"/>
                    <pic:cNvPicPr>
                      <a:picLocks noChangeAspect="1" noChangeArrowheads="1"/>
                    </pic:cNvPicPr>
                  </pic:nvPicPr>
                  <pic:blipFill>
                    <a:blip r:embed="rId2793" cstate="print">
                      <a:extLst>
                        <a:ext uri="{28A0092B-C50C-407E-A947-70E740481C1C}">
                          <a14:useLocalDpi xmlns:a14="http://schemas.microsoft.com/office/drawing/2010/main" val="0"/>
                        </a:ext>
                      </a:extLst>
                    </a:blip>
                    <a:srcRect/>
                    <a:stretch>
                      <a:fillRect/>
                    </a:stretch>
                  </pic:blipFill>
                  <pic:spPr bwMode="auto">
                    <a:xfrm>
                      <a:off x="0" y="0"/>
                      <a:ext cx="529590" cy="182880"/>
                    </a:xfrm>
                    <a:prstGeom prst="rect">
                      <a:avLst/>
                    </a:prstGeom>
                    <a:noFill/>
                    <a:ln>
                      <a:noFill/>
                    </a:ln>
                  </pic:spPr>
                </pic:pic>
              </a:graphicData>
            </a:graphic>
          </wp:inline>
        </w:drawing>
      </w:r>
      <w:r w:rsidR="004B7CD0" w:rsidRPr="00B439DD">
        <w:rPr>
          <w:rFonts w:ascii="Times New Roman" w:hAnsi="Times New Roman" w:cs="Times New Roman"/>
          <w:sz w:val="28"/>
          <w:szCs w:val="28"/>
          <w:lang w:val="kk-KZ"/>
        </w:rPr>
        <w:t xml:space="preserve"> ұмтылғанда </w:t>
      </w:r>
      <w:r w:rsidR="00A135AE" w:rsidRPr="00B439DD">
        <w:rPr>
          <w:rFonts w:ascii="Times New Roman" w:hAnsi="Times New Roman" w:cs="Times New Roman"/>
          <w:noProof/>
          <w:position w:val="-6"/>
          <w:sz w:val="28"/>
          <w:szCs w:val="28"/>
        </w:rPr>
        <w:drawing>
          <wp:inline distT="0" distB="0" distL="0" distR="0" wp14:anchorId="5151D7BA" wp14:editId="252471B2">
            <wp:extent cx="182880" cy="182880"/>
            <wp:effectExtent l="0" t="0" r="7620" b="7620"/>
            <wp:docPr id="2024" name="Рисунок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4"/>
                    <pic:cNvPicPr>
                      <a:picLocks noChangeAspect="1" noChangeArrowheads="1"/>
                    </pic:cNvPicPr>
                  </pic:nvPicPr>
                  <pic:blipFill>
                    <a:blip r:embed="rId2794"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004B7CD0" w:rsidRPr="00B439DD">
        <w:rPr>
          <w:rFonts w:ascii="Times New Roman" w:hAnsi="Times New Roman" w:cs="Times New Roman"/>
          <w:sz w:val="28"/>
          <w:szCs w:val="28"/>
          <w:lang w:val="kk-KZ"/>
        </w:rPr>
        <w:t xml:space="preserve"> бойынша шекке көшуге болады. Шектік функция </w:t>
      </w:r>
      <w:r w:rsidR="00A135AE" w:rsidRPr="00B439DD">
        <w:rPr>
          <w:rFonts w:ascii="Times New Roman" w:hAnsi="Times New Roman" w:cs="Times New Roman"/>
          <w:noProof/>
          <w:position w:val="-16"/>
          <w:sz w:val="28"/>
          <w:szCs w:val="28"/>
        </w:rPr>
        <w:drawing>
          <wp:inline distT="0" distB="0" distL="0" distR="0" wp14:anchorId="4BCDCA98" wp14:editId="55ACB9D4">
            <wp:extent cx="462280" cy="250190"/>
            <wp:effectExtent l="0" t="0" r="0" b="0"/>
            <wp:docPr id="2025" name="Рисунок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5"/>
                    <pic:cNvPicPr>
                      <a:picLocks noChangeAspect="1" noChangeArrowheads="1"/>
                    </pic:cNvPicPr>
                  </pic:nvPicPr>
                  <pic:blipFill>
                    <a:blip r:embed="rId2795" cstate="print">
                      <a:extLst>
                        <a:ext uri="{28A0092B-C50C-407E-A947-70E740481C1C}">
                          <a14:useLocalDpi xmlns:a14="http://schemas.microsoft.com/office/drawing/2010/main" val="0"/>
                        </a:ext>
                      </a:extLst>
                    </a:blip>
                    <a:srcRect/>
                    <a:stretch>
                      <a:fillRect/>
                    </a:stretch>
                  </pic:blipFill>
                  <pic:spPr bwMode="auto">
                    <a:xfrm>
                      <a:off x="0" y="0"/>
                      <a:ext cx="462280" cy="250190"/>
                    </a:xfrm>
                    <a:prstGeom prst="rect">
                      <a:avLst/>
                    </a:prstGeom>
                    <a:noFill/>
                    <a:ln>
                      <a:noFill/>
                    </a:ln>
                  </pic:spPr>
                </pic:pic>
              </a:graphicData>
            </a:graphic>
          </wp:inline>
        </w:drawing>
      </w:r>
      <w:r w:rsidR="004B7CD0" w:rsidRPr="00B439DD">
        <w:rPr>
          <w:rFonts w:ascii="Times New Roman" w:hAnsi="Times New Roman" w:cs="Times New Roman"/>
          <w:sz w:val="28"/>
          <w:szCs w:val="28"/>
          <w:lang w:val="kk-KZ"/>
        </w:rPr>
        <w:t xml:space="preserve"> кеңістігінде жатады. </w:t>
      </w:r>
      <w:r w:rsidR="00A135AE" w:rsidRPr="00B439DD">
        <w:rPr>
          <w:rFonts w:ascii="Times New Roman" w:hAnsi="Times New Roman" w:cs="Times New Roman"/>
          <w:noProof/>
          <w:position w:val="-12"/>
          <w:sz w:val="28"/>
          <w:szCs w:val="28"/>
        </w:rPr>
        <w:drawing>
          <wp:inline distT="0" distB="0" distL="0" distR="0" wp14:anchorId="30E202C2" wp14:editId="348F4D0F">
            <wp:extent cx="596900" cy="231140"/>
            <wp:effectExtent l="0" t="0" r="0" b="0"/>
            <wp:docPr id="2026" name="Рисунок 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6"/>
                    <pic:cNvPicPr>
                      <a:picLocks noChangeAspect="1" noChangeArrowheads="1"/>
                    </pic:cNvPicPr>
                  </pic:nvPicPr>
                  <pic:blipFill>
                    <a:blip r:embed="rId2796" cstate="print">
                      <a:extLst>
                        <a:ext uri="{28A0092B-C50C-407E-A947-70E740481C1C}">
                          <a14:useLocalDpi xmlns:a14="http://schemas.microsoft.com/office/drawing/2010/main" val="0"/>
                        </a:ext>
                      </a:extLst>
                    </a:blip>
                    <a:srcRect/>
                    <a:stretch>
                      <a:fillRect/>
                    </a:stretch>
                  </pic:blipFill>
                  <pic:spPr bwMode="auto">
                    <a:xfrm>
                      <a:off x="0" y="0"/>
                      <a:ext cx="596900" cy="231140"/>
                    </a:xfrm>
                    <a:prstGeom prst="rect">
                      <a:avLst/>
                    </a:prstGeom>
                    <a:noFill/>
                    <a:ln>
                      <a:noFill/>
                    </a:ln>
                  </pic:spPr>
                </pic:pic>
              </a:graphicData>
            </a:graphic>
          </wp:inline>
        </w:drawing>
      </w:r>
      <w:r w:rsidR="004B7CD0" w:rsidRPr="00B439DD">
        <w:rPr>
          <w:rFonts w:ascii="Times New Roman" w:hAnsi="Times New Roman" w:cs="Times New Roman"/>
          <w:sz w:val="28"/>
          <w:szCs w:val="28"/>
          <w:lang w:val="kk-KZ"/>
        </w:rPr>
        <w:t xml:space="preserve">де </w:t>
      </w:r>
      <w:r w:rsidR="00A135AE" w:rsidRPr="00B439DD">
        <w:rPr>
          <w:rFonts w:ascii="Times New Roman" w:hAnsi="Times New Roman" w:cs="Times New Roman"/>
          <w:noProof/>
          <w:position w:val="-18"/>
          <w:sz w:val="28"/>
          <w:szCs w:val="28"/>
        </w:rPr>
        <w:drawing>
          <wp:inline distT="0" distB="0" distL="0" distR="0" wp14:anchorId="6990A8A3" wp14:editId="5F6A2F4B">
            <wp:extent cx="596900" cy="317500"/>
            <wp:effectExtent l="0" t="0" r="0" b="6350"/>
            <wp:docPr id="2027" name="Рисунок 2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7"/>
                    <pic:cNvPicPr>
                      <a:picLocks noChangeAspect="1" noChangeArrowheads="1"/>
                    </pic:cNvPicPr>
                  </pic:nvPicPr>
                  <pic:blipFill>
                    <a:blip r:embed="rId2797" cstate="print">
                      <a:extLst>
                        <a:ext uri="{28A0092B-C50C-407E-A947-70E740481C1C}">
                          <a14:useLocalDpi xmlns:a14="http://schemas.microsoft.com/office/drawing/2010/main" val="0"/>
                        </a:ext>
                      </a:extLst>
                    </a:blip>
                    <a:srcRect/>
                    <a:stretch>
                      <a:fillRect/>
                    </a:stretch>
                  </pic:blipFill>
                  <pic:spPr bwMode="auto">
                    <a:xfrm>
                      <a:off x="0" y="0"/>
                      <a:ext cx="596900" cy="317500"/>
                    </a:xfrm>
                    <a:prstGeom prst="rect">
                      <a:avLst/>
                    </a:prstGeom>
                    <a:noFill/>
                    <a:ln>
                      <a:noFill/>
                    </a:ln>
                  </pic:spPr>
                </pic:pic>
              </a:graphicData>
            </a:graphic>
          </wp:inline>
        </w:drawing>
      </w:r>
      <w:r w:rsidR="004B7CD0" w:rsidRPr="00B439DD">
        <w:rPr>
          <w:rFonts w:ascii="Times New Roman" w:hAnsi="Times New Roman" w:cs="Times New Roman"/>
          <w:sz w:val="28"/>
          <w:szCs w:val="28"/>
        </w:rPr>
        <w:t xml:space="preserve"> жүйесі</w:t>
      </w:r>
      <w:r w:rsidR="004B7CD0" w:rsidRPr="00B439DD">
        <w:rPr>
          <w:rFonts w:ascii="Times New Roman" w:hAnsi="Times New Roman" w:cs="Times New Roman"/>
          <w:sz w:val="28"/>
          <w:szCs w:val="28"/>
          <w:lang w:val="kk-KZ"/>
        </w:rPr>
        <w:t xml:space="preserve"> тығыз болғандықтан, </w:t>
      </w:r>
      <w:r w:rsidR="00A135AE" w:rsidRPr="00B439DD">
        <w:rPr>
          <w:rFonts w:ascii="Times New Roman" w:hAnsi="Times New Roman" w:cs="Times New Roman"/>
          <w:noProof/>
          <w:position w:val="-12"/>
          <w:sz w:val="28"/>
          <w:szCs w:val="28"/>
        </w:rPr>
        <w:drawing>
          <wp:inline distT="0" distB="0" distL="0" distR="0" wp14:anchorId="6DA25F16" wp14:editId="67BD9AA4">
            <wp:extent cx="529590" cy="231140"/>
            <wp:effectExtent l="0" t="0" r="0" b="0"/>
            <wp:docPr id="2028" name="Рисунок 2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8"/>
                    <pic:cNvPicPr>
                      <a:picLocks noChangeAspect="1" noChangeArrowheads="1"/>
                    </pic:cNvPicPr>
                  </pic:nvPicPr>
                  <pic:blipFill>
                    <a:blip r:embed="rId2798" cstate="print">
                      <a:extLst>
                        <a:ext uri="{28A0092B-C50C-407E-A947-70E740481C1C}">
                          <a14:useLocalDpi xmlns:a14="http://schemas.microsoft.com/office/drawing/2010/main" val="0"/>
                        </a:ext>
                      </a:extLst>
                    </a:blip>
                    <a:srcRect/>
                    <a:stretch>
                      <a:fillRect/>
                    </a:stretch>
                  </pic:blipFill>
                  <pic:spPr bwMode="auto">
                    <a:xfrm>
                      <a:off x="0" y="0"/>
                      <a:ext cx="529590" cy="231140"/>
                    </a:xfrm>
                    <a:prstGeom prst="rect">
                      <a:avLst/>
                    </a:prstGeom>
                    <a:noFill/>
                    <a:ln>
                      <a:noFill/>
                    </a:ln>
                  </pic:spPr>
                </pic:pic>
              </a:graphicData>
            </a:graphic>
          </wp:inline>
        </w:drawing>
      </w:r>
      <w:r w:rsidR="004B7CD0" w:rsidRPr="00B439DD">
        <w:rPr>
          <w:rFonts w:ascii="Times New Roman" w:hAnsi="Times New Roman" w:cs="Times New Roman"/>
          <w:sz w:val="28"/>
          <w:szCs w:val="28"/>
          <w:lang w:val="kk-KZ"/>
        </w:rPr>
        <w:t xml:space="preserve"> шектік ф</w:t>
      </w:r>
      <w:r w:rsidR="004B7CD0" w:rsidRPr="00B439DD">
        <w:rPr>
          <w:rFonts w:ascii="Times New Roman" w:hAnsi="Times New Roman" w:cs="Times New Roman"/>
          <w:sz w:val="28"/>
          <w:szCs w:val="28"/>
        </w:rPr>
        <w:t>ункци</w:t>
      </w:r>
      <w:r w:rsidR="004B7CD0" w:rsidRPr="00B439DD">
        <w:rPr>
          <w:rFonts w:ascii="Times New Roman" w:hAnsi="Times New Roman" w:cs="Times New Roman"/>
          <w:sz w:val="28"/>
          <w:szCs w:val="28"/>
          <w:lang w:val="kk-KZ"/>
        </w:rPr>
        <w:t>ясы</w:t>
      </w:r>
      <w:r w:rsidR="004B7CD0" w:rsidRPr="00B439DD">
        <w:rPr>
          <w:rFonts w:ascii="Times New Roman" w:hAnsi="Times New Roman" w:cs="Times New Roman"/>
          <w:sz w:val="28"/>
          <w:szCs w:val="28"/>
        </w:rPr>
        <w:t xml:space="preserve"> (</w:t>
      </w:r>
      <w:r w:rsidR="00257076" w:rsidRPr="00B439DD">
        <w:rPr>
          <w:rFonts w:ascii="Times New Roman" w:hAnsi="Times New Roman" w:cs="Times New Roman"/>
          <w:sz w:val="28"/>
          <w:szCs w:val="28"/>
          <w:lang w:val="kk-KZ"/>
        </w:rPr>
        <w:t>2.</w:t>
      </w:r>
      <w:r w:rsidR="004B7CD0" w:rsidRPr="00B439DD">
        <w:rPr>
          <w:rFonts w:ascii="Times New Roman" w:hAnsi="Times New Roman" w:cs="Times New Roman"/>
          <w:sz w:val="28"/>
          <w:szCs w:val="28"/>
          <w:lang w:val="kk-KZ"/>
        </w:rPr>
        <w:t>35</w:t>
      </w:r>
      <w:r w:rsidR="004B7CD0" w:rsidRPr="00B439DD">
        <w:rPr>
          <w:rFonts w:ascii="Times New Roman" w:hAnsi="Times New Roman" w:cs="Times New Roman"/>
          <w:sz w:val="28"/>
          <w:szCs w:val="28"/>
        </w:rPr>
        <w:t xml:space="preserve">) </w:t>
      </w:r>
      <w:r w:rsidR="004B7CD0" w:rsidRPr="00B439DD">
        <w:rPr>
          <w:rFonts w:ascii="Times New Roman" w:hAnsi="Times New Roman" w:cs="Times New Roman"/>
          <w:sz w:val="28"/>
          <w:szCs w:val="28"/>
          <w:lang w:val="kk-KZ"/>
        </w:rPr>
        <w:t xml:space="preserve">теңдеуді барлық </w:t>
      </w:r>
      <w:r w:rsidR="00A135AE" w:rsidRPr="00B439DD">
        <w:rPr>
          <w:rFonts w:ascii="Times New Roman" w:hAnsi="Times New Roman" w:cs="Times New Roman"/>
          <w:noProof/>
          <w:position w:val="-12"/>
          <w:sz w:val="28"/>
          <w:szCs w:val="28"/>
        </w:rPr>
        <w:drawing>
          <wp:inline distT="0" distB="0" distL="0" distR="0" wp14:anchorId="0926C216" wp14:editId="373AF545">
            <wp:extent cx="182880" cy="231140"/>
            <wp:effectExtent l="0" t="0" r="7620" b="0"/>
            <wp:docPr id="2029" name="Рисунок 2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9"/>
                    <pic:cNvPicPr>
                      <a:picLocks noChangeAspect="1" noChangeArrowheads="1"/>
                    </pic:cNvPicPr>
                  </pic:nvPicPr>
                  <pic:blipFill>
                    <a:blip r:embed="rId2799" cstate="print">
                      <a:extLst>
                        <a:ext uri="{28A0092B-C50C-407E-A947-70E740481C1C}">
                          <a14:useLocalDpi xmlns:a14="http://schemas.microsoft.com/office/drawing/2010/main" val="0"/>
                        </a:ext>
                      </a:extLst>
                    </a:blip>
                    <a:srcRect/>
                    <a:stretch>
                      <a:fillRect/>
                    </a:stretch>
                  </pic:blipFill>
                  <pic:spPr bwMode="auto">
                    <a:xfrm>
                      <a:off x="0" y="0"/>
                      <a:ext cx="182880" cy="231140"/>
                    </a:xfrm>
                    <a:prstGeom prst="rect">
                      <a:avLst/>
                    </a:prstGeom>
                    <a:noFill/>
                    <a:ln>
                      <a:noFill/>
                    </a:ln>
                  </pic:spPr>
                </pic:pic>
              </a:graphicData>
            </a:graphic>
          </wp:inline>
        </w:drawing>
      </w:r>
      <w:r w:rsidR="004B7CD0" w:rsidRPr="00B439DD">
        <w:rPr>
          <w:rFonts w:ascii="Times New Roman" w:hAnsi="Times New Roman" w:cs="Times New Roman"/>
          <w:sz w:val="28"/>
          <w:szCs w:val="28"/>
          <w:lang w:val="kk-KZ"/>
        </w:rPr>
        <w:t>-де қанағаттандырғандықтан, осылайша</w:t>
      </w:r>
      <w:r w:rsidR="004B7CD0" w:rsidRPr="00B439DD">
        <w:rPr>
          <w:rFonts w:ascii="Times New Roman" w:hAnsi="Times New Roman" w:cs="Times New Roman"/>
          <w:sz w:val="28"/>
          <w:szCs w:val="28"/>
        </w:rPr>
        <w:t>, (</w:t>
      </w:r>
      <w:r w:rsidR="00257076" w:rsidRPr="00B439DD">
        <w:rPr>
          <w:rFonts w:ascii="Times New Roman" w:hAnsi="Times New Roman" w:cs="Times New Roman"/>
          <w:sz w:val="28"/>
          <w:szCs w:val="28"/>
          <w:lang w:val="kk-KZ"/>
        </w:rPr>
        <w:t>2.3</w:t>
      </w:r>
      <w:r w:rsidR="004B7CD0" w:rsidRPr="00B439DD">
        <w:rPr>
          <w:rFonts w:ascii="Times New Roman" w:hAnsi="Times New Roman" w:cs="Times New Roman"/>
          <w:sz w:val="28"/>
          <w:szCs w:val="28"/>
          <w:lang w:val="kk-KZ"/>
        </w:rPr>
        <w:t>5</w:t>
      </w:r>
      <w:r w:rsidR="004B7CD0" w:rsidRPr="00B439DD">
        <w:rPr>
          <w:rFonts w:ascii="Times New Roman" w:hAnsi="Times New Roman" w:cs="Times New Roman"/>
          <w:sz w:val="28"/>
          <w:szCs w:val="28"/>
        </w:rPr>
        <w:t>), (</w:t>
      </w:r>
      <w:r w:rsidR="00257076" w:rsidRPr="00B439DD">
        <w:rPr>
          <w:rFonts w:ascii="Times New Roman" w:hAnsi="Times New Roman" w:cs="Times New Roman"/>
          <w:sz w:val="28"/>
          <w:szCs w:val="28"/>
          <w:lang w:val="kk-KZ"/>
        </w:rPr>
        <w:t>2</w:t>
      </w:r>
      <w:r w:rsidR="004B7CD0" w:rsidRPr="00B439DD">
        <w:rPr>
          <w:rFonts w:ascii="Times New Roman" w:hAnsi="Times New Roman" w:cs="Times New Roman"/>
          <w:sz w:val="28"/>
          <w:szCs w:val="28"/>
          <w:lang w:val="kk-KZ"/>
        </w:rPr>
        <w:t>.</w:t>
      </w:r>
      <w:r w:rsidR="00257076" w:rsidRPr="00B439DD">
        <w:rPr>
          <w:rFonts w:ascii="Times New Roman" w:hAnsi="Times New Roman" w:cs="Times New Roman"/>
          <w:sz w:val="28"/>
          <w:szCs w:val="28"/>
          <w:lang w:val="kk-KZ"/>
        </w:rPr>
        <w:t>31</w:t>
      </w:r>
      <w:r w:rsidR="004B7CD0" w:rsidRPr="00B439DD">
        <w:rPr>
          <w:rFonts w:ascii="Times New Roman" w:hAnsi="Times New Roman" w:cs="Times New Roman"/>
          <w:sz w:val="28"/>
          <w:szCs w:val="28"/>
        </w:rPr>
        <w:t xml:space="preserve">), </w:t>
      </w:r>
      <w:r w:rsidR="00257076" w:rsidRPr="00B439DD">
        <w:rPr>
          <w:rFonts w:ascii="Times New Roman" w:hAnsi="Times New Roman" w:cs="Times New Roman"/>
          <w:sz w:val="28"/>
          <w:szCs w:val="28"/>
          <w:lang w:val="kk-KZ"/>
        </w:rPr>
        <w:t>(2.36</w:t>
      </w:r>
      <w:r w:rsidR="00257076" w:rsidRPr="00B439DD">
        <w:rPr>
          <w:rFonts w:ascii="Times New Roman" w:hAnsi="Times New Roman" w:cs="Times New Roman"/>
          <w:sz w:val="28"/>
          <w:szCs w:val="28"/>
          <w:vertAlign w:val="subscript"/>
          <w:lang w:val="kk-KZ"/>
        </w:rPr>
        <w:t>0</w:t>
      </w:r>
      <w:r w:rsidR="00257076" w:rsidRPr="00B439DD">
        <w:rPr>
          <w:rFonts w:ascii="Times New Roman" w:hAnsi="Times New Roman" w:cs="Times New Roman"/>
          <w:sz w:val="28"/>
          <w:szCs w:val="28"/>
          <w:lang w:val="kk-KZ"/>
        </w:rPr>
        <w:t>)</w:t>
      </w:r>
      <w:r w:rsidR="004B7CD0" w:rsidRPr="00B439DD">
        <w:rPr>
          <w:rFonts w:ascii="Times New Roman" w:hAnsi="Times New Roman" w:cs="Times New Roman"/>
          <w:position w:val="-12"/>
          <w:sz w:val="28"/>
          <w:szCs w:val="28"/>
          <w:lang w:val="kk-KZ"/>
        </w:rPr>
        <w:t xml:space="preserve"> </w:t>
      </w:r>
      <w:r w:rsidR="004B7CD0" w:rsidRPr="00B439DD">
        <w:rPr>
          <w:rFonts w:ascii="Times New Roman" w:hAnsi="Times New Roman" w:cs="Times New Roman"/>
          <w:sz w:val="28"/>
          <w:szCs w:val="28"/>
          <w:lang w:val="kk-KZ"/>
        </w:rPr>
        <w:t>шеттік есебінің регуляр шешімі бар екендігі дәлелденді. Енді осы аталған тұжырымды ашып көрсетейік:</w:t>
      </w:r>
    </w:p>
    <w:p w14:paraId="1F6A894B" w14:textId="30D67139" w:rsidR="004B7CD0" w:rsidRPr="00B439DD" w:rsidRDefault="00585343" w:rsidP="00585343">
      <w:pPr>
        <w:tabs>
          <w:tab w:val="center" w:pos="4820"/>
          <w:tab w:val="right" w:pos="9214"/>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         </w:t>
      </w:r>
      <w:r w:rsidR="00257076" w:rsidRPr="00B439DD">
        <w:rPr>
          <w:rFonts w:ascii="Times New Roman" w:hAnsi="Times New Roman" w:cs="Times New Roman"/>
          <w:sz w:val="28"/>
          <w:szCs w:val="28"/>
          <w:lang w:val="kk-KZ"/>
        </w:rPr>
        <w:t>(2.44), (2.45), (2.47) және (2.4</w:t>
      </w:r>
      <w:r w:rsidR="004B7CD0" w:rsidRPr="00B439DD">
        <w:rPr>
          <w:rFonts w:ascii="Times New Roman" w:hAnsi="Times New Roman" w:cs="Times New Roman"/>
          <w:sz w:val="28"/>
          <w:szCs w:val="28"/>
          <w:lang w:val="kk-KZ"/>
        </w:rPr>
        <w:t>9)  бағалаудардан төмендегi әлсiз жинақтылықтар шығады</w:t>
      </w:r>
    </w:p>
    <w:p w14:paraId="5521CC80" w14:textId="77777777" w:rsidR="004B7CD0" w:rsidRPr="00B439DD" w:rsidRDefault="004B7CD0" w:rsidP="004B7CD0">
      <w:pPr>
        <w:spacing w:after="0" w:line="240" w:lineRule="auto"/>
        <w:jc w:val="both"/>
        <w:rPr>
          <w:rFonts w:ascii="Times New Roman" w:hAnsi="Times New Roman" w:cs="Times New Roman"/>
          <w:position w:val="-14"/>
          <w:sz w:val="28"/>
          <w:szCs w:val="28"/>
          <w:lang w:val="kk-KZ"/>
        </w:rPr>
      </w:pPr>
    </w:p>
    <w:p w14:paraId="0CAF2491" w14:textId="18D31C2D" w:rsidR="004B7CD0" w:rsidRPr="00B439DD" w:rsidRDefault="004B7CD0" w:rsidP="004B7CD0">
      <w:pPr>
        <w:spacing w:after="0" w:line="240" w:lineRule="auto"/>
        <w:jc w:val="both"/>
        <w:rPr>
          <w:rFonts w:ascii="Times New Roman" w:hAnsi="Times New Roman" w:cs="Times New Roman"/>
          <w:position w:val="-12"/>
          <w:sz w:val="28"/>
          <w:szCs w:val="28"/>
          <w:lang w:val="kk-KZ"/>
        </w:rPr>
      </w:pPr>
      <w:r w:rsidRPr="00B439DD">
        <w:rPr>
          <w:rFonts w:ascii="Times New Roman" w:hAnsi="Times New Roman" w:cs="Times New Roman"/>
          <w:position w:val="-14"/>
          <w:sz w:val="28"/>
          <w:szCs w:val="28"/>
          <w:lang w:val="kk-KZ"/>
        </w:rPr>
        <w:tab/>
      </w:r>
      <w:r w:rsidR="00A135AE" w:rsidRPr="00B439DD">
        <w:rPr>
          <w:rFonts w:ascii="Times New Roman" w:hAnsi="Times New Roman" w:cs="Times New Roman"/>
          <w:noProof/>
          <w:position w:val="-16"/>
          <w:sz w:val="28"/>
          <w:szCs w:val="28"/>
        </w:rPr>
        <w:drawing>
          <wp:inline distT="0" distB="0" distL="0" distR="0" wp14:anchorId="5A70C244" wp14:editId="2383F823">
            <wp:extent cx="1414780" cy="250190"/>
            <wp:effectExtent l="0" t="0" r="0" b="0"/>
            <wp:docPr id="2031" name="Рисунок 2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1"/>
                    <pic:cNvPicPr>
                      <a:picLocks noChangeAspect="1" noChangeArrowheads="1"/>
                    </pic:cNvPicPr>
                  </pic:nvPicPr>
                  <pic:blipFill>
                    <a:blip r:embed="rId2800" cstate="print">
                      <a:extLst>
                        <a:ext uri="{28A0092B-C50C-407E-A947-70E740481C1C}">
                          <a14:useLocalDpi xmlns:a14="http://schemas.microsoft.com/office/drawing/2010/main" val="0"/>
                        </a:ext>
                      </a:extLst>
                    </a:blip>
                    <a:srcRect/>
                    <a:stretch>
                      <a:fillRect/>
                    </a:stretch>
                  </pic:blipFill>
                  <pic:spPr bwMode="auto">
                    <a:xfrm>
                      <a:off x="0" y="0"/>
                      <a:ext cx="1414780" cy="250190"/>
                    </a:xfrm>
                    <a:prstGeom prst="rect">
                      <a:avLst/>
                    </a:prstGeom>
                    <a:noFill/>
                    <a:ln>
                      <a:noFill/>
                    </a:ln>
                  </pic:spPr>
                </pic:pic>
              </a:graphicData>
            </a:graphic>
          </wp:inline>
        </w:drawing>
      </w:r>
      <w:r w:rsidRPr="00B439DD">
        <w:rPr>
          <w:rFonts w:ascii="Times New Roman" w:hAnsi="Times New Roman" w:cs="Times New Roman"/>
          <w:sz w:val="28"/>
          <w:szCs w:val="28"/>
          <w:lang w:val="kk-KZ"/>
        </w:rPr>
        <w:t xml:space="preserve">   әлсіз </w:t>
      </w:r>
      <w:r w:rsidR="00A135AE" w:rsidRPr="00B439DD">
        <w:rPr>
          <w:rFonts w:ascii="Times New Roman" w:hAnsi="Times New Roman" w:cs="Times New Roman"/>
          <w:noProof/>
          <w:position w:val="-12"/>
          <w:sz w:val="28"/>
          <w:szCs w:val="28"/>
        </w:rPr>
        <w:drawing>
          <wp:inline distT="0" distB="0" distL="0" distR="0" wp14:anchorId="32D98418" wp14:editId="5E8C09C6">
            <wp:extent cx="529590" cy="231140"/>
            <wp:effectExtent l="0" t="0" r="3810" b="0"/>
            <wp:docPr id="2032" name="Рисунок 2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2"/>
                    <pic:cNvPicPr>
                      <a:picLocks noChangeAspect="1" noChangeArrowheads="1"/>
                    </pic:cNvPicPr>
                  </pic:nvPicPr>
                  <pic:blipFill>
                    <a:blip r:embed="rId2801" cstate="print">
                      <a:extLst>
                        <a:ext uri="{28A0092B-C50C-407E-A947-70E740481C1C}">
                          <a14:useLocalDpi xmlns:a14="http://schemas.microsoft.com/office/drawing/2010/main" val="0"/>
                        </a:ext>
                      </a:extLst>
                    </a:blip>
                    <a:srcRect/>
                    <a:stretch>
                      <a:fillRect/>
                    </a:stretch>
                  </pic:blipFill>
                  <pic:spPr bwMode="auto">
                    <a:xfrm>
                      <a:off x="0" y="0"/>
                      <a:ext cx="529590" cy="231140"/>
                    </a:xfrm>
                    <a:prstGeom prst="rect">
                      <a:avLst/>
                    </a:prstGeom>
                    <a:noFill/>
                    <a:ln>
                      <a:noFill/>
                    </a:ln>
                  </pic:spPr>
                </pic:pic>
              </a:graphicData>
            </a:graphic>
          </wp:inline>
        </w:drawing>
      </w:r>
    </w:p>
    <w:p w14:paraId="361A8EE4" w14:textId="4A894F1C" w:rsidR="004B7CD0" w:rsidRPr="00B439DD" w:rsidRDefault="004B7CD0" w:rsidP="004B7CD0">
      <w:pPr>
        <w:spacing w:after="0" w:line="240" w:lineRule="auto"/>
        <w:jc w:val="both"/>
        <w:rPr>
          <w:rFonts w:ascii="Times New Roman" w:hAnsi="Times New Roman" w:cs="Times New Roman"/>
          <w:position w:val="-12"/>
          <w:sz w:val="28"/>
          <w:szCs w:val="28"/>
          <w:lang w:val="kk-KZ"/>
        </w:rPr>
      </w:pPr>
      <w:r w:rsidRPr="00B439DD">
        <w:rPr>
          <w:rFonts w:ascii="Times New Roman" w:hAnsi="Times New Roman" w:cs="Times New Roman"/>
          <w:position w:val="-12"/>
          <w:sz w:val="28"/>
          <w:szCs w:val="28"/>
          <w:lang w:val="kk-KZ"/>
        </w:rPr>
        <w:tab/>
      </w:r>
      <w:r w:rsidR="00A135AE" w:rsidRPr="00B439DD">
        <w:rPr>
          <w:rFonts w:ascii="Times New Roman" w:hAnsi="Times New Roman" w:cs="Times New Roman"/>
          <w:noProof/>
          <w:position w:val="-16"/>
          <w:sz w:val="28"/>
          <w:szCs w:val="28"/>
        </w:rPr>
        <w:drawing>
          <wp:inline distT="0" distB="0" distL="0" distR="0" wp14:anchorId="5DAD5AF1" wp14:editId="26F971A3">
            <wp:extent cx="1511300" cy="250190"/>
            <wp:effectExtent l="0" t="0" r="0" b="0"/>
            <wp:docPr id="2033" name="Рисунок 2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3"/>
                    <pic:cNvPicPr>
                      <a:picLocks noChangeAspect="1" noChangeArrowheads="1"/>
                    </pic:cNvPicPr>
                  </pic:nvPicPr>
                  <pic:blipFill>
                    <a:blip r:embed="rId2802" cstate="print">
                      <a:extLst>
                        <a:ext uri="{28A0092B-C50C-407E-A947-70E740481C1C}">
                          <a14:useLocalDpi xmlns:a14="http://schemas.microsoft.com/office/drawing/2010/main" val="0"/>
                        </a:ext>
                      </a:extLst>
                    </a:blip>
                    <a:srcRect/>
                    <a:stretch>
                      <a:fillRect/>
                    </a:stretch>
                  </pic:blipFill>
                  <pic:spPr bwMode="auto">
                    <a:xfrm>
                      <a:off x="0" y="0"/>
                      <a:ext cx="1511300" cy="250190"/>
                    </a:xfrm>
                    <a:prstGeom prst="rect">
                      <a:avLst/>
                    </a:prstGeom>
                    <a:noFill/>
                    <a:ln>
                      <a:noFill/>
                    </a:ln>
                  </pic:spPr>
                </pic:pic>
              </a:graphicData>
            </a:graphic>
          </wp:inline>
        </w:drawing>
      </w:r>
      <w:r w:rsidRPr="00B439DD">
        <w:rPr>
          <w:rFonts w:ascii="Times New Roman" w:hAnsi="Times New Roman" w:cs="Times New Roman"/>
          <w:sz w:val="28"/>
          <w:szCs w:val="28"/>
          <w:lang w:val="kk-KZ"/>
        </w:rPr>
        <w:t xml:space="preserve">   әлсіз </w:t>
      </w:r>
      <w:r w:rsidR="00A135AE" w:rsidRPr="00B439DD">
        <w:rPr>
          <w:rFonts w:ascii="Times New Roman" w:hAnsi="Times New Roman" w:cs="Times New Roman"/>
          <w:noProof/>
          <w:position w:val="-12"/>
          <w:sz w:val="28"/>
          <w:szCs w:val="28"/>
        </w:rPr>
        <w:drawing>
          <wp:inline distT="0" distB="0" distL="0" distR="0" wp14:anchorId="5E86C1AA" wp14:editId="0845407A">
            <wp:extent cx="529590" cy="231140"/>
            <wp:effectExtent l="0" t="0" r="3810" b="0"/>
            <wp:docPr id="2034" name="Рисунок 2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4"/>
                    <pic:cNvPicPr>
                      <a:picLocks noChangeAspect="1" noChangeArrowheads="1"/>
                    </pic:cNvPicPr>
                  </pic:nvPicPr>
                  <pic:blipFill>
                    <a:blip r:embed="rId2803" cstate="print">
                      <a:extLst>
                        <a:ext uri="{28A0092B-C50C-407E-A947-70E740481C1C}">
                          <a14:useLocalDpi xmlns:a14="http://schemas.microsoft.com/office/drawing/2010/main" val="0"/>
                        </a:ext>
                      </a:extLst>
                    </a:blip>
                    <a:srcRect/>
                    <a:stretch>
                      <a:fillRect/>
                    </a:stretch>
                  </pic:blipFill>
                  <pic:spPr bwMode="auto">
                    <a:xfrm>
                      <a:off x="0" y="0"/>
                      <a:ext cx="529590" cy="231140"/>
                    </a:xfrm>
                    <a:prstGeom prst="rect">
                      <a:avLst/>
                    </a:prstGeom>
                    <a:noFill/>
                    <a:ln>
                      <a:noFill/>
                    </a:ln>
                  </pic:spPr>
                </pic:pic>
              </a:graphicData>
            </a:graphic>
          </wp:inline>
        </w:drawing>
      </w:r>
    </w:p>
    <w:p w14:paraId="33E88DDB" w14:textId="6D52C90C" w:rsidR="004B7CD0" w:rsidRPr="00B439DD" w:rsidRDefault="004B7CD0" w:rsidP="004B7CD0">
      <w:pPr>
        <w:spacing w:after="0" w:line="240" w:lineRule="auto"/>
        <w:jc w:val="both"/>
        <w:rPr>
          <w:rFonts w:ascii="Times New Roman" w:hAnsi="Times New Roman" w:cs="Times New Roman"/>
          <w:position w:val="-12"/>
          <w:sz w:val="28"/>
          <w:szCs w:val="28"/>
          <w:lang w:val="kk-KZ"/>
        </w:rPr>
      </w:pPr>
      <w:r w:rsidRPr="00B439DD">
        <w:rPr>
          <w:rFonts w:ascii="Times New Roman" w:hAnsi="Times New Roman" w:cs="Times New Roman"/>
          <w:position w:val="-12"/>
          <w:sz w:val="28"/>
          <w:szCs w:val="28"/>
          <w:lang w:val="kk-KZ"/>
        </w:rPr>
        <w:tab/>
      </w:r>
      <w:r w:rsidR="00A135AE" w:rsidRPr="00B439DD">
        <w:rPr>
          <w:rFonts w:ascii="Times New Roman" w:hAnsi="Times New Roman" w:cs="Times New Roman"/>
          <w:noProof/>
          <w:position w:val="-16"/>
          <w:sz w:val="28"/>
          <w:szCs w:val="28"/>
        </w:rPr>
        <w:drawing>
          <wp:inline distT="0" distB="0" distL="0" distR="0" wp14:anchorId="72C08918" wp14:editId="209ACA62">
            <wp:extent cx="1607185" cy="250190"/>
            <wp:effectExtent l="0" t="0" r="0" b="0"/>
            <wp:docPr id="2035" name="Рисунок 2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5"/>
                    <pic:cNvPicPr>
                      <a:picLocks noChangeAspect="1" noChangeArrowheads="1"/>
                    </pic:cNvPicPr>
                  </pic:nvPicPr>
                  <pic:blipFill>
                    <a:blip r:embed="rId2804" cstate="print">
                      <a:extLst>
                        <a:ext uri="{28A0092B-C50C-407E-A947-70E740481C1C}">
                          <a14:useLocalDpi xmlns:a14="http://schemas.microsoft.com/office/drawing/2010/main" val="0"/>
                        </a:ext>
                      </a:extLst>
                    </a:blip>
                    <a:srcRect/>
                    <a:stretch>
                      <a:fillRect/>
                    </a:stretch>
                  </pic:blipFill>
                  <pic:spPr bwMode="auto">
                    <a:xfrm>
                      <a:off x="0" y="0"/>
                      <a:ext cx="1607185" cy="250190"/>
                    </a:xfrm>
                    <a:prstGeom prst="rect">
                      <a:avLst/>
                    </a:prstGeom>
                    <a:noFill/>
                    <a:ln>
                      <a:noFill/>
                    </a:ln>
                  </pic:spPr>
                </pic:pic>
              </a:graphicData>
            </a:graphic>
          </wp:inline>
        </w:drawing>
      </w:r>
      <w:r w:rsidRPr="00B439DD">
        <w:rPr>
          <w:rFonts w:ascii="Times New Roman" w:hAnsi="Times New Roman" w:cs="Times New Roman"/>
          <w:sz w:val="28"/>
          <w:szCs w:val="28"/>
          <w:lang w:val="kk-KZ"/>
        </w:rPr>
        <w:t xml:space="preserve">   әлсіз </w:t>
      </w:r>
      <w:r w:rsidR="00A135AE" w:rsidRPr="00B439DD">
        <w:rPr>
          <w:rFonts w:ascii="Times New Roman" w:hAnsi="Times New Roman" w:cs="Times New Roman"/>
          <w:noProof/>
          <w:position w:val="-12"/>
          <w:sz w:val="28"/>
          <w:szCs w:val="28"/>
        </w:rPr>
        <w:drawing>
          <wp:inline distT="0" distB="0" distL="0" distR="0" wp14:anchorId="5F5864F6" wp14:editId="11F4104E">
            <wp:extent cx="529590" cy="231140"/>
            <wp:effectExtent l="0" t="0" r="3810" b="0"/>
            <wp:docPr id="2036" name="Рисунок 2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6"/>
                    <pic:cNvPicPr>
                      <a:picLocks noChangeAspect="1" noChangeArrowheads="1"/>
                    </pic:cNvPicPr>
                  </pic:nvPicPr>
                  <pic:blipFill>
                    <a:blip r:embed="rId2805" cstate="print">
                      <a:extLst>
                        <a:ext uri="{28A0092B-C50C-407E-A947-70E740481C1C}">
                          <a14:useLocalDpi xmlns:a14="http://schemas.microsoft.com/office/drawing/2010/main" val="0"/>
                        </a:ext>
                      </a:extLst>
                    </a:blip>
                    <a:srcRect/>
                    <a:stretch>
                      <a:fillRect/>
                    </a:stretch>
                  </pic:blipFill>
                  <pic:spPr bwMode="auto">
                    <a:xfrm>
                      <a:off x="0" y="0"/>
                      <a:ext cx="529590" cy="231140"/>
                    </a:xfrm>
                    <a:prstGeom prst="rect">
                      <a:avLst/>
                    </a:prstGeom>
                    <a:noFill/>
                    <a:ln>
                      <a:noFill/>
                    </a:ln>
                  </pic:spPr>
                </pic:pic>
              </a:graphicData>
            </a:graphic>
          </wp:inline>
        </w:drawing>
      </w:r>
    </w:p>
    <w:p w14:paraId="7B96D9E8" w14:textId="2487563F" w:rsidR="004B7CD0" w:rsidRPr="00B439DD" w:rsidRDefault="004B7CD0" w:rsidP="004B7CD0">
      <w:pPr>
        <w:spacing w:after="0" w:line="240" w:lineRule="auto"/>
        <w:jc w:val="both"/>
        <w:rPr>
          <w:rFonts w:ascii="Times New Roman" w:hAnsi="Times New Roman" w:cs="Times New Roman"/>
          <w:position w:val="-12"/>
          <w:sz w:val="28"/>
          <w:szCs w:val="28"/>
          <w:lang w:val="kk-KZ"/>
        </w:rPr>
      </w:pPr>
      <w:r w:rsidRPr="00B439DD">
        <w:rPr>
          <w:rFonts w:ascii="Times New Roman" w:hAnsi="Times New Roman" w:cs="Times New Roman"/>
          <w:position w:val="-12"/>
          <w:sz w:val="28"/>
          <w:szCs w:val="28"/>
          <w:lang w:val="kk-KZ"/>
        </w:rPr>
        <w:tab/>
      </w:r>
      <w:r w:rsidR="00A135AE" w:rsidRPr="00B439DD">
        <w:rPr>
          <w:rFonts w:ascii="Times New Roman" w:hAnsi="Times New Roman" w:cs="Times New Roman"/>
          <w:noProof/>
          <w:position w:val="-16"/>
          <w:sz w:val="28"/>
          <w:szCs w:val="28"/>
        </w:rPr>
        <w:drawing>
          <wp:inline distT="0" distB="0" distL="0" distR="0" wp14:anchorId="5D262C53" wp14:editId="10A85310">
            <wp:extent cx="1800225" cy="250190"/>
            <wp:effectExtent l="0" t="0" r="9525" b="0"/>
            <wp:docPr id="2037" name="Рисунок 2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7"/>
                    <pic:cNvPicPr>
                      <a:picLocks noChangeAspect="1" noChangeArrowheads="1"/>
                    </pic:cNvPicPr>
                  </pic:nvPicPr>
                  <pic:blipFill>
                    <a:blip r:embed="rId2806" cstate="print">
                      <a:extLst>
                        <a:ext uri="{28A0092B-C50C-407E-A947-70E740481C1C}">
                          <a14:useLocalDpi xmlns:a14="http://schemas.microsoft.com/office/drawing/2010/main" val="0"/>
                        </a:ext>
                      </a:extLst>
                    </a:blip>
                    <a:srcRect/>
                    <a:stretch>
                      <a:fillRect/>
                    </a:stretch>
                  </pic:blipFill>
                  <pic:spPr bwMode="auto">
                    <a:xfrm>
                      <a:off x="0" y="0"/>
                      <a:ext cx="1800225" cy="250190"/>
                    </a:xfrm>
                    <a:prstGeom prst="rect">
                      <a:avLst/>
                    </a:prstGeom>
                    <a:noFill/>
                    <a:ln>
                      <a:noFill/>
                    </a:ln>
                  </pic:spPr>
                </pic:pic>
              </a:graphicData>
            </a:graphic>
          </wp:inline>
        </w:drawing>
      </w:r>
      <w:r w:rsidRPr="00B439DD">
        <w:rPr>
          <w:rFonts w:ascii="Times New Roman" w:hAnsi="Times New Roman" w:cs="Times New Roman"/>
          <w:sz w:val="28"/>
          <w:szCs w:val="28"/>
          <w:lang w:val="kk-KZ"/>
        </w:rPr>
        <w:t xml:space="preserve">   әлсіз </w:t>
      </w:r>
      <w:r w:rsidR="00A135AE" w:rsidRPr="00B439DD">
        <w:rPr>
          <w:rFonts w:ascii="Times New Roman" w:hAnsi="Times New Roman" w:cs="Times New Roman"/>
          <w:noProof/>
          <w:position w:val="-12"/>
          <w:sz w:val="28"/>
          <w:szCs w:val="28"/>
        </w:rPr>
        <w:drawing>
          <wp:inline distT="0" distB="0" distL="0" distR="0" wp14:anchorId="1C7F48C4" wp14:editId="30F99EE9">
            <wp:extent cx="529590" cy="231140"/>
            <wp:effectExtent l="0" t="0" r="3810" b="0"/>
            <wp:docPr id="2038" name="Рисунок 2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8"/>
                    <pic:cNvPicPr>
                      <a:picLocks noChangeAspect="1" noChangeArrowheads="1"/>
                    </pic:cNvPicPr>
                  </pic:nvPicPr>
                  <pic:blipFill>
                    <a:blip r:embed="rId2807" cstate="print">
                      <a:extLst>
                        <a:ext uri="{28A0092B-C50C-407E-A947-70E740481C1C}">
                          <a14:useLocalDpi xmlns:a14="http://schemas.microsoft.com/office/drawing/2010/main" val="0"/>
                        </a:ext>
                      </a:extLst>
                    </a:blip>
                    <a:srcRect/>
                    <a:stretch>
                      <a:fillRect/>
                    </a:stretch>
                  </pic:blipFill>
                  <pic:spPr bwMode="auto">
                    <a:xfrm>
                      <a:off x="0" y="0"/>
                      <a:ext cx="529590" cy="231140"/>
                    </a:xfrm>
                    <a:prstGeom prst="rect">
                      <a:avLst/>
                    </a:prstGeom>
                    <a:noFill/>
                    <a:ln>
                      <a:noFill/>
                    </a:ln>
                  </pic:spPr>
                </pic:pic>
              </a:graphicData>
            </a:graphic>
          </wp:inline>
        </w:drawing>
      </w:r>
    </w:p>
    <w:p w14:paraId="653280D5" w14:textId="57922AAC" w:rsidR="004B7CD0" w:rsidRPr="00B439DD" w:rsidRDefault="004B7CD0" w:rsidP="004B7CD0">
      <w:pPr>
        <w:spacing w:after="0" w:line="240" w:lineRule="auto"/>
        <w:jc w:val="both"/>
        <w:rPr>
          <w:rFonts w:ascii="Times New Roman" w:hAnsi="Times New Roman" w:cs="Times New Roman"/>
          <w:position w:val="-12"/>
          <w:sz w:val="28"/>
          <w:szCs w:val="28"/>
          <w:lang w:val="kk-KZ"/>
        </w:rPr>
      </w:pPr>
      <w:r w:rsidRPr="00B439DD">
        <w:rPr>
          <w:rFonts w:ascii="Times New Roman" w:hAnsi="Times New Roman" w:cs="Times New Roman"/>
          <w:position w:val="-12"/>
          <w:sz w:val="28"/>
          <w:szCs w:val="28"/>
          <w:lang w:val="kk-KZ"/>
        </w:rPr>
        <w:tab/>
      </w:r>
      <w:r w:rsidR="00A135AE" w:rsidRPr="00B439DD">
        <w:rPr>
          <w:rFonts w:ascii="Times New Roman" w:hAnsi="Times New Roman" w:cs="Times New Roman"/>
          <w:noProof/>
          <w:position w:val="-16"/>
          <w:sz w:val="28"/>
          <w:szCs w:val="28"/>
        </w:rPr>
        <w:drawing>
          <wp:inline distT="0" distB="0" distL="0" distR="0" wp14:anchorId="5A174E29" wp14:editId="10D1B179">
            <wp:extent cx="1905635" cy="250190"/>
            <wp:effectExtent l="0" t="0" r="0" b="0"/>
            <wp:docPr id="2039" name="Рисунок 2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9"/>
                    <pic:cNvPicPr>
                      <a:picLocks noChangeAspect="1" noChangeArrowheads="1"/>
                    </pic:cNvPicPr>
                  </pic:nvPicPr>
                  <pic:blipFill>
                    <a:blip r:embed="rId2808" cstate="print">
                      <a:extLst>
                        <a:ext uri="{28A0092B-C50C-407E-A947-70E740481C1C}">
                          <a14:useLocalDpi xmlns:a14="http://schemas.microsoft.com/office/drawing/2010/main" val="0"/>
                        </a:ext>
                      </a:extLst>
                    </a:blip>
                    <a:srcRect/>
                    <a:stretch>
                      <a:fillRect/>
                    </a:stretch>
                  </pic:blipFill>
                  <pic:spPr bwMode="auto">
                    <a:xfrm>
                      <a:off x="0" y="0"/>
                      <a:ext cx="1905635" cy="250190"/>
                    </a:xfrm>
                    <a:prstGeom prst="rect">
                      <a:avLst/>
                    </a:prstGeom>
                    <a:noFill/>
                    <a:ln>
                      <a:noFill/>
                    </a:ln>
                  </pic:spPr>
                </pic:pic>
              </a:graphicData>
            </a:graphic>
          </wp:inline>
        </w:drawing>
      </w:r>
      <w:r w:rsidRPr="00B439DD">
        <w:rPr>
          <w:rFonts w:ascii="Times New Roman" w:hAnsi="Times New Roman" w:cs="Times New Roman"/>
          <w:sz w:val="28"/>
          <w:szCs w:val="28"/>
          <w:lang w:val="kk-KZ"/>
        </w:rPr>
        <w:t xml:space="preserve">   әлсіз </w:t>
      </w:r>
      <w:r w:rsidR="00A135AE" w:rsidRPr="00B439DD">
        <w:rPr>
          <w:rFonts w:ascii="Times New Roman" w:hAnsi="Times New Roman" w:cs="Times New Roman"/>
          <w:noProof/>
          <w:position w:val="-12"/>
          <w:sz w:val="28"/>
          <w:szCs w:val="28"/>
        </w:rPr>
        <w:drawing>
          <wp:inline distT="0" distB="0" distL="0" distR="0" wp14:anchorId="4B1E5542" wp14:editId="70773E79">
            <wp:extent cx="529590" cy="231140"/>
            <wp:effectExtent l="0" t="0" r="3810" b="0"/>
            <wp:docPr id="2040" name="Рисунок 2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0"/>
                    <pic:cNvPicPr>
                      <a:picLocks noChangeAspect="1" noChangeArrowheads="1"/>
                    </pic:cNvPicPr>
                  </pic:nvPicPr>
                  <pic:blipFill>
                    <a:blip r:embed="rId2809" cstate="print">
                      <a:extLst>
                        <a:ext uri="{28A0092B-C50C-407E-A947-70E740481C1C}">
                          <a14:useLocalDpi xmlns:a14="http://schemas.microsoft.com/office/drawing/2010/main" val="0"/>
                        </a:ext>
                      </a:extLst>
                    </a:blip>
                    <a:srcRect/>
                    <a:stretch>
                      <a:fillRect/>
                    </a:stretch>
                  </pic:blipFill>
                  <pic:spPr bwMode="auto">
                    <a:xfrm>
                      <a:off x="0" y="0"/>
                      <a:ext cx="529590" cy="231140"/>
                    </a:xfrm>
                    <a:prstGeom prst="rect">
                      <a:avLst/>
                    </a:prstGeom>
                    <a:noFill/>
                    <a:ln>
                      <a:noFill/>
                    </a:ln>
                  </pic:spPr>
                </pic:pic>
              </a:graphicData>
            </a:graphic>
          </wp:inline>
        </w:drawing>
      </w:r>
    </w:p>
    <w:p w14:paraId="5D85466A" w14:textId="7607EDE4" w:rsidR="004B7CD0" w:rsidRPr="00B439DD" w:rsidRDefault="004B7CD0" w:rsidP="004B7CD0">
      <w:pPr>
        <w:spacing w:after="0" w:line="240" w:lineRule="auto"/>
        <w:jc w:val="both"/>
        <w:rPr>
          <w:rFonts w:ascii="Times New Roman" w:hAnsi="Times New Roman" w:cs="Times New Roman"/>
          <w:position w:val="-12"/>
          <w:sz w:val="28"/>
          <w:szCs w:val="28"/>
          <w:lang w:val="kk-KZ"/>
        </w:rPr>
      </w:pPr>
      <w:r w:rsidRPr="00B439DD">
        <w:rPr>
          <w:rFonts w:ascii="Times New Roman" w:hAnsi="Times New Roman" w:cs="Times New Roman"/>
          <w:position w:val="-12"/>
          <w:sz w:val="28"/>
          <w:szCs w:val="28"/>
          <w:lang w:val="kk-KZ"/>
        </w:rPr>
        <w:lastRenderedPageBreak/>
        <w:tab/>
      </w:r>
      <w:r w:rsidR="00A135AE" w:rsidRPr="00B439DD">
        <w:rPr>
          <w:rFonts w:ascii="Times New Roman" w:hAnsi="Times New Roman" w:cs="Times New Roman"/>
          <w:noProof/>
          <w:position w:val="-16"/>
          <w:sz w:val="28"/>
          <w:szCs w:val="28"/>
        </w:rPr>
        <w:drawing>
          <wp:inline distT="0" distB="0" distL="0" distR="0" wp14:anchorId="65B9A110" wp14:editId="0DCFC010">
            <wp:extent cx="1983105" cy="250190"/>
            <wp:effectExtent l="0" t="0" r="0" b="0"/>
            <wp:docPr id="2041" name="Рисунок 2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1"/>
                    <pic:cNvPicPr>
                      <a:picLocks noChangeAspect="1" noChangeArrowheads="1"/>
                    </pic:cNvPicPr>
                  </pic:nvPicPr>
                  <pic:blipFill>
                    <a:blip r:embed="rId2810" cstate="print">
                      <a:extLst>
                        <a:ext uri="{28A0092B-C50C-407E-A947-70E740481C1C}">
                          <a14:useLocalDpi xmlns:a14="http://schemas.microsoft.com/office/drawing/2010/main" val="0"/>
                        </a:ext>
                      </a:extLst>
                    </a:blip>
                    <a:srcRect/>
                    <a:stretch>
                      <a:fillRect/>
                    </a:stretch>
                  </pic:blipFill>
                  <pic:spPr bwMode="auto">
                    <a:xfrm>
                      <a:off x="0" y="0"/>
                      <a:ext cx="1983105" cy="250190"/>
                    </a:xfrm>
                    <a:prstGeom prst="rect">
                      <a:avLst/>
                    </a:prstGeom>
                    <a:noFill/>
                    <a:ln>
                      <a:noFill/>
                    </a:ln>
                  </pic:spPr>
                </pic:pic>
              </a:graphicData>
            </a:graphic>
          </wp:inline>
        </w:drawing>
      </w:r>
      <w:r w:rsidRPr="00B439DD">
        <w:rPr>
          <w:rFonts w:ascii="Times New Roman" w:hAnsi="Times New Roman" w:cs="Times New Roman"/>
          <w:sz w:val="28"/>
          <w:szCs w:val="28"/>
          <w:lang w:val="kk-KZ"/>
        </w:rPr>
        <w:t xml:space="preserve">   әлсіз </w:t>
      </w:r>
      <w:r w:rsidR="00A135AE" w:rsidRPr="00B439DD">
        <w:rPr>
          <w:rFonts w:ascii="Times New Roman" w:hAnsi="Times New Roman" w:cs="Times New Roman"/>
          <w:noProof/>
          <w:position w:val="-12"/>
          <w:sz w:val="28"/>
          <w:szCs w:val="28"/>
        </w:rPr>
        <w:drawing>
          <wp:inline distT="0" distB="0" distL="0" distR="0" wp14:anchorId="1D64C5B8" wp14:editId="34EAB057">
            <wp:extent cx="529590" cy="231140"/>
            <wp:effectExtent l="0" t="0" r="3810" b="0"/>
            <wp:docPr id="2042" name="Рисунок 2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2"/>
                    <pic:cNvPicPr>
                      <a:picLocks noChangeAspect="1" noChangeArrowheads="1"/>
                    </pic:cNvPicPr>
                  </pic:nvPicPr>
                  <pic:blipFill>
                    <a:blip r:embed="rId2811" cstate="print">
                      <a:extLst>
                        <a:ext uri="{28A0092B-C50C-407E-A947-70E740481C1C}">
                          <a14:useLocalDpi xmlns:a14="http://schemas.microsoft.com/office/drawing/2010/main" val="0"/>
                        </a:ext>
                      </a:extLst>
                    </a:blip>
                    <a:srcRect/>
                    <a:stretch>
                      <a:fillRect/>
                    </a:stretch>
                  </pic:blipFill>
                  <pic:spPr bwMode="auto">
                    <a:xfrm>
                      <a:off x="0" y="0"/>
                      <a:ext cx="529590" cy="231140"/>
                    </a:xfrm>
                    <a:prstGeom prst="rect">
                      <a:avLst/>
                    </a:prstGeom>
                    <a:noFill/>
                    <a:ln>
                      <a:noFill/>
                    </a:ln>
                  </pic:spPr>
                </pic:pic>
              </a:graphicData>
            </a:graphic>
          </wp:inline>
        </w:drawing>
      </w:r>
    </w:p>
    <w:p w14:paraId="5CEB44F2" w14:textId="45346C4B" w:rsidR="004B7CD0" w:rsidRPr="00B439DD" w:rsidRDefault="004B7CD0" w:rsidP="004B7CD0">
      <w:pPr>
        <w:spacing w:after="0" w:line="240" w:lineRule="auto"/>
        <w:jc w:val="both"/>
        <w:rPr>
          <w:rFonts w:ascii="Times New Roman" w:hAnsi="Times New Roman" w:cs="Times New Roman"/>
          <w:position w:val="-12"/>
          <w:sz w:val="28"/>
          <w:szCs w:val="28"/>
          <w:lang w:val="kk-KZ"/>
        </w:rPr>
      </w:pPr>
      <w:r w:rsidRPr="00B439DD">
        <w:rPr>
          <w:rFonts w:ascii="Times New Roman" w:hAnsi="Times New Roman" w:cs="Times New Roman"/>
          <w:position w:val="-12"/>
          <w:sz w:val="28"/>
          <w:szCs w:val="28"/>
          <w:lang w:val="kk-KZ"/>
        </w:rPr>
        <w:tab/>
      </w:r>
      <w:r w:rsidR="00A135AE" w:rsidRPr="00B439DD">
        <w:rPr>
          <w:rFonts w:ascii="Times New Roman" w:hAnsi="Times New Roman" w:cs="Times New Roman"/>
          <w:noProof/>
          <w:position w:val="-16"/>
          <w:sz w:val="28"/>
          <w:szCs w:val="28"/>
        </w:rPr>
        <w:drawing>
          <wp:inline distT="0" distB="0" distL="0" distR="0" wp14:anchorId="3E01F4B1" wp14:editId="71181D99">
            <wp:extent cx="1780540" cy="250190"/>
            <wp:effectExtent l="0" t="0" r="0" b="0"/>
            <wp:docPr id="2043" name="Рисунок 2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3"/>
                    <pic:cNvPicPr>
                      <a:picLocks noChangeAspect="1" noChangeArrowheads="1"/>
                    </pic:cNvPicPr>
                  </pic:nvPicPr>
                  <pic:blipFill>
                    <a:blip r:embed="rId2812" cstate="print">
                      <a:extLst>
                        <a:ext uri="{28A0092B-C50C-407E-A947-70E740481C1C}">
                          <a14:useLocalDpi xmlns:a14="http://schemas.microsoft.com/office/drawing/2010/main" val="0"/>
                        </a:ext>
                      </a:extLst>
                    </a:blip>
                    <a:srcRect/>
                    <a:stretch>
                      <a:fillRect/>
                    </a:stretch>
                  </pic:blipFill>
                  <pic:spPr bwMode="auto">
                    <a:xfrm>
                      <a:off x="0" y="0"/>
                      <a:ext cx="1780540" cy="250190"/>
                    </a:xfrm>
                    <a:prstGeom prst="rect">
                      <a:avLst/>
                    </a:prstGeom>
                    <a:noFill/>
                    <a:ln>
                      <a:noFill/>
                    </a:ln>
                  </pic:spPr>
                </pic:pic>
              </a:graphicData>
            </a:graphic>
          </wp:inline>
        </w:drawing>
      </w:r>
      <w:r w:rsidRPr="00B439DD">
        <w:rPr>
          <w:rFonts w:ascii="Times New Roman" w:hAnsi="Times New Roman" w:cs="Times New Roman"/>
          <w:sz w:val="28"/>
          <w:szCs w:val="28"/>
          <w:lang w:val="kk-KZ"/>
        </w:rPr>
        <w:t xml:space="preserve"> әлсіз  </w:t>
      </w:r>
      <w:r w:rsidR="00A135AE" w:rsidRPr="00B439DD">
        <w:rPr>
          <w:rFonts w:ascii="Times New Roman" w:hAnsi="Times New Roman" w:cs="Times New Roman"/>
          <w:noProof/>
          <w:position w:val="-12"/>
          <w:sz w:val="28"/>
          <w:szCs w:val="28"/>
        </w:rPr>
        <w:drawing>
          <wp:inline distT="0" distB="0" distL="0" distR="0" wp14:anchorId="6C1503C3" wp14:editId="27D27775">
            <wp:extent cx="529590" cy="231140"/>
            <wp:effectExtent l="0" t="0" r="3810" b="0"/>
            <wp:docPr id="2044" name="Рисунок 2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4"/>
                    <pic:cNvPicPr>
                      <a:picLocks noChangeAspect="1" noChangeArrowheads="1"/>
                    </pic:cNvPicPr>
                  </pic:nvPicPr>
                  <pic:blipFill>
                    <a:blip r:embed="rId2813" cstate="print">
                      <a:extLst>
                        <a:ext uri="{28A0092B-C50C-407E-A947-70E740481C1C}">
                          <a14:useLocalDpi xmlns:a14="http://schemas.microsoft.com/office/drawing/2010/main" val="0"/>
                        </a:ext>
                      </a:extLst>
                    </a:blip>
                    <a:srcRect/>
                    <a:stretch>
                      <a:fillRect/>
                    </a:stretch>
                  </pic:blipFill>
                  <pic:spPr bwMode="auto">
                    <a:xfrm>
                      <a:off x="0" y="0"/>
                      <a:ext cx="529590" cy="231140"/>
                    </a:xfrm>
                    <a:prstGeom prst="rect">
                      <a:avLst/>
                    </a:prstGeom>
                    <a:noFill/>
                    <a:ln>
                      <a:noFill/>
                    </a:ln>
                  </pic:spPr>
                </pic:pic>
              </a:graphicData>
            </a:graphic>
          </wp:inline>
        </w:drawing>
      </w:r>
    </w:p>
    <w:p w14:paraId="48C0DC18" w14:textId="0ACC7C97" w:rsidR="004B7CD0" w:rsidRPr="00B439DD" w:rsidRDefault="004B7CD0" w:rsidP="004B7CD0">
      <w:pPr>
        <w:spacing w:after="0" w:line="240" w:lineRule="auto"/>
        <w:jc w:val="both"/>
        <w:rPr>
          <w:rFonts w:ascii="Times New Roman" w:hAnsi="Times New Roman" w:cs="Times New Roman"/>
          <w:sz w:val="28"/>
          <w:szCs w:val="28"/>
          <w:lang w:val="kk-KZ"/>
        </w:rPr>
      </w:pPr>
      <w:r w:rsidRPr="00B439DD">
        <w:rPr>
          <w:rFonts w:ascii="Times New Roman" w:hAnsi="Times New Roman" w:cs="Times New Roman"/>
          <w:position w:val="-12"/>
          <w:sz w:val="28"/>
          <w:szCs w:val="28"/>
          <w:lang w:val="kk-KZ"/>
        </w:rPr>
        <w:tab/>
      </w:r>
      <w:r w:rsidR="00A135AE" w:rsidRPr="00B439DD">
        <w:rPr>
          <w:rFonts w:ascii="Times New Roman" w:hAnsi="Times New Roman" w:cs="Times New Roman"/>
          <w:noProof/>
          <w:position w:val="-16"/>
          <w:sz w:val="28"/>
          <w:szCs w:val="28"/>
        </w:rPr>
        <w:drawing>
          <wp:inline distT="0" distB="0" distL="0" distR="0" wp14:anchorId="7D3E4B65" wp14:editId="208AE052">
            <wp:extent cx="1905635" cy="250190"/>
            <wp:effectExtent l="0" t="0" r="0" b="0"/>
            <wp:docPr id="2045" name="Рисунок 2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5"/>
                    <pic:cNvPicPr>
                      <a:picLocks noChangeAspect="1" noChangeArrowheads="1"/>
                    </pic:cNvPicPr>
                  </pic:nvPicPr>
                  <pic:blipFill>
                    <a:blip r:embed="rId2814" cstate="print">
                      <a:extLst>
                        <a:ext uri="{28A0092B-C50C-407E-A947-70E740481C1C}">
                          <a14:useLocalDpi xmlns:a14="http://schemas.microsoft.com/office/drawing/2010/main" val="0"/>
                        </a:ext>
                      </a:extLst>
                    </a:blip>
                    <a:srcRect/>
                    <a:stretch>
                      <a:fillRect/>
                    </a:stretch>
                  </pic:blipFill>
                  <pic:spPr bwMode="auto">
                    <a:xfrm>
                      <a:off x="0" y="0"/>
                      <a:ext cx="1905635" cy="250190"/>
                    </a:xfrm>
                    <a:prstGeom prst="rect">
                      <a:avLst/>
                    </a:prstGeom>
                    <a:noFill/>
                    <a:ln>
                      <a:noFill/>
                    </a:ln>
                  </pic:spPr>
                </pic:pic>
              </a:graphicData>
            </a:graphic>
          </wp:inline>
        </w:drawing>
      </w:r>
      <w:r w:rsidRPr="00B439DD">
        <w:rPr>
          <w:rFonts w:ascii="Times New Roman" w:hAnsi="Times New Roman" w:cs="Times New Roman"/>
          <w:sz w:val="28"/>
          <w:szCs w:val="28"/>
          <w:lang w:val="kk-KZ"/>
        </w:rPr>
        <w:t xml:space="preserve"> әлсіз  </w:t>
      </w:r>
      <w:r w:rsidR="00A135AE" w:rsidRPr="00B439DD">
        <w:rPr>
          <w:rFonts w:ascii="Times New Roman" w:hAnsi="Times New Roman" w:cs="Times New Roman"/>
          <w:noProof/>
          <w:position w:val="-12"/>
          <w:sz w:val="28"/>
          <w:szCs w:val="28"/>
        </w:rPr>
        <w:drawing>
          <wp:inline distT="0" distB="0" distL="0" distR="0" wp14:anchorId="59DF4FC3" wp14:editId="09664922">
            <wp:extent cx="529590" cy="231140"/>
            <wp:effectExtent l="0" t="0" r="3810" b="0"/>
            <wp:docPr id="2046" name="Рисунок 2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6"/>
                    <pic:cNvPicPr>
                      <a:picLocks noChangeAspect="1" noChangeArrowheads="1"/>
                    </pic:cNvPicPr>
                  </pic:nvPicPr>
                  <pic:blipFill>
                    <a:blip r:embed="rId2815" cstate="print">
                      <a:extLst>
                        <a:ext uri="{28A0092B-C50C-407E-A947-70E740481C1C}">
                          <a14:useLocalDpi xmlns:a14="http://schemas.microsoft.com/office/drawing/2010/main" val="0"/>
                        </a:ext>
                      </a:extLst>
                    </a:blip>
                    <a:srcRect/>
                    <a:stretch>
                      <a:fillRect/>
                    </a:stretch>
                  </pic:blipFill>
                  <pic:spPr bwMode="auto">
                    <a:xfrm>
                      <a:off x="0" y="0"/>
                      <a:ext cx="529590" cy="231140"/>
                    </a:xfrm>
                    <a:prstGeom prst="rect">
                      <a:avLst/>
                    </a:prstGeom>
                    <a:noFill/>
                    <a:ln>
                      <a:noFill/>
                    </a:ln>
                  </pic:spPr>
                </pic:pic>
              </a:graphicData>
            </a:graphic>
          </wp:inline>
        </w:drawing>
      </w:r>
    </w:p>
    <w:p w14:paraId="0608CF53" w14:textId="7C92454E" w:rsidR="00E73F3A" w:rsidRPr="00B439DD" w:rsidRDefault="004B7CD0" w:rsidP="004B7CD0">
      <w:pPr>
        <w:spacing w:after="0" w:line="240" w:lineRule="auto"/>
        <w:jc w:val="both"/>
        <w:rPr>
          <w:rFonts w:ascii="Times New Roman" w:hAnsi="Times New Roman" w:cs="Times New Roman"/>
          <w:sz w:val="28"/>
          <w:szCs w:val="28"/>
          <w:lang w:val="kk-KZ"/>
        </w:rPr>
      </w:pPr>
      <w:r w:rsidRPr="00B439DD">
        <w:rPr>
          <w:rFonts w:ascii="Times New Roman" w:hAnsi="Times New Roman" w:cs="Times New Roman"/>
          <w:position w:val="-14"/>
          <w:sz w:val="28"/>
          <w:szCs w:val="28"/>
          <w:lang w:val="kk-KZ"/>
        </w:rPr>
        <w:tab/>
      </w:r>
      <w:r w:rsidR="00A135AE" w:rsidRPr="00B439DD">
        <w:rPr>
          <w:rFonts w:ascii="Times New Roman" w:hAnsi="Times New Roman" w:cs="Times New Roman"/>
          <w:noProof/>
          <w:position w:val="-16"/>
          <w:sz w:val="28"/>
          <w:szCs w:val="28"/>
        </w:rPr>
        <w:drawing>
          <wp:inline distT="0" distB="0" distL="0" distR="0" wp14:anchorId="6703BF3C" wp14:editId="3A0DBD09">
            <wp:extent cx="1983105" cy="250190"/>
            <wp:effectExtent l="0" t="0" r="0" b="0"/>
            <wp:docPr id="2047" name="Рисунок 2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7"/>
                    <pic:cNvPicPr>
                      <a:picLocks noChangeAspect="1" noChangeArrowheads="1"/>
                    </pic:cNvPicPr>
                  </pic:nvPicPr>
                  <pic:blipFill>
                    <a:blip r:embed="rId2816" cstate="print">
                      <a:extLst>
                        <a:ext uri="{28A0092B-C50C-407E-A947-70E740481C1C}">
                          <a14:useLocalDpi xmlns:a14="http://schemas.microsoft.com/office/drawing/2010/main" val="0"/>
                        </a:ext>
                      </a:extLst>
                    </a:blip>
                    <a:srcRect/>
                    <a:stretch>
                      <a:fillRect/>
                    </a:stretch>
                  </pic:blipFill>
                  <pic:spPr bwMode="auto">
                    <a:xfrm>
                      <a:off x="0" y="0"/>
                      <a:ext cx="1983105" cy="250190"/>
                    </a:xfrm>
                    <a:prstGeom prst="rect">
                      <a:avLst/>
                    </a:prstGeom>
                    <a:noFill/>
                    <a:ln>
                      <a:noFill/>
                    </a:ln>
                  </pic:spPr>
                </pic:pic>
              </a:graphicData>
            </a:graphic>
          </wp:inline>
        </w:drawing>
      </w:r>
      <w:r w:rsidRPr="00B439DD">
        <w:rPr>
          <w:rFonts w:ascii="Times New Roman" w:hAnsi="Times New Roman" w:cs="Times New Roman"/>
          <w:sz w:val="28"/>
          <w:szCs w:val="28"/>
          <w:lang w:val="kk-KZ"/>
        </w:rPr>
        <w:t xml:space="preserve"> әлсіз   </w:t>
      </w:r>
      <w:r w:rsidR="00A135AE" w:rsidRPr="00B439DD">
        <w:rPr>
          <w:rFonts w:ascii="Times New Roman" w:hAnsi="Times New Roman" w:cs="Times New Roman"/>
          <w:noProof/>
          <w:position w:val="-12"/>
          <w:sz w:val="28"/>
          <w:szCs w:val="28"/>
        </w:rPr>
        <w:drawing>
          <wp:inline distT="0" distB="0" distL="0" distR="0" wp14:anchorId="15CC4102" wp14:editId="0CB2413E">
            <wp:extent cx="529590" cy="231140"/>
            <wp:effectExtent l="0" t="0" r="3810" b="0"/>
            <wp:docPr id="2048" name="Рисунок 2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8"/>
                    <pic:cNvPicPr>
                      <a:picLocks noChangeAspect="1" noChangeArrowheads="1"/>
                    </pic:cNvPicPr>
                  </pic:nvPicPr>
                  <pic:blipFill>
                    <a:blip r:embed="rId2817" cstate="print">
                      <a:extLst>
                        <a:ext uri="{28A0092B-C50C-407E-A947-70E740481C1C}">
                          <a14:useLocalDpi xmlns:a14="http://schemas.microsoft.com/office/drawing/2010/main" val="0"/>
                        </a:ext>
                      </a:extLst>
                    </a:blip>
                    <a:srcRect/>
                    <a:stretch>
                      <a:fillRect/>
                    </a:stretch>
                  </pic:blipFill>
                  <pic:spPr bwMode="auto">
                    <a:xfrm>
                      <a:off x="0" y="0"/>
                      <a:ext cx="529590" cy="231140"/>
                    </a:xfrm>
                    <a:prstGeom prst="rect">
                      <a:avLst/>
                    </a:prstGeom>
                    <a:noFill/>
                    <a:ln>
                      <a:noFill/>
                    </a:ln>
                  </pic:spPr>
                </pic:pic>
              </a:graphicData>
            </a:graphic>
          </wp:inline>
        </w:drawing>
      </w:r>
    </w:p>
    <w:p w14:paraId="1279AAD7" w14:textId="77777777" w:rsidR="000B1F37" w:rsidRPr="00B439DD" w:rsidRDefault="000B1F37" w:rsidP="004B7CD0">
      <w:pPr>
        <w:spacing w:after="0" w:line="240" w:lineRule="auto"/>
        <w:jc w:val="both"/>
        <w:rPr>
          <w:rFonts w:ascii="Times New Roman" w:hAnsi="Times New Roman" w:cs="Times New Roman"/>
          <w:position w:val="-12"/>
          <w:sz w:val="28"/>
          <w:szCs w:val="28"/>
          <w:lang w:val="kk-KZ"/>
        </w:rPr>
      </w:pPr>
    </w:p>
    <w:p w14:paraId="1B06585B" w14:textId="06186C60" w:rsidR="004B7CD0" w:rsidRPr="00B439DD" w:rsidRDefault="004B7CD0" w:rsidP="00585343">
      <w:pPr>
        <w:spacing w:after="0" w:line="240" w:lineRule="auto"/>
        <w:ind w:firstLine="567"/>
        <w:jc w:val="both"/>
        <w:rPr>
          <w:rFonts w:ascii="Times New Roman" w:hAnsi="Times New Roman" w:cs="Times New Roman"/>
          <w:sz w:val="28"/>
          <w:szCs w:val="28"/>
          <w:lang w:val="kk-KZ"/>
        </w:rPr>
      </w:pPr>
      <w:r w:rsidRPr="00B439DD">
        <w:rPr>
          <w:rFonts w:ascii="Times New Roman" w:hAnsi="Times New Roman" w:cs="Times New Roman"/>
          <w:sz w:val="28"/>
          <w:szCs w:val="28"/>
          <w:lang w:val="kk-KZ"/>
        </w:rPr>
        <w:t xml:space="preserve">Осы жинақтылықтардан және </w:t>
      </w:r>
      <w:r w:rsidR="00A135AE" w:rsidRPr="00B439DD">
        <w:rPr>
          <w:rFonts w:ascii="Times New Roman" w:hAnsi="Times New Roman" w:cs="Times New Roman"/>
          <w:noProof/>
          <w:position w:val="-12"/>
          <w:sz w:val="28"/>
          <w:szCs w:val="28"/>
        </w:rPr>
        <w:drawing>
          <wp:inline distT="0" distB="0" distL="0" distR="0" wp14:anchorId="57E6A5E5" wp14:editId="77294A68">
            <wp:extent cx="539115" cy="250190"/>
            <wp:effectExtent l="0" t="0" r="0" b="0"/>
            <wp:docPr id="2049" name="Рисунок 2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9"/>
                    <pic:cNvPicPr>
                      <a:picLocks noChangeAspect="1" noChangeArrowheads="1"/>
                    </pic:cNvPicPr>
                  </pic:nvPicPr>
                  <pic:blipFill>
                    <a:blip r:embed="rId2818" cstate="print">
                      <a:extLst>
                        <a:ext uri="{28A0092B-C50C-407E-A947-70E740481C1C}">
                          <a14:useLocalDpi xmlns:a14="http://schemas.microsoft.com/office/drawing/2010/main" val="0"/>
                        </a:ext>
                      </a:extLst>
                    </a:blip>
                    <a:srcRect/>
                    <a:stretch>
                      <a:fillRect/>
                    </a:stretch>
                  </pic:blipFill>
                  <pic:spPr bwMode="auto">
                    <a:xfrm>
                      <a:off x="0" y="0"/>
                      <a:ext cx="539115" cy="250190"/>
                    </a:xfrm>
                    <a:prstGeom prst="rect">
                      <a:avLst/>
                    </a:prstGeom>
                    <a:noFill/>
                    <a:ln>
                      <a:noFill/>
                    </a:ln>
                  </pic:spPr>
                </pic:pic>
              </a:graphicData>
            </a:graphic>
          </wp:inline>
        </w:drawing>
      </w:r>
      <w:r w:rsidRPr="00B439DD">
        <w:rPr>
          <w:rFonts w:ascii="Times New Roman" w:hAnsi="Times New Roman" w:cs="Times New Roman"/>
          <w:sz w:val="28"/>
          <w:szCs w:val="28"/>
          <w:lang w:val="kk-KZ"/>
        </w:rPr>
        <w:t xml:space="preserve"> кеңістіктің </w:t>
      </w:r>
      <w:r w:rsidR="00A135AE" w:rsidRPr="00B439DD">
        <w:rPr>
          <w:rFonts w:ascii="Times New Roman" w:hAnsi="Times New Roman" w:cs="Times New Roman"/>
          <w:noProof/>
          <w:position w:val="-16"/>
          <w:sz w:val="28"/>
          <w:szCs w:val="28"/>
        </w:rPr>
        <w:drawing>
          <wp:inline distT="0" distB="0" distL="0" distR="0" wp14:anchorId="46771690" wp14:editId="45518D70">
            <wp:extent cx="500380" cy="250190"/>
            <wp:effectExtent l="0" t="0" r="0" b="0"/>
            <wp:docPr id="2050" name="Рисунок 2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0"/>
                    <pic:cNvPicPr>
                      <a:picLocks noChangeAspect="1" noChangeArrowheads="1"/>
                    </pic:cNvPicPr>
                  </pic:nvPicPr>
                  <pic:blipFill>
                    <a:blip r:embed="rId2819" cstate="print">
                      <a:extLst>
                        <a:ext uri="{28A0092B-C50C-407E-A947-70E740481C1C}">
                          <a14:useLocalDpi xmlns:a14="http://schemas.microsoft.com/office/drawing/2010/main" val="0"/>
                        </a:ext>
                      </a:extLst>
                    </a:blip>
                    <a:srcRect/>
                    <a:stretch>
                      <a:fillRect/>
                    </a:stretch>
                  </pic:blipFill>
                  <pic:spPr bwMode="auto">
                    <a:xfrm>
                      <a:off x="0" y="0"/>
                      <a:ext cx="500380" cy="250190"/>
                    </a:xfrm>
                    <a:prstGeom prst="rect">
                      <a:avLst/>
                    </a:prstGeom>
                    <a:noFill/>
                    <a:ln>
                      <a:noFill/>
                    </a:ln>
                  </pic:spPr>
                </pic:pic>
              </a:graphicData>
            </a:graphic>
          </wp:inline>
        </w:drawing>
      </w:r>
      <w:r w:rsidRPr="00B439DD">
        <w:rPr>
          <w:rFonts w:ascii="Times New Roman" w:hAnsi="Times New Roman" w:cs="Times New Roman"/>
          <w:sz w:val="28"/>
          <w:szCs w:val="28"/>
          <w:lang w:val="kk-KZ"/>
        </w:rPr>
        <w:t xml:space="preserve">, </w:t>
      </w:r>
      <w:r w:rsidR="00A135AE" w:rsidRPr="00B439DD">
        <w:rPr>
          <w:rFonts w:ascii="Times New Roman" w:hAnsi="Times New Roman" w:cs="Times New Roman"/>
          <w:noProof/>
          <w:position w:val="-28"/>
          <w:sz w:val="28"/>
          <w:szCs w:val="28"/>
        </w:rPr>
        <w:drawing>
          <wp:inline distT="0" distB="0" distL="0" distR="0" wp14:anchorId="61A95A04" wp14:editId="0BB3A479">
            <wp:extent cx="1231900" cy="462280"/>
            <wp:effectExtent l="0" t="0" r="6350" b="0"/>
            <wp:docPr id="2051" name="Рисунок 2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1"/>
                    <pic:cNvPicPr>
                      <a:picLocks noChangeAspect="1" noChangeArrowheads="1"/>
                    </pic:cNvPicPr>
                  </pic:nvPicPr>
                  <pic:blipFill>
                    <a:blip r:embed="rId2820" cstate="print">
                      <a:extLst>
                        <a:ext uri="{28A0092B-C50C-407E-A947-70E740481C1C}">
                          <a14:useLocalDpi xmlns:a14="http://schemas.microsoft.com/office/drawing/2010/main" val="0"/>
                        </a:ext>
                      </a:extLst>
                    </a:blip>
                    <a:srcRect/>
                    <a:stretch>
                      <a:fillRect/>
                    </a:stretch>
                  </pic:blipFill>
                  <pic:spPr bwMode="auto">
                    <a:xfrm>
                      <a:off x="0" y="0"/>
                      <a:ext cx="1231900" cy="462280"/>
                    </a:xfrm>
                    <a:prstGeom prst="rect">
                      <a:avLst/>
                    </a:prstGeom>
                    <a:noFill/>
                    <a:ln>
                      <a:noFill/>
                    </a:ln>
                  </pic:spPr>
                </pic:pic>
              </a:graphicData>
            </a:graphic>
          </wp:inline>
        </w:drawing>
      </w:r>
      <w:r w:rsidRPr="00B439DD">
        <w:rPr>
          <w:rFonts w:ascii="Times New Roman" w:hAnsi="Times New Roman" w:cs="Times New Roman"/>
          <w:sz w:val="28"/>
          <w:szCs w:val="28"/>
          <w:lang w:val="kk-KZ"/>
        </w:rPr>
        <w:t xml:space="preserve"> кеңістігіне толықтай үзіліссіз (комп</w:t>
      </w:r>
      <w:r w:rsidR="00E73F3A" w:rsidRPr="00B439DD">
        <w:rPr>
          <w:rFonts w:ascii="Times New Roman" w:hAnsi="Times New Roman" w:cs="Times New Roman"/>
          <w:sz w:val="28"/>
          <w:szCs w:val="28"/>
          <w:lang w:val="kk-KZ"/>
        </w:rPr>
        <w:t xml:space="preserve">актілі) енгізілуіне байланысты </w:t>
      </w:r>
      <w:r w:rsidR="00A135AE" w:rsidRPr="00B439DD">
        <w:rPr>
          <w:rFonts w:ascii="Times New Roman" w:hAnsi="Times New Roman" w:cs="Times New Roman"/>
          <w:noProof/>
          <w:position w:val="-16"/>
          <w:sz w:val="28"/>
          <w:szCs w:val="28"/>
        </w:rPr>
        <w:drawing>
          <wp:inline distT="0" distB="0" distL="0" distR="0" wp14:anchorId="38EF4523" wp14:editId="78ED1063">
            <wp:extent cx="1414780" cy="250190"/>
            <wp:effectExtent l="0" t="0" r="0" b="0"/>
            <wp:docPr id="2052" name="Рисунок 2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2"/>
                    <pic:cNvPicPr>
                      <a:picLocks noChangeAspect="1" noChangeArrowheads="1"/>
                    </pic:cNvPicPr>
                  </pic:nvPicPr>
                  <pic:blipFill>
                    <a:blip r:embed="rId2821" cstate="print">
                      <a:extLst>
                        <a:ext uri="{28A0092B-C50C-407E-A947-70E740481C1C}">
                          <a14:useLocalDpi xmlns:a14="http://schemas.microsoft.com/office/drawing/2010/main" val="0"/>
                        </a:ext>
                      </a:extLst>
                    </a:blip>
                    <a:srcRect/>
                    <a:stretch>
                      <a:fillRect/>
                    </a:stretch>
                  </pic:blipFill>
                  <pic:spPr bwMode="auto">
                    <a:xfrm>
                      <a:off x="0" y="0"/>
                      <a:ext cx="1414780" cy="250190"/>
                    </a:xfrm>
                    <a:prstGeom prst="rect">
                      <a:avLst/>
                    </a:prstGeom>
                    <a:noFill/>
                    <a:ln>
                      <a:noFill/>
                    </a:ln>
                  </pic:spPr>
                </pic:pic>
              </a:graphicData>
            </a:graphic>
          </wp:inline>
        </w:drawing>
      </w:r>
      <w:r w:rsidRPr="00B439DD">
        <w:rPr>
          <w:rFonts w:ascii="Times New Roman" w:hAnsi="Times New Roman" w:cs="Times New Roman"/>
          <w:sz w:val="28"/>
          <w:szCs w:val="28"/>
          <w:lang w:val="kk-KZ"/>
        </w:rPr>
        <w:t xml:space="preserve">   әлді  </w:t>
      </w:r>
      <w:r w:rsidR="00A135AE" w:rsidRPr="00B439DD">
        <w:rPr>
          <w:rFonts w:ascii="Times New Roman" w:hAnsi="Times New Roman" w:cs="Times New Roman"/>
          <w:noProof/>
          <w:position w:val="-16"/>
          <w:sz w:val="28"/>
          <w:szCs w:val="28"/>
        </w:rPr>
        <w:drawing>
          <wp:inline distT="0" distB="0" distL="0" distR="0" wp14:anchorId="4E3C28F4" wp14:editId="1CEB5B0B">
            <wp:extent cx="539115" cy="250190"/>
            <wp:effectExtent l="0" t="0" r="0" b="0"/>
            <wp:docPr id="2053" name="Рисунок 2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3"/>
                    <pic:cNvPicPr>
                      <a:picLocks noChangeAspect="1" noChangeArrowheads="1"/>
                    </pic:cNvPicPr>
                  </pic:nvPicPr>
                  <pic:blipFill>
                    <a:blip r:embed="rId2822" cstate="print">
                      <a:extLst>
                        <a:ext uri="{28A0092B-C50C-407E-A947-70E740481C1C}">
                          <a14:useLocalDpi xmlns:a14="http://schemas.microsoft.com/office/drawing/2010/main" val="0"/>
                        </a:ext>
                      </a:extLst>
                    </a:blip>
                    <a:srcRect/>
                    <a:stretch>
                      <a:fillRect/>
                    </a:stretch>
                  </pic:blipFill>
                  <pic:spPr bwMode="auto">
                    <a:xfrm>
                      <a:off x="0" y="0"/>
                      <a:ext cx="539115" cy="250190"/>
                    </a:xfrm>
                    <a:prstGeom prst="rect">
                      <a:avLst/>
                    </a:prstGeom>
                    <a:noFill/>
                    <a:ln>
                      <a:noFill/>
                    </a:ln>
                  </pic:spPr>
                </pic:pic>
              </a:graphicData>
            </a:graphic>
          </wp:inline>
        </w:drawing>
      </w:r>
      <w:r w:rsidRPr="00B439DD">
        <w:rPr>
          <w:rFonts w:ascii="Times New Roman" w:hAnsi="Times New Roman" w:cs="Times New Roman"/>
          <w:sz w:val="28"/>
          <w:szCs w:val="28"/>
          <w:lang w:val="kk-KZ"/>
        </w:rPr>
        <w:t xml:space="preserve"> мұндағы </w:t>
      </w:r>
      <w:r w:rsidR="00A135AE" w:rsidRPr="00B439DD">
        <w:rPr>
          <w:rFonts w:ascii="Times New Roman" w:hAnsi="Times New Roman" w:cs="Times New Roman"/>
          <w:noProof/>
          <w:position w:val="-28"/>
          <w:sz w:val="28"/>
          <w:szCs w:val="28"/>
        </w:rPr>
        <w:drawing>
          <wp:inline distT="0" distB="0" distL="0" distR="0" wp14:anchorId="74FBFF4A" wp14:editId="4AB3D147">
            <wp:extent cx="1231900" cy="462280"/>
            <wp:effectExtent l="0" t="0" r="6350" b="0"/>
            <wp:docPr id="2054" name="Рисунок 2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4"/>
                    <pic:cNvPicPr>
                      <a:picLocks noChangeAspect="1" noChangeArrowheads="1"/>
                    </pic:cNvPicPr>
                  </pic:nvPicPr>
                  <pic:blipFill>
                    <a:blip r:embed="rId2823" cstate="print">
                      <a:extLst>
                        <a:ext uri="{28A0092B-C50C-407E-A947-70E740481C1C}">
                          <a14:useLocalDpi xmlns:a14="http://schemas.microsoft.com/office/drawing/2010/main" val="0"/>
                        </a:ext>
                      </a:extLst>
                    </a:blip>
                    <a:srcRect/>
                    <a:stretch>
                      <a:fillRect/>
                    </a:stretch>
                  </pic:blipFill>
                  <pic:spPr bwMode="auto">
                    <a:xfrm>
                      <a:off x="0" y="0"/>
                      <a:ext cx="1231900" cy="462280"/>
                    </a:xfrm>
                    <a:prstGeom prst="rect">
                      <a:avLst/>
                    </a:prstGeom>
                    <a:noFill/>
                    <a:ln>
                      <a:noFill/>
                    </a:ln>
                  </pic:spPr>
                </pic:pic>
              </a:graphicData>
            </a:graphic>
          </wp:inline>
        </w:drawing>
      </w:r>
    </w:p>
    <w:p w14:paraId="5D784D2F" w14:textId="77777777" w:rsidR="004B7CD0" w:rsidRPr="00B439DD" w:rsidRDefault="00E73F3A" w:rsidP="004B7CD0">
      <w:pPr>
        <w:spacing w:after="0" w:line="240" w:lineRule="auto"/>
        <w:jc w:val="both"/>
        <w:rPr>
          <w:rFonts w:ascii="Times New Roman" w:hAnsi="Times New Roman" w:cs="Times New Roman"/>
          <w:position w:val="-12"/>
          <w:sz w:val="28"/>
          <w:szCs w:val="28"/>
          <w:lang w:val="kk-KZ"/>
        </w:rPr>
      </w:pPr>
      <w:r w:rsidRPr="00B439DD">
        <w:rPr>
          <w:rFonts w:ascii="Times New Roman" w:hAnsi="Times New Roman" w:cs="Times New Roman"/>
          <w:position w:val="-12"/>
          <w:sz w:val="28"/>
          <w:szCs w:val="28"/>
          <w:lang w:val="kk-KZ"/>
        </w:rPr>
        <w:t>Бұдан</w:t>
      </w:r>
    </w:p>
    <w:p w14:paraId="6B35F1C4" w14:textId="77777777" w:rsidR="008302D4" w:rsidRPr="00B439DD" w:rsidRDefault="008302D4" w:rsidP="004B7CD0">
      <w:pPr>
        <w:spacing w:after="0" w:line="240" w:lineRule="auto"/>
        <w:jc w:val="both"/>
        <w:rPr>
          <w:rFonts w:ascii="Times New Roman" w:hAnsi="Times New Roman" w:cs="Times New Roman"/>
          <w:position w:val="-12"/>
          <w:sz w:val="28"/>
          <w:szCs w:val="28"/>
          <w:lang w:val="kk-KZ"/>
        </w:rPr>
      </w:pPr>
    </w:p>
    <w:p w14:paraId="0F88E969" w14:textId="77777777" w:rsidR="008302D4" w:rsidRPr="00B439DD" w:rsidRDefault="00A24934" w:rsidP="008302D4">
      <w:pPr>
        <w:spacing w:after="0" w:line="240" w:lineRule="auto"/>
        <w:jc w:val="center"/>
        <w:rPr>
          <w:rFonts w:ascii="Times New Roman" w:hAnsi="Times New Roman" w:cs="Times New Roman"/>
          <w:position w:val="-12"/>
          <w:sz w:val="28"/>
          <w:szCs w:val="28"/>
          <w:lang w:val="kk-KZ"/>
        </w:rPr>
      </w:pPr>
      <w:r w:rsidRPr="00B439DD">
        <w:rPr>
          <w:rFonts w:ascii="Times New Roman" w:hAnsi="Times New Roman" w:cs="Times New Roman"/>
          <w:position w:val="-168"/>
          <w:sz w:val="28"/>
          <w:szCs w:val="28"/>
        </w:rPr>
        <w:object w:dxaOrig="8199" w:dyaOrig="3480" w14:anchorId="027DB43F">
          <v:shape id="_x0000_i2227" type="#_x0000_t75" style="width:413pt;height:174.85pt" o:ole="">
            <v:imagedata r:id="rId2824" o:title=""/>
          </v:shape>
          <o:OLEObject Type="Embed" ProgID="Equation.DSMT4" ShapeID="_x0000_i2227" DrawAspect="Content" ObjectID="_1840332681" r:id="rId2825"/>
        </w:object>
      </w:r>
    </w:p>
    <w:p w14:paraId="126F28B4" w14:textId="77777777" w:rsidR="004B7CD0" w:rsidRPr="00B439DD" w:rsidRDefault="004B7CD0" w:rsidP="004B7CD0">
      <w:pPr>
        <w:spacing w:after="0" w:line="240" w:lineRule="auto"/>
        <w:jc w:val="center"/>
        <w:rPr>
          <w:rFonts w:ascii="Times New Roman" w:hAnsi="Times New Roman" w:cs="Times New Roman"/>
          <w:position w:val="-6"/>
          <w:sz w:val="28"/>
          <w:szCs w:val="28"/>
          <w:lang w:val="kk-KZ"/>
        </w:rPr>
      </w:pPr>
    </w:p>
    <w:p w14:paraId="4D7946C6" w14:textId="77777777" w:rsidR="008302D4" w:rsidRPr="00B439DD" w:rsidRDefault="008302D4" w:rsidP="004B7CD0">
      <w:pPr>
        <w:spacing w:after="0" w:line="240" w:lineRule="auto"/>
        <w:jc w:val="center"/>
        <w:rPr>
          <w:rFonts w:ascii="Times New Roman" w:hAnsi="Times New Roman" w:cs="Times New Roman"/>
          <w:position w:val="-6"/>
          <w:sz w:val="28"/>
          <w:szCs w:val="28"/>
          <w:lang w:val="kk-KZ"/>
        </w:rPr>
      </w:pPr>
      <w:r w:rsidRPr="00B439DD">
        <w:rPr>
          <w:rFonts w:ascii="Times New Roman" w:hAnsi="Times New Roman" w:cs="Times New Roman"/>
          <w:position w:val="-74"/>
          <w:sz w:val="28"/>
          <w:szCs w:val="28"/>
        </w:rPr>
        <w:object w:dxaOrig="6180" w:dyaOrig="1600" w14:anchorId="2B7879D4">
          <v:shape id="_x0000_i2228" type="#_x0000_t75" style="width:310.95pt;height:81.5pt" o:ole="">
            <v:imagedata r:id="rId2826" o:title=""/>
          </v:shape>
          <o:OLEObject Type="Embed" ProgID="Equation.DSMT4" ShapeID="_x0000_i2228" DrawAspect="Content" ObjectID="_1840332682" r:id="rId2827"/>
        </w:object>
      </w:r>
    </w:p>
    <w:p w14:paraId="409CFB69" w14:textId="77777777" w:rsidR="004B7CD0" w:rsidRPr="00B439DD" w:rsidRDefault="004B7CD0" w:rsidP="004B7CD0">
      <w:pPr>
        <w:spacing w:after="0" w:line="240" w:lineRule="auto"/>
        <w:jc w:val="both"/>
        <w:rPr>
          <w:rFonts w:ascii="Times New Roman" w:hAnsi="Times New Roman" w:cs="Times New Roman"/>
          <w:position w:val="-6"/>
          <w:sz w:val="28"/>
          <w:szCs w:val="28"/>
          <w:lang w:val="kk-KZ"/>
        </w:rPr>
      </w:pPr>
    </w:p>
    <w:p w14:paraId="6165D10C" w14:textId="066F96BE" w:rsidR="004B7CD0" w:rsidRPr="00B439DD" w:rsidRDefault="004B7CD0" w:rsidP="004B7CD0">
      <w:pPr>
        <w:spacing w:after="0" w:line="240" w:lineRule="auto"/>
        <w:jc w:val="both"/>
        <w:rPr>
          <w:rFonts w:ascii="Times New Roman" w:hAnsi="Times New Roman" w:cs="Times New Roman"/>
          <w:position w:val="-6"/>
          <w:sz w:val="28"/>
          <w:szCs w:val="28"/>
          <w:lang w:val="kk-KZ"/>
        </w:rPr>
      </w:pPr>
      <w:r w:rsidRPr="00B439DD">
        <w:rPr>
          <w:rFonts w:ascii="Times New Roman" w:hAnsi="Times New Roman" w:cs="Times New Roman"/>
          <w:position w:val="-6"/>
          <w:sz w:val="28"/>
          <w:szCs w:val="28"/>
          <w:lang w:val="kk-KZ"/>
        </w:rPr>
        <w:t xml:space="preserve">Яғни </w:t>
      </w:r>
      <w:r w:rsidR="00A135AE" w:rsidRPr="00B439DD">
        <w:rPr>
          <w:rFonts w:ascii="Times New Roman" w:hAnsi="Times New Roman" w:cs="Times New Roman"/>
          <w:noProof/>
          <w:position w:val="-16"/>
          <w:sz w:val="28"/>
          <w:szCs w:val="28"/>
        </w:rPr>
        <w:drawing>
          <wp:inline distT="0" distB="0" distL="0" distR="0" wp14:anchorId="47E6828C" wp14:editId="25A6AE0B">
            <wp:extent cx="1674495" cy="317500"/>
            <wp:effectExtent l="0" t="0" r="1905" b="6350"/>
            <wp:docPr id="2057" name="Рисунок 2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7"/>
                    <pic:cNvPicPr>
                      <a:picLocks noChangeAspect="1" noChangeArrowheads="1"/>
                    </pic:cNvPicPr>
                  </pic:nvPicPr>
                  <pic:blipFill>
                    <a:blip r:embed="rId2828" cstate="print">
                      <a:extLst>
                        <a:ext uri="{28A0092B-C50C-407E-A947-70E740481C1C}">
                          <a14:useLocalDpi xmlns:a14="http://schemas.microsoft.com/office/drawing/2010/main" val="0"/>
                        </a:ext>
                      </a:extLst>
                    </a:blip>
                    <a:srcRect/>
                    <a:stretch>
                      <a:fillRect/>
                    </a:stretch>
                  </pic:blipFill>
                  <pic:spPr bwMode="auto">
                    <a:xfrm>
                      <a:off x="0" y="0"/>
                      <a:ext cx="1674495" cy="317500"/>
                    </a:xfrm>
                    <a:prstGeom prst="rect">
                      <a:avLst/>
                    </a:prstGeom>
                    <a:noFill/>
                    <a:ln>
                      <a:noFill/>
                    </a:ln>
                  </pic:spPr>
                </pic:pic>
              </a:graphicData>
            </a:graphic>
          </wp:inline>
        </w:drawing>
      </w:r>
      <w:r w:rsidRPr="00B439DD">
        <w:rPr>
          <w:rFonts w:ascii="Times New Roman" w:hAnsi="Times New Roman" w:cs="Times New Roman"/>
          <w:sz w:val="28"/>
          <w:szCs w:val="28"/>
          <w:lang w:val="kk-KZ"/>
        </w:rPr>
        <w:t xml:space="preserve">     әлді  </w:t>
      </w:r>
      <w:r w:rsidR="00A135AE" w:rsidRPr="00B439DD">
        <w:rPr>
          <w:rFonts w:ascii="Times New Roman" w:hAnsi="Times New Roman" w:cs="Times New Roman"/>
          <w:noProof/>
          <w:position w:val="-16"/>
          <w:sz w:val="28"/>
          <w:szCs w:val="28"/>
        </w:rPr>
        <w:drawing>
          <wp:inline distT="0" distB="0" distL="0" distR="0" wp14:anchorId="712B1F1B" wp14:editId="1873048F">
            <wp:extent cx="577215" cy="250190"/>
            <wp:effectExtent l="0" t="0" r="0" b="0"/>
            <wp:docPr id="2058" name="Рисунок 2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8"/>
                    <pic:cNvPicPr>
                      <a:picLocks noChangeAspect="1" noChangeArrowheads="1"/>
                    </pic:cNvPicPr>
                  </pic:nvPicPr>
                  <pic:blipFill>
                    <a:blip r:embed="rId2829" cstate="print">
                      <a:extLst>
                        <a:ext uri="{28A0092B-C50C-407E-A947-70E740481C1C}">
                          <a14:useLocalDpi xmlns:a14="http://schemas.microsoft.com/office/drawing/2010/main" val="0"/>
                        </a:ext>
                      </a:extLst>
                    </a:blip>
                    <a:srcRect/>
                    <a:stretch>
                      <a:fillRect/>
                    </a:stretch>
                  </pic:blipFill>
                  <pic:spPr bwMode="auto">
                    <a:xfrm>
                      <a:off x="0" y="0"/>
                      <a:ext cx="577215" cy="250190"/>
                    </a:xfrm>
                    <a:prstGeom prst="rect">
                      <a:avLst/>
                    </a:prstGeom>
                    <a:noFill/>
                    <a:ln>
                      <a:noFill/>
                    </a:ln>
                  </pic:spPr>
                </pic:pic>
              </a:graphicData>
            </a:graphic>
          </wp:inline>
        </w:drawing>
      </w:r>
      <w:r w:rsidRPr="00B439DD">
        <w:rPr>
          <w:rFonts w:ascii="Times New Roman" w:hAnsi="Times New Roman" w:cs="Times New Roman"/>
          <w:sz w:val="28"/>
          <w:szCs w:val="28"/>
          <w:lang w:val="kk-KZ"/>
        </w:rPr>
        <w:t xml:space="preserve"> мұндағы  </w:t>
      </w:r>
      <w:r w:rsidR="00A135AE" w:rsidRPr="00B439DD">
        <w:rPr>
          <w:rFonts w:ascii="Times New Roman" w:hAnsi="Times New Roman" w:cs="Times New Roman"/>
          <w:noProof/>
          <w:position w:val="-34"/>
          <w:sz w:val="28"/>
          <w:szCs w:val="28"/>
        </w:rPr>
        <w:drawing>
          <wp:inline distT="0" distB="0" distL="0" distR="0" wp14:anchorId="1E553E61" wp14:editId="62566557">
            <wp:extent cx="817880" cy="500380"/>
            <wp:effectExtent l="0" t="0" r="1270" b="0"/>
            <wp:docPr id="2059" name="Рисунок 2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9"/>
                    <pic:cNvPicPr>
                      <a:picLocks noChangeAspect="1" noChangeArrowheads="1"/>
                    </pic:cNvPicPr>
                  </pic:nvPicPr>
                  <pic:blipFill>
                    <a:blip r:embed="rId2830" cstate="print">
                      <a:extLst>
                        <a:ext uri="{28A0092B-C50C-407E-A947-70E740481C1C}">
                          <a14:useLocalDpi xmlns:a14="http://schemas.microsoft.com/office/drawing/2010/main" val="0"/>
                        </a:ext>
                      </a:extLst>
                    </a:blip>
                    <a:srcRect/>
                    <a:stretch>
                      <a:fillRect/>
                    </a:stretch>
                  </pic:blipFill>
                  <pic:spPr bwMode="auto">
                    <a:xfrm>
                      <a:off x="0" y="0"/>
                      <a:ext cx="817880" cy="500380"/>
                    </a:xfrm>
                    <a:prstGeom prst="rect">
                      <a:avLst/>
                    </a:prstGeom>
                    <a:noFill/>
                    <a:ln>
                      <a:noFill/>
                    </a:ln>
                  </pic:spPr>
                </pic:pic>
              </a:graphicData>
            </a:graphic>
          </wp:inline>
        </w:drawing>
      </w:r>
    </w:p>
    <w:p w14:paraId="1A119466" w14:textId="44441D24" w:rsidR="004B7CD0" w:rsidRPr="00B439DD" w:rsidRDefault="000B1F37" w:rsidP="004B7CD0">
      <w:pPr>
        <w:spacing w:after="0" w:line="240" w:lineRule="auto"/>
        <w:jc w:val="both"/>
        <w:rPr>
          <w:rFonts w:ascii="Times New Roman" w:hAnsi="Times New Roman" w:cs="Times New Roman"/>
          <w:sz w:val="28"/>
          <w:szCs w:val="28"/>
          <w:lang w:val="kk-KZ"/>
        </w:rPr>
      </w:pPr>
      <w:r w:rsidRPr="00B439DD">
        <w:rPr>
          <w:rFonts w:ascii="Times New Roman" w:hAnsi="Times New Roman" w:cs="Times New Roman"/>
          <w:sz w:val="28"/>
          <w:szCs w:val="28"/>
          <w:lang w:val="kk-KZ"/>
        </w:rPr>
        <w:tab/>
        <w:t>(2.35), (2.31</w:t>
      </w:r>
      <w:r w:rsidR="004B7CD0" w:rsidRPr="00B439DD">
        <w:rPr>
          <w:rFonts w:ascii="Times New Roman" w:hAnsi="Times New Roman" w:cs="Times New Roman"/>
          <w:sz w:val="28"/>
          <w:szCs w:val="28"/>
          <w:lang w:val="kk-KZ"/>
        </w:rPr>
        <w:t xml:space="preserve">), </w:t>
      </w:r>
      <w:r w:rsidRPr="00B439DD">
        <w:rPr>
          <w:rFonts w:ascii="Times New Roman" w:hAnsi="Times New Roman" w:cs="Times New Roman"/>
          <w:sz w:val="28"/>
          <w:szCs w:val="28"/>
          <w:lang w:val="kk-KZ"/>
        </w:rPr>
        <w:t>(2.36</w:t>
      </w:r>
      <w:r w:rsidRPr="00B439DD">
        <w:rPr>
          <w:rFonts w:ascii="Times New Roman" w:hAnsi="Times New Roman" w:cs="Times New Roman"/>
          <w:sz w:val="28"/>
          <w:szCs w:val="28"/>
          <w:vertAlign w:val="subscript"/>
          <w:lang w:val="kk-KZ"/>
        </w:rPr>
        <w:t>0</w:t>
      </w:r>
      <w:r w:rsidRPr="00B439DD">
        <w:rPr>
          <w:rFonts w:ascii="Times New Roman" w:hAnsi="Times New Roman" w:cs="Times New Roman"/>
          <w:sz w:val="28"/>
          <w:szCs w:val="28"/>
          <w:lang w:val="kk-KZ"/>
        </w:rPr>
        <w:t>)</w:t>
      </w:r>
      <w:r w:rsidR="004B7CD0" w:rsidRPr="00B439DD">
        <w:rPr>
          <w:rFonts w:ascii="Times New Roman" w:hAnsi="Times New Roman" w:cs="Times New Roman"/>
          <w:sz w:val="28"/>
          <w:szCs w:val="28"/>
          <w:lang w:val="kk-KZ"/>
        </w:rPr>
        <w:t xml:space="preserve"> шеттік есебінің шешімінің жалғыздығы кері жорумен дәлелденеді, айталық, </w:t>
      </w:r>
      <w:r w:rsidR="00A135AE" w:rsidRPr="00B439DD">
        <w:rPr>
          <w:rFonts w:ascii="Times New Roman" w:hAnsi="Times New Roman" w:cs="Times New Roman"/>
          <w:noProof/>
          <w:position w:val="-12"/>
          <w:sz w:val="28"/>
          <w:szCs w:val="28"/>
        </w:rPr>
        <w:drawing>
          <wp:inline distT="0" distB="0" distL="0" distR="0" wp14:anchorId="0354D960" wp14:editId="5D2F7B13">
            <wp:extent cx="577215" cy="231140"/>
            <wp:effectExtent l="0" t="0" r="0" b="0"/>
            <wp:docPr id="2061" name="Рисунок 2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1"/>
                    <pic:cNvPicPr>
                      <a:picLocks noChangeAspect="1" noChangeArrowheads="1"/>
                    </pic:cNvPicPr>
                  </pic:nvPicPr>
                  <pic:blipFill>
                    <a:blip r:embed="rId2831" cstate="print">
                      <a:extLst>
                        <a:ext uri="{28A0092B-C50C-407E-A947-70E740481C1C}">
                          <a14:useLocalDpi xmlns:a14="http://schemas.microsoft.com/office/drawing/2010/main" val="0"/>
                        </a:ext>
                      </a:extLst>
                    </a:blip>
                    <a:srcRect/>
                    <a:stretch>
                      <a:fillRect/>
                    </a:stretch>
                  </pic:blipFill>
                  <pic:spPr bwMode="auto">
                    <a:xfrm>
                      <a:off x="0" y="0"/>
                      <a:ext cx="577215" cy="231140"/>
                    </a:xfrm>
                    <a:prstGeom prst="rect">
                      <a:avLst/>
                    </a:prstGeom>
                    <a:noFill/>
                    <a:ln>
                      <a:noFill/>
                    </a:ln>
                  </pic:spPr>
                </pic:pic>
              </a:graphicData>
            </a:graphic>
          </wp:inline>
        </w:drawing>
      </w:r>
      <w:r w:rsidR="004B7CD0" w:rsidRPr="00B439DD">
        <w:rPr>
          <w:rFonts w:ascii="Times New Roman" w:hAnsi="Times New Roman" w:cs="Times New Roman"/>
          <w:sz w:val="28"/>
          <w:szCs w:val="28"/>
          <w:lang w:val="kk-KZ"/>
        </w:rPr>
        <w:t xml:space="preserve">және </w:t>
      </w:r>
      <w:r w:rsidR="00A135AE" w:rsidRPr="00B439DD">
        <w:rPr>
          <w:rFonts w:ascii="Times New Roman" w:hAnsi="Times New Roman" w:cs="Times New Roman"/>
          <w:noProof/>
          <w:position w:val="-12"/>
          <w:sz w:val="28"/>
          <w:szCs w:val="28"/>
        </w:rPr>
        <w:drawing>
          <wp:inline distT="0" distB="0" distL="0" distR="0" wp14:anchorId="6923FB88" wp14:editId="1023CC0E">
            <wp:extent cx="577215" cy="231140"/>
            <wp:effectExtent l="0" t="0" r="0" b="0"/>
            <wp:docPr id="2062" name="Рисунок 2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2"/>
                    <pic:cNvPicPr>
                      <a:picLocks noChangeAspect="1" noChangeArrowheads="1"/>
                    </pic:cNvPicPr>
                  </pic:nvPicPr>
                  <pic:blipFill>
                    <a:blip r:embed="rId2832" cstate="print">
                      <a:extLst>
                        <a:ext uri="{28A0092B-C50C-407E-A947-70E740481C1C}">
                          <a14:useLocalDpi xmlns:a14="http://schemas.microsoft.com/office/drawing/2010/main" val="0"/>
                        </a:ext>
                      </a:extLst>
                    </a:blip>
                    <a:srcRect/>
                    <a:stretch>
                      <a:fillRect/>
                    </a:stretch>
                  </pic:blipFill>
                  <pic:spPr bwMode="auto">
                    <a:xfrm>
                      <a:off x="0" y="0"/>
                      <a:ext cx="577215" cy="231140"/>
                    </a:xfrm>
                    <a:prstGeom prst="rect">
                      <a:avLst/>
                    </a:prstGeom>
                    <a:noFill/>
                    <a:ln>
                      <a:noFill/>
                    </a:ln>
                  </pic:spPr>
                </pic:pic>
              </a:graphicData>
            </a:graphic>
          </wp:inline>
        </w:drawing>
      </w:r>
      <w:r w:rsidR="004B7CD0" w:rsidRPr="00B439DD">
        <w:rPr>
          <w:rFonts w:ascii="Times New Roman" w:hAnsi="Times New Roman" w:cs="Times New Roman"/>
          <w:sz w:val="28"/>
          <w:szCs w:val="28"/>
          <w:lang w:val="kk-KZ"/>
        </w:rPr>
        <w:t xml:space="preserve">, екі шешімі бар болсын делік, олардың айырымын </w:t>
      </w:r>
      <w:r w:rsidR="00A135AE" w:rsidRPr="00B439DD">
        <w:rPr>
          <w:rFonts w:ascii="Times New Roman" w:hAnsi="Times New Roman" w:cs="Times New Roman"/>
          <w:noProof/>
          <w:position w:val="-12"/>
          <w:sz w:val="28"/>
          <w:szCs w:val="28"/>
        </w:rPr>
        <w:drawing>
          <wp:inline distT="0" distB="0" distL="0" distR="0" wp14:anchorId="24759170" wp14:editId="4D25F1F8">
            <wp:extent cx="1905635" cy="231140"/>
            <wp:effectExtent l="0" t="0" r="0" b="0"/>
            <wp:docPr id="2063" name="Рисунок 2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3"/>
                    <pic:cNvPicPr>
                      <a:picLocks noChangeAspect="1" noChangeArrowheads="1"/>
                    </pic:cNvPicPr>
                  </pic:nvPicPr>
                  <pic:blipFill>
                    <a:blip r:embed="rId2833" cstate="print">
                      <a:extLst>
                        <a:ext uri="{28A0092B-C50C-407E-A947-70E740481C1C}">
                          <a14:useLocalDpi xmlns:a14="http://schemas.microsoft.com/office/drawing/2010/main" val="0"/>
                        </a:ext>
                      </a:extLst>
                    </a:blip>
                    <a:srcRect/>
                    <a:stretch>
                      <a:fillRect/>
                    </a:stretch>
                  </pic:blipFill>
                  <pic:spPr bwMode="auto">
                    <a:xfrm>
                      <a:off x="0" y="0"/>
                      <a:ext cx="1905635" cy="231140"/>
                    </a:xfrm>
                    <a:prstGeom prst="rect">
                      <a:avLst/>
                    </a:prstGeom>
                    <a:noFill/>
                    <a:ln>
                      <a:noFill/>
                    </a:ln>
                  </pic:spPr>
                </pic:pic>
              </a:graphicData>
            </a:graphic>
          </wp:inline>
        </w:drawing>
      </w:r>
      <w:r w:rsidRPr="00B439DD">
        <w:rPr>
          <w:rFonts w:ascii="Times New Roman" w:hAnsi="Times New Roman" w:cs="Times New Roman"/>
          <w:sz w:val="28"/>
          <w:szCs w:val="28"/>
          <w:lang w:val="kk-KZ"/>
        </w:rPr>
        <w:t xml:space="preserve"> деп белгілеп алайық. Онда (2</w:t>
      </w:r>
      <w:r w:rsidR="004B7CD0" w:rsidRPr="00B439DD">
        <w:rPr>
          <w:rFonts w:ascii="Times New Roman" w:hAnsi="Times New Roman" w:cs="Times New Roman"/>
          <w:sz w:val="28"/>
          <w:szCs w:val="28"/>
          <w:lang w:val="kk-KZ"/>
        </w:rPr>
        <w:t>.</w:t>
      </w:r>
      <w:r w:rsidRPr="00B439DD">
        <w:rPr>
          <w:rFonts w:ascii="Times New Roman" w:hAnsi="Times New Roman" w:cs="Times New Roman"/>
          <w:sz w:val="28"/>
          <w:szCs w:val="28"/>
          <w:lang w:val="kk-KZ"/>
        </w:rPr>
        <w:t>3</w:t>
      </w:r>
      <w:r w:rsidR="004B7CD0" w:rsidRPr="00B439DD">
        <w:rPr>
          <w:rFonts w:ascii="Times New Roman" w:hAnsi="Times New Roman" w:cs="Times New Roman"/>
          <w:sz w:val="28"/>
          <w:szCs w:val="28"/>
          <w:lang w:val="kk-KZ"/>
        </w:rPr>
        <w:t>7) интегралдық теңдігінен:</w:t>
      </w:r>
    </w:p>
    <w:p w14:paraId="2F76DB22" w14:textId="77777777" w:rsidR="004B7CD0" w:rsidRPr="00B439DD" w:rsidRDefault="004B7CD0" w:rsidP="004B7CD0">
      <w:pPr>
        <w:spacing w:after="0" w:line="240" w:lineRule="auto"/>
        <w:jc w:val="both"/>
        <w:rPr>
          <w:rFonts w:ascii="Times New Roman" w:hAnsi="Times New Roman" w:cs="Times New Roman"/>
          <w:sz w:val="28"/>
          <w:szCs w:val="28"/>
          <w:lang w:val="kk-KZ"/>
        </w:rPr>
      </w:pPr>
    </w:p>
    <w:p w14:paraId="7DC1652A" w14:textId="473A69E4" w:rsidR="004B7CD0" w:rsidRPr="00B439DD" w:rsidRDefault="00A135AE" w:rsidP="004B7CD0">
      <w:pPr>
        <w:spacing w:after="0" w:line="240" w:lineRule="auto"/>
        <w:jc w:val="right"/>
        <w:rPr>
          <w:rFonts w:ascii="Times New Roman" w:hAnsi="Times New Roman" w:cs="Times New Roman"/>
          <w:sz w:val="28"/>
          <w:szCs w:val="28"/>
          <w:lang w:val="kk-KZ"/>
        </w:rPr>
      </w:pPr>
      <w:r w:rsidRPr="00B439DD">
        <w:rPr>
          <w:rFonts w:ascii="Times New Roman" w:hAnsi="Times New Roman" w:cs="Times New Roman"/>
          <w:noProof/>
          <w:position w:val="-38"/>
          <w:sz w:val="28"/>
          <w:szCs w:val="28"/>
        </w:rPr>
        <w:drawing>
          <wp:inline distT="0" distB="0" distL="0" distR="0" wp14:anchorId="4D5937EC" wp14:editId="0C78782E">
            <wp:extent cx="4254500" cy="500380"/>
            <wp:effectExtent l="0" t="0" r="0" b="0"/>
            <wp:docPr id="2064" name="Рисунок 2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4"/>
                    <pic:cNvPicPr>
                      <a:picLocks noChangeAspect="1" noChangeArrowheads="1"/>
                    </pic:cNvPicPr>
                  </pic:nvPicPr>
                  <pic:blipFill>
                    <a:blip r:embed="rId2834" cstate="print">
                      <a:extLst>
                        <a:ext uri="{28A0092B-C50C-407E-A947-70E740481C1C}">
                          <a14:useLocalDpi xmlns:a14="http://schemas.microsoft.com/office/drawing/2010/main" val="0"/>
                        </a:ext>
                      </a:extLst>
                    </a:blip>
                    <a:srcRect/>
                    <a:stretch>
                      <a:fillRect/>
                    </a:stretch>
                  </pic:blipFill>
                  <pic:spPr bwMode="auto">
                    <a:xfrm>
                      <a:off x="0" y="0"/>
                      <a:ext cx="4254500" cy="500380"/>
                    </a:xfrm>
                    <a:prstGeom prst="rect">
                      <a:avLst/>
                    </a:prstGeom>
                    <a:noFill/>
                    <a:ln>
                      <a:noFill/>
                    </a:ln>
                  </pic:spPr>
                </pic:pic>
              </a:graphicData>
            </a:graphic>
          </wp:inline>
        </w:drawing>
      </w:r>
      <w:r w:rsidR="000B1F37" w:rsidRPr="00B439DD">
        <w:rPr>
          <w:rFonts w:ascii="Times New Roman" w:hAnsi="Times New Roman" w:cs="Times New Roman"/>
          <w:sz w:val="28"/>
          <w:szCs w:val="28"/>
          <w:lang w:val="kk-KZ"/>
        </w:rPr>
        <w:tab/>
      </w:r>
      <w:r w:rsidR="000B1F37" w:rsidRPr="00B439DD">
        <w:rPr>
          <w:rFonts w:ascii="Times New Roman" w:hAnsi="Times New Roman" w:cs="Times New Roman"/>
          <w:sz w:val="28"/>
          <w:szCs w:val="28"/>
          <w:lang w:val="kk-KZ"/>
        </w:rPr>
        <w:tab/>
      </w:r>
      <w:r w:rsidR="000B1F37" w:rsidRPr="00B439DD">
        <w:rPr>
          <w:rFonts w:ascii="Times New Roman" w:hAnsi="Times New Roman" w:cs="Times New Roman"/>
          <w:sz w:val="28"/>
          <w:szCs w:val="28"/>
          <w:lang w:val="kk-KZ"/>
        </w:rPr>
        <w:tab/>
        <w:t>(2.5</w:t>
      </w:r>
      <w:r w:rsidR="004B7CD0" w:rsidRPr="00B439DD">
        <w:rPr>
          <w:rFonts w:ascii="Times New Roman" w:hAnsi="Times New Roman" w:cs="Times New Roman"/>
          <w:sz w:val="28"/>
          <w:szCs w:val="28"/>
          <w:lang w:val="kk-KZ"/>
        </w:rPr>
        <w:t>1)</w:t>
      </w:r>
    </w:p>
    <w:p w14:paraId="7F52F6D6" w14:textId="77777777" w:rsidR="008302D4" w:rsidRPr="00B439DD" w:rsidRDefault="008302D4" w:rsidP="004B7CD0">
      <w:pPr>
        <w:spacing w:after="0" w:line="240" w:lineRule="auto"/>
        <w:jc w:val="right"/>
        <w:rPr>
          <w:rFonts w:ascii="Times New Roman" w:hAnsi="Times New Roman" w:cs="Times New Roman"/>
          <w:sz w:val="28"/>
          <w:szCs w:val="28"/>
          <w:lang w:val="kk-KZ"/>
        </w:rPr>
      </w:pPr>
    </w:p>
    <w:p w14:paraId="6DC8DDCC" w14:textId="308F0147" w:rsidR="004B7CD0" w:rsidRPr="00B439DD" w:rsidRDefault="004B7CD0" w:rsidP="004B7CD0">
      <w:pPr>
        <w:spacing w:after="0" w:line="240" w:lineRule="auto"/>
        <w:jc w:val="both"/>
        <w:rPr>
          <w:rFonts w:ascii="Times New Roman" w:hAnsi="Times New Roman" w:cs="Times New Roman"/>
          <w:sz w:val="28"/>
          <w:szCs w:val="28"/>
          <w:lang w:val="kk-KZ"/>
        </w:rPr>
      </w:pPr>
      <w:r w:rsidRPr="00B439DD">
        <w:rPr>
          <w:rFonts w:ascii="Times New Roman" w:hAnsi="Times New Roman" w:cs="Times New Roman"/>
          <w:sz w:val="28"/>
          <w:szCs w:val="28"/>
          <w:lang w:val="kk-KZ"/>
        </w:rPr>
        <w:t xml:space="preserve">мұндағы </w:t>
      </w:r>
      <w:r w:rsidR="00A135AE" w:rsidRPr="00B439DD">
        <w:rPr>
          <w:rFonts w:ascii="Times New Roman" w:hAnsi="Times New Roman" w:cs="Times New Roman"/>
          <w:noProof/>
          <w:position w:val="-14"/>
          <w:sz w:val="28"/>
          <w:szCs w:val="28"/>
        </w:rPr>
        <w:drawing>
          <wp:inline distT="0" distB="0" distL="0" distR="0" wp14:anchorId="72C34873" wp14:editId="593F5544">
            <wp:extent cx="914400" cy="288925"/>
            <wp:effectExtent l="0" t="0" r="0" b="0"/>
            <wp:docPr id="2065" name="Рисунок 2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5"/>
                    <pic:cNvPicPr>
                      <a:picLocks noChangeAspect="1" noChangeArrowheads="1"/>
                    </pic:cNvPicPr>
                  </pic:nvPicPr>
                  <pic:blipFill>
                    <a:blip r:embed="rId2835" cstate="print">
                      <a:extLst>
                        <a:ext uri="{28A0092B-C50C-407E-A947-70E740481C1C}">
                          <a14:useLocalDpi xmlns:a14="http://schemas.microsoft.com/office/drawing/2010/main" val="0"/>
                        </a:ext>
                      </a:extLst>
                    </a:blip>
                    <a:srcRect/>
                    <a:stretch>
                      <a:fillRect/>
                    </a:stretch>
                  </pic:blipFill>
                  <pic:spPr bwMode="auto">
                    <a:xfrm>
                      <a:off x="0" y="0"/>
                      <a:ext cx="914400" cy="288925"/>
                    </a:xfrm>
                    <a:prstGeom prst="rect">
                      <a:avLst/>
                    </a:prstGeom>
                    <a:noFill/>
                    <a:ln>
                      <a:noFill/>
                    </a:ln>
                  </pic:spPr>
                </pic:pic>
              </a:graphicData>
            </a:graphic>
          </wp:inline>
        </w:drawing>
      </w:r>
      <w:r w:rsidR="00293DA3">
        <w:rPr>
          <w:rFonts w:ascii="Times New Roman" w:hAnsi="Times New Roman" w:cs="Times New Roman"/>
          <w:sz w:val="28"/>
          <w:szCs w:val="28"/>
          <w:lang w:val="kk-KZ"/>
        </w:rPr>
        <w:t xml:space="preserve">.  </w:t>
      </w:r>
      <w:r w:rsidRPr="00B439DD">
        <w:rPr>
          <w:rFonts w:ascii="Times New Roman" w:hAnsi="Times New Roman" w:cs="Times New Roman"/>
          <w:sz w:val="28"/>
          <w:szCs w:val="28"/>
          <w:lang w:val="kk-KZ"/>
        </w:rPr>
        <w:t xml:space="preserve">Соңғы теңдікке </w:t>
      </w:r>
      <w:r w:rsidR="00A135AE" w:rsidRPr="00B439DD">
        <w:rPr>
          <w:rFonts w:ascii="Times New Roman" w:hAnsi="Times New Roman" w:cs="Times New Roman"/>
          <w:noProof/>
          <w:position w:val="-12"/>
          <w:sz w:val="28"/>
          <w:szCs w:val="28"/>
        </w:rPr>
        <w:drawing>
          <wp:inline distT="0" distB="0" distL="0" distR="0" wp14:anchorId="48BF5D50" wp14:editId="4B870046">
            <wp:extent cx="1145540" cy="231140"/>
            <wp:effectExtent l="0" t="0" r="0" b="0"/>
            <wp:docPr id="2066" name="Рисунок 2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6"/>
                    <pic:cNvPicPr>
                      <a:picLocks noChangeAspect="1" noChangeArrowheads="1"/>
                    </pic:cNvPicPr>
                  </pic:nvPicPr>
                  <pic:blipFill>
                    <a:blip r:embed="rId2836" cstate="print">
                      <a:extLst>
                        <a:ext uri="{28A0092B-C50C-407E-A947-70E740481C1C}">
                          <a14:useLocalDpi xmlns:a14="http://schemas.microsoft.com/office/drawing/2010/main" val="0"/>
                        </a:ext>
                      </a:extLst>
                    </a:blip>
                    <a:srcRect/>
                    <a:stretch>
                      <a:fillRect/>
                    </a:stretch>
                  </pic:blipFill>
                  <pic:spPr bwMode="auto">
                    <a:xfrm>
                      <a:off x="0" y="0"/>
                      <a:ext cx="1145540" cy="231140"/>
                    </a:xfrm>
                    <a:prstGeom prst="rect">
                      <a:avLst/>
                    </a:prstGeom>
                    <a:noFill/>
                    <a:ln>
                      <a:noFill/>
                    </a:ln>
                  </pic:spPr>
                </pic:pic>
              </a:graphicData>
            </a:graphic>
          </wp:inline>
        </w:drawing>
      </w:r>
      <w:r w:rsidRPr="00B439DD">
        <w:rPr>
          <w:rFonts w:ascii="Times New Roman" w:hAnsi="Times New Roman" w:cs="Times New Roman"/>
          <w:sz w:val="28"/>
          <w:szCs w:val="28"/>
          <w:lang w:val="kk-KZ"/>
        </w:rPr>
        <w:t xml:space="preserve"> қояйық:</w:t>
      </w:r>
    </w:p>
    <w:p w14:paraId="4DF1BA91" w14:textId="77777777" w:rsidR="004B7CD0" w:rsidRPr="00B439DD" w:rsidRDefault="004B7CD0" w:rsidP="004B7CD0">
      <w:pPr>
        <w:spacing w:after="0" w:line="240" w:lineRule="auto"/>
        <w:jc w:val="both"/>
        <w:rPr>
          <w:rFonts w:ascii="Times New Roman" w:hAnsi="Times New Roman" w:cs="Times New Roman"/>
          <w:sz w:val="28"/>
          <w:szCs w:val="28"/>
          <w:lang w:val="kk-KZ"/>
        </w:rPr>
      </w:pPr>
    </w:p>
    <w:p w14:paraId="4D8F3666" w14:textId="3C0C3FA8" w:rsidR="004B7CD0" w:rsidRPr="00B439DD" w:rsidRDefault="00A135AE" w:rsidP="004B7CD0">
      <w:pPr>
        <w:spacing w:after="0" w:line="240" w:lineRule="auto"/>
        <w:jc w:val="right"/>
        <w:rPr>
          <w:rFonts w:ascii="Times New Roman" w:hAnsi="Times New Roman" w:cs="Times New Roman"/>
          <w:sz w:val="28"/>
          <w:szCs w:val="28"/>
          <w:lang w:val="kk-KZ"/>
        </w:rPr>
      </w:pPr>
      <w:r w:rsidRPr="00B439DD">
        <w:rPr>
          <w:rFonts w:ascii="Times New Roman" w:hAnsi="Times New Roman" w:cs="Times New Roman"/>
          <w:noProof/>
          <w:position w:val="-62"/>
          <w:sz w:val="28"/>
          <w:szCs w:val="28"/>
        </w:rPr>
        <w:drawing>
          <wp:inline distT="0" distB="0" distL="0" distR="0" wp14:anchorId="706B9183" wp14:editId="657FA6C0">
            <wp:extent cx="3734435" cy="885825"/>
            <wp:effectExtent l="0" t="0" r="0" b="9525"/>
            <wp:docPr id="2067" name="Рисунок 2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7"/>
                    <pic:cNvPicPr>
                      <a:picLocks noChangeAspect="1" noChangeArrowheads="1"/>
                    </pic:cNvPicPr>
                  </pic:nvPicPr>
                  <pic:blipFill>
                    <a:blip r:embed="rId2837" cstate="print">
                      <a:extLst>
                        <a:ext uri="{28A0092B-C50C-407E-A947-70E740481C1C}">
                          <a14:useLocalDpi xmlns:a14="http://schemas.microsoft.com/office/drawing/2010/main" val="0"/>
                        </a:ext>
                      </a:extLst>
                    </a:blip>
                    <a:srcRect/>
                    <a:stretch>
                      <a:fillRect/>
                    </a:stretch>
                  </pic:blipFill>
                  <pic:spPr bwMode="auto">
                    <a:xfrm>
                      <a:off x="0" y="0"/>
                      <a:ext cx="3734435" cy="885825"/>
                    </a:xfrm>
                    <a:prstGeom prst="rect">
                      <a:avLst/>
                    </a:prstGeom>
                    <a:noFill/>
                    <a:ln>
                      <a:noFill/>
                    </a:ln>
                  </pic:spPr>
                </pic:pic>
              </a:graphicData>
            </a:graphic>
          </wp:inline>
        </w:drawing>
      </w:r>
      <w:r w:rsidR="000B1F37" w:rsidRPr="00B439DD">
        <w:rPr>
          <w:rFonts w:ascii="Times New Roman" w:hAnsi="Times New Roman" w:cs="Times New Roman"/>
          <w:sz w:val="28"/>
          <w:szCs w:val="28"/>
          <w:lang w:val="kk-KZ"/>
        </w:rPr>
        <w:tab/>
      </w:r>
      <w:r w:rsidR="000B1F37" w:rsidRPr="00B439DD">
        <w:rPr>
          <w:rFonts w:ascii="Times New Roman" w:hAnsi="Times New Roman" w:cs="Times New Roman"/>
          <w:sz w:val="28"/>
          <w:szCs w:val="28"/>
          <w:lang w:val="kk-KZ"/>
        </w:rPr>
        <w:tab/>
        <w:t>(2.5</w:t>
      </w:r>
      <w:r w:rsidR="004B7CD0" w:rsidRPr="00B439DD">
        <w:rPr>
          <w:rFonts w:ascii="Times New Roman" w:hAnsi="Times New Roman" w:cs="Times New Roman"/>
          <w:sz w:val="28"/>
          <w:szCs w:val="28"/>
          <w:lang w:val="kk-KZ"/>
        </w:rPr>
        <w:t>2)</w:t>
      </w:r>
    </w:p>
    <w:p w14:paraId="0A26CC36" w14:textId="78884BA2" w:rsidR="004B7CD0" w:rsidRPr="00B439DD" w:rsidRDefault="00A135AE" w:rsidP="004B7CD0">
      <w:pPr>
        <w:spacing w:after="0" w:line="240" w:lineRule="auto"/>
        <w:jc w:val="both"/>
        <w:rPr>
          <w:rFonts w:ascii="Times New Roman" w:hAnsi="Times New Roman" w:cs="Times New Roman"/>
          <w:sz w:val="28"/>
          <w:szCs w:val="28"/>
          <w:lang w:val="kk-KZ"/>
        </w:rPr>
      </w:pPr>
      <w:r w:rsidRPr="00B439DD">
        <w:rPr>
          <w:rFonts w:ascii="Times New Roman" w:hAnsi="Times New Roman" w:cs="Times New Roman"/>
          <w:noProof/>
          <w:position w:val="-14"/>
          <w:sz w:val="28"/>
          <w:szCs w:val="28"/>
        </w:rPr>
        <w:drawing>
          <wp:inline distT="0" distB="0" distL="0" distR="0" wp14:anchorId="69BA4B6B" wp14:editId="2B29AAC0">
            <wp:extent cx="529590" cy="317500"/>
            <wp:effectExtent l="0" t="0" r="3810" b="6350"/>
            <wp:docPr id="2068" name="Рисунок 2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8"/>
                    <pic:cNvPicPr>
                      <a:picLocks noChangeAspect="1" noChangeArrowheads="1"/>
                    </pic:cNvPicPr>
                  </pic:nvPicPr>
                  <pic:blipFill>
                    <a:blip r:embed="rId2838" cstate="print">
                      <a:extLst>
                        <a:ext uri="{28A0092B-C50C-407E-A947-70E740481C1C}">
                          <a14:useLocalDpi xmlns:a14="http://schemas.microsoft.com/office/drawing/2010/main" val="0"/>
                        </a:ext>
                      </a:extLst>
                    </a:blip>
                    <a:srcRect/>
                    <a:stretch>
                      <a:fillRect/>
                    </a:stretch>
                  </pic:blipFill>
                  <pic:spPr bwMode="auto">
                    <a:xfrm>
                      <a:off x="0" y="0"/>
                      <a:ext cx="529590" cy="317500"/>
                    </a:xfrm>
                    <a:prstGeom prst="rect">
                      <a:avLst/>
                    </a:prstGeom>
                    <a:noFill/>
                    <a:ln>
                      <a:noFill/>
                    </a:ln>
                  </pic:spPr>
                </pic:pic>
              </a:graphicData>
            </a:graphic>
          </wp:inline>
        </w:drawing>
      </w:r>
      <w:r w:rsidR="004B7CD0" w:rsidRPr="00B439DD">
        <w:rPr>
          <w:rFonts w:ascii="Times New Roman" w:hAnsi="Times New Roman" w:cs="Times New Roman"/>
          <w:sz w:val="28"/>
          <w:szCs w:val="28"/>
          <w:lang w:val="kk-KZ"/>
        </w:rPr>
        <w:t xml:space="preserve"> операторының  монотондылығын ескере отырып, аламыз:</w:t>
      </w:r>
    </w:p>
    <w:p w14:paraId="0D74EF57" w14:textId="77777777" w:rsidR="004B7CD0" w:rsidRPr="00B439DD" w:rsidRDefault="004B7CD0" w:rsidP="004B7CD0">
      <w:pPr>
        <w:spacing w:after="0" w:line="240" w:lineRule="auto"/>
        <w:jc w:val="both"/>
        <w:rPr>
          <w:rFonts w:ascii="Times New Roman" w:hAnsi="Times New Roman" w:cs="Times New Roman"/>
          <w:sz w:val="28"/>
          <w:szCs w:val="28"/>
          <w:lang w:val="kk-KZ"/>
        </w:rPr>
      </w:pPr>
    </w:p>
    <w:p w14:paraId="5A0E872A" w14:textId="77B79CEC" w:rsidR="004B7CD0" w:rsidRPr="00B439DD" w:rsidRDefault="00A135AE" w:rsidP="004B7CD0">
      <w:pPr>
        <w:spacing w:after="0" w:line="240" w:lineRule="auto"/>
        <w:jc w:val="right"/>
        <w:rPr>
          <w:rFonts w:ascii="Times New Roman" w:hAnsi="Times New Roman" w:cs="Times New Roman"/>
          <w:sz w:val="28"/>
          <w:szCs w:val="28"/>
          <w:lang w:val="kk-KZ"/>
        </w:rPr>
      </w:pPr>
      <w:r w:rsidRPr="00B439DD">
        <w:rPr>
          <w:rFonts w:ascii="Times New Roman" w:hAnsi="Times New Roman" w:cs="Times New Roman"/>
          <w:noProof/>
          <w:position w:val="-38"/>
          <w:sz w:val="28"/>
          <w:szCs w:val="28"/>
        </w:rPr>
        <w:drawing>
          <wp:inline distT="0" distB="0" distL="0" distR="0" wp14:anchorId="2AEC3964" wp14:editId="449053AE">
            <wp:extent cx="2771775" cy="462280"/>
            <wp:effectExtent l="0" t="0" r="9525" b="0"/>
            <wp:docPr id="2069" name="Рисунок 2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9"/>
                    <pic:cNvPicPr>
                      <a:picLocks noChangeAspect="1" noChangeArrowheads="1"/>
                    </pic:cNvPicPr>
                  </pic:nvPicPr>
                  <pic:blipFill>
                    <a:blip r:embed="rId2839" cstate="print">
                      <a:extLst>
                        <a:ext uri="{28A0092B-C50C-407E-A947-70E740481C1C}">
                          <a14:useLocalDpi xmlns:a14="http://schemas.microsoft.com/office/drawing/2010/main" val="0"/>
                        </a:ext>
                      </a:extLst>
                    </a:blip>
                    <a:srcRect/>
                    <a:stretch>
                      <a:fillRect/>
                    </a:stretch>
                  </pic:blipFill>
                  <pic:spPr bwMode="auto">
                    <a:xfrm>
                      <a:off x="0" y="0"/>
                      <a:ext cx="2771775" cy="462280"/>
                    </a:xfrm>
                    <a:prstGeom prst="rect">
                      <a:avLst/>
                    </a:prstGeom>
                    <a:noFill/>
                    <a:ln>
                      <a:noFill/>
                    </a:ln>
                  </pic:spPr>
                </pic:pic>
              </a:graphicData>
            </a:graphic>
          </wp:inline>
        </w:drawing>
      </w:r>
      <w:r w:rsidR="004B7CD0" w:rsidRPr="00B439DD">
        <w:rPr>
          <w:rFonts w:ascii="Times New Roman" w:hAnsi="Times New Roman" w:cs="Times New Roman"/>
          <w:sz w:val="28"/>
          <w:szCs w:val="28"/>
          <w:lang w:val="kk-KZ"/>
        </w:rPr>
        <w:tab/>
      </w:r>
      <w:r w:rsidR="004B7CD0" w:rsidRPr="00B439DD">
        <w:rPr>
          <w:rFonts w:ascii="Times New Roman" w:hAnsi="Times New Roman" w:cs="Times New Roman"/>
          <w:sz w:val="28"/>
          <w:szCs w:val="28"/>
          <w:lang w:val="en-US"/>
        </w:rPr>
        <w:tab/>
      </w:r>
      <w:r w:rsidR="000B1F37" w:rsidRPr="00B439DD">
        <w:rPr>
          <w:rFonts w:ascii="Times New Roman" w:hAnsi="Times New Roman" w:cs="Times New Roman"/>
          <w:sz w:val="28"/>
          <w:szCs w:val="28"/>
          <w:lang w:val="kk-KZ"/>
        </w:rPr>
        <w:tab/>
        <w:t>(2.53</w:t>
      </w:r>
      <w:r w:rsidR="004B7CD0" w:rsidRPr="00B439DD">
        <w:rPr>
          <w:rFonts w:ascii="Times New Roman" w:hAnsi="Times New Roman" w:cs="Times New Roman"/>
          <w:sz w:val="28"/>
          <w:szCs w:val="28"/>
          <w:lang w:val="kk-KZ"/>
        </w:rPr>
        <w:t>)</w:t>
      </w:r>
    </w:p>
    <w:p w14:paraId="7A6436B0" w14:textId="77777777" w:rsidR="008302D4" w:rsidRPr="00B439DD" w:rsidRDefault="008302D4" w:rsidP="008302D4">
      <w:pPr>
        <w:spacing w:after="0" w:line="240" w:lineRule="auto"/>
        <w:rPr>
          <w:rFonts w:ascii="Times New Roman" w:hAnsi="Times New Roman" w:cs="Times New Roman"/>
          <w:sz w:val="28"/>
          <w:szCs w:val="28"/>
          <w:lang w:val="kk-KZ"/>
        </w:rPr>
      </w:pPr>
    </w:p>
    <w:p w14:paraId="7192F55F" w14:textId="1E05F542" w:rsidR="004B7CD0" w:rsidRPr="00B439DD" w:rsidRDefault="000B1F37" w:rsidP="004B7CD0">
      <w:pPr>
        <w:spacing w:after="0" w:line="240" w:lineRule="auto"/>
        <w:jc w:val="both"/>
        <w:rPr>
          <w:rFonts w:ascii="Times New Roman" w:hAnsi="Times New Roman" w:cs="Times New Roman"/>
          <w:sz w:val="28"/>
          <w:szCs w:val="28"/>
          <w:lang w:val="kk-KZ"/>
        </w:rPr>
      </w:pPr>
      <w:r w:rsidRPr="00B439DD">
        <w:rPr>
          <w:rFonts w:ascii="Times New Roman" w:hAnsi="Times New Roman" w:cs="Times New Roman"/>
          <w:sz w:val="28"/>
          <w:szCs w:val="28"/>
          <w:lang w:val="kk-KZ"/>
        </w:rPr>
        <w:t>(2.5</w:t>
      </w:r>
      <w:r w:rsidR="004B7CD0" w:rsidRPr="00B439DD">
        <w:rPr>
          <w:rFonts w:ascii="Times New Roman" w:hAnsi="Times New Roman" w:cs="Times New Roman"/>
          <w:sz w:val="28"/>
          <w:szCs w:val="28"/>
          <w:lang w:val="en-US"/>
        </w:rPr>
        <w:t>2</w:t>
      </w:r>
      <w:r w:rsidR="004B7CD0" w:rsidRPr="00B439DD">
        <w:rPr>
          <w:rFonts w:ascii="Times New Roman" w:hAnsi="Times New Roman" w:cs="Times New Roman"/>
          <w:sz w:val="28"/>
          <w:szCs w:val="28"/>
          <w:lang w:val="kk-KZ"/>
        </w:rPr>
        <w:t>)</w:t>
      </w:r>
      <w:r w:rsidR="004B7CD0" w:rsidRPr="00B439DD">
        <w:rPr>
          <w:rFonts w:ascii="Times New Roman" w:hAnsi="Times New Roman" w:cs="Times New Roman"/>
          <w:sz w:val="28"/>
          <w:szCs w:val="28"/>
          <w:lang w:val="en-US"/>
        </w:rPr>
        <w:t xml:space="preserve"> </w:t>
      </w:r>
      <w:r w:rsidRPr="00B439DD">
        <w:rPr>
          <w:rFonts w:ascii="Times New Roman" w:hAnsi="Times New Roman" w:cs="Times New Roman"/>
          <w:sz w:val="28"/>
          <w:szCs w:val="28"/>
          <w:lang w:val="kk-KZ"/>
        </w:rPr>
        <w:t>теңдікте (2.5</w:t>
      </w:r>
      <w:r w:rsidR="004B7CD0" w:rsidRPr="00B439DD">
        <w:rPr>
          <w:rFonts w:ascii="Times New Roman" w:hAnsi="Times New Roman" w:cs="Times New Roman"/>
          <w:sz w:val="28"/>
          <w:szCs w:val="28"/>
          <w:lang w:val="en-US"/>
        </w:rPr>
        <w:t>3</w:t>
      </w:r>
      <w:r w:rsidR="004B7CD0" w:rsidRPr="00B439DD">
        <w:rPr>
          <w:rFonts w:ascii="Times New Roman" w:hAnsi="Times New Roman" w:cs="Times New Roman"/>
          <w:sz w:val="28"/>
          <w:szCs w:val="28"/>
          <w:lang w:val="kk-KZ"/>
        </w:rPr>
        <w:t>) ескерсек:</w:t>
      </w:r>
    </w:p>
    <w:p w14:paraId="2DDC2C08" w14:textId="77777777" w:rsidR="004B7CD0" w:rsidRPr="00B439DD" w:rsidRDefault="004B7CD0" w:rsidP="004B7CD0">
      <w:pPr>
        <w:spacing w:after="0" w:line="240" w:lineRule="auto"/>
        <w:jc w:val="both"/>
        <w:rPr>
          <w:rFonts w:ascii="Times New Roman" w:hAnsi="Times New Roman" w:cs="Times New Roman"/>
          <w:sz w:val="28"/>
          <w:szCs w:val="28"/>
          <w:lang w:val="kk-KZ"/>
        </w:rPr>
      </w:pPr>
    </w:p>
    <w:p w14:paraId="729205BF" w14:textId="022D6A5B" w:rsidR="004B7CD0" w:rsidRPr="00B439DD" w:rsidRDefault="00A135AE" w:rsidP="004B7CD0">
      <w:pPr>
        <w:spacing w:after="0" w:line="240" w:lineRule="auto"/>
        <w:jc w:val="center"/>
        <w:rPr>
          <w:rFonts w:ascii="Times New Roman" w:hAnsi="Times New Roman" w:cs="Times New Roman"/>
          <w:position w:val="-28"/>
          <w:sz w:val="28"/>
          <w:szCs w:val="28"/>
          <w:lang w:val="kk-KZ"/>
        </w:rPr>
      </w:pPr>
      <w:r w:rsidRPr="00B439DD">
        <w:rPr>
          <w:rFonts w:ascii="Times New Roman" w:hAnsi="Times New Roman" w:cs="Times New Roman"/>
          <w:noProof/>
          <w:position w:val="-22"/>
          <w:sz w:val="28"/>
          <w:szCs w:val="28"/>
        </w:rPr>
        <w:drawing>
          <wp:inline distT="0" distB="0" distL="0" distR="0" wp14:anchorId="43626BEC" wp14:editId="49CABFD0">
            <wp:extent cx="3060700" cy="384810"/>
            <wp:effectExtent l="0" t="0" r="6350" b="0"/>
            <wp:docPr id="2070" name="Рисунок 2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0"/>
                    <pic:cNvPicPr>
                      <a:picLocks noChangeAspect="1" noChangeArrowheads="1"/>
                    </pic:cNvPicPr>
                  </pic:nvPicPr>
                  <pic:blipFill>
                    <a:blip r:embed="rId2840" cstate="print">
                      <a:extLst>
                        <a:ext uri="{28A0092B-C50C-407E-A947-70E740481C1C}">
                          <a14:useLocalDpi xmlns:a14="http://schemas.microsoft.com/office/drawing/2010/main" val="0"/>
                        </a:ext>
                      </a:extLst>
                    </a:blip>
                    <a:srcRect/>
                    <a:stretch>
                      <a:fillRect/>
                    </a:stretch>
                  </pic:blipFill>
                  <pic:spPr bwMode="auto">
                    <a:xfrm>
                      <a:off x="0" y="0"/>
                      <a:ext cx="3060700" cy="384810"/>
                    </a:xfrm>
                    <a:prstGeom prst="rect">
                      <a:avLst/>
                    </a:prstGeom>
                    <a:noFill/>
                    <a:ln>
                      <a:noFill/>
                    </a:ln>
                  </pic:spPr>
                </pic:pic>
              </a:graphicData>
            </a:graphic>
          </wp:inline>
        </w:drawing>
      </w:r>
    </w:p>
    <w:p w14:paraId="66F35E3B" w14:textId="77777777" w:rsidR="004B7CD0" w:rsidRPr="00B439DD" w:rsidRDefault="004B7CD0" w:rsidP="008302D4">
      <w:pPr>
        <w:spacing w:after="0" w:line="240" w:lineRule="auto"/>
        <w:rPr>
          <w:rFonts w:ascii="Times New Roman" w:hAnsi="Times New Roman" w:cs="Times New Roman"/>
          <w:sz w:val="28"/>
          <w:szCs w:val="28"/>
          <w:lang w:val="kk-KZ"/>
        </w:rPr>
      </w:pPr>
    </w:p>
    <w:p w14:paraId="4F62D6F6" w14:textId="2C84D106" w:rsidR="004B7CD0" w:rsidRPr="00B439DD" w:rsidRDefault="00A135AE" w:rsidP="00585343">
      <w:pPr>
        <w:spacing w:after="0" w:line="240" w:lineRule="auto"/>
        <w:ind w:firstLine="567"/>
        <w:jc w:val="both"/>
        <w:rPr>
          <w:rFonts w:ascii="Times New Roman" w:hAnsi="Times New Roman" w:cs="Times New Roman"/>
          <w:sz w:val="28"/>
          <w:szCs w:val="28"/>
          <w:lang w:val="kk-KZ"/>
        </w:rPr>
      </w:pPr>
      <w:r w:rsidRPr="00B439DD">
        <w:rPr>
          <w:rFonts w:ascii="Times New Roman" w:hAnsi="Times New Roman" w:cs="Times New Roman"/>
          <w:noProof/>
          <w:position w:val="-12"/>
          <w:sz w:val="28"/>
          <w:szCs w:val="28"/>
        </w:rPr>
        <w:drawing>
          <wp:inline distT="0" distB="0" distL="0" distR="0" wp14:anchorId="31D31839" wp14:editId="0F722904">
            <wp:extent cx="817880" cy="231140"/>
            <wp:effectExtent l="0" t="0" r="1270" b="0"/>
            <wp:docPr id="2071" name="Рисунок 2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1"/>
                    <pic:cNvPicPr>
                      <a:picLocks noChangeAspect="1" noChangeArrowheads="1"/>
                    </pic:cNvPicPr>
                  </pic:nvPicPr>
                  <pic:blipFill>
                    <a:blip r:embed="rId2841" cstate="print">
                      <a:extLst>
                        <a:ext uri="{28A0092B-C50C-407E-A947-70E740481C1C}">
                          <a14:useLocalDpi xmlns:a14="http://schemas.microsoft.com/office/drawing/2010/main" val="0"/>
                        </a:ext>
                      </a:extLst>
                    </a:blip>
                    <a:srcRect/>
                    <a:stretch>
                      <a:fillRect/>
                    </a:stretch>
                  </pic:blipFill>
                  <pic:spPr bwMode="auto">
                    <a:xfrm>
                      <a:off x="0" y="0"/>
                      <a:ext cx="817880" cy="231140"/>
                    </a:xfrm>
                    <a:prstGeom prst="rect">
                      <a:avLst/>
                    </a:prstGeom>
                    <a:noFill/>
                    <a:ln>
                      <a:noFill/>
                    </a:ln>
                  </pic:spPr>
                </pic:pic>
              </a:graphicData>
            </a:graphic>
          </wp:inline>
        </w:drawing>
      </w:r>
      <w:r w:rsidR="004B7CD0" w:rsidRPr="00B439DD">
        <w:rPr>
          <w:rFonts w:ascii="Times New Roman" w:hAnsi="Times New Roman" w:cs="Times New Roman"/>
          <w:sz w:val="28"/>
          <w:szCs w:val="28"/>
          <w:lang w:val="kk-KZ"/>
        </w:rPr>
        <w:t xml:space="preserve"> тең. Бұдан (</w:t>
      </w:r>
      <w:r w:rsidR="000B1F37" w:rsidRPr="00B439DD">
        <w:rPr>
          <w:rFonts w:ascii="Times New Roman" w:hAnsi="Times New Roman" w:cs="Times New Roman"/>
          <w:sz w:val="28"/>
          <w:szCs w:val="28"/>
          <w:lang w:val="kk-KZ"/>
        </w:rPr>
        <w:t>2.3</w:t>
      </w:r>
      <w:r w:rsidR="004B7CD0" w:rsidRPr="00B439DD">
        <w:rPr>
          <w:rFonts w:ascii="Times New Roman" w:hAnsi="Times New Roman" w:cs="Times New Roman"/>
          <w:sz w:val="28"/>
          <w:szCs w:val="28"/>
          <w:lang w:val="kk-KZ"/>
        </w:rPr>
        <w:t>5), (</w:t>
      </w:r>
      <w:r w:rsidR="000B1F37" w:rsidRPr="00B439DD">
        <w:rPr>
          <w:rFonts w:ascii="Times New Roman" w:hAnsi="Times New Roman" w:cs="Times New Roman"/>
          <w:sz w:val="28"/>
          <w:szCs w:val="28"/>
          <w:lang w:val="kk-KZ"/>
        </w:rPr>
        <w:t>2.31</w:t>
      </w:r>
      <w:r w:rsidR="004B7CD0" w:rsidRPr="00B439DD">
        <w:rPr>
          <w:rFonts w:ascii="Times New Roman" w:hAnsi="Times New Roman" w:cs="Times New Roman"/>
          <w:sz w:val="28"/>
          <w:szCs w:val="28"/>
          <w:lang w:val="kk-KZ"/>
        </w:rPr>
        <w:t>),</w:t>
      </w:r>
      <w:r w:rsidR="000B1F37" w:rsidRPr="00B439DD">
        <w:rPr>
          <w:rFonts w:ascii="Times New Roman" w:hAnsi="Times New Roman" w:cs="Times New Roman"/>
          <w:sz w:val="28"/>
          <w:szCs w:val="28"/>
          <w:lang w:val="kk-KZ"/>
        </w:rPr>
        <w:t xml:space="preserve"> (2.36</w:t>
      </w:r>
      <w:r w:rsidR="000B1F37" w:rsidRPr="00B439DD">
        <w:rPr>
          <w:rFonts w:ascii="Times New Roman" w:hAnsi="Times New Roman" w:cs="Times New Roman"/>
          <w:sz w:val="28"/>
          <w:szCs w:val="28"/>
          <w:vertAlign w:val="subscript"/>
          <w:lang w:val="kk-KZ"/>
        </w:rPr>
        <w:t>0</w:t>
      </w:r>
      <w:r w:rsidR="000B1F37" w:rsidRPr="00B439DD">
        <w:rPr>
          <w:rFonts w:ascii="Times New Roman" w:hAnsi="Times New Roman" w:cs="Times New Roman"/>
          <w:sz w:val="28"/>
          <w:szCs w:val="28"/>
          <w:lang w:val="kk-KZ"/>
        </w:rPr>
        <w:t>)</w:t>
      </w:r>
      <w:r w:rsidR="004B7CD0" w:rsidRPr="00B439DD">
        <w:rPr>
          <w:rFonts w:ascii="Times New Roman" w:hAnsi="Times New Roman" w:cs="Times New Roman"/>
          <w:sz w:val="28"/>
          <w:szCs w:val="28"/>
          <w:lang w:val="kk-KZ"/>
        </w:rPr>
        <w:t xml:space="preserve"> ше</w:t>
      </w:r>
      <w:r w:rsidR="00293DA3">
        <w:rPr>
          <w:rFonts w:ascii="Times New Roman" w:hAnsi="Times New Roman" w:cs="Times New Roman"/>
          <w:sz w:val="28"/>
          <w:szCs w:val="28"/>
          <w:lang w:val="kk-KZ"/>
        </w:rPr>
        <w:t>ттік есебінің жалғыздығы шығады.</w:t>
      </w:r>
    </w:p>
    <w:p w14:paraId="546A7DFA" w14:textId="178519CB" w:rsidR="004B7CD0" w:rsidRPr="00585343" w:rsidRDefault="004B7CD0" w:rsidP="00585343">
      <w:pPr>
        <w:spacing w:after="0" w:line="240" w:lineRule="auto"/>
        <w:ind w:firstLine="567"/>
        <w:jc w:val="both"/>
        <w:rPr>
          <w:rFonts w:ascii="Times New Roman" w:hAnsi="Times New Roman" w:cs="Times New Roman"/>
          <w:sz w:val="28"/>
          <w:szCs w:val="28"/>
          <w:lang w:val="kk-KZ"/>
        </w:rPr>
      </w:pPr>
      <w:r w:rsidRPr="00B439DD">
        <w:rPr>
          <w:rFonts w:ascii="Times New Roman" w:hAnsi="Times New Roman" w:cs="Times New Roman"/>
          <w:sz w:val="28"/>
          <w:szCs w:val="28"/>
          <w:lang w:val="kk-KZ"/>
        </w:rPr>
        <w:t>Сонымен, те</w:t>
      </w:r>
      <w:r w:rsidR="00585343">
        <w:rPr>
          <w:rFonts w:ascii="Times New Roman" w:hAnsi="Times New Roman" w:cs="Times New Roman"/>
          <w:sz w:val="28"/>
          <w:szCs w:val="28"/>
          <w:lang w:val="kk-KZ"/>
        </w:rPr>
        <w:t>орема 3.2 толығымен дәлелденді.</w:t>
      </w:r>
    </w:p>
    <w:p w14:paraId="146FBB76" w14:textId="112D7DE4" w:rsidR="004B7CD0" w:rsidRPr="00B439DD" w:rsidRDefault="00A135AE" w:rsidP="004B7CD0">
      <w:pPr>
        <w:spacing w:after="0" w:line="240" w:lineRule="auto"/>
        <w:jc w:val="center"/>
        <w:rPr>
          <w:rFonts w:ascii="Times New Roman" w:hAnsi="Times New Roman" w:cs="Times New Roman"/>
          <w:sz w:val="28"/>
          <w:szCs w:val="28"/>
          <w:lang w:val="en-US"/>
        </w:rPr>
      </w:pPr>
      <w:r w:rsidRPr="00B439DD">
        <w:rPr>
          <w:rFonts w:ascii="Times New Roman" w:hAnsi="Times New Roman" w:cs="Times New Roman"/>
          <w:noProof/>
          <w:position w:val="-16"/>
          <w:sz w:val="28"/>
          <w:szCs w:val="28"/>
        </w:rPr>
        <w:drawing>
          <wp:inline distT="0" distB="0" distL="0" distR="0" wp14:anchorId="7CF5E6E2" wp14:editId="704B3B43">
            <wp:extent cx="3503295" cy="317500"/>
            <wp:effectExtent l="0" t="0" r="1905" b="6350"/>
            <wp:docPr id="2073" name="Рисунок 2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3"/>
                    <pic:cNvPicPr>
                      <a:picLocks noChangeAspect="1" noChangeArrowheads="1"/>
                    </pic:cNvPicPr>
                  </pic:nvPicPr>
                  <pic:blipFill>
                    <a:blip r:embed="rId2842" cstate="print">
                      <a:extLst>
                        <a:ext uri="{28A0092B-C50C-407E-A947-70E740481C1C}">
                          <a14:useLocalDpi xmlns:a14="http://schemas.microsoft.com/office/drawing/2010/main" val="0"/>
                        </a:ext>
                      </a:extLst>
                    </a:blip>
                    <a:srcRect/>
                    <a:stretch>
                      <a:fillRect/>
                    </a:stretch>
                  </pic:blipFill>
                  <pic:spPr bwMode="auto">
                    <a:xfrm>
                      <a:off x="0" y="0"/>
                      <a:ext cx="3503295" cy="317500"/>
                    </a:xfrm>
                    <a:prstGeom prst="rect">
                      <a:avLst/>
                    </a:prstGeom>
                    <a:noFill/>
                    <a:ln>
                      <a:noFill/>
                    </a:ln>
                  </pic:spPr>
                </pic:pic>
              </a:graphicData>
            </a:graphic>
          </wp:inline>
        </w:drawing>
      </w:r>
    </w:p>
    <w:p w14:paraId="1D7756F7" w14:textId="77777777" w:rsidR="004B7CD0" w:rsidRPr="00B439DD" w:rsidRDefault="004B7CD0" w:rsidP="004B7CD0">
      <w:pPr>
        <w:spacing w:after="0" w:line="240" w:lineRule="auto"/>
        <w:jc w:val="both"/>
        <w:rPr>
          <w:rFonts w:ascii="Times New Roman" w:hAnsi="Times New Roman" w:cs="Times New Roman"/>
          <w:sz w:val="28"/>
          <w:szCs w:val="28"/>
          <w:lang w:val="kk-KZ"/>
        </w:rPr>
      </w:pPr>
    </w:p>
    <w:p w14:paraId="065004F2" w14:textId="683B3C03" w:rsidR="004B7CD0" w:rsidRPr="00B439DD" w:rsidRDefault="00A135AE" w:rsidP="00585343">
      <w:pPr>
        <w:spacing w:after="0" w:line="240" w:lineRule="auto"/>
        <w:ind w:firstLine="567"/>
        <w:jc w:val="both"/>
        <w:rPr>
          <w:rFonts w:ascii="Times New Roman" w:hAnsi="Times New Roman" w:cs="Times New Roman"/>
          <w:sz w:val="28"/>
          <w:szCs w:val="28"/>
          <w:lang w:val="kk-KZ"/>
        </w:rPr>
      </w:pPr>
      <w:r w:rsidRPr="00B439DD">
        <w:rPr>
          <w:rFonts w:ascii="Times New Roman" w:hAnsi="Times New Roman" w:cs="Times New Roman"/>
          <w:noProof/>
          <w:position w:val="-4"/>
          <w:sz w:val="28"/>
          <w:szCs w:val="28"/>
        </w:rPr>
        <w:drawing>
          <wp:inline distT="0" distB="0" distL="0" distR="0" wp14:anchorId="00A768F0" wp14:editId="0CDADFE0">
            <wp:extent cx="182880" cy="182880"/>
            <wp:effectExtent l="0" t="0" r="7620" b="7620"/>
            <wp:docPr id="2074" name="Рисунок 2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4"/>
                    <pic:cNvPicPr>
                      <a:picLocks noChangeAspect="1" noChangeArrowheads="1"/>
                    </pic:cNvPicPr>
                  </pic:nvPicPr>
                  <pic:blipFill>
                    <a:blip r:embed="rId2843"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004B7CD0" w:rsidRPr="00B439DD">
        <w:rPr>
          <w:rFonts w:ascii="Times New Roman" w:hAnsi="Times New Roman" w:cs="Times New Roman"/>
          <w:position w:val="-4"/>
          <w:sz w:val="28"/>
          <w:szCs w:val="28"/>
          <w:lang w:val="kk-KZ"/>
        </w:rPr>
        <w:t xml:space="preserve"> </w:t>
      </w:r>
      <w:r w:rsidR="004B7CD0" w:rsidRPr="00B439DD">
        <w:rPr>
          <w:rFonts w:ascii="Times New Roman" w:hAnsi="Times New Roman" w:cs="Times New Roman"/>
          <w:sz w:val="28"/>
          <w:szCs w:val="28"/>
          <w:lang w:val="kk-KZ"/>
        </w:rPr>
        <w:t>жиынының ашықтығы мен тұйықтығын априорлық бағалаудан аламыз. Осы бағалауды алайық.</w:t>
      </w:r>
    </w:p>
    <w:p w14:paraId="46DA68C4" w14:textId="437A32EE" w:rsidR="00514292" w:rsidRPr="00B439DD" w:rsidRDefault="000B1F37" w:rsidP="00585343">
      <w:pPr>
        <w:spacing w:after="0" w:line="240" w:lineRule="auto"/>
        <w:ind w:firstLine="567"/>
        <w:jc w:val="both"/>
        <w:rPr>
          <w:rFonts w:ascii="Times New Roman" w:hAnsi="Times New Roman" w:cs="Times New Roman"/>
          <w:sz w:val="28"/>
          <w:szCs w:val="28"/>
          <w:lang w:val="kk-KZ"/>
        </w:rPr>
      </w:pPr>
      <w:r w:rsidRPr="00B439DD">
        <w:rPr>
          <w:rFonts w:ascii="Times New Roman" w:hAnsi="Times New Roman" w:cs="Times New Roman"/>
          <w:sz w:val="28"/>
          <w:szCs w:val="28"/>
          <w:lang w:val="kk-KZ"/>
        </w:rPr>
        <w:t>(2.3</w:t>
      </w:r>
      <w:r w:rsidR="00514292" w:rsidRPr="00B439DD">
        <w:rPr>
          <w:rFonts w:ascii="Times New Roman" w:hAnsi="Times New Roman" w:cs="Times New Roman"/>
          <w:sz w:val="28"/>
          <w:szCs w:val="28"/>
          <w:lang w:val="kk-KZ"/>
        </w:rPr>
        <w:t xml:space="preserve">5) теңдеуін </w:t>
      </w:r>
      <w:r w:rsidR="00514292" w:rsidRPr="00B439DD">
        <w:rPr>
          <w:rFonts w:ascii="Times New Roman" w:hAnsi="Times New Roman" w:cs="Times New Roman"/>
          <w:position w:val="-14"/>
          <w:sz w:val="28"/>
          <w:szCs w:val="28"/>
        </w:rPr>
        <w:object w:dxaOrig="700" w:dyaOrig="380" w14:anchorId="317163FA">
          <v:shape id="_x0000_i2229" type="#_x0000_t75" style="width:37.2pt;height:22.95pt" o:ole="">
            <v:imagedata r:id="rId2844" o:title=""/>
          </v:shape>
          <o:OLEObject Type="Embed" ProgID="Equation.DSMT4" ShapeID="_x0000_i2229" DrawAspect="Content" ObjectID="_1840332683" r:id="rId2845"/>
        </w:object>
      </w:r>
      <w:r w:rsidR="00514292" w:rsidRPr="00B439DD">
        <w:rPr>
          <w:rFonts w:ascii="Times New Roman" w:hAnsi="Times New Roman" w:cs="Times New Roman"/>
          <w:sz w:val="28"/>
          <w:szCs w:val="28"/>
          <w:lang w:val="kk-KZ"/>
        </w:rPr>
        <w:t xml:space="preserve">   және   </w:t>
      </w:r>
      <w:r w:rsidR="00514292" w:rsidRPr="00B439DD">
        <w:rPr>
          <w:rFonts w:ascii="Times New Roman" w:hAnsi="Times New Roman" w:cs="Times New Roman"/>
          <w:position w:val="-14"/>
          <w:sz w:val="28"/>
          <w:szCs w:val="28"/>
        </w:rPr>
        <w:object w:dxaOrig="840" w:dyaOrig="380" w14:anchorId="66154EC7">
          <v:shape id="_x0000_i2230" type="#_x0000_t75" style="width:43.5pt;height:22.95pt" o:ole="">
            <v:imagedata r:id="rId2846" o:title=""/>
          </v:shape>
          <o:OLEObject Type="Embed" ProgID="Equation.DSMT4" ShapeID="_x0000_i2230" DrawAspect="Content" ObjectID="_1840332684" r:id="rId2847"/>
        </w:object>
      </w:r>
      <w:r w:rsidR="00514292" w:rsidRPr="00B439DD">
        <w:rPr>
          <w:rFonts w:ascii="Times New Roman" w:hAnsi="Times New Roman" w:cs="Times New Roman"/>
          <w:sz w:val="28"/>
          <w:szCs w:val="28"/>
          <w:lang w:val="kk-KZ"/>
        </w:rPr>
        <w:t xml:space="preserve"> функцияларына көбейтіп, сосын, </w:t>
      </w:r>
      <w:r w:rsidR="00514292" w:rsidRPr="00B439DD">
        <w:rPr>
          <w:rFonts w:ascii="Times New Roman" w:hAnsi="Times New Roman" w:cs="Times New Roman"/>
          <w:position w:val="-10"/>
          <w:sz w:val="28"/>
          <w:szCs w:val="28"/>
        </w:rPr>
        <w:object w:dxaOrig="240" w:dyaOrig="320" w14:anchorId="5A7C0F48">
          <v:shape id="_x0000_i2231" type="#_x0000_t75" style="width:15.8pt;height:15.8pt" o:ole="">
            <v:imagedata r:id="rId2848" o:title=""/>
          </v:shape>
          <o:OLEObject Type="Embed" ProgID="Equation.DSMT4" ShapeID="_x0000_i2231" DrawAspect="Content" ObjectID="_1840332685" r:id="rId2849"/>
        </w:object>
      </w:r>
      <w:r w:rsidR="00514292" w:rsidRPr="00B439DD">
        <w:rPr>
          <w:rFonts w:ascii="Times New Roman" w:hAnsi="Times New Roman" w:cs="Times New Roman"/>
          <w:sz w:val="28"/>
          <w:szCs w:val="28"/>
          <w:lang w:val="kk-KZ"/>
        </w:rPr>
        <w:t xml:space="preserve">   цилиндрі бойынша интегралдап, келесі теңдікті аламыз:</w:t>
      </w:r>
    </w:p>
    <w:p w14:paraId="43F21187" w14:textId="77777777" w:rsidR="00514292" w:rsidRPr="00B439DD" w:rsidRDefault="00514292" w:rsidP="00514292">
      <w:pPr>
        <w:spacing w:after="0" w:line="240" w:lineRule="auto"/>
        <w:jc w:val="both"/>
        <w:rPr>
          <w:rFonts w:ascii="Times New Roman" w:hAnsi="Times New Roman" w:cs="Times New Roman"/>
          <w:sz w:val="28"/>
          <w:szCs w:val="28"/>
          <w:lang w:val="kk-KZ"/>
        </w:rPr>
      </w:pPr>
    </w:p>
    <w:p w14:paraId="38973838" w14:textId="42D22768" w:rsidR="00514292" w:rsidRPr="00B439DD" w:rsidRDefault="00514292" w:rsidP="00514292">
      <w:pPr>
        <w:spacing w:after="0" w:line="240" w:lineRule="auto"/>
        <w:jc w:val="right"/>
        <w:rPr>
          <w:rFonts w:ascii="Times New Roman" w:hAnsi="Times New Roman" w:cs="Times New Roman"/>
          <w:sz w:val="28"/>
          <w:szCs w:val="28"/>
          <w:lang w:val="kk-KZ"/>
        </w:rPr>
      </w:pPr>
      <w:r w:rsidRPr="00B439DD">
        <w:rPr>
          <w:rFonts w:ascii="Times New Roman" w:hAnsi="Times New Roman" w:cs="Times New Roman"/>
          <w:position w:val="-64"/>
          <w:sz w:val="28"/>
          <w:szCs w:val="28"/>
        </w:rPr>
        <w:object w:dxaOrig="6440" w:dyaOrig="1400" w14:anchorId="64631D5D">
          <v:shape id="_x0000_i2232" type="#_x0000_t75" style="width:320.45pt;height:1in" o:ole="">
            <v:imagedata r:id="rId2850" o:title=""/>
          </v:shape>
          <o:OLEObject Type="Embed" ProgID="Equation.DSMT4" ShapeID="_x0000_i2232" DrawAspect="Content" ObjectID="_1840332686" r:id="rId2851"/>
        </w:object>
      </w:r>
      <w:r w:rsidR="000B1F37" w:rsidRPr="00B439DD">
        <w:rPr>
          <w:rFonts w:ascii="Times New Roman" w:hAnsi="Times New Roman" w:cs="Times New Roman"/>
          <w:sz w:val="28"/>
          <w:szCs w:val="28"/>
          <w:lang w:val="kk-KZ"/>
        </w:rPr>
        <w:tab/>
      </w:r>
      <w:r w:rsidR="000B1F37" w:rsidRPr="00B439DD">
        <w:rPr>
          <w:rFonts w:ascii="Times New Roman" w:hAnsi="Times New Roman" w:cs="Times New Roman"/>
          <w:sz w:val="28"/>
          <w:szCs w:val="28"/>
          <w:lang w:val="kk-KZ"/>
        </w:rPr>
        <w:tab/>
        <w:t>(2.54</w:t>
      </w:r>
      <w:r w:rsidRPr="00B439DD">
        <w:rPr>
          <w:rFonts w:ascii="Times New Roman" w:hAnsi="Times New Roman" w:cs="Times New Roman"/>
          <w:sz w:val="28"/>
          <w:szCs w:val="28"/>
          <w:lang w:val="kk-KZ"/>
        </w:rPr>
        <w:t>)</w:t>
      </w:r>
    </w:p>
    <w:p w14:paraId="1C547D75" w14:textId="77777777" w:rsidR="00514292" w:rsidRPr="00B439DD" w:rsidRDefault="00514292" w:rsidP="00514292">
      <w:pPr>
        <w:spacing w:after="0" w:line="240" w:lineRule="auto"/>
        <w:rPr>
          <w:rFonts w:ascii="Times New Roman" w:hAnsi="Times New Roman" w:cs="Times New Roman"/>
          <w:sz w:val="28"/>
          <w:szCs w:val="28"/>
          <w:lang w:val="kk-KZ"/>
        </w:rPr>
      </w:pPr>
    </w:p>
    <w:p w14:paraId="705DC56C" w14:textId="1ED19E11" w:rsidR="00514292" w:rsidRPr="00B439DD" w:rsidRDefault="00514292" w:rsidP="00514292">
      <w:pPr>
        <w:spacing w:after="0" w:line="240" w:lineRule="auto"/>
        <w:jc w:val="right"/>
        <w:rPr>
          <w:rFonts w:ascii="Times New Roman" w:hAnsi="Times New Roman" w:cs="Times New Roman"/>
          <w:sz w:val="28"/>
          <w:szCs w:val="28"/>
          <w:lang w:val="kk-KZ"/>
        </w:rPr>
      </w:pPr>
      <w:r w:rsidRPr="00B439DD">
        <w:rPr>
          <w:rFonts w:ascii="Times New Roman" w:hAnsi="Times New Roman" w:cs="Times New Roman"/>
          <w:position w:val="-64"/>
          <w:sz w:val="28"/>
          <w:szCs w:val="28"/>
        </w:rPr>
        <w:object w:dxaOrig="6640" w:dyaOrig="1400" w14:anchorId="496A5B51">
          <v:shape id="_x0000_i2233" type="#_x0000_t75" style="width:329.95pt;height:1in" o:ole="">
            <v:imagedata r:id="rId2852" o:title=""/>
          </v:shape>
          <o:OLEObject Type="Embed" ProgID="Equation.DSMT4" ShapeID="_x0000_i2233" DrawAspect="Content" ObjectID="_1840332687" r:id="rId2853"/>
        </w:object>
      </w:r>
      <w:r w:rsidR="000B1F37" w:rsidRPr="00B439DD">
        <w:rPr>
          <w:rFonts w:ascii="Times New Roman" w:hAnsi="Times New Roman" w:cs="Times New Roman"/>
          <w:sz w:val="28"/>
          <w:szCs w:val="28"/>
          <w:lang w:val="kk-KZ"/>
        </w:rPr>
        <w:tab/>
      </w:r>
      <w:r w:rsidR="000B1F37" w:rsidRPr="00B439DD">
        <w:rPr>
          <w:rFonts w:ascii="Times New Roman" w:hAnsi="Times New Roman" w:cs="Times New Roman"/>
          <w:sz w:val="28"/>
          <w:szCs w:val="28"/>
          <w:lang w:val="kk-KZ"/>
        </w:rPr>
        <w:tab/>
        <w:t>(2.55</w:t>
      </w:r>
      <w:r w:rsidRPr="00B439DD">
        <w:rPr>
          <w:rFonts w:ascii="Times New Roman" w:hAnsi="Times New Roman" w:cs="Times New Roman"/>
          <w:sz w:val="28"/>
          <w:szCs w:val="28"/>
          <w:lang w:val="kk-KZ"/>
        </w:rPr>
        <w:t>)</w:t>
      </w:r>
    </w:p>
    <w:p w14:paraId="586BAADB" w14:textId="77777777" w:rsidR="004B7CD0" w:rsidRPr="00B439DD" w:rsidRDefault="004B7CD0" w:rsidP="00514292">
      <w:pPr>
        <w:spacing w:after="0" w:line="240" w:lineRule="auto"/>
        <w:jc w:val="both"/>
        <w:rPr>
          <w:rFonts w:ascii="Times New Roman" w:hAnsi="Times New Roman" w:cs="Times New Roman"/>
          <w:sz w:val="28"/>
          <w:szCs w:val="28"/>
          <w:lang w:val="kk-KZ"/>
        </w:rPr>
      </w:pPr>
    </w:p>
    <w:p w14:paraId="35867FAE" w14:textId="11F59003" w:rsidR="00514292" w:rsidRPr="00B439DD" w:rsidRDefault="000B1F37" w:rsidP="00585343">
      <w:pPr>
        <w:spacing w:after="0" w:line="240" w:lineRule="auto"/>
        <w:ind w:firstLine="567"/>
        <w:jc w:val="both"/>
        <w:rPr>
          <w:rFonts w:ascii="Times New Roman" w:hAnsi="Times New Roman" w:cs="Times New Roman"/>
          <w:sz w:val="28"/>
          <w:szCs w:val="28"/>
          <w:lang w:val="kk-KZ"/>
        </w:rPr>
      </w:pPr>
      <w:r w:rsidRPr="00B439DD">
        <w:rPr>
          <w:rFonts w:ascii="Times New Roman" w:hAnsi="Times New Roman" w:cs="Times New Roman"/>
          <w:sz w:val="28"/>
          <w:szCs w:val="28"/>
          <w:lang w:val="kk-KZ"/>
        </w:rPr>
        <w:t>(2.53), (2.55</w:t>
      </w:r>
      <w:r w:rsidR="00514292" w:rsidRPr="00B439DD">
        <w:rPr>
          <w:rFonts w:ascii="Times New Roman" w:hAnsi="Times New Roman" w:cs="Times New Roman"/>
          <w:sz w:val="28"/>
          <w:szCs w:val="28"/>
          <w:lang w:val="kk-KZ"/>
        </w:rPr>
        <w:t>) теңдіктерінің оң жағына Гельдер және  Юнг теңсіздіктерін қолданып және теоремадағы шарттарымызды ескере отырып, келесі бағалауларды аламыз:</w:t>
      </w:r>
    </w:p>
    <w:p w14:paraId="03DD142D" w14:textId="77777777" w:rsidR="00514292" w:rsidRPr="00B439DD" w:rsidRDefault="00514292" w:rsidP="00B439DD">
      <w:pPr>
        <w:spacing w:after="0" w:line="240" w:lineRule="auto"/>
        <w:rPr>
          <w:rFonts w:ascii="Times New Roman" w:hAnsi="Times New Roman" w:cs="Times New Roman"/>
          <w:sz w:val="28"/>
          <w:szCs w:val="28"/>
          <w:lang w:val="kk-KZ"/>
        </w:rPr>
      </w:pPr>
    </w:p>
    <w:p w14:paraId="535BAD48" w14:textId="21F79A3F" w:rsidR="00514292" w:rsidRPr="00B439DD" w:rsidRDefault="00514292" w:rsidP="00A24934">
      <w:pPr>
        <w:spacing w:after="0" w:line="240" w:lineRule="auto"/>
        <w:jc w:val="right"/>
        <w:rPr>
          <w:rFonts w:ascii="Times New Roman" w:hAnsi="Times New Roman" w:cs="Times New Roman"/>
          <w:sz w:val="28"/>
          <w:szCs w:val="28"/>
          <w:lang w:val="kk-KZ"/>
        </w:rPr>
      </w:pPr>
      <w:r w:rsidRPr="00B439DD">
        <w:rPr>
          <w:rFonts w:ascii="Times New Roman" w:hAnsi="Times New Roman" w:cs="Times New Roman"/>
          <w:position w:val="-62"/>
          <w:sz w:val="28"/>
          <w:szCs w:val="28"/>
        </w:rPr>
        <w:object w:dxaOrig="5500" w:dyaOrig="1359" w14:anchorId="103E06CC">
          <v:shape id="_x0000_i2234" type="#_x0000_t75" style="width:273.75pt;height:64.9pt" o:ole="">
            <v:imagedata r:id="rId2854" o:title=""/>
          </v:shape>
          <o:OLEObject Type="Embed" ProgID="Equation.DSMT4" ShapeID="_x0000_i2234" DrawAspect="Content" ObjectID="_1840332688" r:id="rId2855"/>
        </w:object>
      </w:r>
      <w:r w:rsidR="00A23729" w:rsidRPr="00B439DD">
        <w:rPr>
          <w:rFonts w:ascii="Times New Roman" w:hAnsi="Times New Roman" w:cs="Times New Roman"/>
          <w:sz w:val="28"/>
          <w:szCs w:val="28"/>
          <w:lang w:val="kk-KZ"/>
        </w:rPr>
        <w:tab/>
      </w:r>
      <w:r w:rsidR="00A23729" w:rsidRPr="00B439DD">
        <w:rPr>
          <w:rFonts w:ascii="Times New Roman" w:hAnsi="Times New Roman" w:cs="Times New Roman"/>
          <w:sz w:val="28"/>
          <w:szCs w:val="28"/>
          <w:lang w:val="kk-KZ"/>
        </w:rPr>
        <w:tab/>
      </w:r>
      <w:r w:rsidR="00A24934">
        <w:rPr>
          <w:rFonts w:ascii="Times New Roman" w:hAnsi="Times New Roman" w:cs="Times New Roman"/>
          <w:sz w:val="28"/>
          <w:szCs w:val="28"/>
          <w:lang w:val="kk-KZ"/>
        </w:rPr>
        <w:t xml:space="preserve">           </w:t>
      </w:r>
      <w:r w:rsidR="00A23729" w:rsidRPr="00B439DD">
        <w:rPr>
          <w:rFonts w:ascii="Times New Roman" w:hAnsi="Times New Roman" w:cs="Times New Roman"/>
          <w:sz w:val="28"/>
          <w:szCs w:val="28"/>
          <w:lang w:val="kk-KZ"/>
        </w:rPr>
        <w:t>(2.56</w:t>
      </w:r>
      <w:r w:rsidRPr="00B439DD">
        <w:rPr>
          <w:rFonts w:ascii="Times New Roman" w:hAnsi="Times New Roman" w:cs="Times New Roman"/>
          <w:sz w:val="28"/>
          <w:szCs w:val="28"/>
          <w:lang w:val="kk-KZ"/>
        </w:rPr>
        <w:t>)</w:t>
      </w:r>
    </w:p>
    <w:p w14:paraId="7F138010" w14:textId="4A2598AD" w:rsidR="00514292" w:rsidRPr="00B439DD" w:rsidRDefault="00514292" w:rsidP="00A24934">
      <w:pPr>
        <w:spacing w:after="0" w:line="240" w:lineRule="auto"/>
        <w:jc w:val="right"/>
        <w:rPr>
          <w:rFonts w:ascii="Times New Roman" w:hAnsi="Times New Roman" w:cs="Times New Roman"/>
          <w:sz w:val="28"/>
          <w:szCs w:val="28"/>
          <w:lang w:val="kk-KZ"/>
        </w:rPr>
      </w:pPr>
      <w:r w:rsidRPr="00B439DD">
        <w:rPr>
          <w:rFonts w:ascii="Times New Roman" w:hAnsi="Times New Roman" w:cs="Times New Roman"/>
          <w:position w:val="-64"/>
          <w:sz w:val="28"/>
          <w:szCs w:val="28"/>
        </w:rPr>
        <w:object w:dxaOrig="5420" w:dyaOrig="1400" w14:anchorId="369787D1">
          <v:shape id="_x0000_i2235" type="#_x0000_t75" style="width:272.2pt;height:1in" o:ole="">
            <v:imagedata r:id="rId2856" o:title=""/>
          </v:shape>
          <o:OLEObject Type="Embed" ProgID="Equation.DSMT4" ShapeID="_x0000_i2235" DrawAspect="Content" ObjectID="_1840332689" r:id="rId2857"/>
        </w:object>
      </w:r>
      <w:r w:rsidR="00A23729" w:rsidRPr="00B439DD">
        <w:rPr>
          <w:rFonts w:ascii="Times New Roman" w:hAnsi="Times New Roman" w:cs="Times New Roman"/>
          <w:sz w:val="28"/>
          <w:szCs w:val="28"/>
          <w:lang w:val="kk-KZ"/>
        </w:rPr>
        <w:tab/>
      </w:r>
      <w:r w:rsidR="00A23729" w:rsidRPr="00B439DD">
        <w:rPr>
          <w:rFonts w:ascii="Times New Roman" w:hAnsi="Times New Roman" w:cs="Times New Roman"/>
          <w:sz w:val="28"/>
          <w:szCs w:val="28"/>
          <w:lang w:val="kk-KZ"/>
        </w:rPr>
        <w:tab/>
      </w:r>
      <w:r w:rsidR="00A24934">
        <w:rPr>
          <w:rFonts w:ascii="Times New Roman" w:hAnsi="Times New Roman" w:cs="Times New Roman"/>
          <w:sz w:val="28"/>
          <w:szCs w:val="28"/>
          <w:lang w:val="kk-KZ"/>
        </w:rPr>
        <w:t xml:space="preserve">           </w:t>
      </w:r>
      <w:r w:rsidR="00A23729" w:rsidRPr="00B439DD">
        <w:rPr>
          <w:rFonts w:ascii="Times New Roman" w:hAnsi="Times New Roman" w:cs="Times New Roman"/>
          <w:sz w:val="28"/>
          <w:szCs w:val="28"/>
          <w:lang w:val="kk-KZ"/>
        </w:rPr>
        <w:t>(2.57</w:t>
      </w:r>
      <w:r w:rsidRPr="00B439DD">
        <w:rPr>
          <w:rFonts w:ascii="Times New Roman" w:hAnsi="Times New Roman" w:cs="Times New Roman"/>
          <w:sz w:val="28"/>
          <w:szCs w:val="28"/>
          <w:lang w:val="kk-KZ"/>
        </w:rPr>
        <w:t>)</w:t>
      </w:r>
    </w:p>
    <w:p w14:paraId="2A24EF02" w14:textId="77777777" w:rsidR="004B7CD0" w:rsidRPr="00B439DD" w:rsidRDefault="004B7CD0" w:rsidP="00B439DD">
      <w:pPr>
        <w:spacing w:after="0" w:line="240" w:lineRule="auto"/>
        <w:rPr>
          <w:rFonts w:ascii="Times New Roman" w:hAnsi="Times New Roman" w:cs="Times New Roman"/>
          <w:sz w:val="28"/>
          <w:szCs w:val="28"/>
          <w:lang w:val="kk-KZ"/>
        </w:rPr>
      </w:pPr>
    </w:p>
    <w:p w14:paraId="65F1E9AE" w14:textId="68CB8563" w:rsidR="004B7CD0" w:rsidRPr="00B439DD" w:rsidRDefault="004B7CD0" w:rsidP="00293DA3">
      <w:pPr>
        <w:spacing w:after="0" w:line="240" w:lineRule="auto"/>
        <w:ind w:firstLine="708"/>
        <w:jc w:val="both"/>
        <w:rPr>
          <w:rFonts w:ascii="Times New Roman" w:hAnsi="Times New Roman" w:cs="Times New Roman"/>
          <w:sz w:val="28"/>
          <w:szCs w:val="28"/>
          <w:lang w:val="kk-KZ"/>
        </w:rPr>
      </w:pPr>
      <w:r w:rsidRPr="00B439DD">
        <w:rPr>
          <w:rFonts w:ascii="Times New Roman" w:hAnsi="Times New Roman" w:cs="Times New Roman"/>
          <w:sz w:val="28"/>
          <w:szCs w:val="28"/>
          <w:lang w:val="kk-KZ"/>
        </w:rPr>
        <w:t>Дәл осылайша, (</w:t>
      </w:r>
      <w:r w:rsidR="00A23729" w:rsidRPr="00B439DD">
        <w:rPr>
          <w:rFonts w:ascii="Times New Roman" w:hAnsi="Times New Roman" w:cs="Times New Roman"/>
          <w:sz w:val="28"/>
          <w:szCs w:val="28"/>
          <w:lang w:val="kk-KZ"/>
        </w:rPr>
        <w:t>2.3</w:t>
      </w:r>
      <w:r w:rsidRPr="00B439DD">
        <w:rPr>
          <w:rFonts w:ascii="Times New Roman" w:hAnsi="Times New Roman" w:cs="Times New Roman"/>
          <w:sz w:val="28"/>
          <w:szCs w:val="28"/>
          <w:lang w:val="kk-KZ"/>
        </w:rPr>
        <w:t xml:space="preserve">5) теңдеуді </w:t>
      </w:r>
      <w:r w:rsidR="00A135AE" w:rsidRPr="00B439DD">
        <w:rPr>
          <w:rFonts w:ascii="Times New Roman" w:hAnsi="Times New Roman" w:cs="Times New Roman"/>
          <w:noProof/>
          <w:position w:val="-16"/>
          <w:sz w:val="28"/>
          <w:szCs w:val="28"/>
        </w:rPr>
        <w:drawing>
          <wp:inline distT="0" distB="0" distL="0" distR="0" wp14:anchorId="6E42303E" wp14:editId="5E9DC2A3">
            <wp:extent cx="414020" cy="250190"/>
            <wp:effectExtent l="0" t="0" r="5080" b="0"/>
            <wp:docPr id="2082" name="Рисунок 2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2"/>
                    <pic:cNvPicPr>
                      <a:picLocks noChangeAspect="1" noChangeArrowheads="1"/>
                    </pic:cNvPicPr>
                  </pic:nvPicPr>
                  <pic:blipFill>
                    <a:blip r:embed="rId2858" cstate="print">
                      <a:extLst>
                        <a:ext uri="{28A0092B-C50C-407E-A947-70E740481C1C}">
                          <a14:useLocalDpi xmlns:a14="http://schemas.microsoft.com/office/drawing/2010/main" val="0"/>
                        </a:ext>
                      </a:extLst>
                    </a:blip>
                    <a:srcRect/>
                    <a:stretch>
                      <a:fillRect/>
                    </a:stretch>
                  </pic:blipFill>
                  <pic:spPr bwMode="auto">
                    <a:xfrm>
                      <a:off x="0" y="0"/>
                      <a:ext cx="414020" cy="250190"/>
                    </a:xfrm>
                    <a:prstGeom prst="rect">
                      <a:avLst/>
                    </a:prstGeom>
                    <a:noFill/>
                    <a:ln>
                      <a:noFill/>
                    </a:ln>
                  </pic:spPr>
                </pic:pic>
              </a:graphicData>
            </a:graphic>
          </wp:inline>
        </w:drawing>
      </w:r>
      <w:r w:rsidRPr="00B439DD">
        <w:rPr>
          <w:rFonts w:ascii="Times New Roman" w:hAnsi="Times New Roman" w:cs="Times New Roman"/>
          <w:sz w:val="28"/>
          <w:szCs w:val="28"/>
          <w:lang w:val="kk-KZ"/>
        </w:rPr>
        <w:t xml:space="preserve"> және </w:t>
      </w:r>
      <w:r w:rsidR="00A135AE" w:rsidRPr="00B439DD">
        <w:rPr>
          <w:rFonts w:ascii="Times New Roman" w:hAnsi="Times New Roman" w:cs="Times New Roman"/>
          <w:noProof/>
          <w:position w:val="-16"/>
          <w:sz w:val="28"/>
          <w:szCs w:val="28"/>
        </w:rPr>
        <w:drawing>
          <wp:inline distT="0" distB="0" distL="0" distR="0" wp14:anchorId="7C41BA1F" wp14:editId="16D9C369">
            <wp:extent cx="529590" cy="250190"/>
            <wp:effectExtent l="0" t="0" r="3810" b="0"/>
            <wp:docPr id="2083" name="Рисунок 2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3"/>
                    <pic:cNvPicPr>
                      <a:picLocks noChangeAspect="1" noChangeArrowheads="1"/>
                    </pic:cNvPicPr>
                  </pic:nvPicPr>
                  <pic:blipFill>
                    <a:blip r:embed="rId2859" cstate="print">
                      <a:extLst>
                        <a:ext uri="{28A0092B-C50C-407E-A947-70E740481C1C}">
                          <a14:useLocalDpi xmlns:a14="http://schemas.microsoft.com/office/drawing/2010/main" val="0"/>
                        </a:ext>
                      </a:extLst>
                    </a:blip>
                    <a:srcRect/>
                    <a:stretch>
                      <a:fillRect/>
                    </a:stretch>
                  </pic:blipFill>
                  <pic:spPr bwMode="auto">
                    <a:xfrm>
                      <a:off x="0" y="0"/>
                      <a:ext cx="529590" cy="250190"/>
                    </a:xfrm>
                    <a:prstGeom prst="rect">
                      <a:avLst/>
                    </a:prstGeom>
                    <a:noFill/>
                    <a:ln>
                      <a:noFill/>
                    </a:ln>
                  </pic:spPr>
                </pic:pic>
              </a:graphicData>
            </a:graphic>
          </wp:inline>
        </w:drawing>
      </w:r>
      <w:r w:rsidRPr="00B439DD">
        <w:rPr>
          <w:rFonts w:ascii="Times New Roman" w:hAnsi="Times New Roman" w:cs="Times New Roman"/>
          <w:sz w:val="28"/>
          <w:szCs w:val="28"/>
          <w:lang w:val="kk-KZ"/>
        </w:rPr>
        <w:t xml:space="preserve"> функцияларына </w:t>
      </w:r>
      <w:r w:rsidR="00A135AE" w:rsidRPr="00B439DD">
        <w:rPr>
          <w:rFonts w:ascii="Times New Roman" w:hAnsi="Times New Roman" w:cs="Times New Roman"/>
          <w:noProof/>
          <w:position w:val="-12"/>
          <w:sz w:val="28"/>
          <w:szCs w:val="28"/>
        </w:rPr>
        <w:drawing>
          <wp:inline distT="0" distB="0" distL="0" distR="0" wp14:anchorId="008E445B" wp14:editId="5FCBE365">
            <wp:extent cx="462280" cy="231140"/>
            <wp:effectExtent l="0" t="0" r="0" b="0"/>
            <wp:docPr id="2084" name="Рисунок 2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4"/>
                    <pic:cNvPicPr>
                      <a:picLocks noChangeAspect="1" noChangeArrowheads="1"/>
                    </pic:cNvPicPr>
                  </pic:nvPicPr>
                  <pic:blipFill>
                    <a:blip r:embed="rId2860" cstate="print">
                      <a:extLst>
                        <a:ext uri="{28A0092B-C50C-407E-A947-70E740481C1C}">
                          <a14:useLocalDpi xmlns:a14="http://schemas.microsoft.com/office/drawing/2010/main" val="0"/>
                        </a:ext>
                      </a:extLst>
                    </a:blip>
                    <a:srcRect/>
                    <a:stretch>
                      <a:fillRect/>
                    </a:stretch>
                  </pic:blipFill>
                  <pic:spPr bwMode="auto">
                    <a:xfrm>
                      <a:off x="0" y="0"/>
                      <a:ext cx="462280" cy="231140"/>
                    </a:xfrm>
                    <a:prstGeom prst="rect">
                      <a:avLst/>
                    </a:prstGeom>
                    <a:noFill/>
                    <a:ln>
                      <a:noFill/>
                    </a:ln>
                  </pic:spPr>
                </pic:pic>
              </a:graphicData>
            </a:graphic>
          </wp:inline>
        </w:drawing>
      </w:r>
      <w:r w:rsidRPr="00B439DD">
        <w:rPr>
          <w:rFonts w:ascii="Times New Roman" w:hAnsi="Times New Roman" w:cs="Times New Roman"/>
          <w:sz w:val="28"/>
          <w:szCs w:val="28"/>
          <w:lang w:val="kk-KZ"/>
        </w:rPr>
        <w:t>-</w:t>
      </w:r>
      <w:r w:rsidR="00A23729" w:rsidRPr="00B439DD">
        <w:rPr>
          <w:rFonts w:ascii="Times New Roman" w:hAnsi="Times New Roman" w:cs="Times New Roman"/>
          <w:sz w:val="28"/>
          <w:szCs w:val="28"/>
          <w:lang w:val="kk-KZ"/>
        </w:rPr>
        <w:t>де скаляр көбейте отырып және (2.</w:t>
      </w:r>
      <w:r w:rsidRPr="00B439DD">
        <w:rPr>
          <w:rFonts w:ascii="Times New Roman" w:hAnsi="Times New Roman" w:cs="Times New Roman"/>
          <w:sz w:val="28"/>
          <w:szCs w:val="28"/>
          <w:lang w:val="kk-KZ"/>
        </w:rPr>
        <w:t>5</w:t>
      </w:r>
      <w:r w:rsidR="00A23729" w:rsidRPr="00B439DD">
        <w:rPr>
          <w:rFonts w:ascii="Times New Roman" w:hAnsi="Times New Roman" w:cs="Times New Roman"/>
          <w:sz w:val="28"/>
          <w:szCs w:val="28"/>
          <w:lang w:val="kk-KZ"/>
        </w:rPr>
        <w:t>6) және (2.57) бағалауларын ескеріп</w:t>
      </w:r>
      <w:r w:rsidRPr="00B439DD">
        <w:rPr>
          <w:rFonts w:ascii="Times New Roman" w:hAnsi="Times New Roman" w:cs="Times New Roman"/>
          <w:sz w:val="28"/>
          <w:szCs w:val="28"/>
          <w:lang w:val="kk-KZ"/>
        </w:rPr>
        <w:t xml:space="preserve"> </w:t>
      </w:r>
      <w:r w:rsidR="00A135AE" w:rsidRPr="00B439DD">
        <w:rPr>
          <w:rFonts w:ascii="Times New Roman" w:hAnsi="Times New Roman" w:cs="Times New Roman"/>
          <w:noProof/>
          <w:position w:val="-12"/>
          <w:sz w:val="28"/>
          <w:szCs w:val="28"/>
        </w:rPr>
        <w:drawing>
          <wp:inline distT="0" distB="0" distL="0" distR="0" wp14:anchorId="6CE10BBB" wp14:editId="421202DD">
            <wp:extent cx="529590" cy="231140"/>
            <wp:effectExtent l="0" t="0" r="0" b="0"/>
            <wp:docPr id="2085" name="Рисунок 2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5"/>
                    <pic:cNvPicPr>
                      <a:picLocks noChangeAspect="1" noChangeArrowheads="1"/>
                    </pic:cNvPicPr>
                  </pic:nvPicPr>
                  <pic:blipFill>
                    <a:blip r:embed="rId2861" cstate="print">
                      <a:extLst>
                        <a:ext uri="{28A0092B-C50C-407E-A947-70E740481C1C}">
                          <a14:useLocalDpi xmlns:a14="http://schemas.microsoft.com/office/drawing/2010/main" val="0"/>
                        </a:ext>
                      </a:extLst>
                    </a:blip>
                    <a:srcRect/>
                    <a:stretch>
                      <a:fillRect/>
                    </a:stretch>
                  </pic:blipFill>
                  <pic:spPr bwMode="auto">
                    <a:xfrm>
                      <a:off x="0" y="0"/>
                      <a:ext cx="529590" cy="231140"/>
                    </a:xfrm>
                    <a:prstGeom prst="rect">
                      <a:avLst/>
                    </a:prstGeom>
                    <a:noFill/>
                    <a:ln>
                      <a:noFill/>
                    </a:ln>
                  </pic:spPr>
                </pic:pic>
              </a:graphicData>
            </a:graphic>
          </wp:inline>
        </w:drawing>
      </w:r>
      <w:r w:rsidR="00A23729" w:rsidRPr="00B439DD">
        <w:rPr>
          <w:rFonts w:ascii="Times New Roman" w:hAnsi="Times New Roman" w:cs="Times New Roman"/>
          <w:sz w:val="28"/>
          <w:szCs w:val="28"/>
          <w:lang w:val="kk-KZ"/>
        </w:rPr>
        <w:t xml:space="preserve"> </w:t>
      </w:r>
      <w:r w:rsidRPr="00B439DD">
        <w:rPr>
          <w:rFonts w:ascii="Times New Roman" w:hAnsi="Times New Roman" w:cs="Times New Roman"/>
          <w:sz w:val="28"/>
          <w:szCs w:val="28"/>
          <w:lang w:val="kk-KZ"/>
        </w:rPr>
        <w:t>функциясы үшін бағалауын аламыз:</w:t>
      </w:r>
    </w:p>
    <w:p w14:paraId="1F5EF3D3" w14:textId="77777777" w:rsidR="00A24934" w:rsidRDefault="00A24934" w:rsidP="00B439DD">
      <w:pPr>
        <w:spacing w:after="0" w:line="240" w:lineRule="auto"/>
        <w:jc w:val="right"/>
        <w:rPr>
          <w:rFonts w:ascii="Times New Roman" w:hAnsi="Times New Roman" w:cs="Times New Roman"/>
          <w:sz w:val="28"/>
          <w:szCs w:val="28"/>
          <w:lang w:val="kk-KZ"/>
        </w:rPr>
      </w:pPr>
    </w:p>
    <w:p w14:paraId="0C9E9CC5" w14:textId="750B1881" w:rsidR="004B7CD0" w:rsidRPr="00B439DD" w:rsidRDefault="004B7CD0" w:rsidP="00A24934">
      <w:pPr>
        <w:spacing w:after="0" w:line="240" w:lineRule="auto"/>
        <w:jc w:val="right"/>
        <w:rPr>
          <w:rFonts w:ascii="Times New Roman" w:hAnsi="Times New Roman" w:cs="Times New Roman"/>
          <w:sz w:val="28"/>
          <w:szCs w:val="28"/>
          <w:lang w:val="kk-KZ"/>
        </w:rPr>
      </w:pPr>
      <m:oMath>
        <m:r>
          <w:rPr>
            <w:rFonts w:ascii="Cambria Math" w:hAnsi="Cambria Math" w:cs="Times New Roman"/>
            <w:sz w:val="28"/>
            <w:szCs w:val="28"/>
            <w:lang w:val="kk-KZ"/>
          </w:rPr>
          <m:t>ε</m:t>
        </m:r>
        <m:nary>
          <m:naryPr>
            <m:supHide m:val="1"/>
            <m:ctrlPr>
              <w:rPr>
                <w:rFonts w:ascii="Cambria Math" w:hAnsi="Cambria Math" w:cs="Times New Roman"/>
                <w:i/>
                <w:sz w:val="28"/>
                <w:szCs w:val="28"/>
              </w:rPr>
            </m:ctrlPr>
          </m:naryPr>
          <m:sub>
            <m:r>
              <w:rPr>
                <w:rFonts w:ascii="Cambria Math" w:hAnsi="Cambria Math" w:cs="Times New Roman"/>
                <w:sz w:val="28"/>
                <w:szCs w:val="28"/>
                <w:lang w:val="kk-KZ"/>
              </w:rPr>
              <m:t>Q</m:t>
            </m:r>
          </m:sub>
          <m:sup/>
          <m:e>
            <m:sSup>
              <m:sSupPr>
                <m:ctrlPr>
                  <w:rPr>
                    <w:rFonts w:ascii="Cambria Math" w:hAnsi="Cambria Math" w:cs="Times New Roman"/>
                    <w:i/>
                    <w:sz w:val="28"/>
                    <w:szCs w:val="28"/>
                  </w:rPr>
                </m:ctrlPr>
              </m:sSupPr>
              <m:e>
                <m:d>
                  <m:dPr>
                    <m:begChr m:val="|"/>
                    <m:endChr m:val="|"/>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lang w:val="kk-KZ"/>
                          </w:rPr>
                          <m:t>Δ</m:t>
                        </m:r>
                      </m:e>
                      <m:sub>
                        <m:r>
                          <w:rPr>
                            <w:rFonts w:ascii="Cambria Math" w:hAnsi="Cambria Math" w:cs="Times New Roman"/>
                            <w:sz w:val="28"/>
                            <w:szCs w:val="28"/>
                            <w:lang w:val="kk-KZ"/>
                          </w:rPr>
                          <m:t>y</m:t>
                        </m:r>
                      </m:sub>
                    </m:sSub>
                    <m:sSub>
                      <m:sSubPr>
                        <m:ctrlPr>
                          <w:rPr>
                            <w:rFonts w:ascii="Cambria Math" w:hAnsi="Cambria Math" w:cs="Times New Roman"/>
                            <w:i/>
                            <w:sz w:val="28"/>
                            <w:szCs w:val="28"/>
                          </w:rPr>
                        </m:ctrlPr>
                      </m:sSubPr>
                      <m:e>
                        <m:r>
                          <w:rPr>
                            <w:rFonts w:ascii="Cambria Math" w:hAnsi="Cambria Math" w:cs="Times New Roman"/>
                            <w:sz w:val="28"/>
                            <w:szCs w:val="28"/>
                            <w:lang w:val="kk-KZ"/>
                          </w:rPr>
                          <m:t>u</m:t>
                        </m:r>
                      </m:e>
                      <m:sub>
                        <m:r>
                          <w:rPr>
                            <w:rFonts w:ascii="Cambria Math" w:hAnsi="Cambria Math" w:cs="Times New Roman"/>
                            <w:sz w:val="28"/>
                            <w:szCs w:val="28"/>
                            <w:lang w:val="kk-KZ"/>
                          </w:rPr>
                          <m:t>x</m:t>
                        </m:r>
                      </m:sub>
                    </m:sSub>
                  </m:e>
                </m:d>
              </m:e>
              <m:sup>
                <m:r>
                  <w:rPr>
                    <w:rFonts w:ascii="Cambria Math" w:hAnsi="Cambria Math" w:cs="Times New Roman"/>
                    <w:sz w:val="28"/>
                    <w:szCs w:val="28"/>
                    <w:lang w:val="kk-KZ"/>
                  </w:rPr>
                  <m:t>2</m:t>
                </m:r>
              </m:sup>
            </m:sSup>
            <m:r>
              <w:rPr>
                <w:rFonts w:ascii="Cambria Math" w:hAnsi="Cambria Math" w:cs="Times New Roman"/>
                <w:sz w:val="28"/>
                <w:szCs w:val="28"/>
                <w:lang w:val="kk-KZ"/>
              </w:rPr>
              <m:t>dQ</m:t>
            </m:r>
          </m:e>
        </m:nary>
        <m:r>
          <w:rPr>
            <w:rFonts w:ascii="Cambria Math" w:hAnsi="Cambria Math" w:cs="Times New Roman"/>
            <w:sz w:val="28"/>
            <w:szCs w:val="28"/>
            <w:lang w:val="kk-KZ"/>
          </w:rPr>
          <m:t>+</m:t>
        </m:r>
        <m:nary>
          <m:naryPr>
            <m:supHide m:val="1"/>
            <m:ctrlPr>
              <w:rPr>
                <w:rFonts w:ascii="Cambria Math" w:hAnsi="Cambria Math" w:cs="Times New Roman"/>
                <w:i/>
                <w:sz w:val="28"/>
                <w:szCs w:val="28"/>
              </w:rPr>
            </m:ctrlPr>
          </m:naryPr>
          <m:sub>
            <m:r>
              <w:rPr>
                <w:rFonts w:ascii="Cambria Math" w:hAnsi="Cambria Math" w:cs="Times New Roman"/>
                <w:sz w:val="28"/>
                <w:szCs w:val="28"/>
                <w:lang w:val="kk-KZ"/>
              </w:rPr>
              <m:t>Q</m:t>
            </m:r>
          </m:sub>
          <m:sup/>
          <m:e>
            <m:sSup>
              <m:sSupPr>
                <m:ctrlPr>
                  <w:rPr>
                    <w:rFonts w:ascii="Cambria Math" w:hAnsi="Cambria Math" w:cs="Times New Roman"/>
                    <w:i/>
                    <w:sz w:val="28"/>
                    <w:szCs w:val="28"/>
                  </w:rPr>
                </m:ctrlPr>
              </m:sSupPr>
              <m:e>
                <m:d>
                  <m:dPr>
                    <m:begChr m:val="|"/>
                    <m:endChr m:val="|"/>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lang w:val="kk-KZ"/>
                          </w:rPr>
                          <m:t>Δ</m:t>
                        </m:r>
                      </m:e>
                      <m:sub>
                        <m:r>
                          <w:rPr>
                            <w:rFonts w:ascii="Cambria Math" w:hAnsi="Cambria Math" w:cs="Times New Roman"/>
                            <w:sz w:val="28"/>
                            <w:szCs w:val="28"/>
                            <w:lang w:val="kk-KZ"/>
                          </w:rPr>
                          <m:t>y</m:t>
                        </m:r>
                      </m:sub>
                    </m:sSub>
                    <m:sSub>
                      <m:sSubPr>
                        <m:ctrlPr>
                          <w:rPr>
                            <w:rFonts w:ascii="Cambria Math" w:hAnsi="Cambria Math" w:cs="Times New Roman"/>
                            <w:i/>
                            <w:sz w:val="28"/>
                            <w:szCs w:val="28"/>
                          </w:rPr>
                        </m:ctrlPr>
                      </m:sSubPr>
                      <m:e>
                        <m:r>
                          <w:rPr>
                            <w:rFonts w:ascii="Cambria Math" w:hAnsi="Cambria Math" w:cs="Times New Roman"/>
                            <w:sz w:val="28"/>
                            <w:szCs w:val="28"/>
                            <w:lang w:val="kk-KZ"/>
                          </w:rPr>
                          <m:t>u</m:t>
                        </m:r>
                      </m:e>
                      <m:sub>
                        <m:r>
                          <w:rPr>
                            <w:rFonts w:ascii="Cambria Math" w:hAnsi="Cambria Math" w:cs="Times New Roman"/>
                            <w:sz w:val="28"/>
                            <w:szCs w:val="28"/>
                            <w:lang w:val="kk-KZ"/>
                          </w:rPr>
                          <m:t>x</m:t>
                        </m:r>
                      </m:sub>
                    </m:sSub>
                  </m:e>
                </m:d>
              </m:e>
              <m:sup>
                <m:r>
                  <w:rPr>
                    <w:rFonts w:ascii="Cambria Math" w:hAnsi="Cambria Math" w:cs="Times New Roman"/>
                    <w:sz w:val="28"/>
                    <w:szCs w:val="28"/>
                    <w:lang w:val="kk-KZ"/>
                  </w:rPr>
                  <m:t>2</m:t>
                </m:r>
              </m:sup>
            </m:sSup>
            <m:r>
              <w:rPr>
                <w:rFonts w:ascii="Cambria Math" w:hAnsi="Cambria Math" w:cs="Times New Roman"/>
                <w:sz w:val="28"/>
                <w:szCs w:val="28"/>
                <w:lang w:val="kk-KZ"/>
              </w:rPr>
              <m:t>dQ</m:t>
            </m:r>
          </m:e>
        </m:nary>
        <m:r>
          <w:rPr>
            <w:rFonts w:ascii="Cambria Math" w:hAnsi="Cambria Math" w:cs="Times New Roman"/>
            <w:sz w:val="28"/>
            <w:szCs w:val="28"/>
            <w:lang w:val="kk-KZ"/>
          </w:rPr>
          <m:t>+</m:t>
        </m:r>
        <m:nary>
          <m:naryPr>
            <m:supHide m:val="1"/>
            <m:ctrlPr>
              <w:rPr>
                <w:rFonts w:ascii="Cambria Math" w:hAnsi="Cambria Math" w:cs="Times New Roman"/>
                <w:i/>
                <w:sz w:val="28"/>
                <w:szCs w:val="28"/>
              </w:rPr>
            </m:ctrlPr>
          </m:naryPr>
          <m:sub>
            <m:r>
              <w:rPr>
                <w:rFonts w:ascii="Cambria Math" w:hAnsi="Cambria Math" w:cs="Times New Roman"/>
                <w:sz w:val="28"/>
                <w:szCs w:val="28"/>
                <w:lang w:val="kk-KZ"/>
              </w:rPr>
              <m:t>Q</m:t>
            </m:r>
          </m:sub>
          <m:sup/>
          <m:e>
            <m:sSup>
              <m:sSupPr>
                <m:ctrlPr>
                  <w:rPr>
                    <w:rFonts w:ascii="Cambria Math" w:hAnsi="Cambria Math" w:cs="Times New Roman"/>
                    <w:i/>
                    <w:sz w:val="28"/>
                    <w:szCs w:val="28"/>
                  </w:rPr>
                </m:ctrlPr>
              </m:sSupPr>
              <m:e>
                <m:d>
                  <m:dPr>
                    <m:begChr m:val="|"/>
                    <m:endChr m:val="|"/>
                    <m:ctrlPr>
                      <w:rPr>
                        <w:rFonts w:ascii="Cambria Math" w:hAnsi="Cambria Math" w:cs="Times New Roman"/>
                        <w:i/>
                        <w:sz w:val="28"/>
                        <w:szCs w:val="28"/>
                      </w:rPr>
                    </m:ctrlPr>
                  </m:dPr>
                  <m:e>
                    <m:r>
                      <w:rPr>
                        <w:rFonts w:ascii="Cambria Math" w:hAnsi="Cambria Math" w:cs="Times New Roman"/>
                        <w:sz w:val="28"/>
                        <w:szCs w:val="28"/>
                        <w:lang w:val="kk-KZ"/>
                      </w:rPr>
                      <m:t>u</m:t>
                    </m:r>
                  </m:e>
                </m:d>
              </m:e>
              <m:sup>
                <m:r>
                  <w:rPr>
                    <w:rFonts w:ascii="Cambria Math" w:hAnsi="Cambria Math" w:cs="Times New Roman"/>
                    <w:sz w:val="28"/>
                    <w:szCs w:val="28"/>
                    <w:lang w:val="kk-KZ"/>
                  </w:rPr>
                  <m:t>p-2</m:t>
                </m:r>
              </m:sup>
            </m:sSup>
            <m:sSup>
              <m:sSupPr>
                <m:ctrlPr>
                  <w:rPr>
                    <w:rFonts w:ascii="Cambria Math" w:hAnsi="Cambria Math" w:cs="Times New Roman"/>
                    <w:i/>
                    <w:sz w:val="28"/>
                    <w:szCs w:val="28"/>
                  </w:rPr>
                </m:ctrlPr>
              </m:sSupPr>
              <m:e>
                <m:d>
                  <m:dPr>
                    <m:begChr m:val="|"/>
                    <m:endChr m:val="|"/>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lang w:val="kk-KZ"/>
                          </w:rPr>
                          <m:t>∇</m:t>
                        </m:r>
                      </m:e>
                      <m:sub>
                        <m:r>
                          <w:rPr>
                            <w:rFonts w:ascii="Cambria Math" w:hAnsi="Cambria Math" w:cs="Times New Roman"/>
                            <w:sz w:val="28"/>
                            <w:szCs w:val="28"/>
                            <w:lang w:val="kk-KZ"/>
                          </w:rPr>
                          <m:t>y</m:t>
                        </m:r>
                      </m:sub>
                    </m:sSub>
                    <m:r>
                      <w:rPr>
                        <w:rFonts w:ascii="Cambria Math" w:hAnsi="Cambria Math" w:cs="Times New Roman"/>
                        <w:sz w:val="28"/>
                        <w:szCs w:val="28"/>
                        <w:lang w:val="kk-KZ"/>
                      </w:rPr>
                      <m:t>u</m:t>
                    </m:r>
                  </m:e>
                </m:d>
              </m:e>
              <m:sup>
                <m:r>
                  <w:rPr>
                    <w:rFonts w:ascii="Cambria Math" w:hAnsi="Cambria Math" w:cs="Times New Roman"/>
                    <w:sz w:val="28"/>
                    <w:szCs w:val="28"/>
                    <w:lang w:val="kk-KZ"/>
                  </w:rPr>
                  <m:t>2</m:t>
                </m:r>
              </m:sup>
            </m:sSup>
            <m:r>
              <w:rPr>
                <w:rFonts w:ascii="Cambria Math" w:hAnsi="Cambria Math" w:cs="Times New Roman"/>
                <w:sz w:val="28"/>
                <w:szCs w:val="28"/>
                <w:lang w:val="kk-KZ"/>
              </w:rPr>
              <m:t>dQ</m:t>
            </m:r>
          </m:e>
        </m:nary>
        <m:r>
          <w:rPr>
            <w:rFonts w:ascii="Cambria Math" w:hAnsi="Cambria Math" w:cs="Times New Roman"/>
            <w:sz w:val="28"/>
            <w:szCs w:val="28"/>
            <w:lang w:val="kk-KZ"/>
          </w:rPr>
          <m:t>+</m:t>
        </m:r>
        <m:nary>
          <m:naryPr>
            <m:supHide m:val="1"/>
            <m:ctrlPr>
              <w:rPr>
                <w:rFonts w:ascii="Cambria Math" w:hAnsi="Cambria Math" w:cs="Times New Roman"/>
                <w:i/>
                <w:sz w:val="28"/>
                <w:szCs w:val="28"/>
              </w:rPr>
            </m:ctrlPr>
          </m:naryPr>
          <m:sub>
            <m:r>
              <w:rPr>
                <w:rFonts w:ascii="Cambria Math" w:hAnsi="Cambria Math" w:cs="Times New Roman"/>
                <w:sz w:val="28"/>
                <w:szCs w:val="28"/>
                <w:lang w:val="kk-KZ"/>
              </w:rPr>
              <m:t>Q</m:t>
            </m:r>
          </m:sub>
          <m:sup/>
          <m:e>
            <m:r>
              <w:rPr>
                <w:rFonts w:ascii="Cambria Math" w:hAnsi="Cambria Math" w:cs="Times New Roman"/>
                <w:sz w:val="28"/>
                <w:szCs w:val="28"/>
                <w:lang w:val="kk-KZ"/>
              </w:rPr>
              <m:t>|</m:t>
            </m:r>
            <m:sSub>
              <m:sSubPr>
                <m:ctrlPr>
                  <w:rPr>
                    <w:rFonts w:ascii="Cambria Math" w:hAnsi="Cambria Math" w:cs="Times New Roman"/>
                    <w:i/>
                    <w:sz w:val="28"/>
                    <w:szCs w:val="28"/>
                  </w:rPr>
                </m:ctrlPr>
              </m:sSubPr>
              <m:e>
                <m:r>
                  <w:rPr>
                    <w:rFonts w:ascii="Cambria Math" w:hAnsi="Cambria Math" w:cs="Times New Roman"/>
                    <w:sz w:val="28"/>
                    <w:szCs w:val="28"/>
                    <w:lang w:val="kk-KZ"/>
                  </w:rPr>
                  <m:t>∇</m:t>
                </m:r>
              </m:e>
              <m:sub>
                <m:r>
                  <w:rPr>
                    <w:rFonts w:ascii="Cambria Math" w:hAnsi="Cambria Math" w:cs="Times New Roman"/>
                    <w:sz w:val="28"/>
                    <w:szCs w:val="28"/>
                    <w:lang w:val="kk-KZ"/>
                  </w:rPr>
                  <m:t>y</m:t>
                </m:r>
              </m:sub>
            </m:sSub>
            <m:r>
              <w:rPr>
                <w:rFonts w:ascii="Cambria Math" w:hAnsi="Cambria Math" w:cs="Times New Roman"/>
                <w:sz w:val="28"/>
                <w:szCs w:val="28"/>
                <w:lang w:val="kk-KZ"/>
              </w:rPr>
              <m:t>u</m:t>
            </m:r>
            <m:sSup>
              <m:sSupPr>
                <m:ctrlPr>
                  <w:rPr>
                    <w:rFonts w:ascii="Cambria Math" w:hAnsi="Cambria Math" w:cs="Times New Roman"/>
                    <w:i/>
                    <w:sz w:val="28"/>
                    <w:szCs w:val="28"/>
                  </w:rPr>
                </m:ctrlPr>
              </m:sSupPr>
              <m:e>
                <m:r>
                  <w:rPr>
                    <w:rFonts w:ascii="Cambria Math" w:hAnsi="Cambria Math" w:cs="Times New Roman"/>
                    <w:sz w:val="28"/>
                    <w:szCs w:val="28"/>
                    <w:lang w:val="kk-KZ"/>
                  </w:rPr>
                  <m:t>|</m:t>
                </m:r>
              </m:e>
              <m:sup>
                <m:r>
                  <w:rPr>
                    <w:rFonts w:ascii="Cambria Math" w:hAnsi="Cambria Math" w:cs="Times New Roman"/>
                    <w:sz w:val="28"/>
                    <w:szCs w:val="28"/>
                    <w:lang w:val="kk-KZ"/>
                  </w:rPr>
                  <m:t>2</m:t>
                </m:r>
              </m:sup>
            </m:sSup>
            <m:r>
              <w:rPr>
                <w:rFonts w:ascii="Cambria Math" w:hAnsi="Cambria Math" w:cs="Times New Roman"/>
                <w:sz w:val="28"/>
                <w:szCs w:val="28"/>
                <w:lang w:val="kk-KZ"/>
              </w:rPr>
              <m:t>dQ</m:t>
            </m:r>
          </m:e>
        </m:nary>
        <m:r>
          <w:rPr>
            <w:rFonts w:ascii="Cambria Math" w:hAnsi="Cambria Math" w:cs="Times New Roman"/>
            <w:sz w:val="28"/>
            <w:szCs w:val="28"/>
            <w:lang w:val="kk-KZ"/>
          </w:rPr>
          <m:t>≤</m:t>
        </m:r>
        <m:sSub>
          <m:sSubPr>
            <m:ctrlPr>
              <w:rPr>
                <w:rFonts w:ascii="Cambria Math" w:hAnsi="Cambria Math" w:cs="Times New Roman"/>
                <w:i/>
                <w:sz w:val="28"/>
                <w:szCs w:val="28"/>
              </w:rPr>
            </m:ctrlPr>
          </m:sSubPr>
          <m:e>
            <m:r>
              <w:rPr>
                <w:rFonts w:ascii="Cambria Math" w:hAnsi="Cambria Math" w:cs="Times New Roman"/>
                <w:sz w:val="28"/>
                <w:szCs w:val="28"/>
                <w:lang w:val="kk-KZ"/>
              </w:rPr>
              <m:t>С</m:t>
            </m:r>
          </m:e>
          <m:sub>
            <m:r>
              <w:rPr>
                <w:rFonts w:ascii="Cambria Math" w:hAnsi="Cambria Math" w:cs="Times New Roman"/>
                <w:sz w:val="28"/>
                <w:szCs w:val="28"/>
                <w:lang w:val="kk-KZ"/>
              </w:rPr>
              <m:t>3</m:t>
            </m:r>
          </m:sub>
        </m:sSub>
        <m:r>
          <w:rPr>
            <w:rFonts w:ascii="Cambria Math" w:hAnsi="Cambria Math" w:cs="Times New Roman"/>
            <w:sz w:val="28"/>
            <w:szCs w:val="28"/>
            <w:lang w:val="kk-KZ"/>
          </w:rPr>
          <m:t>.</m:t>
        </m:r>
      </m:oMath>
      <w:r w:rsidR="00A24934">
        <w:rPr>
          <w:rFonts w:ascii="Times New Roman" w:hAnsi="Times New Roman" w:cs="Times New Roman"/>
          <w:sz w:val="28"/>
          <w:szCs w:val="28"/>
          <w:lang w:val="kk-KZ"/>
        </w:rPr>
        <w:t xml:space="preserve">   </w:t>
      </w:r>
      <w:r w:rsidR="00A23729" w:rsidRPr="00B439DD">
        <w:rPr>
          <w:rFonts w:ascii="Times New Roman" w:hAnsi="Times New Roman" w:cs="Times New Roman"/>
          <w:sz w:val="28"/>
          <w:szCs w:val="28"/>
          <w:lang w:val="kk-KZ"/>
        </w:rPr>
        <w:t>(2.58</w:t>
      </w:r>
      <w:r w:rsidRPr="00B439DD">
        <w:rPr>
          <w:rFonts w:ascii="Times New Roman" w:hAnsi="Times New Roman" w:cs="Times New Roman"/>
          <w:sz w:val="28"/>
          <w:szCs w:val="28"/>
          <w:lang w:val="kk-KZ"/>
        </w:rPr>
        <w:t>)</w:t>
      </w:r>
    </w:p>
    <w:p w14:paraId="3BF0DBE7" w14:textId="77777777" w:rsidR="00514292" w:rsidRPr="00B439DD" w:rsidRDefault="00514292" w:rsidP="00B439DD">
      <w:pPr>
        <w:spacing w:after="0" w:line="240" w:lineRule="auto"/>
        <w:jc w:val="right"/>
        <w:rPr>
          <w:rFonts w:ascii="Times New Roman" w:hAnsi="Times New Roman" w:cs="Times New Roman"/>
          <w:sz w:val="28"/>
          <w:szCs w:val="28"/>
          <w:lang w:val="kk-KZ"/>
        </w:rPr>
      </w:pPr>
    </w:p>
    <w:p w14:paraId="2230F873" w14:textId="48025494" w:rsidR="004B7CD0" w:rsidRPr="00B439DD" w:rsidRDefault="00514292" w:rsidP="00B439DD">
      <w:pPr>
        <w:spacing w:after="0" w:line="240" w:lineRule="auto"/>
        <w:jc w:val="right"/>
        <w:rPr>
          <w:rFonts w:ascii="Times New Roman" w:hAnsi="Times New Roman" w:cs="Times New Roman"/>
          <w:sz w:val="28"/>
          <w:szCs w:val="28"/>
          <w:lang w:val="kk-KZ"/>
        </w:rPr>
      </w:pPr>
      <w:r w:rsidRPr="00B439DD">
        <w:rPr>
          <w:rFonts w:ascii="Times New Roman" w:hAnsi="Times New Roman" w:cs="Times New Roman"/>
          <w:sz w:val="28"/>
          <w:szCs w:val="28"/>
          <w:lang w:val="kk-KZ"/>
        </w:rPr>
        <w:t xml:space="preserve">   </w:t>
      </w:r>
      <m:oMath>
        <m:r>
          <w:rPr>
            <w:rFonts w:ascii="Cambria Math" w:hAnsi="Cambria Math" w:cs="Times New Roman"/>
            <w:sz w:val="28"/>
            <w:szCs w:val="28"/>
            <w:lang w:val="kk-KZ"/>
          </w:rPr>
          <m:t>ε</m:t>
        </m:r>
        <m:nary>
          <m:naryPr>
            <m:supHide m:val="1"/>
            <m:ctrlPr>
              <w:rPr>
                <w:rFonts w:ascii="Cambria Math" w:hAnsi="Cambria Math" w:cs="Times New Roman"/>
                <w:i/>
                <w:sz w:val="28"/>
                <w:szCs w:val="28"/>
              </w:rPr>
            </m:ctrlPr>
          </m:naryPr>
          <m:sub>
            <m:r>
              <w:rPr>
                <w:rFonts w:ascii="Cambria Math" w:hAnsi="Cambria Math" w:cs="Times New Roman"/>
                <w:sz w:val="28"/>
                <w:szCs w:val="28"/>
                <w:lang w:val="kk-KZ"/>
              </w:rPr>
              <m:t>Q</m:t>
            </m:r>
          </m:sub>
          <m:sup/>
          <m:e>
            <m:r>
              <w:rPr>
                <w:rFonts w:ascii="Cambria Math" w:hAnsi="Cambria Math" w:cs="Times New Roman"/>
                <w:sz w:val="28"/>
                <w:szCs w:val="28"/>
                <w:lang w:val="kk-KZ"/>
              </w:rPr>
              <m:t>x</m:t>
            </m:r>
            <m:sSup>
              <m:sSupPr>
                <m:ctrlPr>
                  <w:rPr>
                    <w:rFonts w:ascii="Cambria Math" w:hAnsi="Cambria Math" w:cs="Times New Roman"/>
                    <w:i/>
                    <w:sz w:val="28"/>
                    <w:szCs w:val="28"/>
                  </w:rPr>
                </m:ctrlPr>
              </m:sSupPr>
              <m:e>
                <m:d>
                  <m:dPr>
                    <m:begChr m:val="|"/>
                    <m:endChr m:val="|"/>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lang w:val="kk-KZ"/>
                          </w:rPr>
                          <m:t>Δ</m:t>
                        </m:r>
                      </m:e>
                      <m:sub>
                        <m:r>
                          <w:rPr>
                            <w:rFonts w:ascii="Cambria Math" w:hAnsi="Cambria Math" w:cs="Times New Roman"/>
                            <w:sz w:val="28"/>
                            <w:szCs w:val="28"/>
                            <w:lang w:val="kk-KZ"/>
                          </w:rPr>
                          <m:t>y</m:t>
                        </m:r>
                      </m:sub>
                    </m:sSub>
                    <m:sSub>
                      <m:sSubPr>
                        <m:ctrlPr>
                          <w:rPr>
                            <w:rFonts w:ascii="Cambria Math" w:hAnsi="Cambria Math" w:cs="Times New Roman"/>
                            <w:i/>
                            <w:sz w:val="28"/>
                            <w:szCs w:val="28"/>
                          </w:rPr>
                        </m:ctrlPr>
                      </m:sSubPr>
                      <m:e>
                        <m:r>
                          <w:rPr>
                            <w:rFonts w:ascii="Cambria Math" w:hAnsi="Cambria Math" w:cs="Times New Roman"/>
                            <w:sz w:val="28"/>
                            <w:szCs w:val="28"/>
                            <w:lang w:val="kk-KZ"/>
                          </w:rPr>
                          <m:t>u</m:t>
                        </m:r>
                      </m:e>
                      <m:sub>
                        <m:r>
                          <w:rPr>
                            <w:rFonts w:ascii="Cambria Math" w:hAnsi="Cambria Math" w:cs="Times New Roman"/>
                            <w:sz w:val="28"/>
                            <w:szCs w:val="28"/>
                            <w:lang w:val="kk-KZ"/>
                          </w:rPr>
                          <m:t>xx</m:t>
                        </m:r>
                      </m:sub>
                    </m:sSub>
                  </m:e>
                </m:d>
              </m:e>
              <m:sup>
                <m:r>
                  <w:rPr>
                    <w:rFonts w:ascii="Cambria Math" w:hAnsi="Cambria Math" w:cs="Times New Roman"/>
                    <w:sz w:val="28"/>
                    <w:szCs w:val="28"/>
                    <w:lang w:val="kk-KZ"/>
                  </w:rPr>
                  <m:t>2</m:t>
                </m:r>
              </m:sup>
            </m:sSup>
            <m:r>
              <w:rPr>
                <w:rFonts w:ascii="Cambria Math" w:hAnsi="Cambria Math" w:cs="Times New Roman"/>
                <w:sz w:val="28"/>
                <w:szCs w:val="28"/>
                <w:lang w:val="kk-KZ"/>
              </w:rPr>
              <m:t>dQ</m:t>
            </m:r>
          </m:e>
        </m:nary>
        <m:r>
          <w:rPr>
            <w:rFonts w:ascii="Cambria Math" w:hAnsi="Cambria Math" w:cs="Times New Roman"/>
            <w:sz w:val="28"/>
            <w:szCs w:val="28"/>
            <w:lang w:val="kk-KZ"/>
          </w:rPr>
          <m:t>+</m:t>
        </m:r>
        <m:nary>
          <m:naryPr>
            <m:supHide m:val="1"/>
            <m:ctrlPr>
              <w:rPr>
                <w:rFonts w:ascii="Cambria Math" w:hAnsi="Cambria Math" w:cs="Times New Roman"/>
                <w:i/>
                <w:sz w:val="28"/>
                <w:szCs w:val="28"/>
              </w:rPr>
            </m:ctrlPr>
          </m:naryPr>
          <m:sub>
            <m:r>
              <w:rPr>
                <w:rFonts w:ascii="Cambria Math" w:hAnsi="Cambria Math" w:cs="Times New Roman"/>
                <w:sz w:val="28"/>
                <w:szCs w:val="28"/>
                <w:lang w:val="kk-KZ"/>
              </w:rPr>
              <m:t>Q</m:t>
            </m:r>
          </m:sub>
          <m:sup/>
          <m:e>
            <m:sSup>
              <m:sSupPr>
                <m:ctrlPr>
                  <w:rPr>
                    <w:rFonts w:ascii="Cambria Math" w:hAnsi="Cambria Math" w:cs="Times New Roman"/>
                    <w:i/>
                    <w:sz w:val="28"/>
                    <w:szCs w:val="28"/>
                  </w:rPr>
                </m:ctrlPr>
              </m:sSupPr>
              <m:e>
                <m:d>
                  <m:dPr>
                    <m:begChr m:val="|"/>
                    <m:endChr m:val="|"/>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lang w:val="kk-KZ"/>
                          </w:rPr>
                          <m:t>∇</m:t>
                        </m:r>
                      </m:e>
                      <m:sub>
                        <m:r>
                          <w:rPr>
                            <w:rFonts w:ascii="Cambria Math" w:hAnsi="Cambria Math" w:cs="Times New Roman"/>
                            <w:sz w:val="28"/>
                            <w:szCs w:val="28"/>
                            <w:lang w:val="kk-KZ"/>
                          </w:rPr>
                          <m:t>y</m:t>
                        </m:r>
                      </m:sub>
                    </m:sSub>
                    <m:sSub>
                      <m:sSubPr>
                        <m:ctrlPr>
                          <w:rPr>
                            <w:rFonts w:ascii="Cambria Math" w:hAnsi="Cambria Math" w:cs="Times New Roman"/>
                            <w:i/>
                            <w:sz w:val="28"/>
                            <w:szCs w:val="28"/>
                          </w:rPr>
                        </m:ctrlPr>
                      </m:sSubPr>
                      <m:e>
                        <m:r>
                          <w:rPr>
                            <w:rFonts w:ascii="Cambria Math" w:hAnsi="Cambria Math" w:cs="Times New Roman"/>
                            <w:sz w:val="28"/>
                            <w:szCs w:val="28"/>
                            <w:lang w:val="kk-KZ"/>
                          </w:rPr>
                          <m:t>u</m:t>
                        </m:r>
                      </m:e>
                      <m:sub>
                        <m:r>
                          <w:rPr>
                            <w:rFonts w:ascii="Cambria Math" w:hAnsi="Cambria Math" w:cs="Times New Roman"/>
                            <w:sz w:val="28"/>
                            <w:szCs w:val="28"/>
                            <w:lang w:val="kk-KZ"/>
                          </w:rPr>
                          <m:t>xx</m:t>
                        </m:r>
                      </m:sub>
                    </m:sSub>
                  </m:e>
                </m:d>
              </m:e>
              <m:sup>
                <m:r>
                  <w:rPr>
                    <w:rFonts w:ascii="Cambria Math" w:hAnsi="Cambria Math" w:cs="Times New Roman"/>
                    <w:sz w:val="28"/>
                    <w:szCs w:val="28"/>
                    <w:lang w:val="kk-KZ"/>
                  </w:rPr>
                  <m:t>2</m:t>
                </m:r>
              </m:sup>
            </m:sSup>
            <m:r>
              <w:rPr>
                <w:rFonts w:ascii="Cambria Math" w:hAnsi="Cambria Math" w:cs="Times New Roman"/>
                <w:sz w:val="28"/>
                <w:szCs w:val="28"/>
                <w:lang w:val="kk-KZ"/>
              </w:rPr>
              <m:t>dQ</m:t>
            </m:r>
          </m:e>
        </m:nary>
        <m:r>
          <w:rPr>
            <w:rFonts w:ascii="Cambria Math" w:hAnsi="Cambria Math" w:cs="Times New Roman"/>
            <w:sz w:val="28"/>
            <w:szCs w:val="28"/>
            <w:lang w:val="kk-KZ"/>
          </w:rPr>
          <m:t>+</m:t>
        </m:r>
        <m:nary>
          <m:naryPr>
            <m:supHide m:val="1"/>
            <m:ctrlPr>
              <w:rPr>
                <w:rFonts w:ascii="Cambria Math" w:hAnsi="Cambria Math" w:cs="Times New Roman"/>
                <w:i/>
                <w:sz w:val="28"/>
                <w:szCs w:val="28"/>
              </w:rPr>
            </m:ctrlPr>
          </m:naryPr>
          <m:sub>
            <m:r>
              <w:rPr>
                <w:rFonts w:ascii="Cambria Math" w:hAnsi="Cambria Math" w:cs="Times New Roman"/>
                <w:sz w:val="28"/>
                <w:szCs w:val="28"/>
                <w:lang w:val="kk-KZ"/>
              </w:rPr>
              <m:t>Q</m:t>
            </m:r>
          </m:sub>
          <m:sup/>
          <m:e>
            <m:sSup>
              <m:sSupPr>
                <m:ctrlPr>
                  <w:rPr>
                    <w:rFonts w:ascii="Cambria Math" w:hAnsi="Cambria Math" w:cs="Times New Roman"/>
                    <w:i/>
                    <w:sz w:val="28"/>
                    <w:szCs w:val="28"/>
                  </w:rPr>
                </m:ctrlPr>
              </m:sSupPr>
              <m:e>
                <m:d>
                  <m:dPr>
                    <m:begChr m:val="|"/>
                    <m:endChr m:val="|"/>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lang w:val="kk-KZ"/>
                          </w:rPr>
                          <m:t>Δ</m:t>
                        </m:r>
                      </m:e>
                      <m:sub>
                        <m:r>
                          <w:rPr>
                            <w:rFonts w:ascii="Cambria Math" w:hAnsi="Cambria Math" w:cs="Times New Roman"/>
                            <w:sz w:val="28"/>
                            <w:szCs w:val="28"/>
                            <w:lang w:val="kk-KZ"/>
                          </w:rPr>
                          <m:t>y</m:t>
                        </m:r>
                      </m:sub>
                    </m:sSub>
                    <m:sSub>
                      <m:sSubPr>
                        <m:ctrlPr>
                          <w:rPr>
                            <w:rFonts w:ascii="Cambria Math" w:hAnsi="Cambria Math" w:cs="Times New Roman"/>
                            <w:i/>
                            <w:sz w:val="28"/>
                            <w:szCs w:val="28"/>
                          </w:rPr>
                        </m:ctrlPr>
                      </m:sSubPr>
                      <m:e>
                        <m:r>
                          <w:rPr>
                            <w:rFonts w:ascii="Cambria Math" w:hAnsi="Cambria Math" w:cs="Times New Roman"/>
                            <w:sz w:val="28"/>
                            <w:szCs w:val="28"/>
                            <w:lang w:val="kk-KZ"/>
                          </w:rPr>
                          <m:t>u</m:t>
                        </m:r>
                      </m:e>
                      <m:sub>
                        <m:r>
                          <w:rPr>
                            <w:rFonts w:ascii="Cambria Math" w:hAnsi="Cambria Math" w:cs="Times New Roman"/>
                            <w:sz w:val="28"/>
                            <w:szCs w:val="28"/>
                            <w:lang w:val="kk-KZ"/>
                          </w:rPr>
                          <m:t>x</m:t>
                        </m:r>
                      </m:sub>
                    </m:sSub>
                  </m:e>
                </m:d>
              </m:e>
              <m:sup>
                <m:r>
                  <w:rPr>
                    <w:rFonts w:ascii="Cambria Math" w:hAnsi="Cambria Math" w:cs="Times New Roman"/>
                    <w:sz w:val="28"/>
                    <w:szCs w:val="28"/>
                    <w:lang w:val="kk-KZ"/>
                  </w:rPr>
                  <m:t>2</m:t>
                </m:r>
              </m:sup>
            </m:sSup>
            <m:r>
              <w:rPr>
                <w:rFonts w:ascii="Cambria Math" w:hAnsi="Cambria Math" w:cs="Times New Roman"/>
                <w:sz w:val="28"/>
                <w:szCs w:val="28"/>
                <w:lang w:val="kk-KZ"/>
              </w:rPr>
              <m:t>dQ</m:t>
            </m:r>
          </m:e>
        </m:nary>
        <m:r>
          <w:rPr>
            <w:rFonts w:ascii="Cambria Math" w:hAnsi="Cambria Math" w:cs="Times New Roman"/>
            <w:sz w:val="28"/>
            <w:szCs w:val="28"/>
            <w:lang w:val="kk-KZ"/>
          </w:rPr>
          <m:t>≤</m:t>
        </m:r>
        <m:sSub>
          <m:sSubPr>
            <m:ctrlPr>
              <w:rPr>
                <w:rFonts w:ascii="Cambria Math" w:hAnsi="Cambria Math" w:cs="Times New Roman"/>
                <w:i/>
                <w:sz w:val="28"/>
                <w:szCs w:val="28"/>
              </w:rPr>
            </m:ctrlPr>
          </m:sSubPr>
          <m:e>
            <m:r>
              <w:rPr>
                <w:rFonts w:ascii="Cambria Math" w:hAnsi="Cambria Math" w:cs="Times New Roman"/>
                <w:sz w:val="28"/>
                <w:szCs w:val="28"/>
                <w:lang w:val="kk-KZ"/>
              </w:rPr>
              <m:t>С</m:t>
            </m:r>
          </m:e>
          <m:sub>
            <m:r>
              <w:rPr>
                <w:rFonts w:ascii="Cambria Math" w:hAnsi="Cambria Math" w:cs="Times New Roman"/>
                <w:sz w:val="28"/>
                <w:szCs w:val="28"/>
                <w:lang w:val="kk-KZ"/>
              </w:rPr>
              <m:t>4</m:t>
            </m:r>
          </m:sub>
        </m:sSub>
        <m:r>
          <w:rPr>
            <w:rFonts w:ascii="Cambria Math" w:hAnsi="Cambria Math" w:cs="Times New Roman"/>
            <w:sz w:val="28"/>
            <w:szCs w:val="28"/>
            <w:lang w:val="kk-KZ"/>
          </w:rPr>
          <m:t>.</m:t>
        </m:r>
      </m:oMath>
      <w:r w:rsidR="00A23729" w:rsidRPr="00B439DD">
        <w:rPr>
          <w:rFonts w:ascii="Times New Roman" w:hAnsi="Times New Roman" w:cs="Times New Roman"/>
          <w:sz w:val="28"/>
          <w:szCs w:val="28"/>
          <w:lang w:val="kk-KZ"/>
        </w:rPr>
        <w:tab/>
      </w:r>
      <w:r w:rsidR="00A23729" w:rsidRPr="00B439DD">
        <w:rPr>
          <w:rFonts w:ascii="Times New Roman" w:hAnsi="Times New Roman" w:cs="Times New Roman"/>
          <w:sz w:val="28"/>
          <w:szCs w:val="28"/>
          <w:lang w:val="kk-KZ"/>
        </w:rPr>
        <w:tab/>
        <w:t>(2.59</w:t>
      </w:r>
      <w:r w:rsidR="004B7CD0" w:rsidRPr="00B439DD">
        <w:rPr>
          <w:rFonts w:ascii="Times New Roman" w:hAnsi="Times New Roman" w:cs="Times New Roman"/>
          <w:sz w:val="28"/>
          <w:szCs w:val="28"/>
          <w:lang w:val="kk-KZ"/>
        </w:rPr>
        <w:t>)</w:t>
      </w:r>
    </w:p>
    <w:p w14:paraId="4BB80AD9" w14:textId="77777777" w:rsidR="004B7CD0" w:rsidRPr="00B439DD" w:rsidRDefault="004B7CD0" w:rsidP="00B439DD">
      <w:pPr>
        <w:spacing w:after="0" w:line="240" w:lineRule="auto"/>
        <w:jc w:val="right"/>
        <w:rPr>
          <w:rFonts w:ascii="Times New Roman" w:hAnsi="Times New Roman" w:cs="Times New Roman"/>
          <w:sz w:val="28"/>
          <w:szCs w:val="28"/>
          <w:lang w:val="kk-KZ"/>
        </w:rPr>
      </w:pPr>
    </w:p>
    <w:p w14:paraId="6E851413" w14:textId="1931E781" w:rsidR="004B7CD0" w:rsidRPr="00B439DD" w:rsidRDefault="004B7CD0" w:rsidP="00585343">
      <w:pPr>
        <w:spacing w:after="0" w:line="240" w:lineRule="auto"/>
        <w:ind w:firstLine="567"/>
        <w:jc w:val="both"/>
        <w:rPr>
          <w:rFonts w:ascii="Times New Roman" w:hAnsi="Times New Roman" w:cs="Times New Roman"/>
          <w:sz w:val="28"/>
          <w:szCs w:val="28"/>
          <w:lang w:val="kk-KZ"/>
        </w:rPr>
      </w:pPr>
      <w:r w:rsidRPr="00B439DD">
        <w:rPr>
          <w:rFonts w:ascii="Times New Roman" w:hAnsi="Times New Roman" w:cs="Times New Roman"/>
          <w:sz w:val="28"/>
          <w:szCs w:val="28"/>
          <w:lang w:val="kk-KZ"/>
        </w:rPr>
        <w:t xml:space="preserve">Алынған бағалаулар </w:t>
      </w:r>
      <w:r w:rsidR="00A135AE" w:rsidRPr="00B439DD">
        <w:rPr>
          <w:rFonts w:ascii="Times New Roman" w:hAnsi="Times New Roman" w:cs="Times New Roman"/>
          <w:noProof/>
          <w:position w:val="-4"/>
          <w:sz w:val="28"/>
          <w:szCs w:val="28"/>
        </w:rPr>
        <w:drawing>
          <wp:inline distT="0" distB="0" distL="0" distR="0" wp14:anchorId="108BF960" wp14:editId="2B8E9D36">
            <wp:extent cx="182880" cy="182880"/>
            <wp:effectExtent l="0" t="0" r="7620" b="7620"/>
            <wp:docPr id="2086" name="Рисунок 2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6"/>
                    <pic:cNvPicPr>
                      <a:picLocks noChangeAspect="1" noChangeArrowheads="1"/>
                    </pic:cNvPicPr>
                  </pic:nvPicPr>
                  <pic:blipFill>
                    <a:blip r:embed="rId2862"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B439DD">
        <w:rPr>
          <w:rFonts w:ascii="Times New Roman" w:hAnsi="Times New Roman" w:cs="Times New Roman"/>
          <w:sz w:val="28"/>
          <w:szCs w:val="28"/>
          <w:lang w:val="kk-KZ"/>
        </w:rPr>
        <w:t xml:space="preserve"> жиынының ашықтығы мен тұйықтығын дәлелдеуге мүмкіндік береді. </w:t>
      </w:r>
    </w:p>
    <w:p w14:paraId="026016AA" w14:textId="4200A742" w:rsidR="004B7CD0" w:rsidRPr="00B439DD" w:rsidRDefault="004B7CD0" w:rsidP="00585343">
      <w:pPr>
        <w:spacing w:after="0" w:line="240" w:lineRule="auto"/>
        <w:ind w:firstLine="567"/>
        <w:jc w:val="both"/>
        <w:rPr>
          <w:rFonts w:ascii="Times New Roman" w:hAnsi="Times New Roman" w:cs="Times New Roman"/>
          <w:sz w:val="28"/>
          <w:szCs w:val="28"/>
          <w:lang w:val="kk-KZ"/>
        </w:rPr>
      </w:pPr>
      <w:r w:rsidRPr="00B439DD">
        <w:rPr>
          <w:rFonts w:ascii="Times New Roman" w:hAnsi="Times New Roman" w:cs="Times New Roman"/>
          <w:sz w:val="28"/>
          <w:szCs w:val="28"/>
          <w:lang w:val="kk-KZ"/>
        </w:rPr>
        <w:t xml:space="preserve">Айталық, </w:t>
      </w:r>
      <w:r w:rsidR="00A135AE" w:rsidRPr="00B439DD">
        <w:rPr>
          <w:rFonts w:ascii="Times New Roman" w:hAnsi="Times New Roman" w:cs="Times New Roman"/>
          <w:noProof/>
          <w:position w:val="-12"/>
          <w:sz w:val="28"/>
          <w:szCs w:val="28"/>
        </w:rPr>
        <w:drawing>
          <wp:inline distT="0" distB="0" distL="0" distR="0" wp14:anchorId="64EAA13A" wp14:editId="2DA1DB4E">
            <wp:extent cx="182880" cy="231140"/>
            <wp:effectExtent l="0" t="0" r="7620" b="0"/>
            <wp:docPr id="2087" name="Рисунок 2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7"/>
                    <pic:cNvPicPr>
                      <a:picLocks noChangeAspect="1" noChangeArrowheads="1"/>
                    </pic:cNvPicPr>
                  </pic:nvPicPr>
                  <pic:blipFill>
                    <a:blip r:embed="rId2863" cstate="print">
                      <a:extLst>
                        <a:ext uri="{28A0092B-C50C-407E-A947-70E740481C1C}">
                          <a14:useLocalDpi xmlns:a14="http://schemas.microsoft.com/office/drawing/2010/main" val="0"/>
                        </a:ext>
                      </a:extLst>
                    </a:blip>
                    <a:srcRect/>
                    <a:stretch>
                      <a:fillRect/>
                    </a:stretch>
                  </pic:blipFill>
                  <pic:spPr bwMode="auto">
                    <a:xfrm>
                      <a:off x="0" y="0"/>
                      <a:ext cx="182880" cy="231140"/>
                    </a:xfrm>
                    <a:prstGeom prst="rect">
                      <a:avLst/>
                    </a:prstGeom>
                    <a:noFill/>
                    <a:ln>
                      <a:noFill/>
                    </a:ln>
                  </pic:spPr>
                </pic:pic>
              </a:graphicData>
            </a:graphic>
          </wp:inline>
        </w:drawing>
      </w:r>
      <w:r w:rsidRPr="00B439DD">
        <w:rPr>
          <w:rFonts w:ascii="Times New Roman" w:hAnsi="Times New Roman" w:cs="Times New Roman"/>
          <w:sz w:val="28"/>
          <w:szCs w:val="28"/>
          <w:lang w:val="kk-KZ"/>
        </w:rPr>
        <w:t xml:space="preserve">.санына жинақталатын </w:t>
      </w:r>
      <w:r w:rsidR="00A135AE" w:rsidRPr="00B439DD">
        <w:rPr>
          <w:rFonts w:ascii="Times New Roman" w:hAnsi="Times New Roman" w:cs="Times New Roman"/>
          <w:noProof/>
          <w:position w:val="-4"/>
          <w:sz w:val="28"/>
          <w:szCs w:val="28"/>
        </w:rPr>
        <w:drawing>
          <wp:inline distT="0" distB="0" distL="0" distR="0" wp14:anchorId="1838279B" wp14:editId="74F13557">
            <wp:extent cx="182880" cy="182880"/>
            <wp:effectExtent l="0" t="0" r="7620" b="7620"/>
            <wp:docPr id="2088" name="Рисунок 2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8"/>
                    <pic:cNvPicPr>
                      <a:picLocks noChangeAspect="1" noChangeArrowheads="1"/>
                    </pic:cNvPicPr>
                  </pic:nvPicPr>
                  <pic:blipFill>
                    <a:blip r:embed="rId2864"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B439DD">
        <w:rPr>
          <w:rFonts w:ascii="Times New Roman" w:hAnsi="Times New Roman" w:cs="Times New Roman"/>
          <w:sz w:val="28"/>
          <w:szCs w:val="28"/>
          <w:lang w:val="kk-KZ"/>
        </w:rPr>
        <w:t xml:space="preserve">жиынының элементтер тізбегі </w:t>
      </w:r>
      <w:r w:rsidR="00A135AE" w:rsidRPr="00B439DD">
        <w:rPr>
          <w:rFonts w:ascii="Times New Roman" w:hAnsi="Times New Roman" w:cs="Times New Roman"/>
          <w:noProof/>
          <w:position w:val="-12"/>
          <w:sz w:val="28"/>
          <w:szCs w:val="28"/>
        </w:rPr>
        <w:drawing>
          <wp:inline distT="0" distB="0" distL="0" distR="0" wp14:anchorId="3D54309D" wp14:editId="151CF76F">
            <wp:extent cx="337185" cy="231140"/>
            <wp:effectExtent l="0" t="0" r="5715" b="0"/>
            <wp:docPr id="2089" name="Рисунок 2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9"/>
                    <pic:cNvPicPr>
                      <a:picLocks noChangeAspect="1" noChangeArrowheads="1"/>
                    </pic:cNvPicPr>
                  </pic:nvPicPr>
                  <pic:blipFill>
                    <a:blip r:embed="rId2865" cstate="print">
                      <a:extLst>
                        <a:ext uri="{28A0092B-C50C-407E-A947-70E740481C1C}">
                          <a14:useLocalDpi xmlns:a14="http://schemas.microsoft.com/office/drawing/2010/main" val="0"/>
                        </a:ext>
                      </a:extLst>
                    </a:blip>
                    <a:srcRect/>
                    <a:stretch>
                      <a:fillRect/>
                    </a:stretch>
                  </pic:blipFill>
                  <pic:spPr bwMode="auto">
                    <a:xfrm>
                      <a:off x="0" y="0"/>
                      <a:ext cx="337185" cy="231140"/>
                    </a:xfrm>
                    <a:prstGeom prst="rect">
                      <a:avLst/>
                    </a:prstGeom>
                    <a:noFill/>
                    <a:ln>
                      <a:noFill/>
                    </a:ln>
                  </pic:spPr>
                </pic:pic>
              </a:graphicData>
            </a:graphic>
          </wp:inline>
        </w:drawing>
      </w:r>
      <w:r w:rsidRPr="00B439DD">
        <w:rPr>
          <w:rFonts w:ascii="Times New Roman" w:hAnsi="Times New Roman" w:cs="Times New Roman"/>
          <w:sz w:val="28"/>
          <w:szCs w:val="28"/>
          <w:lang w:val="kk-KZ"/>
        </w:rPr>
        <w:t xml:space="preserve"> болсын. Онда, </w:t>
      </w:r>
      <w:r w:rsidR="00A135AE" w:rsidRPr="00B439DD">
        <w:rPr>
          <w:rFonts w:ascii="Times New Roman" w:hAnsi="Times New Roman" w:cs="Times New Roman"/>
          <w:noProof/>
          <w:position w:val="-12"/>
          <w:sz w:val="28"/>
          <w:szCs w:val="28"/>
        </w:rPr>
        <w:drawing>
          <wp:inline distT="0" distB="0" distL="0" distR="0" wp14:anchorId="61D9BF90" wp14:editId="49F27F78">
            <wp:extent cx="182880" cy="231140"/>
            <wp:effectExtent l="0" t="0" r="7620" b="0"/>
            <wp:docPr id="2090" name="Рисунок 2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0"/>
                    <pic:cNvPicPr>
                      <a:picLocks noChangeAspect="1" noChangeArrowheads="1"/>
                    </pic:cNvPicPr>
                  </pic:nvPicPr>
                  <pic:blipFill>
                    <a:blip r:embed="rId2866" cstate="print">
                      <a:extLst>
                        <a:ext uri="{28A0092B-C50C-407E-A947-70E740481C1C}">
                          <a14:useLocalDpi xmlns:a14="http://schemas.microsoft.com/office/drawing/2010/main" val="0"/>
                        </a:ext>
                      </a:extLst>
                    </a:blip>
                    <a:srcRect/>
                    <a:stretch>
                      <a:fillRect/>
                    </a:stretch>
                  </pic:blipFill>
                  <pic:spPr bwMode="auto">
                    <a:xfrm>
                      <a:off x="0" y="0"/>
                      <a:ext cx="182880" cy="231140"/>
                    </a:xfrm>
                    <a:prstGeom prst="rect">
                      <a:avLst/>
                    </a:prstGeom>
                    <a:noFill/>
                    <a:ln>
                      <a:noFill/>
                    </a:ln>
                  </pic:spPr>
                </pic:pic>
              </a:graphicData>
            </a:graphic>
          </wp:inline>
        </w:drawing>
      </w:r>
      <w:r w:rsidR="00A23729" w:rsidRPr="00B439DD">
        <w:rPr>
          <w:rFonts w:ascii="Times New Roman" w:hAnsi="Times New Roman" w:cs="Times New Roman"/>
          <w:sz w:val="28"/>
          <w:szCs w:val="28"/>
          <w:lang w:val="kk-KZ"/>
        </w:rPr>
        <w:t xml:space="preserve"> </w:t>
      </w:r>
      <w:r w:rsidRPr="00B439DD">
        <w:rPr>
          <w:rFonts w:ascii="Times New Roman" w:hAnsi="Times New Roman" w:cs="Times New Roman"/>
          <w:sz w:val="28"/>
          <w:szCs w:val="28"/>
          <w:lang w:val="kk-KZ"/>
        </w:rPr>
        <w:t xml:space="preserve">саны да </w:t>
      </w:r>
      <w:r w:rsidR="00A135AE" w:rsidRPr="00B439DD">
        <w:rPr>
          <w:rFonts w:ascii="Times New Roman" w:hAnsi="Times New Roman" w:cs="Times New Roman"/>
          <w:noProof/>
          <w:position w:val="-4"/>
          <w:sz w:val="28"/>
          <w:szCs w:val="28"/>
        </w:rPr>
        <w:drawing>
          <wp:inline distT="0" distB="0" distL="0" distR="0" wp14:anchorId="7996F0EB" wp14:editId="6B7CE989">
            <wp:extent cx="182880" cy="182880"/>
            <wp:effectExtent l="0" t="0" r="7620" b="7620"/>
            <wp:docPr id="2091" name="Рисунок 2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1"/>
                    <pic:cNvPicPr>
                      <a:picLocks noChangeAspect="1" noChangeArrowheads="1"/>
                    </pic:cNvPicPr>
                  </pic:nvPicPr>
                  <pic:blipFill>
                    <a:blip r:embed="rId2867"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B439DD">
        <w:rPr>
          <w:rFonts w:ascii="Times New Roman" w:hAnsi="Times New Roman" w:cs="Times New Roman"/>
          <w:sz w:val="28"/>
          <w:szCs w:val="28"/>
          <w:lang w:val="kk-KZ"/>
        </w:rPr>
        <w:t xml:space="preserve"> жиынының элементі болатынын көрсетейік.</w:t>
      </w:r>
    </w:p>
    <w:p w14:paraId="3B5231AE" w14:textId="2E1D5DCD" w:rsidR="004B7CD0" w:rsidRPr="00B439DD" w:rsidRDefault="00A135AE" w:rsidP="00585343">
      <w:pPr>
        <w:spacing w:after="0" w:line="240" w:lineRule="auto"/>
        <w:ind w:firstLine="567"/>
        <w:jc w:val="both"/>
        <w:rPr>
          <w:rFonts w:ascii="Times New Roman" w:hAnsi="Times New Roman" w:cs="Times New Roman"/>
          <w:sz w:val="28"/>
          <w:szCs w:val="28"/>
          <w:lang w:val="kk-KZ"/>
        </w:rPr>
      </w:pPr>
      <w:r w:rsidRPr="00B439DD">
        <w:rPr>
          <w:rFonts w:ascii="Times New Roman" w:hAnsi="Times New Roman" w:cs="Times New Roman"/>
          <w:noProof/>
          <w:position w:val="-16"/>
          <w:sz w:val="28"/>
          <w:szCs w:val="28"/>
        </w:rPr>
        <w:drawing>
          <wp:inline distT="0" distB="0" distL="0" distR="0" wp14:anchorId="2EA56002" wp14:editId="77273FCE">
            <wp:extent cx="462280" cy="250190"/>
            <wp:effectExtent l="0" t="0" r="0" b="0"/>
            <wp:docPr id="2092" name="Рисунок 2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2"/>
                    <pic:cNvPicPr>
                      <a:picLocks noChangeAspect="1" noChangeArrowheads="1"/>
                    </pic:cNvPicPr>
                  </pic:nvPicPr>
                  <pic:blipFill>
                    <a:blip r:embed="rId2868" cstate="print">
                      <a:extLst>
                        <a:ext uri="{28A0092B-C50C-407E-A947-70E740481C1C}">
                          <a14:useLocalDpi xmlns:a14="http://schemas.microsoft.com/office/drawing/2010/main" val="0"/>
                        </a:ext>
                      </a:extLst>
                    </a:blip>
                    <a:srcRect/>
                    <a:stretch>
                      <a:fillRect/>
                    </a:stretch>
                  </pic:blipFill>
                  <pic:spPr bwMode="auto">
                    <a:xfrm>
                      <a:off x="0" y="0"/>
                      <a:ext cx="462280" cy="250190"/>
                    </a:xfrm>
                    <a:prstGeom prst="rect">
                      <a:avLst/>
                    </a:prstGeom>
                    <a:noFill/>
                    <a:ln>
                      <a:noFill/>
                    </a:ln>
                  </pic:spPr>
                </pic:pic>
              </a:graphicData>
            </a:graphic>
          </wp:inline>
        </w:drawing>
      </w:r>
      <w:r w:rsidR="00A23729" w:rsidRPr="00B439DD">
        <w:rPr>
          <w:rFonts w:ascii="Times New Roman" w:hAnsi="Times New Roman" w:cs="Times New Roman"/>
          <w:sz w:val="28"/>
          <w:szCs w:val="28"/>
          <w:lang w:val="kk-KZ"/>
        </w:rPr>
        <w:t xml:space="preserve"> кеңістігінде (2.35), (2.31</w:t>
      </w:r>
      <w:r w:rsidR="004B7CD0" w:rsidRPr="00B439DD">
        <w:rPr>
          <w:rFonts w:ascii="Times New Roman" w:hAnsi="Times New Roman" w:cs="Times New Roman"/>
          <w:sz w:val="28"/>
          <w:szCs w:val="28"/>
          <w:lang w:val="kk-KZ"/>
        </w:rPr>
        <w:t xml:space="preserve">), </w:t>
      </w:r>
      <w:r w:rsidR="00A23729" w:rsidRPr="00B439DD">
        <w:rPr>
          <w:rFonts w:ascii="Times New Roman" w:hAnsi="Times New Roman" w:cs="Times New Roman"/>
          <w:position w:val="-16"/>
          <w:sz w:val="28"/>
          <w:szCs w:val="28"/>
          <w:lang w:val="kk-KZ"/>
        </w:rPr>
        <w:object w:dxaOrig="960" w:dyaOrig="420" w14:anchorId="79580953">
          <v:shape id="_x0000_i2236" type="#_x0000_t75" style="width:46.7pt;height:20.55pt" o:ole="">
            <v:imagedata r:id="rId2869" o:title=""/>
          </v:shape>
          <o:OLEObject Type="Embed" ProgID="Equation.DSMT4" ShapeID="_x0000_i2236" DrawAspect="Content" ObjectID="_1840332690" r:id="rId2870"/>
        </w:object>
      </w:r>
      <w:r w:rsidR="00A23729" w:rsidRPr="00B439DD">
        <w:rPr>
          <w:rFonts w:ascii="Times New Roman" w:hAnsi="Times New Roman" w:cs="Times New Roman"/>
          <w:sz w:val="28"/>
          <w:szCs w:val="28"/>
          <w:lang w:val="kk-KZ"/>
        </w:rPr>
        <w:t xml:space="preserve"> </w:t>
      </w:r>
      <w:r w:rsidR="004B7CD0" w:rsidRPr="00B439DD">
        <w:rPr>
          <w:rFonts w:ascii="Times New Roman" w:hAnsi="Times New Roman" w:cs="Times New Roman"/>
          <w:sz w:val="28"/>
          <w:szCs w:val="28"/>
          <w:lang w:val="kk-KZ"/>
        </w:rPr>
        <w:t xml:space="preserve">шеттік есебінің шешімі болып табылатын </w:t>
      </w:r>
      <w:r w:rsidRPr="00B439DD">
        <w:rPr>
          <w:rFonts w:ascii="Times New Roman" w:hAnsi="Times New Roman" w:cs="Times New Roman"/>
          <w:noProof/>
          <w:position w:val="-12"/>
          <w:sz w:val="28"/>
          <w:szCs w:val="28"/>
        </w:rPr>
        <w:drawing>
          <wp:inline distT="0" distB="0" distL="0" distR="0" wp14:anchorId="37155F14" wp14:editId="3523B9D4">
            <wp:extent cx="182880" cy="231140"/>
            <wp:effectExtent l="0" t="0" r="7620" b="0"/>
            <wp:docPr id="2094" name="Рисунок 2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4"/>
                    <pic:cNvPicPr>
                      <a:picLocks noChangeAspect="1" noChangeArrowheads="1"/>
                    </pic:cNvPicPr>
                  </pic:nvPicPr>
                  <pic:blipFill>
                    <a:blip r:embed="rId2871" cstate="print">
                      <a:extLst>
                        <a:ext uri="{28A0092B-C50C-407E-A947-70E740481C1C}">
                          <a14:useLocalDpi xmlns:a14="http://schemas.microsoft.com/office/drawing/2010/main" val="0"/>
                        </a:ext>
                      </a:extLst>
                    </a:blip>
                    <a:srcRect/>
                    <a:stretch>
                      <a:fillRect/>
                    </a:stretch>
                  </pic:blipFill>
                  <pic:spPr bwMode="auto">
                    <a:xfrm>
                      <a:off x="0" y="0"/>
                      <a:ext cx="182880" cy="231140"/>
                    </a:xfrm>
                    <a:prstGeom prst="rect">
                      <a:avLst/>
                    </a:prstGeom>
                    <a:noFill/>
                    <a:ln>
                      <a:noFill/>
                    </a:ln>
                  </pic:spPr>
                </pic:pic>
              </a:graphicData>
            </a:graphic>
          </wp:inline>
        </w:drawing>
      </w:r>
      <w:r w:rsidR="004B7CD0" w:rsidRPr="00B439DD">
        <w:rPr>
          <w:rFonts w:ascii="Times New Roman" w:hAnsi="Times New Roman" w:cs="Times New Roman"/>
          <w:sz w:val="28"/>
          <w:szCs w:val="28"/>
          <w:lang w:val="kk-KZ"/>
        </w:rPr>
        <w:t xml:space="preserve"> санына сәйкес </w:t>
      </w:r>
      <w:r w:rsidRPr="00B439DD">
        <w:rPr>
          <w:rFonts w:ascii="Times New Roman" w:hAnsi="Times New Roman" w:cs="Times New Roman"/>
          <w:noProof/>
          <w:position w:val="-12"/>
          <w:sz w:val="28"/>
          <w:szCs w:val="28"/>
        </w:rPr>
        <w:drawing>
          <wp:inline distT="0" distB="0" distL="0" distR="0" wp14:anchorId="49ED48C6" wp14:editId="281901B9">
            <wp:extent cx="577215" cy="231140"/>
            <wp:effectExtent l="0" t="0" r="0" b="0"/>
            <wp:docPr id="2095" name="Рисунок 2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5"/>
                    <pic:cNvPicPr>
                      <a:picLocks noChangeAspect="1" noChangeArrowheads="1"/>
                    </pic:cNvPicPr>
                  </pic:nvPicPr>
                  <pic:blipFill>
                    <a:blip r:embed="rId2872" cstate="print">
                      <a:extLst>
                        <a:ext uri="{28A0092B-C50C-407E-A947-70E740481C1C}">
                          <a14:useLocalDpi xmlns:a14="http://schemas.microsoft.com/office/drawing/2010/main" val="0"/>
                        </a:ext>
                      </a:extLst>
                    </a:blip>
                    <a:srcRect/>
                    <a:stretch>
                      <a:fillRect/>
                    </a:stretch>
                  </pic:blipFill>
                  <pic:spPr bwMode="auto">
                    <a:xfrm>
                      <a:off x="0" y="0"/>
                      <a:ext cx="577215" cy="231140"/>
                    </a:xfrm>
                    <a:prstGeom prst="rect">
                      <a:avLst/>
                    </a:prstGeom>
                    <a:noFill/>
                    <a:ln>
                      <a:noFill/>
                    </a:ln>
                  </pic:spPr>
                </pic:pic>
              </a:graphicData>
            </a:graphic>
          </wp:inline>
        </w:drawing>
      </w:r>
      <w:r w:rsidR="004B7CD0" w:rsidRPr="00B439DD">
        <w:rPr>
          <w:rFonts w:ascii="Times New Roman" w:hAnsi="Times New Roman" w:cs="Times New Roman"/>
          <w:sz w:val="28"/>
          <w:szCs w:val="28"/>
          <w:lang w:val="kk-KZ"/>
        </w:rPr>
        <w:t xml:space="preserve"> функциясы табылады. </w:t>
      </w:r>
      <w:r w:rsidRPr="00B439DD">
        <w:rPr>
          <w:rFonts w:ascii="Times New Roman" w:hAnsi="Times New Roman" w:cs="Times New Roman"/>
          <w:noProof/>
          <w:position w:val="-12"/>
          <w:sz w:val="28"/>
          <w:szCs w:val="28"/>
        </w:rPr>
        <w:drawing>
          <wp:inline distT="0" distB="0" distL="0" distR="0" wp14:anchorId="2F0DAAD9" wp14:editId="42764F8A">
            <wp:extent cx="731520" cy="231140"/>
            <wp:effectExtent l="0" t="0" r="0" b="0"/>
            <wp:docPr id="2096" name="Рисунок 2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6"/>
                    <pic:cNvPicPr>
                      <a:picLocks noChangeAspect="1" noChangeArrowheads="1"/>
                    </pic:cNvPicPr>
                  </pic:nvPicPr>
                  <pic:blipFill>
                    <a:blip r:embed="rId2873" cstate="print">
                      <a:extLst>
                        <a:ext uri="{28A0092B-C50C-407E-A947-70E740481C1C}">
                          <a14:useLocalDpi xmlns:a14="http://schemas.microsoft.com/office/drawing/2010/main" val="0"/>
                        </a:ext>
                      </a:extLst>
                    </a:blip>
                    <a:srcRect/>
                    <a:stretch>
                      <a:fillRect/>
                    </a:stretch>
                  </pic:blipFill>
                  <pic:spPr bwMode="auto">
                    <a:xfrm>
                      <a:off x="0" y="0"/>
                      <a:ext cx="731520" cy="231140"/>
                    </a:xfrm>
                    <a:prstGeom prst="rect">
                      <a:avLst/>
                    </a:prstGeom>
                    <a:noFill/>
                    <a:ln>
                      <a:noFill/>
                    </a:ln>
                  </pic:spPr>
                </pic:pic>
              </a:graphicData>
            </a:graphic>
          </wp:inline>
        </w:drawing>
      </w:r>
      <w:r w:rsidR="004B7CD0" w:rsidRPr="00B439DD">
        <w:rPr>
          <w:rFonts w:ascii="Times New Roman" w:hAnsi="Times New Roman" w:cs="Times New Roman"/>
          <w:sz w:val="28"/>
          <w:szCs w:val="28"/>
          <w:lang w:val="kk-KZ"/>
        </w:rPr>
        <w:t xml:space="preserve"> функц</w:t>
      </w:r>
      <w:r w:rsidR="00A23729" w:rsidRPr="00B439DD">
        <w:rPr>
          <w:rFonts w:ascii="Times New Roman" w:hAnsi="Times New Roman" w:cs="Times New Roman"/>
          <w:sz w:val="28"/>
          <w:szCs w:val="28"/>
          <w:lang w:val="kk-KZ"/>
        </w:rPr>
        <w:t xml:space="preserve">иялар жиынтығына (2.56)-(2.59) </w:t>
      </w:r>
      <w:r w:rsidR="004B7CD0" w:rsidRPr="00B439DD">
        <w:rPr>
          <w:rFonts w:ascii="Times New Roman" w:hAnsi="Times New Roman" w:cs="Times New Roman"/>
          <w:i/>
          <w:sz w:val="28"/>
          <w:szCs w:val="28"/>
          <w:lang w:val="kk-KZ"/>
        </w:rPr>
        <w:t>k</w:t>
      </w:r>
      <w:r w:rsidR="004B7CD0" w:rsidRPr="00B439DD">
        <w:rPr>
          <w:rFonts w:ascii="Times New Roman" w:hAnsi="Times New Roman" w:cs="Times New Roman"/>
          <w:sz w:val="28"/>
          <w:szCs w:val="28"/>
          <w:lang w:val="kk-KZ"/>
        </w:rPr>
        <w:t xml:space="preserve"> бойынша</w:t>
      </w:r>
      <w:r w:rsidR="00A23729" w:rsidRPr="00B439DD">
        <w:rPr>
          <w:rFonts w:ascii="Times New Roman" w:hAnsi="Times New Roman" w:cs="Times New Roman"/>
          <w:sz w:val="28"/>
          <w:szCs w:val="28"/>
          <w:lang w:val="kk-KZ"/>
        </w:rPr>
        <w:t xml:space="preserve"> бірқалыпты</w:t>
      </w:r>
      <w:r w:rsidR="004B7CD0" w:rsidRPr="00B439DD">
        <w:rPr>
          <w:rFonts w:ascii="Times New Roman" w:hAnsi="Times New Roman" w:cs="Times New Roman"/>
          <w:sz w:val="28"/>
          <w:szCs w:val="28"/>
          <w:lang w:val="kk-KZ"/>
        </w:rPr>
        <w:t xml:space="preserve"> бағалау орынды болады Осы бағалаулардан шығатыны, </w:t>
      </w:r>
      <w:r w:rsidRPr="00B439DD">
        <w:rPr>
          <w:rFonts w:ascii="Times New Roman" w:hAnsi="Times New Roman" w:cs="Times New Roman"/>
          <w:noProof/>
          <w:position w:val="-16"/>
          <w:sz w:val="28"/>
          <w:szCs w:val="28"/>
        </w:rPr>
        <w:drawing>
          <wp:inline distT="0" distB="0" distL="0" distR="0" wp14:anchorId="3A601548" wp14:editId="3D7690CA">
            <wp:extent cx="462280" cy="250190"/>
            <wp:effectExtent l="0" t="0" r="0" b="0"/>
            <wp:docPr id="2097" name="Рисунок 2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7"/>
                    <pic:cNvPicPr>
                      <a:picLocks noChangeAspect="1" noChangeArrowheads="1"/>
                    </pic:cNvPicPr>
                  </pic:nvPicPr>
                  <pic:blipFill>
                    <a:blip r:embed="rId2874" cstate="print">
                      <a:extLst>
                        <a:ext uri="{28A0092B-C50C-407E-A947-70E740481C1C}">
                          <a14:useLocalDpi xmlns:a14="http://schemas.microsoft.com/office/drawing/2010/main" val="0"/>
                        </a:ext>
                      </a:extLst>
                    </a:blip>
                    <a:srcRect/>
                    <a:stretch>
                      <a:fillRect/>
                    </a:stretch>
                  </pic:blipFill>
                  <pic:spPr bwMode="auto">
                    <a:xfrm>
                      <a:off x="0" y="0"/>
                      <a:ext cx="462280" cy="250190"/>
                    </a:xfrm>
                    <a:prstGeom prst="rect">
                      <a:avLst/>
                    </a:prstGeom>
                    <a:noFill/>
                    <a:ln>
                      <a:noFill/>
                    </a:ln>
                  </pic:spPr>
                </pic:pic>
              </a:graphicData>
            </a:graphic>
          </wp:inline>
        </w:drawing>
      </w:r>
      <w:r w:rsidR="004B7CD0" w:rsidRPr="00B439DD">
        <w:rPr>
          <w:rFonts w:ascii="Times New Roman" w:hAnsi="Times New Roman" w:cs="Times New Roman"/>
          <w:sz w:val="28"/>
          <w:szCs w:val="28"/>
          <w:lang w:val="kk-KZ"/>
        </w:rPr>
        <w:t xml:space="preserve"> кеңістігінде </w:t>
      </w:r>
      <w:r w:rsidRPr="00B439DD">
        <w:rPr>
          <w:rFonts w:ascii="Times New Roman" w:hAnsi="Times New Roman" w:cs="Times New Roman"/>
          <w:noProof/>
          <w:position w:val="-12"/>
          <w:sz w:val="28"/>
          <w:szCs w:val="28"/>
        </w:rPr>
        <w:drawing>
          <wp:inline distT="0" distB="0" distL="0" distR="0" wp14:anchorId="131D4BD1" wp14:editId="13FB8923">
            <wp:extent cx="529590" cy="231140"/>
            <wp:effectExtent l="0" t="0" r="0" b="0"/>
            <wp:docPr id="2098" name="Рисунок 2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8"/>
                    <pic:cNvPicPr>
                      <a:picLocks noChangeAspect="1" noChangeArrowheads="1"/>
                    </pic:cNvPicPr>
                  </pic:nvPicPr>
                  <pic:blipFill>
                    <a:blip r:embed="rId2875" cstate="print">
                      <a:extLst>
                        <a:ext uri="{28A0092B-C50C-407E-A947-70E740481C1C}">
                          <a14:useLocalDpi xmlns:a14="http://schemas.microsoft.com/office/drawing/2010/main" val="0"/>
                        </a:ext>
                      </a:extLst>
                    </a:blip>
                    <a:srcRect/>
                    <a:stretch>
                      <a:fillRect/>
                    </a:stretch>
                  </pic:blipFill>
                  <pic:spPr bwMode="auto">
                    <a:xfrm>
                      <a:off x="0" y="0"/>
                      <a:ext cx="529590" cy="231140"/>
                    </a:xfrm>
                    <a:prstGeom prst="rect">
                      <a:avLst/>
                    </a:prstGeom>
                    <a:noFill/>
                    <a:ln>
                      <a:noFill/>
                    </a:ln>
                  </pic:spPr>
                </pic:pic>
              </a:graphicData>
            </a:graphic>
          </wp:inline>
        </w:drawing>
      </w:r>
      <w:r w:rsidR="004B7CD0" w:rsidRPr="00B439DD">
        <w:rPr>
          <w:rFonts w:ascii="Times New Roman" w:hAnsi="Times New Roman" w:cs="Times New Roman"/>
          <w:sz w:val="28"/>
          <w:szCs w:val="28"/>
          <w:lang w:val="kk-KZ"/>
        </w:rPr>
        <w:t xml:space="preserve"> функциясы табылып және  </w:t>
      </w:r>
      <w:r w:rsidRPr="00B439DD">
        <w:rPr>
          <w:rFonts w:ascii="Times New Roman" w:hAnsi="Times New Roman" w:cs="Times New Roman"/>
          <w:noProof/>
          <w:position w:val="-6"/>
          <w:sz w:val="28"/>
          <w:szCs w:val="28"/>
        </w:rPr>
        <w:drawing>
          <wp:inline distT="0" distB="0" distL="0" distR="0" wp14:anchorId="65F2508A" wp14:editId="56D6806D">
            <wp:extent cx="529590" cy="182880"/>
            <wp:effectExtent l="0" t="0" r="3810" b="7620"/>
            <wp:docPr id="2099" name="Рисунок 2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9"/>
                    <pic:cNvPicPr>
                      <a:picLocks noChangeAspect="1" noChangeArrowheads="1"/>
                    </pic:cNvPicPr>
                  </pic:nvPicPr>
                  <pic:blipFill>
                    <a:blip r:embed="rId2876" cstate="print">
                      <a:extLst>
                        <a:ext uri="{28A0092B-C50C-407E-A947-70E740481C1C}">
                          <a14:useLocalDpi xmlns:a14="http://schemas.microsoft.com/office/drawing/2010/main" val="0"/>
                        </a:ext>
                      </a:extLst>
                    </a:blip>
                    <a:srcRect/>
                    <a:stretch>
                      <a:fillRect/>
                    </a:stretch>
                  </pic:blipFill>
                  <pic:spPr bwMode="auto">
                    <a:xfrm>
                      <a:off x="0" y="0"/>
                      <a:ext cx="529590" cy="182880"/>
                    </a:xfrm>
                    <a:prstGeom prst="rect">
                      <a:avLst/>
                    </a:prstGeom>
                    <a:noFill/>
                    <a:ln>
                      <a:noFill/>
                    </a:ln>
                  </pic:spPr>
                </pic:pic>
              </a:graphicData>
            </a:graphic>
          </wp:inline>
        </w:drawing>
      </w:r>
      <w:r w:rsidR="004B7CD0" w:rsidRPr="00B439DD">
        <w:rPr>
          <w:rFonts w:ascii="Times New Roman" w:hAnsi="Times New Roman" w:cs="Times New Roman"/>
          <w:sz w:val="28"/>
          <w:szCs w:val="28"/>
          <w:lang w:val="kk-KZ"/>
        </w:rPr>
        <w:t xml:space="preserve"> болғанда </w:t>
      </w:r>
      <w:r w:rsidRPr="00B439DD">
        <w:rPr>
          <w:rFonts w:ascii="Times New Roman" w:hAnsi="Times New Roman" w:cs="Times New Roman"/>
          <w:noProof/>
          <w:position w:val="-12"/>
          <w:sz w:val="28"/>
          <w:szCs w:val="28"/>
        </w:rPr>
        <w:drawing>
          <wp:inline distT="0" distB="0" distL="0" distR="0" wp14:anchorId="1C08A024" wp14:editId="70D01D8D">
            <wp:extent cx="731520" cy="231140"/>
            <wp:effectExtent l="0" t="0" r="0" b="0"/>
            <wp:docPr id="2100" name="Рисунок 2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0"/>
                    <pic:cNvPicPr>
                      <a:picLocks noChangeAspect="1" noChangeArrowheads="1"/>
                    </pic:cNvPicPr>
                  </pic:nvPicPr>
                  <pic:blipFill>
                    <a:blip r:embed="rId2877" cstate="print">
                      <a:extLst>
                        <a:ext uri="{28A0092B-C50C-407E-A947-70E740481C1C}">
                          <a14:useLocalDpi xmlns:a14="http://schemas.microsoft.com/office/drawing/2010/main" val="0"/>
                        </a:ext>
                      </a:extLst>
                    </a:blip>
                    <a:srcRect/>
                    <a:stretch>
                      <a:fillRect/>
                    </a:stretch>
                  </pic:blipFill>
                  <pic:spPr bwMode="auto">
                    <a:xfrm>
                      <a:off x="0" y="0"/>
                      <a:ext cx="731520" cy="231140"/>
                    </a:xfrm>
                    <a:prstGeom prst="rect">
                      <a:avLst/>
                    </a:prstGeom>
                    <a:noFill/>
                    <a:ln>
                      <a:noFill/>
                    </a:ln>
                  </pic:spPr>
                </pic:pic>
              </a:graphicData>
            </a:graphic>
          </wp:inline>
        </w:drawing>
      </w:r>
      <w:r w:rsidR="004B7CD0" w:rsidRPr="00B439DD">
        <w:rPr>
          <w:rFonts w:ascii="Times New Roman" w:hAnsi="Times New Roman" w:cs="Times New Roman"/>
          <w:sz w:val="28"/>
          <w:szCs w:val="28"/>
          <w:lang w:val="kk-KZ"/>
        </w:rPr>
        <w:t xml:space="preserve"> жинақталатын тізбекшесі болады.</w:t>
      </w:r>
    </w:p>
    <w:p w14:paraId="5B48A359" w14:textId="77777777" w:rsidR="00602D67" w:rsidRPr="00B439DD" w:rsidRDefault="00602D67" w:rsidP="00B439DD">
      <w:pPr>
        <w:spacing w:after="0" w:line="240" w:lineRule="auto"/>
        <w:jc w:val="both"/>
        <w:rPr>
          <w:rFonts w:ascii="Times New Roman" w:hAnsi="Times New Roman" w:cs="Times New Roman"/>
          <w:sz w:val="28"/>
          <w:szCs w:val="28"/>
          <w:lang w:val="kk-KZ"/>
        </w:rPr>
      </w:pPr>
    </w:p>
    <w:p w14:paraId="0CAF7496" w14:textId="507AD041" w:rsidR="004B7CD0" w:rsidRPr="00B439DD" w:rsidRDefault="00A135AE" w:rsidP="00B439DD">
      <w:pPr>
        <w:spacing w:after="0" w:line="240" w:lineRule="auto"/>
        <w:jc w:val="center"/>
        <w:rPr>
          <w:rFonts w:ascii="Times New Roman" w:hAnsi="Times New Roman" w:cs="Times New Roman"/>
          <w:sz w:val="28"/>
          <w:szCs w:val="28"/>
          <w:lang w:val="kk-KZ"/>
        </w:rPr>
      </w:pPr>
      <w:r w:rsidRPr="00B439DD">
        <w:rPr>
          <w:rFonts w:ascii="Times New Roman" w:hAnsi="Times New Roman" w:cs="Times New Roman"/>
          <w:noProof/>
          <w:position w:val="-12"/>
          <w:sz w:val="28"/>
          <w:szCs w:val="28"/>
        </w:rPr>
        <w:drawing>
          <wp:inline distT="0" distB="0" distL="0" distR="0" wp14:anchorId="11F44F09" wp14:editId="0D7094F8">
            <wp:extent cx="1328420" cy="231140"/>
            <wp:effectExtent l="0" t="0" r="5080" b="0"/>
            <wp:docPr id="2101" name="Рисунок 2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1"/>
                    <pic:cNvPicPr>
                      <a:picLocks noChangeAspect="1" noChangeArrowheads="1"/>
                    </pic:cNvPicPr>
                  </pic:nvPicPr>
                  <pic:blipFill>
                    <a:blip r:embed="rId2878" cstate="print">
                      <a:extLst>
                        <a:ext uri="{28A0092B-C50C-407E-A947-70E740481C1C}">
                          <a14:useLocalDpi xmlns:a14="http://schemas.microsoft.com/office/drawing/2010/main" val="0"/>
                        </a:ext>
                      </a:extLst>
                    </a:blip>
                    <a:srcRect/>
                    <a:stretch>
                      <a:fillRect/>
                    </a:stretch>
                  </pic:blipFill>
                  <pic:spPr bwMode="auto">
                    <a:xfrm>
                      <a:off x="0" y="0"/>
                      <a:ext cx="1328420" cy="231140"/>
                    </a:xfrm>
                    <a:prstGeom prst="rect">
                      <a:avLst/>
                    </a:prstGeom>
                    <a:noFill/>
                    <a:ln>
                      <a:noFill/>
                    </a:ln>
                  </pic:spPr>
                </pic:pic>
              </a:graphicData>
            </a:graphic>
          </wp:inline>
        </w:drawing>
      </w:r>
      <w:r w:rsidR="00A23729" w:rsidRPr="00B439DD">
        <w:rPr>
          <w:rFonts w:ascii="Times New Roman" w:hAnsi="Times New Roman" w:cs="Times New Roman"/>
          <w:sz w:val="28"/>
          <w:szCs w:val="28"/>
          <w:lang w:val="kk-KZ"/>
        </w:rPr>
        <w:t xml:space="preserve"> </w:t>
      </w:r>
      <w:r w:rsidR="004B7CD0" w:rsidRPr="00B439DD">
        <w:rPr>
          <w:rFonts w:ascii="Times New Roman" w:hAnsi="Times New Roman" w:cs="Times New Roman"/>
          <w:sz w:val="28"/>
          <w:szCs w:val="28"/>
          <w:lang w:val="kk-KZ"/>
        </w:rPr>
        <w:t xml:space="preserve">әлсіз </w:t>
      </w:r>
      <w:r w:rsidRPr="00B439DD">
        <w:rPr>
          <w:rFonts w:ascii="Times New Roman" w:hAnsi="Times New Roman" w:cs="Times New Roman"/>
          <w:noProof/>
          <w:position w:val="-16"/>
          <w:sz w:val="28"/>
          <w:szCs w:val="28"/>
        </w:rPr>
        <w:drawing>
          <wp:inline distT="0" distB="0" distL="0" distR="0" wp14:anchorId="6488CA75" wp14:editId="1D80DC63">
            <wp:extent cx="462280" cy="250190"/>
            <wp:effectExtent l="0" t="0" r="0" b="0"/>
            <wp:docPr id="2102" name="Рисунок 2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2"/>
                    <pic:cNvPicPr>
                      <a:picLocks noChangeAspect="1" noChangeArrowheads="1"/>
                    </pic:cNvPicPr>
                  </pic:nvPicPr>
                  <pic:blipFill>
                    <a:blip r:embed="rId2879" cstate="print">
                      <a:extLst>
                        <a:ext uri="{28A0092B-C50C-407E-A947-70E740481C1C}">
                          <a14:useLocalDpi xmlns:a14="http://schemas.microsoft.com/office/drawing/2010/main" val="0"/>
                        </a:ext>
                      </a:extLst>
                    </a:blip>
                    <a:srcRect/>
                    <a:stretch>
                      <a:fillRect/>
                    </a:stretch>
                  </pic:blipFill>
                  <pic:spPr bwMode="auto">
                    <a:xfrm>
                      <a:off x="0" y="0"/>
                      <a:ext cx="462280" cy="250190"/>
                    </a:xfrm>
                    <a:prstGeom prst="rect">
                      <a:avLst/>
                    </a:prstGeom>
                    <a:noFill/>
                    <a:ln>
                      <a:noFill/>
                    </a:ln>
                  </pic:spPr>
                </pic:pic>
              </a:graphicData>
            </a:graphic>
          </wp:inline>
        </w:drawing>
      </w:r>
      <w:r w:rsidR="004B7CD0" w:rsidRPr="00B439DD">
        <w:rPr>
          <w:rFonts w:ascii="Times New Roman" w:hAnsi="Times New Roman" w:cs="Times New Roman"/>
          <w:sz w:val="28"/>
          <w:szCs w:val="28"/>
          <w:lang w:val="kk-KZ"/>
        </w:rPr>
        <w:t>.</w:t>
      </w:r>
    </w:p>
    <w:p w14:paraId="42185D82" w14:textId="77777777" w:rsidR="00602D67" w:rsidRPr="00B439DD" w:rsidRDefault="00602D67" w:rsidP="00B439DD">
      <w:pPr>
        <w:spacing w:after="0" w:line="240" w:lineRule="auto"/>
        <w:rPr>
          <w:rFonts w:ascii="Times New Roman" w:hAnsi="Times New Roman" w:cs="Times New Roman"/>
          <w:sz w:val="28"/>
          <w:szCs w:val="28"/>
          <w:lang w:val="kk-KZ"/>
        </w:rPr>
      </w:pPr>
    </w:p>
    <w:p w14:paraId="3BC814DA" w14:textId="0E6B446B" w:rsidR="004B7CD0" w:rsidRPr="00B439DD" w:rsidRDefault="004B7CD0" w:rsidP="00585343">
      <w:pPr>
        <w:spacing w:after="0" w:line="240" w:lineRule="auto"/>
        <w:ind w:firstLine="567"/>
        <w:jc w:val="both"/>
        <w:rPr>
          <w:rFonts w:ascii="Times New Roman" w:hAnsi="Times New Roman" w:cs="Times New Roman"/>
          <w:sz w:val="28"/>
          <w:szCs w:val="28"/>
          <w:lang w:val="kk-KZ"/>
        </w:rPr>
      </w:pPr>
      <w:r w:rsidRPr="00B439DD">
        <w:rPr>
          <w:rFonts w:ascii="Times New Roman" w:hAnsi="Times New Roman" w:cs="Times New Roman"/>
          <w:sz w:val="28"/>
          <w:szCs w:val="28"/>
          <w:lang w:val="kk-KZ"/>
        </w:rPr>
        <w:t xml:space="preserve">Осы жинақтылықтан шығатыны </w:t>
      </w:r>
      <w:r w:rsidR="00A135AE" w:rsidRPr="00B439DD">
        <w:rPr>
          <w:rFonts w:ascii="Times New Roman" w:hAnsi="Times New Roman" w:cs="Times New Roman"/>
          <w:noProof/>
          <w:position w:val="-12"/>
          <w:sz w:val="28"/>
          <w:szCs w:val="28"/>
        </w:rPr>
        <w:drawing>
          <wp:inline distT="0" distB="0" distL="0" distR="0" wp14:anchorId="6ECBE190" wp14:editId="2956EBDF">
            <wp:extent cx="529590" cy="231140"/>
            <wp:effectExtent l="0" t="0" r="0" b="0"/>
            <wp:docPr id="2103" name="Рисунок 2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3"/>
                    <pic:cNvPicPr>
                      <a:picLocks noChangeAspect="1" noChangeArrowheads="1"/>
                    </pic:cNvPicPr>
                  </pic:nvPicPr>
                  <pic:blipFill>
                    <a:blip r:embed="rId2880" cstate="print">
                      <a:extLst>
                        <a:ext uri="{28A0092B-C50C-407E-A947-70E740481C1C}">
                          <a14:useLocalDpi xmlns:a14="http://schemas.microsoft.com/office/drawing/2010/main" val="0"/>
                        </a:ext>
                      </a:extLst>
                    </a:blip>
                    <a:srcRect/>
                    <a:stretch>
                      <a:fillRect/>
                    </a:stretch>
                  </pic:blipFill>
                  <pic:spPr bwMode="auto">
                    <a:xfrm>
                      <a:off x="0" y="0"/>
                      <a:ext cx="529590" cy="231140"/>
                    </a:xfrm>
                    <a:prstGeom prst="rect">
                      <a:avLst/>
                    </a:prstGeom>
                    <a:noFill/>
                    <a:ln>
                      <a:noFill/>
                    </a:ln>
                  </pic:spPr>
                </pic:pic>
              </a:graphicData>
            </a:graphic>
          </wp:inline>
        </w:drawing>
      </w:r>
      <w:r w:rsidRPr="00B439DD">
        <w:rPr>
          <w:rFonts w:ascii="Times New Roman" w:hAnsi="Times New Roman" w:cs="Times New Roman"/>
          <w:sz w:val="28"/>
          <w:szCs w:val="28"/>
          <w:lang w:val="kk-KZ"/>
        </w:rPr>
        <w:t xml:space="preserve"> шектік функциясы (</w:t>
      </w:r>
      <w:r w:rsidR="00A23729" w:rsidRPr="00B439DD">
        <w:rPr>
          <w:rFonts w:ascii="Times New Roman" w:hAnsi="Times New Roman" w:cs="Times New Roman"/>
          <w:sz w:val="28"/>
          <w:szCs w:val="28"/>
          <w:lang w:val="kk-KZ"/>
        </w:rPr>
        <w:t>2.</w:t>
      </w:r>
      <w:r w:rsidRPr="00B439DD">
        <w:rPr>
          <w:rFonts w:ascii="Times New Roman" w:hAnsi="Times New Roman" w:cs="Times New Roman"/>
          <w:sz w:val="28"/>
          <w:szCs w:val="28"/>
          <w:lang w:val="kk-KZ"/>
        </w:rPr>
        <w:t>3</w:t>
      </w:r>
      <w:r w:rsidR="00A23729" w:rsidRPr="00B439DD">
        <w:rPr>
          <w:rFonts w:ascii="Times New Roman" w:hAnsi="Times New Roman" w:cs="Times New Roman"/>
          <w:sz w:val="28"/>
          <w:szCs w:val="28"/>
          <w:lang w:val="kk-KZ"/>
        </w:rPr>
        <w:t>5) теңдеудің шешімі және оған (2.31</w:t>
      </w:r>
      <w:r w:rsidRPr="00B439DD">
        <w:rPr>
          <w:rFonts w:ascii="Times New Roman" w:hAnsi="Times New Roman" w:cs="Times New Roman"/>
          <w:sz w:val="28"/>
          <w:szCs w:val="28"/>
          <w:lang w:val="kk-KZ"/>
        </w:rPr>
        <w:t xml:space="preserve">), </w:t>
      </w:r>
      <w:r w:rsidR="000C4022" w:rsidRPr="00B439DD">
        <w:rPr>
          <w:rFonts w:ascii="Times New Roman" w:hAnsi="Times New Roman" w:cs="Times New Roman"/>
          <w:position w:val="-16"/>
          <w:sz w:val="28"/>
          <w:szCs w:val="28"/>
          <w:lang w:val="kk-KZ"/>
        </w:rPr>
        <w:object w:dxaOrig="960" w:dyaOrig="420" w14:anchorId="3C8684A3">
          <v:shape id="_x0000_i2237" type="#_x0000_t75" style="width:46.7pt;height:20.55pt" o:ole="">
            <v:imagedata r:id="rId2881" o:title=""/>
          </v:shape>
          <o:OLEObject Type="Embed" ProgID="Equation.DSMT4" ShapeID="_x0000_i2237" DrawAspect="Content" ObjectID="_1840332691" r:id="rId2882"/>
        </w:object>
      </w:r>
      <w:r w:rsidR="000C4022" w:rsidRPr="00B439DD">
        <w:rPr>
          <w:rFonts w:ascii="Times New Roman" w:hAnsi="Times New Roman" w:cs="Times New Roman"/>
          <w:sz w:val="28"/>
          <w:szCs w:val="28"/>
          <w:lang w:val="kk-KZ"/>
        </w:rPr>
        <w:t xml:space="preserve"> шарттары орындалады. (2.56</w:t>
      </w:r>
      <w:r w:rsidRPr="00B439DD">
        <w:rPr>
          <w:rFonts w:ascii="Times New Roman" w:hAnsi="Times New Roman" w:cs="Times New Roman"/>
          <w:sz w:val="28"/>
          <w:szCs w:val="28"/>
          <w:lang w:val="kk-KZ"/>
        </w:rPr>
        <w:t>)-(</w:t>
      </w:r>
      <w:r w:rsidR="000C4022" w:rsidRPr="00B439DD">
        <w:rPr>
          <w:rFonts w:ascii="Times New Roman" w:hAnsi="Times New Roman" w:cs="Times New Roman"/>
          <w:sz w:val="28"/>
          <w:szCs w:val="28"/>
          <w:lang w:val="kk-KZ"/>
        </w:rPr>
        <w:t xml:space="preserve">2.59)  бағалаулары (2.35), (2.31), </w:t>
      </w:r>
      <w:r w:rsidR="000C4022" w:rsidRPr="00B439DD">
        <w:rPr>
          <w:rFonts w:ascii="Times New Roman" w:hAnsi="Times New Roman" w:cs="Times New Roman"/>
          <w:position w:val="-16"/>
          <w:sz w:val="28"/>
          <w:szCs w:val="28"/>
          <w:lang w:val="kk-KZ"/>
        </w:rPr>
        <w:object w:dxaOrig="960" w:dyaOrig="420" w14:anchorId="772B25E5">
          <v:shape id="_x0000_i2238" type="#_x0000_t75" style="width:46.7pt;height:20.55pt" o:ole="">
            <v:imagedata r:id="rId2881" o:title=""/>
          </v:shape>
          <o:OLEObject Type="Embed" ProgID="Equation.DSMT4" ShapeID="_x0000_i2238" DrawAspect="Content" ObjectID="_1840332692" r:id="rId2883"/>
        </w:object>
      </w:r>
      <w:r w:rsidR="000C4022" w:rsidRPr="00B439DD">
        <w:rPr>
          <w:rFonts w:ascii="Times New Roman" w:hAnsi="Times New Roman" w:cs="Times New Roman"/>
          <w:sz w:val="28"/>
          <w:szCs w:val="28"/>
          <w:lang w:val="kk-KZ"/>
        </w:rPr>
        <w:t xml:space="preserve"> </w:t>
      </w:r>
      <w:r w:rsidRPr="00B439DD">
        <w:rPr>
          <w:rFonts w:ascii="Times New Roman" w:hAnsi="Times New Roman" w:cs="Times New Roman"/>
          <w:sz w:val="28"/>
          <w:szCs w:val="28"/>
          <w:lang w:val="kk-KZ"/>
        </w:rPr>
        <w:t xml:space="preserve">теңдеуінің шешімдері үшін </w:t>
      </w:r>
      <w:r w:rsidR="00A135AE" w:rsidRPr="00B439DD">
        <w:rPr>
          <w:rFonts w:ascii="Times New Roman" w:hAnsi="Times New Roman" w:cs="Times New Roman"/>
          <w:noProof/>
          <w:position w:val="-12"/>
          <w:sz w:val="28"/>
          <w:szCs w:val="28"/>
        </w:rPr>
        <w:drawing>
          <wp:inline distT="0" distB="0" distL="0" distR="0" wp14:anchorId="2C570066" wp14:editId="6B812A30">
            <wp:extent cx="462280" cy="231140"/>
            <wp:effectExtent l="0" t="0" r="0" b="0"/>
            <wp:docPr id="2106" name="Рисунок 2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6"/>
                    <pic:cNvPicPr>
                      <a:picLocks noChangeAspect="1" noChangeArrowheads="1"/>
                    </pic:cNvPicPr>
                  </pic:nvPicPr>
                  <pic:blipFill>
                    <a:blip r:embed="rId2884" cstate="print">
                      <a:extLst>
                        <a:ext uri="{28A0092B-C50C-407E-A947-70E740481C1C}">
                          <a14:useLocalDpi xmlns:a14="http://schemas.microsoft.com/office/drawing/2010/main" val="0"/>
                        </a:ext>
                      </a:extLst>
                    </a:blip>
                    <a:srcRect/>
                    <a:stretch>
                      <a:fillRect/>
                    </a:stretch>
                  </pic:blipFill>
                  <pic:spPr bwMode="auto">
                    <a:xfrm>
                      <a:off x="0" y="0"/>
                      <a:ext cx="462280" cy="231140"/>
                    </a:xfrm>
                    <a:prstGeom prst="rect">
                      <a:avLst/>
                    </a:prstGeom>
                    <a:noFill/>
                    <a:ln>
                      <a:noFill/>
                    </a:ln>
                  </pic:spPr>
                </pic:pic>
              </a:graphicData>
            </a:graphic>
          </wp:inline>
        </w:drawing>
      </w:r>
      <w:r w:rsidRPr="00B439DD">
        <w:rPr>
          <w:rFonts w:ascii="Times New Roman" w:hAnsi="Times New Roman" w:cs="Times New Roman"/>
          <w:sz w:val="28"/>
          <w:szCs w:val="28"/>
          <w:lang w:val="kk-KZ"/>
        </w:rPr>
        <w:t xml:space="preserve"> функциясы </w:t>
      </w:r>
      <w:r w:rsidR="00A135AE" w:rsidRPr="00B439DD">
        <w:rPr>
          <w:rFonts w:ascii="Times New Roman" w:hAnsi="Times New Roman" w:cs="Times New Roman"/>
          <w:noProof/>
          <w:position w:val="-16"/>
          <w:sz w:val="28"/>
          <w:szCs w:val="28"/>
        </w:rPr>
        <w:drawing>
          <wp:inline distT="0" distB="0" distL="0" distR="0" wp14:anchorId="20B71C9A" wp14:editId="69911D47">
            <wp:extent cx="462280" cy="250190"/>
            <wp:effectExtent l="0" t="0" r="0" b="0"/>
            <wp:docPr id="2107" name="Рисунок 2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7"/>
                    <pic:cNvPicPr>
                      <a:picLocks noChangeAspect="1" noChangeArrowheads="1"/>
                    </pic:cNvPicPr>
                  </pic:nvPicPr>
                  <pic:blipFill>
                    <a:blip r:embed="rId2885" cstate="print">
                      <a:extLst>
                        <a:ext uri="{28A0092B-C50C-407E-A947-70E740481C1C}">
                          <a14:useLocalDpi xmlns:a14="http://schemas.microsoft.com/office/drawing/2010/main" val="0"/>
                        </a:ext>
                      </a:extLst>
                    </a:blip>
                    <a:srcRect/>
                    <a:stretch>
                      <a:fillRect/>
                    </a:stretch>
                  </pic:blipFill>
                  <pic:spPr bwMode="auto">
                    <a:xfrm>
                      <a:off x="0" y="0"/>
                      <a:ext cx="462280" cy="250190"/>
                    </a:xfrm>
                    <a:prstGeom prst="rect">
                      <a:avLst/>
                    </a:prstGeom>
                    <a:noFill/>
                    <a:ln>
                      <a:noFill/>
                    </a:ln>
                  </pic:spPr>
                </pic:pic>
              </a:graphicData>
            </a:graphic>
          </wp:inline>
        </w:drawing>
      </w:r>
      <w:r w:rsidRPr="00B439DD">
        <w:rPr>
          <w:rFonts w:ascii="Times New Roman" w:hAnsi="Times New Roman" w:cs="Times New Roman"/>
          <w:sz w:val="28"/>
          <w:szCs w:val="28"/>
          <w:lang w:val="kk-KZ"/>
        </w:rPr>
        <w:t xml:space="preserve">кеңістігіне тиесілі екендігін көрсетеді. Осыдан, </w:t>
      </w:r>
      <w:r w:rsidR="00A135AE" w:rsidRPr="00B439DD">
        <w:rPr>
          <w:rFonts w:ascii="Times New Roman" w:hAnsi="Times New Roman" w:cs="Times New Roman"/>
          <w:noProof/>
          <w:position w:val="-12"/>
          <w:sz w:val="28"/>
          <w:szCs w:val="28"/>
        </w:rPr>
        <w:drawing>
          <wp:inline distT="0" distB="0" distL="0" distR="0" wp14:anchorId="2BD107BA" wp14:editId="289D42D6">
            <wp:extent cx="182880" cy="231140"/>
            <wp:effectExtent l="0" t="0" r="7620" b="0"/>
            <wp:docPr id="2108" name="Рисунок 2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8"/>
                    <pic:cNvPicPr>
                      <a:picLocks noChangeAspect="1" noChangeArrowheads="1"/>
                    </pic:cNvPicPr>
                  </pic:nvPicPr>
                  <pic:blipFill>
                    <a:blip r:embed="rId2886" cstate="print">
                      <a:extLst>
                        <a:ext uri="{28A0092B-C50C-407E-A947-70E740481C1C}">
                          <a14:useLocalDpi xmlns:a14="http://schemas.microsoft.com/office/drawing/2010/main" val="0"/>
                        </a:ext>
                      </a:extLst>
                    </a:blip>
                    <a:srcRect/>
                    <a:stretch>
                      <a:fillRect/>
                    </a:stretch>
                  </pic:blipFill>
                  <pic:spPr bwMode="auto">
                    <a:xfrm>
                      <a:off x="0" y="0"/>
                      <a:ext cx="182880" cy="231140"/>
                    </a:xfrm>
                    <a:prstGeom prst="rect">
                      <a:avLst/>
                    </a:prstGeom>
                    <a:noFill/>
                    <a:ln>
                      <a:noFill/>
                    </a:ln>
                  </pic:spPr>
                </pic:pic>
              </a:graphicData>
            </a:graphic>
          </wp:inline>
        </w:drawing>
      </w:r>
      <w:r w:rsidRPr="00B439DD">
        <w:rPr>
          <w:rFonts w:ascii="Times New Roman" w:hAnsi="Times New Roman" w:cs="Times New Roman"/>
          <w:sz w:val="28"/>
          <w:szCs w:val="28"/>
          <w:lang w:val="kk-KZ"/>
        </w:rPr>
        <w:t xml:space="preserve"> саны </w:t>
      </w:r>
      <w:r w:rsidR="00A135AE" w:rsidRPr="00B439DD">
        <w:rPr>
          <w:rFonts w:ascii="Times New Roman" w:hAnsi="Times New Roman" w:cs="Times New Roman"/>
          <w:noProof/>
          <w:position w:val="-4"/>
          <w:sz w:val="28"/>
          <w:szCs w:val="28"/>
        </w:rPr>
        <w:drawing>
          <wp:inline distT="0" distB="0" distL="0" distR="0" wp14:anchorId="0D2244DD" wp14:editId="4F8B2506">
            <wp:extent cx="182880" cy="182880"/>
            <wp:effectExtent l="0" t="0" r="7620" b="7620"/>
            <wp:docPr id="2109" name="Рисунок 2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9"/>
                    <pic:cNvPicPr>
                      <a:picLocks noChangeAspect="1" noChangeArrowheads="1"/>
                    </pic:cNvPicPr>
                  </pic:nvPicPr>
                  <pic:blipFill>
                    <a:blip r:embed="rId2887"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B439DD">
        <w:rPr>
          <w:rFonts w:ascii="Times New Roman" w:hAnsi="Times New Roman" w:cs="Times New Roman"/>
          <w:sz w:val="28"/>
          <w:szCs w:val="28"/>
          <w:lang w:val="kk-KZ"/>
        </w:rPr>
        <w:t xml:space="preserve"> жиынының элементі екендігі шығады</w:t>
      </w:r>
    </w:p>
    <w:p w14:paraId="05D4B3C2" w14:textId="62C90D8A" w:rsidR="004B7CD0" w:rsidRPr="00B439DD" w:rsidRDefault="004B7CD0" w:rsidP="00293DA3">
      <w:pPr>
        <w:spacing w:after="0" w:line="240" w:lineRule="auto"/>
        <w:ind w:firstLine="708"/>
        <w:jc w:val="both"/>
        <w:rPr>
          <w:rFonts w:ascii="Times New Roman" w:hAnsi="Times New Roman" w:cs="Times New Roman"/>
          <w:sz w:val="28"/>
          <w:szCs w:val="28"/>
          <w:lang w:val="kk-KZ"/>
        </w:rPr>
      </w:pPr>
      <w:r w:rsidRPr="00B439DD">
        <w:rPr>
          <w:rFonts w:ascii="Times New Roman" w:hAnsi="Times New Roman" w:cs="Times New Roman"/>
          <w:sz w:val="28"/>
          <w:szCs w:val="28"/>
          <w:lang w:val="kk-KZ"/>
        </w:rPr>
        <w:t xml:space="preserve">Шектік нүктесі  </w:t>
      </w:r>
      <w:r w:rsidR="00A135AE" w:rsidRPr="00B439DD">
        <w:rPr>
          <w:rFonts w:ascii="Times New Roman" w:hAnsi="Times New Roman" w:cs="Times New Roman"/>
          <w:noProof/>
          <w:position w:val="-4"/>
          <w:sz w:val="28"/>
          <w:szCs w:val="28"/>
        </w:rPr>
        <w:drawing>
          <wp:inline distT="0" distB="0" distL="0" distR="0" wp14:anchorId="76B8810A" wp14:editId="12691EFA">
            <wp:extent cx="182880" cy="182880"/>
            <wp:effectExtent l="0" t="0" r="7620" b="7620"/>
            <wp:docPr id="2110" name="Рисунок 2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0"/>
                    <pic:cNvPicPr>
                      <a:picLocks noChangeAspect="1" noChangeArrowheads="1"/>
                    </pic:cNvPicPr>
                  </pic:nvPicPr>
                  <pic:blipFill>
                    <a:blip r:embed="rId2888"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B439DD">
        <w:rPr>
          <w:rFonts w:ascii="Times New Roman" w:hAnsi="Times New Roman" w:cs="Times New Roman"/>
          <w:sz w:val="28"/>
          <w:szCs w:val="28"/>
          <w:lang w:val="kk-KZ"/>
        </w:rPr>
        <w:t>жиынының өзінде жатуы оның тұйықтығын білдіреді.</w:t>
      </w:r>
    </w:p>
    <w:p w14:paraId="5D4FDD9B" w14:textId="77777777" w:rsidR="00293DA3" w:rsidRDefault="004B7CD0" w:rsidP="00293DA3">
      <w:pPr>
        <w:spacing w:after="0" w:line="240" w:lineRule="auto"/>
        <w:ind w:firstLine="708"/>
        <w:jc w:val="both"/>
        <w:rPr>
          <w:rFonts w:ascii="Times New Roman" w:hAnsi="Times New Roman" w:cs="Times New Roman"/>
          <w:sz w:val="28"/>
          <w:szCs w:val="28"/>
          <w:lang w:val="kk-KZ"/>
        </w:rPr>
      </w:pPr>
      <w:r w:rsidRPr="00B439DD">
        <w:rPr>
          <w:rFonts w:ascii="Times New Roman" w:hAnsi="Times New Roman" w:cs="Times New Roman"/>
          <w:sz w:val="28"/>
          <w:szCs w:val="28"/>
          <w:lang w:val="kk-KZ"/>
        </w:rPr>
        <w:t xml:space="preserve">Енді </w:t>
      </w:r>
      <w:r w:rsidR="00A135AE" w:rsidRPr="00B439DD">
        <w:rPr>
          <w:rFonts w:ascii="Times New Roman" w:hAnsi="Times New Roman" w:cs="Times New Roman"/>
          <w:noProof/>
          <w:position w:val="-4"/>
          <w:sz w:val="28"/>
          <w:szCs w:val="28"/>
        </w:rPr>
        <w:drawing>
          <wp:inline distT="0" distB="0" distL="0" distR="0" wp14:anchorId="1F3B43A9" wp14:editId="02C4371A">
            <wp:extent cx="182880" cy="182880"/>
            <wp:effectExtent l="0" t="0" r="7620" b="7620"/>
            <wp:docPr id="2111" name="Рисунок 2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1"/>
                    <pic:cNvPicPr>
                      <a:picLocks noChangeAspect="1" noChangeArrowheads="1"/>
                    </pic:cNvPicPr>
                  </pic:nvPicPr>
                  <pic:blipFill>
                    <a:blip r:embed="rId2889"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B439DD">
        <w:rPr>
          <w:rFonts w:ascii="Times New Roman" w:hAnsi="Times New Roman" w:cs="Times New Roman"/>
          <w:position w:val="-4"/>
          <w:sz w:val="28"/>
          <w:szCs w:val="28"/>
          <w:lang w:val="kk-KZ"/>
        </w:rPr>
        <w:t xml:space="preserve"> жиынының ашық екенін дәлелдейік</w:t>
      </w:r>
      <w:r w:rsidR="00293DA3">
        <w:rPr>
          <w:rFonts w:ascii="Times New Roman" w:hAnsi="Times New Roman" w:cs="Times New Roman"/>
          <w:sz w:val="28"/>
          <w:szCs w:val="28"/>
          <w:lang w:val="kk-KZ"/>
        </w:rPr>
        <w:t>.</w:t>
      </w:r>
    </w:p>
    <w:p w14:paraId="26263731" w14:textId="3915A53C" w:rsidR="004B7CD0" w:rsidRPr="00B439DD" w:rsidRDefault="004B7CD0" w:rsidP="00293DA3">
      <w:pPr>
        <w:spacing w:after="0" w:line="240" w:lineRule="auto"/>
        <w:ind w:firstLine="708"/>
        <w:jc w:val="both"/>
        <w:rPr>
          <w:rFonts w:ascii="Times New Roman" w:hAnsi="Times New Roman" w:cs="Times New Roman"/>
          <w:sz w:val="28"/>
          <w:szCs w:val="28"/>
          <w:lang w:val="kk-KZ"/>
        </w:rPr>
      </w:pPr>
      <w:r w:rsidRPr="00B439DD">
        <w:rPr>
          <w:rFonts w:ascii="Times New Roman" w:hAnsi="Times New Roman" w:cs="Times New Roman"/>
          <w:sz w:val="28"/>
          <w:szCs w:val="28"/>
          <w:lang w:val="kk-KZ"/>
        </w:rPr>
        <w:t xml:space="preserve">Айталық, </w:t>
      </w:r>
      <w:r w:rsidR="00A135AE" w:rsidRPr="00B439DD">
        <w:rPr>
          <w:rFonts w:ascii="Times New Roman" w:hAnsi="Times New Roman" w:cs="Times New Roman"/>
          <w:noProof/>
          <w:position w:val="-12"/>
          <w:sz w:val="28"/>
          <w:szCs w:val="28"/>
        </w:rPr>
        <w:drawing>
          <wp:inline distT="0" distB="0" distL="0" distR="0" wp14:anchorId="3F9F7AF1" wp14:editId="6C8DF43F">
            <wp:extent cx="182880" cy="231140"/>
            <wp:effectExtent l="0" t="0" r="7620" b="0"/>
            <wp:docPr id="2112" name="Рисунок 2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2"/>
                    <pic:cNvPicPr>
                      <a:picLocks noChangeAspect="1" noChangeArrowheads="1"/>
                    </pic:cNvPicPr>
                  </pic:nvPicPr>
                  <pic:blipFill>
                    <a:blip r:embed="rId2890" cstate="print">
                      <a:extLst>
                        <a:ext uri="{28A0092B-C50C-407E-A947-70E740481C1C}">
                          <a14:useLocalDpi xmlns:a14="http://schemas.microsoft.com/office/drawing/2010/main" val="0"/>
                        </a:ext>
                      </a:extLst>
                    </a:blip>
                    <a:srcRect/>
                    <a:stretch>
                      <a:fillRect/>
                    </a:stretch>
                  </pic:blipFill>
                  <pic:spPr bwMode="auto">
                    <a:xfrm>
                      <a:off x="0" y="0"/>
                      <a:ext cx="182880" cy="231140"/>
                    </a:xfrm>
                    <a:prstGeom prst="rect">
                      <a:avLst/>
                    </a:prstGeom>
                    <a:noFill/>
                    <a:ln>
                      <a:noFill/>
                    </a:ln>
                  </pic:spPr>
                </pic:pic>
              </a:graphicData>
            </a:graphic>
          </wp:inline>
        </w:drawing>
      </w:r>
      <w:r w:rsidRPr="00B439DD">
        <w:rPr>
          <w:rFonts w:ascii="Times New Roman" w:hAnsi="Times New Roman" w:cs="Times New Roman"/>
          <w:sz w:val="28"/>
          <w:szCs w:val="28"/>
          <w:lang w:val="kk-KZ"/>
        </w:rPr>
        <w:t xml:space="preserve">саны </w:t>
      </w:r>
      <w:r w:rsidR="00A135AE" w:rsidRPr="00B439DD">
        <w:rPr>
          <w:rFonts w:ascii="Times New Roman" w:hAnsi="Times New Roman" w:cs="Times New Roman"/>
          <w:noProof/>
          <w:position w:val="-4"/>
          <w:sz w:val="28"/>
          <w:szCs w:val="28"/>
        </w:rPr>
        <w:drawing>
          <wp:inline distT="0" distB="0" distL="0" distR="0" wp14:anchorId="643C5381" wp14:editId="1ADE90B5">
            <wp:extent cx="182880" cy="182880"/>
            <wp:effectExtent l="0" t="0" r="7620" b="7620"/>
            <wp:docPr id="2113" name="Рисунок 2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3"/>
                    <pic:cNvPicPr>
                      <a:picLocks noChangeAspect="1" noChangeArrowheads="1"/>
                    </pic:cNvPicPr>
                  </pic:nvPicPr>
                  <pic:blipFill>
                    <a:blip r:embed="rId2891"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B439DD">
        <w:rPr>
          <w:rFonts w:ascii="Times New Roman" w:hAnsi="Times New Roman" w:cs="Times New Roman"/>
          <w:sz w:val="28"/>
          <w:szCs w:val="28"/>
          <w:lang w:val="kk-KZ"/>
        </w:rPr>
        <w:t xml:space="preserve"> жиынының элементі болсын </w:t>
      </w:r>
      <w:r w:rsidR="00A135AE" w:rsidRPr="00B439DD">
        <w:rPr>
          <w:rFonts w:ascii="Times New Roman" w:hAnsi="Times New Roman" w:cs="Times New Roman"/>
          <w:noProof/>
          <w:position w:val="-4"/>
          <w:sz w:val="28"/>
          <w:szCs w:val="28"/>
        </w:rPr>
        <w:drawing>
          <wp:inline distT="0" distB="0" distL="0" distR="0" wp14:anchorId="795C618A" wp14:editId="094109D2">
            <wp:extent cx="182880" cy="182880"/>
            <wp:effectExtent l="0" t="0" r="7620" b="7620"/>
            <wp:docPr id="2114" name="Рисунок 2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4"/>
                    <pic:cNvPicPr>
                      <a:picLocks noChangeAspect="1" noChangeArrowheads="1"/>
                    </pic:cNvPicPr>
                  </pic:nvPicPr>
                  <pic:blipFill>
                    <a:blip r:embed="rId2892"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B439DD">
        <w:rPr>
          <w:rFonts w:ascii="Times New Roman" w:hAnsi="Times New Roman" w:cs="Times New Roman"/>
          <w:sz w:val="28"/>
          <w:szCs w:val="28"/>
          <w:lang w:val="kk-KZ"/>
        </w:rPr>
        <w:t xml:space="preserve"> жиыны ашық болады, егер </w:t>
      </w:r>
      <w:r w:rsidR="00A135AE" w:rsidRPr="00B439DD">
        <w:rPr>
          <w:rFonts w:ascii="Times New Roman" w:hAnsi="Times New Roman" w:cs="Times New Roman"/>
          <w:noProof/>
          <w:position w:val="-12"/>
          <w:sz w:val="28"/>
          <w:szCs w:val="28"/>
        </w:rPr>
        <w:drawing>
          <wp:inline distT="0" distB="0" distL="0" distR="0" wp14:anchorId="6816D7A0" wp14:editId="04EBE732">
            <wp:extent cx="760095" cy="250190"/>
            <wp:effectExtent l="0" t="0" r="1905" b="0"/>
            <wp:docPr id="2115" name="Рисунок 2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5"/>
                    <pic:cNvPicPr>
                      <a:picLocks noChangeAspect="1" noChangeArrowheads="1"/>
                    </pic:cNvPicPr>
                  </pic:nvPicPr>
                  <pic:blipFill>
                    <a:blip r:embed="rId2893" cstate="print">
                      <a:extLst>
                        <a:ext uri="{28A0092B-C50C-407E-A947-70E740481C1C}">
                          <a14:useLocalDpi xmlns:a14="http://schemas.microsoft.com/office/drawing/2010/main" val="0"/>
                        </a:ext>
                      </a:extLst>
                    </a:blip>
                    <a:srcRect/>
                    <a:stretch>
                      <a:fillRect/>
                    </a:stretch>
                  </pic:blipFill>
                  <pic:spPr bwMode="auto">
                    <a:xfrm>
                      <a:off x="0" y="0"/>
                      <a:ext cx="760095" cy="250190"/>
                    </a:xfrm>
                    <a:prstGeom prst="rect">
                      <a:avLst/>
                    </a:prstGeom>
                    <a:noFill/>
                    <a:ln>
                      <a:noFill/>
                    </a:ln>
                  </pic:spPr>
                </pic:pic>
              </a:graphicData>
            </a:graphic>
          </wp:inline>
        </w:drawing>
      </w:r>
      <w:r w:rsidRPr="00B439DD">
        <w:rPr>
          <w:rFonts w:ascii="Times New Roman" w:hAnsi="Times New Roman" w:cs="Times New Roman"/>
          <w:sz w:val="28"/>
          <w:szCs w:val="28"/>
          <w:lang w:val="kk-KZ"/>
        </w:rPr>
        <w:t xml:space="preserve"> сандары </w:t>
      </w:r>
      <w:r w:rsidR="00A135AE" w:rsidRPr="00B439DD">
        <w:rPr>
          <w:rFonts w:ascii="Times New Roman" w:hAnsi="Times New Roman" w:cs="Times New Roman"/>
          <w:noProof/>
          <w:position w:val="-10"/>
          <w:sz w:val="28"/>
          <w:szCs w:val="28"/>
        </w:rPr>
        <w:drawing>
          <wp:inline distT="0" distB="0" distL="0" distR="0" wp14:anchorId="4F5B15ED" wp14:editId="63203E2B">
            <wp:extent cx="288925" cy="231140"/>
            <wp:effectExtent l="0" t="0" r="0" b="0"/>
            <wp:docPr id="2116" name="Рисунок 2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6"/>
                    <pic:cNvPicPr>
                      <a:picLocks noChangeAspect="1" noChangeArrowheads="1"/>
                    </pic:cNvPicPr>
                  </pic:nvPicPr>
                  <pic:blipFill>
                    <a:blip r:embed="rId2894" cstate="print">
                      <a:extLst>
                        <a:ext uri="{28A0092B-C50C-407E-A947-70E740481C1C}">
                          <a14:useLocalDpi xmlns:a14="http://schemas.microsoft.com/office/drawing/2010/main" val="0"/>
                        </a:ext>
                      </a:extLst>
                    </a:blip>
                    <a:srcRect/>
                    <a:stretch>
                      <a:fillRect/>
                    </a:stretch>
                  </pic:blipFill>
                  <pic:spPr bwMode="auto">
                    <a:xfrm>
                      <a:off x="0" y="0"/>
                      <a:ext cx="288925" cy="231140"/>
                    </a:xfrm>
                    <a:prstGeom prst="rect">
                      <a:avLst/>
                    </a:prstGeom>
                    <a:noFill/>
                    <a:ln>
                      <a:noFill/>
                    </a:ln>
                  </pic:spPr>
                </pic:pic>
              </a:graphicData>
            </a:graphic>
          </wp:inline>
        </w:drawing>
      </w:r>
      <w:r w:rsidRPr="00B439DD">
        <w:rPr>
          <w:rFonts w:ascii="Times New Roman" w:hAnsi="Times New Roman" w:cs="Times New Roman"/>
          <w:sz w:val="28"/>
          <w:szCs w:val="28"/>
          <w:lang w:val="kk-KZ"/>
        </w:rPr>
        <w:t xml:space="preserve"> аз мәнінде сол жиынның өзінде жатса.</w:t>
      </w:r>
      <w:r w:rsidR="00A135AE" w:rsidRPr="00B439DD">
        <w:rPr>
          <w:rFonts w:ascii="Times New Roman" w:hAnsi="Times New Roman" w:cs="Times New Roman"/>
          <w:noProof/>
          <w:position w:val="-16"/>
          <w:sz w:val="28"/>
          <w:szCs w:val="28"/>
        </w:rPr>
        <w:lastRenderedPageBreak/>
        <w:drawing>
          <wp:inline distT="0" distB="0" distL="0" distR="0" wp14:anchorId="74650826" wp14:editId="127BE439">
            <wp:extent cx="462280" cy="250190"/>
            <wp:effectExtent l="0" t="0" r="0" b="0"/>
            <wp:docPr id="2117" name="Рисунок 2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7"/>
                    <pic:cNvPicPr>
                      <a:picLocks noChangeAspect="1" noChangeArrowheads="1"/>
                    </pic:cNvPicPr>
                  </pic:nvPicPr>
                  <pic:blipFill>
                    <a:blip r:embed="rId2895" cstate="print">
                      <a:extLst>
                        <a:ext uri="{28A0092B-C50C-407E-A947-70E740481C1C}">
                          <a14:useLocalDpi xmlns:a14="http://schemas.microsoft.com/office/drawing/2010/main" val="0"/>
                        </a:ext>
                      </a:extLst>
                    </a:blip>
                    <a:srcRect/>
                    <a:stretch>
                      <a:fillRect/>
                    </a:stretch>
                  </pic:blipFill>
                  <pic:spPr bwMode="auto">
                    <a:xfrm>
                      <a:off x="0" y="0"/>
                      <a:ext cx="462280" cy="250190"/>
                    </a:xfrm>
                    <a:prstGeom prst="rect">
                      <a:avLst/>
                    </a:prstGeom>
                    <a:noFill/>
                    <a:ln>
                      <a:noFill/>
                    </a:ln>
                  </pic:spPr>
                </pic:pic>
              </a:graphicData>
            </a:graphic>
          </wp:inline>
        </w:drawing>
      </w:r>
      <w:r w:rsidRPr="00B439DD">
        <w:rPr>
          <w:rFonts w:ascii="Times New Roman" w:hAnsi="Times New Roman" w:cs="Times New Roman"/>
          <w:sz w:val="28"/>
          <w:szCs w:val="28"/>
          <w:lang w:val="kk-KZ"/>
        </w:rPr>
        <w:t xml:space="preserve"> кеңістігінде кез-келген </w:t>
      </w:r>
      <w:r w:rsidR="00A135AE" w:rsidRPr="00B439DD">
        <w:rPr>
          <w:rFonts w:ascii="Times New Roman" w:hAnsi="Times New Roman" w:cs="Times New Roman"/>
          <w:noProof/>
          <w:position w:val="-12"/>
          <w:sz w:val="28"/>
          <w:szCs w:val="28"/>
        </w:rPr>
        <w:drawing>
          <wp:inline distT="0" distB="0" distL="0" distR="0" wp14:anchorId="62F69EF3" wp14:editId="0D4FD0AA">
            <wp:extent cx="529590" cy="231140"/>
            <wp:effectExtent l="0" t="0" r="0" b="0"/>
            <wp:docPr id="2118" name="Рисунок 2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8"/>
                    <pic:cNvPicPr>
                      <a:picLocks noChangeAspect="1" noChangeArrowheads="1"/>
                    </pic:cNvPicPr>
                  </pic:nvPicPr>
                  <pic:blipFill>
                    <a:blip r:embed="rId2896" cstate="print">
                      <a:extLst>
                        <a:ext uri="{28A0092B-C50C-407E-A947-70E740481C1C}">
                          <a14:useLocalDpi xmlns:a14="http://schemas.microsoft.com/office/drawing/2010/main" val="0"/>
                        </a:ext>
                      </a:extLst>
                    </a:blip>
                    <a:srcRect/>
                    <a:stretch>
                      <a:fillRect/>
                    </a:stretch>
                  </pic:blipFill>
                  <pic:spPr bwMode="auto">
                    <a:xfrm>
                      <a:off x="0" y="0"/>
                      <a:ext cx="529590" cy="231140"/>
                    </a:xfrm>
                    <a:prstGeom prst="rect">
                      <a:avLst/>
                    </a:prstGeom>
                    <a:noFill/>
                    <a:ln>
                      <a:noFill/>
                    </a:ln>
                  </pic:spPr>
                </pic:pic>
              </a:graphicData>
            </a:graphic>
          </wp:inline>
        </w:drawing>
      </w:r>
      <w:r w:rsidRPr="00B439DD">
        <w:rPr>
          <w:rFonts w:ascii="Times New Roman" w:hAnsi="Times New Roman" w:cs="Times New Roman"/>
          <w:sz w:val="28"/>
          <w:szCs w:val="28"/>
          <w:lang w:val="kk-KZ"/>
        </w:rPr>
        <w:t xml:space="preserve"> функциясын алайық та және мына шеттік есебін қарастырайық:</w:t>
      </w:r>
    </w:p>
    <w:p w14:paraId="23202141" w14:textId="77777777" w:rsidR="004B7CD0" w:rsidRPr="00B439DD" w:rsidRDefault="004B7CD0" w:rsidP="00B439DD">
      <w:pPr>
        <w:spacing w:after="0" w:line="240" w:lineRule="auto"/>
        <w:jc w:val="both"/>
        <w:rPr>
          <w:rFonts w:ascii="Times New Roman" w:hAnsi="Times New Roman" w:cs="Times New Roman"/>
          <w:sz w:val="28"/>
          <w:szCs w:val="28"/>
          <w:lang w:val="kk-KZ"/>
        </w:rPr>
      </w:pPr>
    </w:p>
    <w:p w14:paraId="22A874E9" w14:textId="60C8DF5B" w:rsidR="004B7CD0" w:rsidRPr="00B439DD" w:rsidRDefault="00A135AE" w:rsidP="00B439DD">
      <w:pPr>
        <w:spacing w:after="0" w:line="240" w:lineRule="auto"/>
        <w:jc w:val="right"/>
        <w:rPr>
          <w:rFonts w:ascii="Times New Roman" w:hAnsi="Times New Roman" w:cs="Times New Roman"/>
          <w:sz w:val="28"/>
          <w:szCs w:val="28"/>
          <w:lang w:val="kk-KZ"/>
        </w:rPr>
      </w:pPr>
      <w:r w:rsidRPr="00B439DD">
        <w:rPr>
          <w:rFonts w:ascii="Times New Roman" w:hAnsi="Times New Roman" w:cs="Times New Roman"/>
          <w:noProof/>
          <w:position w:val="-16"/>
          <w:sz w:val="28"/>
          <w:szCs w:val="28"/>
        </w:rPr>
        <w:drawing>
          <wp:inline distT="0" distB="0" distL="0" distR="0" wp14:anchorId="2A3CC7F1" wp14:editId="53F26D7F">
            <wp:extent cx="3080385" cy="317500"/>
            <wp:effectExtent l="0" t="0" r="5715" b="6350"/>
            <wp:docPr id="2119" name="Рисунок 2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9"/>
                    <pic:cNvPicPr>
                      <a:picLocks noChangeAspect="1" noChangeArrowheads="1"/>
                    </pic:cNvPicPr>
                  </pic:nvPicPr>
                  <pic:blipFill>
                    <a:blip r:embed="rId2897" cstate="print">
                      <a:extLst>
                        <a:ext uri="{28A0092B-C50C-407E-A947-70E740481C1C}">
                          <a14:useLocalDpi xmlns:a14="http://schemas.microsoft.com/office/drawing/2010/main" val="0"/>
                        </a:ext>
                      </a:extLst>
                    </a:blip>
                    <a:srcRect/>
                    <a:stretch>
                      <a:fillRect/>
                    </a:stretch>
                  </pic:blipFill>
                  <pic:spPr bwMode="auto">
                    <a:xfrm>
                      <a:off x="0" y="0"/>
                      <a:ext cx="3080385" cy="317500"/>
                    </a:xfrm>
                    <a:prstGeom prst="rect">
                      <a:avLst/>
                    </a:prstGeom>
                    <a:noFill/>
                    <a:ln>
                      <a:noFill/>
                    </a:ln>
                  </pic:spPr>
                </pic:pic>
              </a:graphicData>
            </a:graphic>
          </wp:inline>
        </w:drawing>
      </w:r>
      <w:r w:rsidR="000C4022" w:rsidRPr="00B439DD">
        <w:rPr>
          <w:rFonts w:ascii="Times New Roman" w:hAnsi="Times New Roman" w:cs="Times New Roman"/>
          <w:sz w:val="28"/>
          <w:szCs w:val="28"/>
          <w:lang w:val="kk-KZ"/>
        </w:rPr>
        <w:tab/>
      </w:r>
      <w:r w:rsidR="000C4022" w:rsidRPr="00B439DD">
        <w:rPr>
          <w:rFonts w:ascii="Times New Roman" w:hAnsi="Times New Roman" w:cs="Times New Roman"/>
          <w:sz w:val="28"/>
          <w:szCs w:val="28"/>
          <w:lang w:val="kk-KZ"/>
        </w:rPr>
        <w:tab/>
      </w:r>
      <w:r w:rsidR="000C4022" w:rsidRPr="00B439DD">
        <w:rPr>
          <w:rFonts w:ascii="Times New Roman" w:hAnsi="Times New Roman" w:cs="Times New Roman"/>
          <w:sz w:val="28"/>
          <w:szCs w:val="28"/>
          <w:lang w:val="kk-KZ"/>
        </w:rPr>
        <w:tab/>
        <w:t>(2.3</w:t>
      </w:r>
      <w:r w:rsidR="004B7CD0" w:rsidRPr="00B439DD">
        <w:rPr>
          <w:rFonts w:ascii="Times New Roman" w:hAnsi="Times New Roman" w:cs="Times New Roman"/>
          <w:sz w:val="28"/>
          <w:szCs w:val="28"/>
          <w:lang w:val="kk-KZ"/>
        </w:rPr>
        <w:t>5)</w:t>
      </w:r>
    </w:p>
    <w:p w14:paraId="3399CE42" w14:textId="77777777" w:rsidR="004B7CD0" w:rsidRPr="00B439DD" w:rsidRDefault="004B7CD0" w:rsidP="00B439DD">
      <w:pPr>
        <w:spacing w:after="0" w:line="240" w:lineRule="auto"/>
        <w:jc w:val="right"/>
        <w:rPr>
          <w:rFonts w:ascii="Times New Roman" w:hAnsi="Times New Roman" w:cs="Times New Roman"/>
          <w:sz w:val="28"/>
          <w:szCs w:val="28"/>
          <w:lang w:val="kk-KZ"/>
        </w:rPr>
      </w:pPr>
    </w:p>
    <w:p w14:paraId="2E8A9BFC" w14:textId="0E4863F4" w:rsidR="004B7CD0" w:rsidRPr="00B439DD" w:rsidRDefault="004B7CD0" w:rsidP="00B439DD">
      <w:pPr>
        <w:spacing w:after="0" w:line="240" w:lineRule="auto"/>
        <w:rPr>
          <w:rFonts w:ascii="Times New Roman" w:hAnsi="Times New Roman" w:cs="Times New Roman"/>
          <w:sz w:val="28"/>
          <w:szCs w:val="28"/>
          <w:lang w:val="kk-KZ"/>
        </w:rPr>
      </w:pPr>
      <w:r w:rsidRPr="00B439DD">
        <w:rPr>
          <w:rFonts w:ascii="Times New Roman" w:hAnsi="Times New Roman" w:cs="Times New Roman"/>
          <w:sz w:val="28"/>
          <w:szCs w:val="28"/>
          <w:lang w:val="kk-KZ"/>
        </w:rPr>
        <w:t>(2</w:t>
      </w:r>
      <w:r w:rsidR="000C4022" w:rsidRPr="00B439DD">
        <w:rPr>
          <w:rFonts w:ascii="Times New Roman" w:hAnsi="Times New Roman" w:cs="Times New Roman"/>
          <w:sz w:val="28"/>
          <w:szCs w:val="28"/>
          <w:lang w:val="kk-KZ"/>
        </w:rPr>
        <w:t>.31</w:t>
      </w:r>
      <w:r w:rsidRPr="00B439DD">
        <w:rPr>
          <w:rFonts w:ascii="Times New Roman" w:hAnsi="Times New Roman" w:cs="Times New Roman"/>
          <w:sz w:val="28"/>
          <w:szCs w:val="28"/>
          <w:lang w:val="kk-KZ"/>
        </w:rPr>
        <w:t xml:space="preserve">) шеттік шарттарымен және </w:t>
      </w:r>
    </w:p>
    <w:p w14:paraId="168EDC81" w14:textId="77777777" w:rsidR="004B7CD0" w:rsidRPr="00B439DD" w:rsidRDefault="004B7CD0" w:rsidP="00B439DD">
      <w:pPr>
        <w:spacing w:after="0" w:line="240" w:lineRule="auto"/>
        <w:rPr>
          <w:rFonts w:ascii="Times New Roman" w:hAnsi="Times New Roman" w:cs="Times New Roman"/>
          <w:sz w:val="28"/>
          <w:szCs w:val="28"/>
          <w:lang w:val="kk-KZ"/>
        </w:rPr>
      </w:pPr>
    </w:p>
    <w:p w14:paraId="01ADFF0F" w14:textId="219B7669" w:rsidR="004B7CD0" w:rsidRPr="00B439DD" w:rsidRDefault="00A135AE" w:rsidP="00B439DD">
      <w:pPr>
        <w:spacing w:after="0" w:line="240" w:lineRule="auto"/>
        <w:jc w:val="right"/>
        <w:rPr>
          <w:rFonts w:ascii="Times New Roman" w:hAnsi="Times New Roman" w:cs="Times New Roman"/>
          <w:sz w:val="28"/>
          <w:szCs w:val="28"/>
          <w:lang w:val="kk-KZ"/>
        </w:rPr>
      </w:pPr>
      <w:r w:rsidRPr="00B439DD">
        <w:rPr>
          <w:rFonts w:ascii="Times New Roman" w:hAnsi="Times New Roman" w:cs="Times New Roman"/>
          <w:noProof/>
          <w:position w:val="-12"/>
          <w:sz w:val="28"/>
          <w:szCs w:val="28"/>
        </w:rPr>
        <w:drawing>
          <wp:inline distT="0" distB="0" distL="0" distR="0" wp14:anchorId="78CF1F18" wp14:editId="7A647F79">
            <wp:extent cx="3734435" cy="250190"/>
            <wp:effectExtent l="0" t="0" r="0" b="0"/>
            <wp:docPr id="2120" name="Рисунок 2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0"/>
                    <pic:cNvPicPr>
                      <a:picLocks noChangeAspect="1" noChangeArrowheads="1"/>
                    </pic:cNvPicPr>
                  </pic:nvPicPr>
                  <pic:blipFill>
                    <a:blip r:embed="rId2898" cstate="print">
                      <a:extLst>
                        <a:ext uri="{28A0092B-C50C-407E-A947-70E740481C1C}">
                          <a14:useLocalDpi xmlns:a14="http://schemas.microsoft.com/office/drawing/2010/main" val="0"/>
                        </a:ext>
                      </a:extLst>
                    </a:blip>
                    <a:srcRect/>
                    <a:stretch>
                      <a:fillRect/>
                    </a:stretch>
                  </pic:blipFill>
                  <pic:spPr bwMode="auto">
                    <a:xfrm>
                      <a:off x="0" y="0"/>
                      <a:ext cx="3734435" cy="250190"/>
                    </a:xfrm>
                    <a:prstGeom prst="rect">
                      <a:avLst/>
                    </a:prstGeom>
                    <a:noFill/>
                    <a:ln>
                      <a:noFill/>
                    </a:ln>
                  </pic:spPr>
                </pic:pic>
              </a:graphicData>
            </a:graphic>
          </wp:inline>
        </w:drawing>
      </w:r>
      <w:r w:rsidR="000C4022" w:rsidRPr="00B439DD">
        <w:rPr>
          <w:rFonts w:ascii="Times New Roman" w:hAnsi="Times New Roman" w:cs="Times New Roman"/>
          <w:sz w:val="28"/>
          <w:szCs w:val="28"/>
          <w:lang w:val="kk-KZ"/>
        </w:rPr>
        <w:tab/>
      </w:r>
      <w:r w:rsidR="000C4022" w:rsidRPr="00B439DD">
        <w:rPr>
          <w:rFonts w:ascii="Times New Roman" w:hAnsi="Times New Roman" w:cs="Times New Roman"/>
          <w:sz w:val="28"/>
          <w:szCs w:val="28"/>
          <w:lang w:val="kk-KZ"/>
        </w:rPr>
        <w:tab/>
        <w:t>(2.60</w:t>
      </w:r>
      <w:r w:rsidR="004B7CD0" w:rsidRPr="00B439DD">
        <w:rPr>
          <w:rFonts w:ascii="Times New Roman" w:hAnsi="Times New Roman" w:cs="Times New Roman"/>
          <w:sz w:val="28"/>
          <w:szCs w:val="28"/>
          <w:lang w:val="kk-KZ"/>
        </w:rPr>
        <w:t>)</w:t>
      </w:r>
    </w:p>
    <w:p w14:paraId="0B1E8CCA" w14:textId="77777777" w:rsidR="004B7CD0" w:rsidRPr="00B439DD" w:rsidRDefault="004B7CD0" w:rsidP="00B439DD">
      <w:pPr>
        <w:spacing w:after="0" w:line="240" w:lineRule="auto"/>
        <w:rPr>
          <w:rFonts w:ascii="Times New Roman" w:hAnsi="Times New Roman" w:cs="Times New Roman"/>
          <w:sz w:val="28"/>
          <w:szCs w:val="28"/>
          <w:lang w:val="kk-KZ"/>
        </w:rPr>
      </w:pPr>
    </w:p>
    <w:p w14:paraId="2E0BC68D" w14:textId="5FACDA27" w:rsidR="004B7CD0" w:rsidRPr="00B439DD" w:rsidRDefault="004B7CD0" w:rsidP="00B439DD">
      <w:pPr>
        <w:spacing w:after="0" w:line="240" w:lineRule="auto"/>
        <w:jc w:val="both"/>
        <w:rPr>
          <w:rFonts w:ascii="Times New Roman" w:hAnsi="Times New Roman" w:cs="Times New Roman"/>
          <w:sz w:val="28"/>
          <w:szCs w:val="28"/>
          <w:lang w:val="kk-KZ"/>
        </w:rPr>
      </w:pPr>
      <w:r w:rsidRPr="00B439DD">
        <w:rPr>
          <w:rFonts w:ascii="Times New Roman" w:hAnsi="Times New Roman" w:cs="Times New Roman"/>
          <w:sz w:val="28"/>
          <w:szCs w:val="28"/>
          <w:lang w:val="kk-KZ"/>
        </w:rPr>
        <w:tab/>
      </w:r>
      <w:r w:rsidR="00A135AE" w:rsidRPr="00B439DD">
        <w:rPr>
          <w:rFonts w:ascii="Times New Roman" w:hAnsi="Times New Roman" w:cs="Times New Roman"/>
          <w:noProof/>
          <w:position w:val="-4"/>
          <w:sz w:val="28"/>
          <w:szCs w:val="28"/>
        </w:rPr>
        <w:drawing>
          <wp:inline distT="0" distB="0" distL="0" distR="0" wp14:anchorId="3CE8E4EA" wp14:editId="6A265AC6">
            <wp:extent cx="182880" cy="182880"/>
            <wp:effectExtent l="0" t="0" r="7620" b="7620"/>
            <wp:docPr id="2121" name="Рисунок 2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1"/>
                    <pic:cNvPicPr>
                      <a:picLocks noChangeAspect="1" noChangeArrowheads="1"/>
                    </pic:cNvPicPr>
                  </pic:nvPicPr>
                  <pic:blipFill>
                    <a:blip r:embed="rId2899"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B439DD">
        <w:rPr>
          <w:rFonts w:ascii="Times New Roman" w:hAnsi="Times New Roman" w:cs="Times New Roman"/>
          <w:sz w:val="28"/>
          <w:szCs w:val="28"/>
          <w:lang w:val="kk-KZ"/>
        </w:rPr>
        <w:t xml:space="preserve"> жиынының анықтамасына сай, бұл есептің</w:t>
      </w:r>
      <w:r w:rsidR="00A135AE" w:rsidRPr="00B439DD">
        <w:rPr>
          <w:rFonts w:ascii="Times New Roman" w:hAnsi="Times New Roman" w:cs="Times New Roman"/>
          <w:noProof/>
          <w:position w:val="-16"/>
          <w:sz w:val="28"/>
          <w:szCs w:val="28"/>
        </w:rPr>
        <w:drawing>
          <wp:inline distT="0" distB="0" distL="0" distR="0" wp14:anchorId="4DA2AEF6" wp14:editId="55D789B7">
            <wp:extent cx="462280" cy="250190"/>
            <wp:effectExtent l="0" t="0" r="0" b="0"/>
            <wp:docPr id="2122" name="Рисунок 2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2"/>
                    <pic:cNvPicPr>
                      <a:picLocks noChangeAspect="1" noChangeArrowheads="1"/>
                    </pic:cNvPicPr>
                  </pic:nvPicPr>
                  <pic:blipFill>
                    <a:blip r:embed="rId2900" cstate="print">
                      <a:extLst>
                        <a:ext uri="{28A0092B-C50C-407E-A947-70E740481C1C}">
                          <a14:useLocalDpi xmlns:a14="http://schemas.microsoft.com/office/drawing/2010/main" val="0"/>
                        </a:ext>
                      </a:extLst>
                    </a:blip>
                    <a:srcRect/>
                    <a:stretch>
                      <a:fillRect/>
                    </a:stretch>
                  </pic:blipFill>
                  <pic:spPr bwMode="auto">
                    <a:xfrm>
                      <a:off x="0" y="0"/>
                      <a:ext cx="462280" cy="250190"/>
                    </a:xfrm>
                    <a:prstGeom prst="rect">
                      <a:avLst/>
                    </a:prstGeom>
                    <a:noFill/>
                    <a:ln>
                      <a:noFill/>
                    </a:ln>
                  </pic:spPr>
                </pic:pic>
              </a:graphicData>
            </a:graphic>
          </wp:inline>
        </w:drawing>
      </w:r>
      <w:r w:rsidRPr="00B439DD">
        <w:rPr>
          <w:rFonts w:ascii="Times New Roman" w:hAnsi="Times New Roman" w:cs="Times New Roman"/>
          <w:sz w:val="28"/>
          <w:szCs w:val="28"/>
          <w:lang w:val="kk-KZ"/>
        </w:rPr>
        <w:t xml:space="preserve">.кеңістігінде жататын </w:t>
      </w:r>
      <w:r w:rsidR="00A135AE" w:rsidRPr="00B439DD">
        <w:rPr>
          <w:rFonts w:ascii="Times New Roman" w:hAnsi="Times New Roman" w:cs="Times New Roman"/>
          <w:noProof/>
          <w:position w:val="-12"/>
          <w:sz w:val="28"/>
          <w:szCs w:val="28"/>
        </w:rPr>
        <w:drawing>
          <wp:inline distT="0" distB="0" distL="0" distR="0" wp14:anchorId="751EF7EB" wp14:editId="374C460A">
            <wp:extent cx="529590" cy="231140"/>
            <wp:effectExtent l="0" t="0" r="0" b="0"/>
            <wp:docPr id="2123" name="Рисунок 2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3"/>
                    <pic:cNvPicPr>
                      <a:picLocks noChangeAspect="1" noChangeArrowheads="1"/>
                    </pic:cNvPicPr>
                  </pic:nvPicPr>
                  <pic:blipFill>
                    <a:blip r:embed="rId2901" cstate="print">
                      <a:extLst>
                        <a:ext uri="{28A0092B-C50C-407E-A947-70E740481C1C}">
                          <a14:useLocalDpi xmlns:a14="http://schemas.microsoft.com/office/drawing/2010/main" val="0"/>
                        </a:ext>
                      </a:extLst>
                    </a:blip>
                    <a:srcRect/>
                    <a:stretch>
                      <a:fillRect/>
                    </a:stretch>
                  </pic:blipFill>
                  <pic:spPr bwMode="auto">
                    <a:xfrm>
                      <a:off x="0" y="0"/>
                      <a:ext cx="529590" cy="231140"/>
                    </a:xfrm>
                    <a:prstGeom prst="rect">
                      <a:avLst/>
                    </a:prstGeom>
                    <a:noFill/>
                    <a:ln>
                      <a:noFill/>
                    </a:ln>
                  </pic:spPr>
                </pic:pic>
              </a:graphicData>
            </a:graphic>
          </wp:inline>
        </w:drawing>
      </w:r>
      <w:r w:rsidRPr="00B439DD">
        <w:rPr>
          <w:rFonts w:ascii="Times New Roman" w:hAnsi="Times New Roman" w:cs="Times New Roman"/>
          <w:sz w:val="28"/>
          <w:szCs w:val="28"/>
          <w:lang w:val="kk-KZ"/>
        </w:rPr>
        <w:t xml:space="preserve"> шешімі бар болады. Осылайша, (</w:t>
      </w:r>
      <w:r w:rsidR="000C4022" w:rsidRPr="00B439DD">
        <w:rPr>
          <w:rFonts w:ascii="Times New Roman" w:hAnsi="Times New Roman" w:cs="Times New Roman"/>
          <w:sz w:val="28"/>
          <w:szCs w:val="28"/>
          <w:lang w:val="kk-KZ"/>
        </w:rPr>
        <w:t>2.35), (2.31), (2.60</w:t>
      </w:r>
      <w:r w:rsidRPr="00B439DD">
        <w:rPr>
          <w:rFonts w:ascii="Times New Roman" w:hAnsi="Times New Roman" w:cs="Times New Roman"/>
          <w:sz w:val="28"/>
          <w:szCs w:val="28"/>
          <w:lang w:val="kk-KZ"/>
        </w:rPr>
        <w:t xml:space="preserve">) шеттік есебі </w:t>
      </w:r>
      <w:r w:rsidR="00A135AE" w:rsidRPr="00B439DD">
        <w:rPr>
          <w:rFonts w:ascii="Times New Roman" w:hAnsi="Times New Roman" w:cs="Times New Roman"/>
          <w:noProof/>
          <w:position w:val="-16"/>
          <w:sz w:val="28"/>
          <w:szCs w:val="28"/>
        </w:rPr>
        <w:drawing>
          <wp:inline distT="0" distB="0" distL="0" distR="0" wp14:anchorId="4019E96F" wp14:editId="580C2422">
            <wp:extent cx="462280" cy="250190"/>
            <wp:effectExtent l="0" t="0" r="0" b="0"/>
            <wp:docPr id="2124" name="Рисунок 2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4"/>
                    <pic:cNvPicPr>
                      <a:picLocks noChangeAspect="1" noChangeArrowheads="1"/>
                    </pic:cNvPicPr>
                  </pic:nvPicPr>
                  <pic:blipFill>
                    <a:blip r:embed="rId2902" cstate="print">
                      <a:extLst>
                        <a:ext uri="{28A0092B-C50C-407E-A947-70E740481C1C}">
                          <a14:useLocalDpi xmlns:a14="http://schemas.microsoft.com/office/drawing/2010/main" val="0"/>
                        </a:ext>
                      </a:extLst>
                    </a:blip>
                    <a:srcRect/>
                    <a:stretch>
                      <a:fillRect/>
                    </a:stretch>
                  </pic:blipFill>
                  <pic:spPr bwMode="auto">
                    <a:xfrm>
                      <a:off x="0" y="0"/>
                      <a:ext cx="462280" cy="250190"/>
                    </a:xfrm>
                    <a:prstGeom prst="rect">
                      <a:avLst/>
                    </a:prstGeom>
                    <a:noFill/>
                    <a:ln>
                      <a:noFill/>
                    </a:ln>
                  </pic:spPr>
                </pic:pic>
              </a:graphicData>
            </a:graphic>
          </wp:inline>
        </w:drawing>
      </w:r>
      <w:r w:rsidRPr="00B439DD">
        <w:rPr>
          <w:rFonts w:ascii="Times New Roman" w:hAnsi="Times New Roman" w:cs="Times New Roman"/>
          <w:sz w:val="28"/>
          <w:szCs w:val="28"/>
          <w:lang w:val="kk-KZ"/>
        </w:rPr>
        <w:t xml:space="preserve"> </w:t>
      </w:r>
      <w:r w:rsidR="000C4022" w:rsidRPr="00B439DD">
        <w:rPr>
          <w:rFonts w:ascii="Times New Roman" w:hAnsi="Times New Roman" w:cs="Times New Roman"/>
          <w:sz w:val="28"/>
          <w:szCs w:val="28"/>
          <w:lang w:val="kk-KZ"/>
        </w:rPr>
        <w:t xml:space="preserve">кеңістігін өзіне-өзі көшіретін </w:t>
      </w:r>
      <w:r w:rsidR="00A135AE" w:rsidRPr="00B439DD">
        <w:rPr>
          <w:rFonts w:ascii="Times New Roman" w:hAnsi="Times New Roman" w:cs="Times New Roman"/>
          <w:noProof/>
          <w:position w:val="-4"/>
          <w:sz w:val="28"/>
          <w:szCs w:val="28"/>
        </w:rPr>
        <w:drawing>
          <wp:inline distT="0" distB="0" distL="0" distR="0" wp14:anchorId="3D1D12ED" wp14:editId="7FCA4B0E">
            <wp:extent cx="182880" cy="182880"/>
            <wp:effectExtent l="0" t="0" r="7620" b="7620"/>
            <wp:docPr id="2125" name="Рисунок 2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5"/>
                    <pic:cNvPicPr>
                      <a:picLocks noChangeAspect="1" noChangeArrowheads="1"/>
                    </pic:cNvPicPr>
                  </pic:nvPicPr>
                  <pic:blipFill>
                    <a:blip r:embed="rId2903"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B439DD">
        <w:rPr>
          <w:rFonts w:ascii="Times New Roman" w:hAnsi="Times New Roman" w:cs="Times New Roman"/>
          <w:sz w:val="28"/>
          <w:szCs w:val="28"/>
          <w:lang w:val="kk-KZ"/>
        </w:rPr>
        <w:t xml:space="preserve"> операторын тудырады, </w:t>
      </w:r>
      <w:r w:rsidR="00A135AE" w:rsidRPr="00B439DD">
        <w:rPr>
          <w:rFonts w:ascii="Times New Roman" w:hAnsi="Times New Roman" w:cs="Times New Roman"/>
          <w:noProof/>
          <w:position w:val="-12"/>
          <w:sz w:val="28"/>
          <w:szCs w:val="28"/>
        </w:rPr>
        <w:drawing>
          <wp:inline distT="0" distB="0" distL="0" distR="0" wp14:anchorId="1F6BF281" wp14:editId="067922FE">
            <wp:extent cx="731520" cy="231140"/>
            <wp:effectExtent l="0" t="0" r="0" b="0"/>
            <wp:docPr id="2126" name="Рисунок 2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6"/>
                    <pic:cNvPicPr>
                      <a:picLocks noChangeAspect="1" noChangeArrowheads="1"/>
                    </pic:cNvPicPr>
                  </pic:nvPicPr>
                  <pic:blipFill>
                    <a:blip r:embed="rId2904" cstate="print">
                      <a:extLst>
                        <a:ext uri="{28A0092B-C50C-407E-A947-70E740481C1C}">
                          <a14:useLocalDpi xmlns:a14="http://schemas.microsoft.com/office/drawing/2010/main" val="0"/>
                        </a:ext>
                      </a:extLst>
                    </a:blip>
                    <a:srcRect/>
                    <a:stretch>
                      <a:fillRect/>
                    </a:stretch>
                  </pic:blipFill>
                  <pic:spPr bwMode="auto">
                    <a:xfrm>
                      <a:off x="0" y="0"/>
                      <a:ext cx="731520" cy="231140"/>
                    </a:xfrm>
                    <a:prstGeom prst="rect">
                      <a:avLst/>
                    </a:prstGeom>
                    <a:noFill/>
                    <a:ln>
                      <a:noFill/>
                    </a:ln>
                  </pic:spPr>
                </pic:pic>
              </a:graphicData>
            </a:graphic>
          </wp:inline>
        </w:drawing>
      </w:r>
      <w:r w:rsidR="00A135AE" w:rsidRPr="00B439DD">
        <w:rPr>
          <w:rFonts w:ascii="Times New Roman" w:hAnsi="Times New Roman" w:cs="Times New Roman"/>
          <w:noProof/>
          <w:position w:val="-10"/>
          <w:sz w:val="28"/>
          <w:szCs w:val="28"/>
        </w:rPr>
        <w:drawing>
          <wp:inline distT="0" distB="0" distL="0" distR="0" wp14:anchorId="0B4301A1" wp14:editId="32899906">
            <wp:extent cx="288925" cy="231140"/>
            <wp:effectExtent l="0" t="0" r="0" b="0"/>
            <wp:docPr id="2127" name="Рисунок 2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7"/>
                    <pic:cNvPicPr>
                      <a:picLocks noChangeAspect="1" noChangeArrowheads="1"/>
                    </pic:cNvPicPr>
                  </pic:nvPicPr>
                  <pic:blipFill>
                    <a:blip r:embed="rId2905" cstate="print">
                      <a:extLst>
                        <a:ext uri="{28A0092B-C50C-407E-A947-70E740481C1C}">
                          <a14:useLocalDpi xmlns:a14="http://schemas.microsoft.com/office/drawing/2010/main" val="0"/>
                        </a:ext>
                      </a:extLst>
                    </a:blip>
                    <a:srcRect/>
                    <a:stretch>
                      <a:fillRect/>
                    </a:stretch>
                  </pic:blipFill>
                  <pic:spPr bwMode="auto">
                    <a:xfrm>
                      <a:off x="0" y="0"/>
                      <a:ext cx="288925" cy="231140"/>
                    </a:xfrm>
                    <a:prstGeom prst="rect">
                      <a:avLst/>
                    </a:prstGeom>
                    <a:noFill/>
                    <a:ln>
                      <a:noFill/>
                    </a:ln>
                  </pic:spPr>
                </pic:pic>
              </a:graphicData>
            </a:graphic>
          </wp:inline>
        </w:drawing>
      </w:r>
      <w:r w:rsidRPr="00B439DD">
        <w:rPr>
          <w:rFonts w:ascii="Times New Roman" w:hAnsi="Times New Roman" w:cs="Times New Roman"/>
          <w:sz w:val="28"/>
          <w:szCs w:val="28"/>
          <w:lang w:val="kk-KZ"/>
        </w:rPr>
        <w:t>-ның аз мәнінде бұл қысып бейнелейтін оператор екенін көрсетейік.</w:t>
      </w:r>
    </w:p>
    <w:p w14:paraId="14CCDD4B" w14:textId="4F87DEC7" w:rsidR="004B7CD0" w:rsidRPr="00B439DD" w:rsidRDefault="004B7CD0" w:rsidP="00B439DD">
      <w:pPr>
        <w:spacing w:after="0" w:line="240" w:lineRule="auto"/>
        <w:jc w:val="both"/>
        <w:rPr>
          <w:rFonts w:ascii="Times New Roman" w:hAnsi="Times New Roman" w:cs="Times New Roman"/>
          <w:sz w:val="28"/>
          <w:szCs w:val="28"/>
          <w:lang w:val="kk-KZ"/>
        </w:rPr>
      </w:pPr>
      <w:r w:rsidRPr="00B439DD">
        <w:rPr>
          <w:rFonts w:ascii="Times New Roman" w:hAnsi="Times New Roman" w:cs="Times New Roman"/>
          <w:sz w:val="28"/>
          <w:szCs w:val="28"/>
          <w:lang w:val="kk-KZ"/>
        </w:rPr>
        <w:tab/>
        <w:t xml:space="preserve">Айталық, </w:t>
      </w:r>
      <w:r w:rsidR="00A135AE" w:rsidRPr="00B439DD">
        <w:rPr>
          <w:rFonts w:ascii="Times New Roman" w:hAnsi="Times New Roman" w:cs="Times New Roman"/>
          <w:noProof/>
          <w:position w:val="-16"/>
          <w:sz w:val="28"/>
          <w:szCs w:val="28"/>
        </w:rPr>
        <w:drawing>
          <wp:inline distT="0" distB="0" distL="0" distR="0" wp14:anchorId="24A22AE6" wp14:editId="02C15FE1">
            <wp:extent cx="462280" cy="250190"/>
            <wp:effectExtent l="0" t="0" r="0" b="0"/>
            <wp:docPr id="2128" name="Рисунок 2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8"/>
                    <pic:cNvPicPr>
                      <a:picLocks noChangeAspect="1" noChangeArrowheads="1"/>
                    </pic:cNvPicPr>
                  </pic:nvPicPr>
                  <pic:blipFill>
                    <a:blip r:embed="rId2906" cstate="print">
                      <a:extLst>
                        <a:ext uri="{28A0092B-C50C-407E-A947-70E740481C1C}">
                          <a14:useLocalDpi xmlns:a14="http://schemas.microsoft.com/office/drawing/2010/main" val="0"/>
                        </a:ext>
                      </a:extLst>
                    </a:blip>
                    <a:srcRect/>
                    <a:stretch>
                      <a:fillRect/>
                    </a:stretch>
                  </pic:blipFill>
                  <pic:spPr bwMode="auto">
                    <a:xfrm>
                      <a:off x="0" y="0"/>
                      <a:ext cx="462280" cy="250190"/>
                    </a:xfrm>
                    <a:prstGeom prst="rect">
                      <a:avLst/>
                    </a:prstGeom>
                    <a:noFill/>
                    <a:ln>
                      <a:noFill/>
                    </a:ln>
                  </pic:spPr>
                </pic:pic>
              </a:graphicData>
            </a:graphic>
          </wp:inline>
        </w:drawing>
      </w:r>
      <w:r w:rsidRPr="00B439DD">
        <w:rPr>
          <w:rFonts w:ascii="Times New Roman" w:hAnsi="Times New Roman" w:cs="Times New Roman"/>
          <w:sz w:val="28"/>
          <w:szCs w:val="28"/>
          <w:lang w:val="kk-KZ"/>
        </w:rPr>
        <w:t xml:space="preserve"> кеңістігіндегі </w:t>
      </w:r>
      <w:r w:rsidR="00A135AE" w:rsidRPr="00B439DD">
        <w:rPr>
          <w:rFonts w:ascii="Times New Roman" w:hAnsi="Times New Roman" w:cs="Times New Roman"/>
          <w:noProof/>
          <w:position w:val="-12"/>
          <w:sz w:val="28"/>
          <w:szCs w:val="28"/>
        </w:rPr>
        <w:drawing>
          <wp:inline distT="0" distB="0" distL="0" distR="0" wp14:anchorId="7C546FE0" wp14:editId="1BEBAA13">
            <wp:extent cx="596900" cy="231140"/>
            <wp:effectExtent l="0" t="0" r="0" b="0"/>
            <wp:docPr id="2129" name="Рисунок 2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9"/>
                    <pic:cNvPicPr>
                      <a:picLocks noChangeAspect="1" noChangeArrowheads="1"/>
                    </pic:cNvPicPr>
                  </pic:nvPicPr>
                  <pic:blipFill>
                    <a:blip r:embed="rId2907" cstate="print">
                      <a:extLst>
                        <a:ext uri="{28A0092B-C50C-407E-A947-70E740481C1C}">
                          <a14:useLocalDpi xmlns:a14="http://schemas.microsoft.com/office/drawing/2010/main" val="0"/>
                        </a:ext>
                      </a:extLst>
                    </a:blip>
                    <a:srcRect/>
                    <a:stretch>
                      <a:fillRect/>
                    </a:stretch>
                  </pic:blipFill>
                  <pic:spPr bwMode="auto">
                    <a:xfrm>
                      <a:off x="0" y="0"/>
                      <a:ext cx="596900" cy="231140"/>
                    </a:xfrm>
                    <a:prstGeom prst="rect">
                      <a:avLst/>
                    </a:prstGeom>
                    <a:noFill/>
                    <a:ln>
                      <a:noFill/>
                    </a:ln>
                  </pic:spPr>
                </pic:pic>
              </a:graphicData>
            </a:graphic>
          </wp:inline>
        </w:drawing>
      </w:r>
      <w:r w:rsidRPr="00B439DD">
        <w:rPr>
          <w:rFonts w:ascii="Times New Roman" w:hAnsi="Times New Roman" w:cs="Times New Roman"/>
          <w:sz w:val="28"/>
          <w:szCs w:val="28"/>
          <w:lang w:val="kk-KZ"/>
        </w:rPr>
        <w:t xml:space="preserve"> және </w:t>
      </w:r>
      <w:r w:rsidR="00A135AE" w:rsidRPr="00B439DD">
        <w:rPr>
          <w:rFonts w:ascii="Times New Roman" w:hAnsi="Times New Roman" w:cs="Times New Roman"/>
          <w:noProof/>
          <w:position w:val="-12"/>
          <w:sz w:val="28"/>
          <w:szCs w:val="28"/>
        </w:rPr>
        <w:drawing>
          <wp:inline distT="0" distB="0" distL="0" distR="0" wp14:anchorId="4E54D8AA" wp14:editId="6C82054B">
            <wp:extent cx="596900" cy="231140"/>
            <wp:effectExtent l="0" t="0" r="0" b="0"/>
            <wp:docPr id="2130" name="Рисунок 2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0"/>
                    <pic:cNvPicPr>
                      <a:picLocks noChangeAspect="1" noChangeArrowheads="1"/>
                    </pic:cNvPicPr>
                  </pic:nvPicPr>
                  <pic:blipFill>
                    <a:blip r:embed="rId2908" cstate="print">
                      <a:extLst>
                        <a:ext uri="{28A0092B-C50C-407E-A947-70E740481C1C}">
                          <a14:useLocalDpi xmlns:a14="http://schemas.microsoft.com/office/drawing/2010/main" val="0"/>
                        </a:ext>
                      </a:extLst>
                    </a:blip>
                    <a:srcRect/>
                    <a:stretch>
                      <a:fillRect/>
                    </a:stretch>
                  </pic:blipFill>
                  <pic:spPr bwMode="auto">
                    <a:xfrm>
                      <a:off x="0" y="0"/>
                      <a:ext cx="596900" cy="231140"/>
                    </a:xfrm>
                    <a:prstGeom prst="rect">
                      <a:avLst/>
                    </a:prstGeom>
                    <a:noFill/>
                    <a:ln>
                      <a:noFill/>
                    </a:ln>
                  </pic:spPr>
                </pic:pic>
              </a:graphicData>
            </a:graphic>
          </wp:inline>
        </w:drawing>
      </w:r>
      <w:r w:rsidRPr="00B439DD">
        <w:rPr>
          <w:rFonts w:ascii="Times New Roman" w:hAnsi="Times New Roman" w:cs="Times New Roman"/>
          <w:sz w:val="28"/>
          <w:szCs w:val="28"/>
          <w:lang w:val="kk-KZ"/>
        </w:rPr>
        <w:t xml:space="preserve"> функцияларына </w:t>
      </w:r>
      <w:r w:rsidR="00A135AE" w:rsidRPr="00B439DD">
        <w:rPr>
          <w:rFonts w:ascii="Times New Roman" w:hAnsi="Times New Roman" w:cs="Times New Roman"/>
          <w:noProof/>
          <w:position w:val="-4"/>
          <w:sz w:val="28"/>
          <w:szCs w:val="28"/>
        </w:rPr>
        <w:drawing>
          <wp:inline distT="0" distB="0" distL="0" distR="0" wp14:anchorId="2808C801" wp14:editId="5B75E830">
            <wp:extent cx="182880" cy="182880"/>
            <wp:effectExtent l="0" t="0" r="7620" b="7620"/>
            <wp:docPr id="2131" name="Рисунок 2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1"/>
                    <pic:cNvPicPr>
                      <a:picLocks noChangeAspect="1" noChangeArrowheads="1"/>
                    </pic:cNvPicPr>
                  </pic:nvPicPr>
                  <pic:blipFill>
                    <a:blip r:embed="rId2909"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B439DD">
        <w:rPr>
          <w:rFonts w:ascii="Times New Roman" w:hAnsi="Times New Roman" w:cs="Times New Roman"/>
          <w:sz w:val="28"/>
          <w:szCs w:val="28"/>
          <w:lang w:val="kk-KZ"/>
        </w:rPr>
        <w:t xml:space="preserve">оператораның әсерінен алынған </w:t>
      </w:r>
      <w:r w:rsidR="00A135AE" w:rsidRPr="00B439DD">
        <w:rPr>
          <w:rFonts w:ascii="Times New Roman" w:hAnsi="Times New Roman" w:cs="Times New Roman"/>
          <w:noProof/>
          <w:position w:val="-12"/>
          <w:sz w:val="28"/>
          <w:szCs w:val="28"/>
        </w:rPr>
        <w:drawing>
          <wp:inline distT="0" distB="0" distL="0" distR="0" wp14:anchorId="73ED8475" wp14:editId="1C8BC361">
            <wp:extent cx="577215" cy="231140"/>
            <wp:effectExtent l="0" t="0" r="0" b="0"/>
            <wp:docPr id="2132" name="Рисунок 2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2"/>
                    <pic:cNvPicPr>
                      <a:picLocks noChangeAspect="1" noChangeArrowheads="1"/>
                    </pic:cNvPicPr>
                  </pic:nvPicPr>
                  <pic:blipFill>
                    <a:blip r:embed="rId2910" cstate="print">
                      <a:extLst>
                        <a:ext uri="{28A0092B-C50C-407E-A947-70E740481C1C}">
                          <a14:useLocalDpi xmlns:a14="http://schemas.microsoft.com/office/drawing/2010/main" val="0"/>
                        </a:ext>
                      </a:extLst>
                    </a:blip>
                    <a:srcRect/>
                    <a:stretch>
                      <a:fillRect/>
                    </a:stretch>
                  </pic:blipFill>
                  <pic:spPr bwMode="auto">
                    <a:xfrm>
                      <a:off x="0" y="0"/>
                      <a:ext cx="577215" cy="231140"/>
                    </a:xfrm>
                    <a:prstGeom prst="rect">
                      <a:avLst/>
                    </a:prstGeom>
                    <a:noFill/>
                    <a:ln>
                      <a:noFill/>
                    </a:ln>
                  </pic:spPr>
                </pic:pic>
              </a:graphicData>
            </a:graphic>
          </wp:inline>
        </w:drawing>
      </w:r>
      <w:r w:rsidRPr="00B439DD">
        <w:rPr>
          <w:rFonts w:ascii="Times New Roman" w:hAnsi="Times New Roman" w:cs="Times New Roman"/>
          <w:sz w:val="28"/>
          <w:szCs w:val="28"/>
          <w:lang w:val="kk-KZ"/>
        </w:rPr>
        <w:t xml:space="preserve"> және  </w:t>
      </w:r>
      <w:r w:rsidR="00A135AE" w:rsidRPr="00B439DD">
        <w:rPr>
          <w:rFonts w:ascii="Times New Roman" w:hAnsi="Times New Roman" w:cs="Times New Roman"/>
          <w:noProof/>
          <w:position w:val="-12"/>
          <w:sz w:val="28"/>
          <w:szCs w:val="28"/>
        </w:rPr>
        <w:drawing>
          <wp:inline distT="0" distB="0" distL="0" distR="0" wp14:anchorId="79FF823F" wp14:editId="08AE1B33">
            <wp:extent cx="577215" cy="231140"/>
            <wp:effectExtent l="0" t="0" r="0" b="0"/>
            <wp:docPr id="2133" name="Рисунок 2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3"/>
                    <pic:cNvPicPr>
                      <a:picLocks noChangeAspect="1" noChangeArrowheads="1"/>
                    </pic:cNvPicPr>
                  </pic:nvPicPr>
                  <pic:blipFill>
                    <a:blip r:embed="rId2911" cstate="print">
                      <a:extLst>
                        <a:ext uri="{28A0092B-C50C-407E-A947-70E740481C1C}">
                          <a14:useLocalDpi xmlns:a14="http://schemas.microsoft.com/office/drawing/2010/main" val="0"/>
                        </a:ext>
                      </a:extLst>
                    </a:blip>
                    <a:srcRect/>
                    <a:stretch>
                      <a:fillRect/>
                    </a:stretch>
                  </pic:blipFill>
                  <pic:spPr bwMode="auto">
                    <a:xfrm>
                      <a:off x="0" y="0"/>
                      <a:ext cx="577215" cy="231140"/>
                    </a:xfrm>
                    <a:prstGeom prst="rect">
                      <a:avLst/>
                    </a:prstGeom>
                    <a:noFill/>
                    <a:ln>
                      <a:noFill/>
                    </a:ln>
                  </pic:spPr>
                </pic:pic>
              </a:graphicData>
            </a:graphic>
          </wp:inline>
        </w:drawing>
      </w:r>
      <w:r w:rsidRPr="00B439DD">
        <w:rPr>
          <w:rFonts w:ascii="Times New Roman" w:hAnsi="Times New Roman" w:cs="Times New Roman"/>
          <w:sz w:val="28"/>
          <w:szCs w:val="28"/>
          <w:lang w:val="kk-KZ"/>
        </w:rPr>
        <w:t xml:space="preserve"> сәйкес бейнелер болсын. </w:t>
      </w:r>
      <w:r w:rsidR="00A135AE" w:rsidRPr="00B439DD">
        <w:rPr>
          <w:rFonts w:ascii="Times New Roman" w:hAnsi="Times New Roman" w:cs="Times New Roman"/>
          <w:noProof/>
          <w:position w:val="-12"/>
          <w:sz w:val="28"/>
          <w:szCs w:val="28"/>
        </w:rPr>
        <w:drawing>
          <wp:inline distT="0" distB="0" distL="0" distR="0" wp14:anchorId="5A34B3EE" wp14:editId="02C4A3AC">
            <wp:extent cx="2059940" cy="231140"/>
            <wp:effectExtent l="0" t="0" r="0" b="0"/>
            <wp:docPr id="2134" name="Рисунок 2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4"/>
                    <pic:cNvPicPr>
                      <a:picLocks noChangeAspect="1" noChangeArrowheads="1"/>
                    </pic:cNvPicPr>
                  </pic:nvPicPr>
                  <pic:blipFill>
                    <a:blip r:embed="rId2912" cstate="print">
                      <a:extLst>
                        <a:ext uri="{28A0092B-C50C-407E-A947-70E740481C1C}">
                          <a14:useLocalDpi xmlns:a14="http://schemas.microsoft.com/office/drawing/2010/main" val="0"/>
                        </a:ext>
                      </a:extLst>
                    </a:blip>
                    <a:srcRect/>
                    <a:stretch>
                      <a:fillRect/>
                    </a:stretch>
                  </pic:blipFill>
                  <pic:spPr bwMode="auto">
                    <a:xfrm>
                      <a:off x="0" y="0"/>
                      <a:ext cx="2059940" cy="231140"/>
                    </a:xfrm>
                    <a:prstGeom prst="rect">
                      <a:avLst/>
                    </a:prstGeom>
                    <a:noFill/>
                    <a:ln>
                      <a:noFill/>
                    </a:ln>
                  </pic:spPr>
                </pic:pic>
              </a:graphicData>
            </a:graphic>
          </wp:inline>
        </w:drawing>
      </w:r>
      <w:r w:rsidR="00A135AE" w:rsidRPr="00B439DD">
        <w:rPr>
          <w:rFonts w:ascii="Times New Roman" w:hAnsi="Times New Roman" w:cs="Times New Roman"/>
          <w:noProof/>
          <w:position w:val="-12"/>
          <w:sz w:val="28"/>
          <w:szCs w:val="28"/>
        </w:rPr>
        <w:drawing>
          <wp:inline distT="0" distB="0" distL="0" distR="0" wp14:anchorId="32E793D8" wp14:editId="1282D74E">
            <wp:extent cx="1905635" cy="231140"/>
            <wp:effectExtent l="0" t="0" r="0" b="0"/>
            <wp:docPr id="2135" name="Рисунок 2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5"/>
                    <pic:cNvPicPr>
                      <a:picLocks noChangeAspect="1" noChangeArrowheads="1"/>
                    </pic:cNvPicPr>
                  </pic:nvPicPr>
                  <pic:blipFill>
                    <a:blip r:embed="rId2913" cstate="print">
                      <a:extLst>
                        <a:ext uri="{28A0092B-C50C-407E-A947-70E740481C1C}">
                          <a14:useLocalDpi xmlns:a14="http://schemas.microsoft.com/office/drawing/2010/main" val="0"/>
                        </a:ext>
                      </a:extLst>
                    </a:blip>
                    <a:srcRect/>
                    <a:stretch>
                      <a:fillRect/>
                    </a:stretch>
                  </pic:blipFill>
                  <pic:spPr bwMode="auto">
                    <a:xfrm>
                      <a:off x="0" y="0"/>
                      <a:ext cx="1905635" cy="231140"/>
                    </a:xfrm>
                    <a:prstGeom prst="rect">
                      <a:avLst/>
                    </a:prstGeom>
                    <a:noFill/>
                    <a:ln>
                      <a:noFill/>
                    </a:ln>
                  </pic:spPr>
                </pic:pic>
              </a:graphicData>
            </a:graphic>
          </wp:inline>
        </w:drawing>
      </w:r>
      <w:r w:rsidRPr="00B439DD">
        <w:rPr>
          <w:rFonts w:ascii="Times New Roman" w:hAnsi="Times New Roman" w:cs="Times New Roman"/>
          <w:sz w:val="28"/>
          <w:szCs w:val="28"/>
          <w:lang w:val="kk-KZ"/>
        </w:rPr>
        <w:t xml:space="preserve"> деп белгілеу енгіземіз. </w:t>
      </w:r>
      <w:r w:rsidR="00A135AE" w:rsidRPr="00B439DD">
        <w:rPr>
          <w:rFonts w:ascii="Times New Roman" w:hAnsi="Times New Roman" w:cs="Times New Roman"/>
          <w:noProof/>
          <w:position w:val="-12"/>
          <w:sz w:val="28"/>
          <w:szCs w:val="28"/>
        </w:rPr>
        <w:drawing>
          <wp:inline distT="0" distB="0" distL="0" distR="0" wp14:anchorId="791F8BE6" wp14:editId="0E830A24">
            <wp:extent cx="529590" cy="231140"/>
            <wp:effectExtent l="0" t="0" r="0" b="0"/>
            <wp:docPr id="2136" name="Рисунок 2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6"/>
                    <pic:cNvPicPr>
                      <a:picLocks noChangeAspect="1" noChangeArrowheads="1"/>
                    </pic:cNvPicPr>
                  </pic:nvPicPr>
                  <pic:blipFill>
                    <a:blip r:embed="rId2914" cstate="print">
                      <a:extLst>
                        <a:ext uri="{28A0092B-C50C-407E-A947-70E740481C1C}">
                          <a14:useLocalDpi xmlns:a14="http://schemas.microsoft.com/office/drawing/2010/main" val="0"/>
                        </a:ext>
                      </a:extLst>
                    </a:blip>
                    <a:srcRect/>
                    <a:stretch>
                      <a:fillRect/>
                    </a:stretch>
                  </pic:blipFill>
                  <pic:spPr bwMode="auto">
                    <a:xfrm>
                      <a:off x="0" y="0"/>
                      <a:ext cx="529590" cy="231140"/>
                    </a:xfrm>
                    <a:prstGeom prst="rect">
                      <a:avLst/>
                    </a:prstGeom>
                    <a:noFill/>
                    <a:ln>
                      <a:noFill/>
                    </a:ln>
                  </pic:spPr>
                </pic:pic>
              </a:graphicData>
            </a:graphic>
          </wp:inline>
        </w:drawing>
      </w:r>
      <w:r w:rsidRPr="00B439DD">
        <w:rPr>
          <w:rFonts w:ascii="Times New Roman" w:hAnsi="Times New Roman" w:cs="Times New Roman"/>
          <w:sz w:val="28"/>
          <w:szCs w:val="28"/>
          <w:lang w:val="kk-KZ"/>
        </w:rPr>
        <w:t>функциясына төмендегі теңдеу орындалады</w:t>
      </w:r>
    </w:p>
    <w:p w14:paraId="125234D1" w14:textId="77777777" w:rsidR="004B7CD0" w:rsidRPr="00B439DD" w:rsidRDefault="004B7CD0" w:rsidP="00B439DD">
      <w:pPr>
        <w:spacing w:after="0" w:line="240" w:lineRule="auto"/>
        <w:jc w:val="both"/>
        <w:rPr>
          <w:rFonts w:ascii="Times New Roman" w:hAnsi="Times New Roman" w:cs="Times New Roman"/>
          <w:sz w:val="28"/>
          <w:szCs w:val="28"/>
          <w:lang w:val="kk-KZ"/>
        </w:rPr>
      </w:pPr>
    </w:p>
    <w:p w14:paraId="76C0F859" w14:textId="3513FFAB" w:rsidR="004B7CD0" w:rsidRPr="00B439DD" w:rsidRDefault="00A135AE" w:rsidP="00B439DD">
      <w:pPr>
        <w:spacing w:after="0" w:line="240" w:lineRule="auto"/>
        <w:jc w:val="center"/>
        <w:rPr>
          <w:rFonts w:ascii="Times New Roman" w:hAnsi="Times New Roman" w:cs="Times New Roman"/>
          <w:position w:val="-16"/>
          <w:sz w:val="28"/>
          <w:szCs w:val="28"/>
        </w:rPr>
      </w:pPr>
      <w:r w:rsidRPr="00B439DD">
        <w:rPr>
          <w:rFonts w:ascii="Times New Roman" w:hAnsi="Times New Roman" w:cs="Times New Roman"/>
          <w:noProof/>
          <w:position w:val="-22"/>
          <w:sz w:val="28"/>
          <w:szCs w:val="28"/>
        </w:rPr>
        <w:drawing>
          <wp:inline distT="0" distB="0" distL="0" distR="0" wp14:anchorId="4A46ECDE" wp14:editId="51FEBFE1">
            <wp:extent cx="3686175" cy="375285"/>
            <wp:effectExtent l="0" t="0" r="9525" b="5715"/>
            <wp:docPr id="2137" name="Рисунок 2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7"/>
                    <pic:cNvPicPr>
                      <a:picLocks noChangeAspect="1" noChangeArrowheads="1"/>
                    </pic:cNvPicPr>
                  </pic:nvPicPr>
                  <pic:blipFill>
                    <a:blip r:embed="rId2915" cstate="print">
                      <a:extLst>
                        <a:ext uri="{28A0092B-C50C-407E-A947-70E740481C1C}">
                          <a14:useLocalDpi xmlns:a14="http://schemas.microsoft.com/office/drawing/2010/main" val="0"/>
                        </a:ext>
                      </a:extLst>
                    </a:blip>
                    <a:srcRect/>
                    <a:stretch>
                      <a:fillRect/>
                    </a:stretch>
                  </pic:blipFill>
                  <pic:spPr bwMode="auto">
                    <a:xfrm>
                      <a:off x="0" y="0"/>
                      <a:ext cx="3686175" cy="375285"/>
                    </a:xfrm>
                    <a:prstGeom prst="rect">
                      <a:avLst/>
                    </a:prstGeom>
                    <a:noFill/>
                    <a:ln>
                      <a:noFill/>
                    </a:ln>
                  </pic:spPr>
                </pic:pic>
              </a:graphicData>
            </a:graphic>
          </wp:inline>
        </w:drawing>
      </w:r>
    </w:p>
    <w:p w14:paraId="64045C4A" w14:textId="77777777" w:rsidR="004B7CD0" w:rsidRPr="00B439DD" w:rsidRDefault="004B7CD0" w:rsidP="00B439DD">
      <w:pPr>
        <w:spacing w:after="0" w:line="240" w:lineRule="auto"/>
        <w:jc w:val="both"/>
        <w:rPr>
          <w:rFonts w:ascii="Times New Roman" w:hAnsi="Times New Roman" w:cs="Times New Roman"/>
          <w:sz w:val="28"/>
          <w:szCs w:val="28"/>
          <w:lang w:val="kk-KZ"/>
        </w:rPr>
      </w:pPr>
    </w:p>
    <w:p w14:paraId="16555EF9" w14:textId="77777777" w:rsidR="004B7CD0" w:rsidRPr="00B439DD" w:rsidRDefault="004B7CD0" w:rsidP="00B439DD">
      <w:pPr>
        <w:spacing w:after="0" w:line="240" w:lineRule="auto"/>
        <w:jc w:val="both"/>
        <w:rPr>
          <w:rFonts w:ascii="Times New Roman" w:hAnsi="Times New Roman" w:cs="Times New Roman"/>
          <w:sz w:val="28"/>
          <w:szCs w:val="28"/>
          <w:lang w:val="kk-KZ"/>
        </w:rPr>
      </w:pPr>
      <w:r w:rsidRPr="00B439DD">
        <w:rPr>
          <w:rFonts w:ascii="Times New Roman" w:hAnsi="Times New Roman" w:cs="Times New Roman"/>
          <w:sz w:val="28"/>
          <w:szCs w:val="28"/>
          <w:lang w:val="kk-KZ"/>
        </w:rPr>
        <w:t>және шеттік шарттарымен</w:t>
      </w:r>
    </w:p>
    <w:p w14:paraId="642932FF" w14:textId="77777777" w:rsidR="004B7CD0" w:rsidRPr="00B439DD" w:rsidRDefault="004B7CD0" w:rsidP="00B439DD">
      <w:pPr>
        <w:spacing w:after="0" w:line="240" w:lineRule="auto"/>
        <w:jc w:val="both"/>
        <w:rPr>
          <w:rFonts w:ascii="Times New Roman" w:hAnsi="Times New Roman" w:cs="Times New Roman"/>
          <w:sz w:val="28"/>
          <w:szCs w:val="28"/>
          <w:lang w:val="kk-KZ"/>
        </w:rPr>
      </w:pPr>
    </w:p>
    <w:p w14:paraId="1B9657DA" w14:textId="00A25473" w:rsidR="004B7CD0" w:rsidRPr="00B439DD" w:rsidRDefault="00A135AE" w:rsidP="00B439DD">
      <w:pPr>
        <w:spacing w:after="0" w:line="240" w:lineRule="auto"/>
        <w:jc w:val="center"/>
        <w:rPr>
          <w:rFonts w:ascii="Times New Roman" w:hAnsi="Times New Roman" w:cs="Times New Roman"/>
          <w:sz w:val="28"/>
          <w:szCs w:val="28"/>
        </w:rPr>
      </w:pPr>
      <w:r w:rsidRPr="00B439DD">
        <w:rPr>
          <w:rFonts w:ascii="Times New Roman" w:hAnsi="Times New Roman" w:cs="Times New Roman"/>
          <w:noProof/>
          <w:position w:val="-16"/>
          <w:sz w:val="28"/>
          <w:szCs w:val="28"/>
        </w:rPr>
        <w:drawing>
          <wp:inline distT="0" distB="0" distL="0" distR="0" wp14:anchorId="1DF9D34C" wp14:editId="1BD2CA29">
            <wp:extent cx="1328420" cy="288925"/>
            <wp:effectExtent l="0" t="0" r="5080" b="0"/>
            <wp:docPr id="2138" name="Рисунок 2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8"/>
                    <pic:cNvPicPr>
                      <a:picLocks noChangeAspect="1" noChangeArrowheads="1"/>
                    </pic:cNvPicPr>
                  </pic:nvPicPr>
                  <pic:blipFill>
                    <a:blip r:embed="rId2916" cstate="print">
                      <a:extLst>
                        <a:ext uri="{28A0092B-C50C-407E-A947-70E740481C1C}">
                          <a14:useLocalDpi xmlns:a14="http://schemas.microsoft.com/office/drawing/2010/main" val="0"/>
                        </a:ext>
                      </a:extLst>
                    </a:blip>
                    <a:srcRect/>
                    <a:stretch>
                      <a:fillRect/>
                    </a:stretch>
                  </pic:blipFill>
                  <pic:spPr bwMode="auto">
                    <a:xfrm>
                      <a:off x="0" y="0"/>
                      <a:ext cx="1328420" cy="288925"/>
                    </a:xfrm>
                    <a:prstGeom prst="rect">
                      <a:avLst/>
                    </a:prstGeom>
                    <a:noFill/>
                    <a:ln>
                      <a:noFill/>
                    </a:ln>
                  </pic:spPr>
                </pic:pic>
              </a:graphicData>
            </a:graphic>
          </wp:inline>
        </w:drawing>
      </w:r>
    </w:p>
    <w:p w14:paraId="71B4F94B" w14:textId="659DA1F2" w:rsidR="004B7CD0" w:rsidRPr="00B439DD" w:rsidRDefault="00A135AE" w:rsidP="00B439DD">
      <w:pPr>
        <w:spacing w:after="0" w:line="240" w:lineRule="auto"/>
        <w:jc w:val="center"/>
        <w:rPr>
          <w:rFonts w:ascii="Times New Roman" w:hAnsi="Times New Roman" w:cs="Times New Roman"/>
          <w:position w:val="-12"/>
          <w:sz w:val="28"/>
          <w:szCs w:val="28"/>
          <w:lang w:val="kk-KZ"/>
        </w:rPr>
      </w:pPr>
      <w:r w:rsidRPr="00B439DD">
        <w:rPr>
          <w:rFonts w:ascii="Times New Roman" w:hAnsi="Times New Roman" w:cs="Times New Roman"/>
          <w:noProof/>
          <w:position w:val="-12"/>
          <w:sz w:val="28"/>
          <w:szCs w:val="28"/>
        </w:rPr>
        <w:drawing>
          <wp:inline distT="0" distB="0" distL="0" distR="0" wp14:anchorId="142BCB80" wp14:editId="297E194F">
            <wp:extent cx="3734435" cy="250190"/>
            <wp:effectExtent l="0" t="0" r="0" b="0"/>
            <wp:docPr id="2139" name="Рисунок 2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9"/>
                    <pic:cNvPicPr>
                      <a:picLocks noChangeAspect="1" noChangeArrowheads="1"/>
                    </pic:cNvPicPr>
                  </pic:nvPicPr>
                  <pic:blipFill>
                    <a:blip r:embed="rId2917" cstate="print">
                      <a:extLst>
                        <a:ext uri="{28A0092B-C50C-407E-A947-70E740481C1C}">
                          <a14:useLocalDpi xmlns:a14="http://schemas.microsoft.com/office/drawing/2010/main" val="0"/>
                        </a:ext>
                      </a:extLst>
                    </a:blip>
                    <a:srcRect/>
                    <a:stretch>
                      <a:fillRect/>
                    </a:stretch>
                  </pic:blipFill>
                  <pic:spPr bwMode="auto">
                    <a:xfrm>
                      <a:off x="0" y="0"/>
                      <a:ext cx="3734435" cy="250190"/>
                    </a:xfrm>
                    <a:prstGeom prst="rect">
                      <a:avLst/>
                    </a:prstGeom>
                    <a:noFill/>
                    <a:ln>
                      <a:noFill/>
                    </a:ln>
                  </pic:spPr>
                </pic:pic>
              </a:graphicData>
            </a:graphic>
          </wp:inline>
        </w:drawing>
      </w:r>
    </w:p>
    <w:p w14:paraId="46CCADCE" w14:textId="77777777" w:rsidR="004B7CD0" w:rsidRPr="00B439DD" w:rsidRDefault="004B7CD0" w:rsidP="00B439DD">
      <w:pPr>
        <w:spacing w:after="0" w:line="240" w:lineRule="auto"/>
        <w:rPr>
          <w:rFonts w:ascii="Times New Roman" w:hAnsi="Times New Roman" w:cs="Times New Roman"/>
          <w:sz w:val="28"/>
          <w:szCs w:val="28"/>
          <w:lang w:val="kk-KZ"/>
        </w:rPr>
      </w:pPr>
    </w:p>
    <w:p w14:paraId="35347F8B" w14:textId="54B237E3" w:rsidR="004B7CD0" w:rsidRPr="00B439DD" w:rsidRDefault="00A135AE" w:rsidP="00B439DD">
      <w:pPr>
        <w:spacing w:after="0" w:line="240" w:lineRule="auto"/>
        <w:jc w:val="both"/>
        <w:rPr>
          <w:rFonts w:ascii="Times New Roman" w:hAnsi="Times New Roman" w:cs="Times New Roman"/>
          <w:sz w:val="28"/>
          <w:szCs w:val="28"/>
          <w:lang w:val="kk-KZ"/>
        </w:rPr>
      </w:pPr>
      <w:r w:rsidRPr="00B439DD">
        <w:rPr>
          <w:rFonts w:ascii="Times New Roman" w:hAnsi="Times New Roman" w:cs="Times New Roman"/>
          <w:noProof/>
          <w:position w:val="-12"/>
          <w:sz w:val="28"/>
          <w:szCs w:val="28"/>
        </w:rPr>
        <w:drawing>
          <wp:inline distT="0" distB="0" distL="0" distR="0" wp14:anchorId="6F2AAC83" wp14:editId="35580248">
            <wp:extent cx="529590" cy="231140"/>
            <wp:effectExtent l="0" t="0" r="0" b="0"/>
            <wp:docPr id="2140" name="Рисунок 2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0"/>
                    <pic:cNvPicPr>
                      <a:picLocks noChangeAspect="1" noChangeArrowheads="1"/>
                    </pic:cNvPicPr>
                  </pic:nvPicPr>
                  <pic:blipFill>
                    <a:blip r:embed="rId2918" cstate="print">
                      <a:extLst>
                        <a:ext uri="{28A0092B-C50C-407E-A947-70E740481C1C}">
                          <a14:useLocalDpi xmlns:a14="http://schemas.microsoft.com/office/drawing/2010/main" val="0"/>
                        </a:ext>
                      </a:extLst>
                    </a:blip>
                    <a:srcRect/>
                    <a:stretch>
                      <a:fillRect/>
                    </a:stretch>
                  </pic:blipFill>
                  <pic:spPr bwMode="auto">
                    <a:xfrm>
                      <a:off x="0" y="0"/>
                      <a:ext cx="529590" cy="231140"/>
                    </a:xfrm>
                    <a:prstGeom prst="rect">
                      <a:avLst/>
                    </a:prstGeom>
                    <a:noFill/>
                    <a:ln>
                      <a:noFill/>
                    </a:ln>
                  </pic:spPr>
                </pic:pic>
              </a:graphicData>
            </a:graphic>
          </wp:inline>
        </w:drawing>
      </w:r>
      <w:r w:rsidR="000C4022" w:rsidRPr="00B439DD">
        <w:rPr>
          <w:rFonts w:ascii="Times New Roman" w:hAnsi="Times New Roman" w:cs="Times New Roman"/>
          <w:sz w:val="28"/>
          <w:szCs w:val="28"/>
          <w:lang w:val="kk-KZ"/>
        </w:rPr>
        <w:t>функциясы үшін (2.57</w:t>
      </w:r>
      <w:r w:rsidR="004B7CD0" w:rsidRPr="00B439DD">
        <w:rPr>
          <w:rFonts w:ascii="Times New Roman" w:hAnsi="Times New Roman" w:cs="Times New Roman"/>
          <w:sz w:val="28"/>
          <w:szCs w:val="28"/>
          <w:lang w:val="kk-KZ"/>
        </w:rPr>
        <w:t>)</w:t>
      </w:r>
      <w:r w:rsidR="000C4022" w:rsidRPr="00B439DD">
        <w:rPr>
          <w:rFonts w:ascii="Times New Roman" w:hAnsi="Times New Roman" w:cs="Times New Roman"/>
          <w:sz w:val="28"/>
          <w:szCs w:val="28"/>
          <w:lang w:val="kk-KZ"/>
        </w:rPr>
        <w:t>-(2.60</w:t>
      </w:r>
      <w:r w:rsidR="004B7CD0" w:rsidRPr="00B439DD">
        <w:rPr>
          <w:rFonts w:ascii="Times New Roman" w:hAnsi="Times New Roman" w:cs="Times New Roman"/>
          <w:sz w:val="28"/>
          <w:szCs w:val="28"/>
          <w:lang w:val="kk-KZ"/>
        </w:rPr>
        <w:t>) бағалаулары келесі теңсіздікті береді:</w:t>
      </w:r>
    </w:p>
    <w:p w14:paraId="3A0DCAD1" w14:textId="77777777" w:rsidR="004B7CD0" w:rsidRPr="00B439DD" w:rsidRDefault="004B7CD0" w:rsidP="00B439DD">
      <w:pPr>
        <w:spacing w:after="0" w:line="240" w:lineRule="auto"/>
        <w:jc w:val="both"/>
        <w:rPr>
          <w:rFonts w:ascii="Times New Roman" w:hAnsi="Times New Roman" w:cs="Times New Roman"/>
          <w:sz w:val="28"/>
          <w:szCs w:val="28"/>
          <w:lang w:val="kk-KZ"/>
        </w:rPr>
      </w:pPr>
    </w:p>
    <w:p w14:paraId="3E2A8D2A" w14:textId="5C6CDEF3" w:rsidR="004B7CD0" w:rsidRPr="00B439DD" w:rsidRDefault="00A135AE" w:rsidP="00B439DD">
      <w:pPr>
        <w:spacing w:after="0" w:line="240" w:lineRule="auto"/>
        <w:jc w:val="center"/>
        <w:rPr>
          <w:rFonts w:ascii="Times New Roman" w:hAnsi="Times New Roman" w:cs="Times New Roman"/>
          <w:position w:val="-20"/>
          <w:sz w:val="28"/>
          <w:szCs w:val="28"/>
          <w:lang w:val="kk-KZ"/>
        </w:rPr>
      </w:pPr>
      <w:r w:rsidRPr="00B439DD">
        <w:rPr>
          <w:rFonts w:ascii="Times New Roman" w:hAnsi="Times New Roman" w:cs="Times New Roman"/>
          <w:noProof/>
          <w:position w:val="-22"/>
          <w:sz w:val="28"/>
          <w:szCs w:val="28"/>
        </w:rPr>
        <w:drawing>
          <wp:inline distT="0" distB="0" distL="0" distR="0" wp14:anchorId="53291493" wp14:editId="72EF2BB6">
            <wp:extent cx="3320415" cy="375285"/>
            <wp:effectExtent l="0" t="0" r="0" b="5715"/>
            <wp:docPr id="2141" name="Рисунок 2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1"/>
                    <pic:cNvPicPr>
                      <a:picLocks noChangeAspect="1" noChangeArrowheads="1"/>
                    </pic:cNvPicPr>
                  </pic:nvPicPr>
                  <pic:blipFill>
                    <a:blip r:embed="rId2919" cstate="print">
                      <a:extLst>
                        <a:ext uri="{28A0092B-C50C-407E-A947-70E740481C1C}">
                          <a14:useLocalDpi xmlns:a14="http://schemas.microsoft.com/office/drawing/2010/main" val="0"/>
                        </a:ext>
                      </a:extLst>
                    </a:blip>
                    <a:srcRect/>
                    <a:stretch>
                      <a:fillRect/>
                    </a:stretch>
                  </pic:blipFill>
                  <pic:spPr bwMode="auto">
                    <a:xfrm>
                      <a:off x="0" y="0"/>
                      <a:ext cx="3320415" cy="375285"/>
                    </a:xfrm>
                    <a:prstGeom prst="rect">
                      <a:avLst/>
                    </a:prstGeom>
                    <a:noFill/>
                    <a:ln>
                      <a:noFill/>
                    </a:ln>
                  </pic:spPr>
                </pic:pic>
              </a:graphicData>
            </a:graphic>
          </wp:inline>
        </w:drawing>
      </w:r>
    </w:p>
    <w:p w14:paraId="01766AEA" w14:textId="77777777" w:rsidR="004B7CD0" w:rsidRPr="00B439DD" w:rsidRDefault="004B7CD0" w:rsidP="00B439DD">
      <w:pPr>
        <w:spacing w:after="0" w:line="240" w:lineRule="auto"/>
        <w:jc w:val="center"/>
        <w:rPr>
          <w:rFonts w:ascii="Times New Roman" w:hAnsi="Times New Roman" w:cs="Times New Roman"/>
          <w:sz w:val="28"/>
          <w:szCs w:val="28"/>
          <w:lang w:val="kk-KZ"/>
        </w:rPr>
      </w:pPr>
    </w:p>
    <w:p w14:paraId="36F040A4" w14:textId="77777777" w:rsidR="004B7CD0" w:rsidRPr="00B439DD" w:rsidRDefault="004B7CD0" w:rsidP="00B439DD">
      <w:pPr>
        <w:spacing w:after="0" w:line="240" w:lineRule="auto"/>
        <w:jc w:val="both"/>
        <w:rPr>
          <w:rFonts w:ascii="Times New Roman" w:hAnsi="Times New Roman" w:cs="Times New Roman"/>
          <w:sz w:val="28"/>
          <w:szCs w:val="28"/>
          <w:lang w:val="kk-KZ"/>
        </w:rPr>
      </w:pPr>
      <w:r w:rsidRPr="00B439DD">
        <w:rPr>
          <w:rFonts w:ascii="Times New Roman" w:hAnsi="Times New Roman" w:cs="Times New Roman"/>
          <w:sz w:val="28"/>
          <w:szCs w:val="28"/>
          <w:lang w:val="kk-KZ"/>
        </w:rPr>
        <w:t>Осы теңсіздігінен айқын түрде мына теңсіздік алынады</w:t>
      </w:r>
    </w:p>
    <w:p w14:paraId="39EC9ECF" w14:textId="77777777" w:rsidR="004B7CD0" w:rsidRPr="00B439DD" w:rsidRDefault="004B7CD0" w:rsidP="00B439DD">
      <w:pPr>
        <w:spacing w:after="0" w:line="240" w:lineRule="auto"/>
        <w:jc w:val="both"/>
        <w:rPr>
          <w:rFonts w:ascii="Times New Roman" w:hAnsi="Times New Roman" w:cs="Times New Roman"/>
          <w:sz w:val="28"/>
          <w:szCs w:val="28"/>
          <w:lang w:val="kk-KZ"/>
        </w:rPr>
      </w:pPr>
    </w:p>
    <w:p w14:paraId="4595383A" w14:textId="4CD1379F" w:rsidR="004B7CD0" w:rsidRPr="00B439DD" w:rsidRDefault="00A135AE" w:rsidP="00B439DD">
      <w:pPr>
        <w:spacing w:after="0" w:line="240" w:lineRule="auto"/>
        <w:jc w:val="center"/>
        <w:rPr>
          <w:rFonts w:ascii="Times New Roman" w:hAnsi="Times New Roman" w:cs="Times New Roman"/>
          <w:position w:val="-20"/>
          <w:sz w:val="28"/>
          <w:szCs w:val="28"/>
          <w:lang w:val="kk-KZ"/>
        </w:rPr>
      </w:pPr>
      <w:r w:rsidRPr="00B439DD">
        <w:rPr>
          <w:rFonts w:ascii="Times New Roman" w:hAnsi="Times New Roman" w:cs="Times New Roman"/>
          <w:noProof/>
          <w:position w:val="-22"/>
          <w:sz w:val="28"/>
          <w:szCs w:val="28"/>
        </w:rPr>
        <w:drawing>
          <wp:inline distT="0" distB="0" distL="0" distR="0" wp14:anchorId="6A073653" wp14:editId="068238FF">
            <wp:extent cx="2117725" cy="337185"/>
            <wp:effectExtent l="0" t="0" r="0" b="5715"/>
            <wp:docPr id="2142" name="Рисунок 2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2"/>
                    <pic:cNvPicPr>
                      <a:picLocks noChangeAspect="1" noChangeArrowheads="1"/>
                    </pic:cNvPicPr>
                  </pic:nvPicPr>
                  <pic:blipFill>
                    <a:blip r:embed="rId2920" cstate="print">
                      <a:extLst>
                        <a:ext uri="{28A0092B-C50C-407E-A947-70E740481C1C}">
                          <a14:useLocalDpi xmlns:a14="http://schemas.microsoft.com/office/drawing/2010/main" val="0"/>
                        </a:ext>
                      </a:extLst>
                    </a:blip>
                    <a:srcRect/>
                    <a:stretch>
                      <a:fillRect/>
                    </a:stretch>
                  </pic:blipFill>
                  <pic:spPr bwMode="auto">
                    <a:xfrm>
                      <a:off x="0" y="0"/>
                      <a:ext cx="2117725" cy="337185"/>
                    </a:xfrm>
                    <a:prstGeom prst="rect">
                      <a:avLst/>
                    </a:prstGeom>
                    <a:noFill/>
                    <a:ln>
                      <a:noFill/>
                    </a:ln>
                  </pic:spPr>
                </pic:pic>
              </a:graphicData>
            </a:graphic>
          </wp:inline>
        </w:drawing>
      </w:r>
    </w:p>
    <w:p w14:paraId="089AD86C" w14:textId="77777777" w:rsidR="004B7CD0" w:rsidRPr="00B439DD" w:rsidRDefault="004B7CD0" w:rsidP="00B439DD">
      <w:pPr>
        <w:spacing w:after="0" w:line="240" w:lineRule="auto"/>
        <w:rPr>
          <w:rFonts w:ascii="Times New Roman" w:hAnsi="Times New Roman" w:cs="Times New Roman"/>
          <w:sz w:val="28"/>
          <w:szCs w:val="28"/>
          <w:lang w:val="en-US"/>
        </w:rPr>
      </w:pPr>
    </w:p>
    <w:p w14:paraId="376D686C" w14:textId="424E536D" w:rsidR="004B7CD0" w:rsidRPr="00B439DD" w:rsidRDefault="004B7CD0" w:rsidP="00B439DD">
      <w:pPr>
        <w:spacing w:after="0" w:line="240" w:lineRule="auto"/>
        <w:jc w:val="both"/>
        <w:rPr>
          <w:rFonts w:ascii="Times New Roman" w:hAnsi="Times New Roman" w:cs="Times New Roman"/>
          <w:sz w:val="28"/>
          <w:szCs w:val="28"/>
          <w:lang w:val="kk-KZ"/>
        </w:rPr>
      </w:pPr>
      <w:r w:rsidRPr="00B439DD">
        <w:rPr>
          <w:rFonts w:ascii="Times New Roman" w:hAnsi="Times New Roman" w:cs="Times New Roman"/>
          <w:sz w:val="28"/>
          <w:szCs w:val="28"/>
          <w:lang w:val="kk-KZ"/>
        </w:rPr>
        <w:t xml:space="preserve">Егер </w:t>
      </w:r>
      <w:r w:rsidR="00A135AE" w:rsidRPr="00B439DD">
        <w:rPr>
          <w:rFonts w:ascii="Times New Roman" w:hAnsi="Times New Roman" w:cs="Times New Roman"/>
          <w:noProof/>
          <w:position w:val="-6"/>
          <w:sz w:val="28"/>
          <w:szCs w:val="28"/>
        </w:rPr>
        <w:drawing>
          <wp:inline distT="0" distB="0" distL="0" distR="0" wp14:anchorId="31BBEFB6" wp14:editId="37F0F7E8">
            <wp:extent cx="154305" cy="231140"/>
            <wp:effectExtent l="0" t="0" r="0" b="0"/>
            <wp:docPr id="2143" name="Рисунок 2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3"/>
                    <pic:cNvPicPr>
                      <a:picLocks noChangeAspect="1" noChangeArrowheads="1"/>
                    </pic:cNvPicPr>
                  </pic:nvPicPr>
                  <pic:blipFill>
                    <a:blip r:embed="rId2921" cstate="print">
                      <a:extLst>
                        <a:ext uri="{28A0092B-C50C-407E-A947-70E740481C1C}">
                          <a14:useLocalDpi xmlns:a14="http://schemas.microsoft.com/office/drawing/2010/main" val="0"/>
                        </a:ext>
                      </a:extLst>
                    </a:blip>
                    <a:srcRect/>
                    <a:stretch>
                      <a:fillRect/>
                    </a:stretch>
                  </pic:blipFill>
                  <pic:spPr bwMode="auto">
                    <a:xfrm>
                      <a:off x="0" y="0"/>
                      <a:ext cx="154305" cy="231140"/>
                    </a:xfrm>
                    <a:prstGeom prst="rect">
                      <a:avLst/>
                    </a:prstGeom>
                    <a:noFill/>
                    <a:ln>
                      <a:noFill/>
                    </a:ln>
                  </pic:spPr>
                </pic:pic>
              </a:graphicData>
            </a:graphic>
          </wp:inline>
        </w:drawing>
      </w:r>
      <w:r w:rsidRPr="00B439DD">
        <w:rPr>
          <w:rFonts w:ascii="Times New Roman" w:hAnsi="Times New Roman" w:cs="Times New Roman"/>
          <w:sz w:val="28"/>
          <w:szCs w:val="28"/>
          <w:lang w:val="kk-KZ"/>
        </w:rPr>
        <w:t xml:space="preserve"> саны </w:t>
      </w:r>
      <w:r w:rsidR="00A135AE" w:rsidRPr="00B439DD">
        <w:rPr>
          <w:rFonts w:ascii="Times New Roman" w:hAnsi="Times New Roman" w:cs="Times New Roman"/>
          <w:noProof/>
          <w:position w:val="-10"/>
          <w:sz w:val="28"/>
          <w:szCs w:val="28"/>
        </w:rPr>
        <w:drawing>
          <wp:inline distT="0" distB="0" distL="0" distR="0" wp14:anchorId="11E7DFA1" wp14:editId="55D7466D">
            <wp:extent cx="664210" cy="231140"/>
            <wp:effectExtent l="0" t="0" r="0" b="0"/>
            <wp:docPr id="2144" name="Рисунок 2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4"/>
                    <pic:cNvPicPr>
                      <a:picLocks noChangeAspect="1" noChangeArrowheads="1"/>
                    </pic:cNvPicPr>
                  </pic:nvPicPr>
                  <pic:blipFill>
                    <a:blip r:embed="rId2922" cstate="print">
                      <a:extLst>
                        <a:ext uri="{28A0092B-C50C-407E-A947-70E740481C1C}">
                          <a14:useLocalDpi xmlns:a14="http://schemas.microsoft.com/office/drawing/2010/main" val="0"/>
                        </a:ext>
                      </a:extLst>
                    </a:blip>
                    <a:srcRect/>
                    <a:stretch>
                      <a:fillRect/>
                    </a:stretch>
                  </pic:blipFill>
                  <pic:spPr bwMode="auto">
                    <a:xfrm>
                      <a:off x="0" y="0"/>
                      <a:ext cx="664210" cy="231140"/>
                    </a:xfrm>
                    <a:prstGeom prst="rect">
                      <a:avLst/>
                    </a:prstGeom>
                    <a:noFill/>
                    <a:ln>
                      <a:noFill/>
                    </a:ln>
                  </pic:spPr>
                </pic:pic>
              </a:graphicData>
            </a:graphic>
          </wp:inline>
        </w:drawing>
      </w:r>
      <w:r w:rsidRPr="00B439DD">
        <w:rPr>
          <w:rFonts w:ascii="Times New Roman" w:hAnsi="Times New Roman" w:cs="Times New Roman"/>
          <w:sz w:val="28"/>
          <w:szCs w:val="28"/>
          <w:lang w:val="kk-KZ"/>
        </w:rPr>
        <w:t xml:space="preserve"> теңсіздікті қанағаттандыратын болса, онда </w:t>
      </w:r>
      <w:r w:rsidR="00A135AE" w:rsidRPr="00B439DD">
        <w:rPr>
          <w:rFonts w:ascii="Times New Roman" w:hAnsi="Times New Roman" w:cs="Times New Roman"/>
          <w:noProof/>
          <w:position w:val="-4"/>
          <w:sz w:val="28"/>
          <w:szCs w:val="28"/>
        </w:rPr>
        <w:drawing>
          <wp:inline distT="0" distB="0" distL="0" distR="0" wp14:anchorId="077AD40C" wp14:editId="116CFD25">
            <wp:extent cx="182880" cy="182880"/>
            <wp:effectExtent l="0" t="0" r="7620" b="7620"/>
            <wp:docPr id="2145" name="Рисунок 2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5"/>
                    <pic:cNvPicPr>
                      <a:picLocks noChangeAspect="1" noChangeArrowheads="1"/>
                    </pic:cNvPicPr>
                  </pic:nvPicPr>
                  <pic:blipFill>
                    <a:blip r:embed="rId2923"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B439DD">
        <w:rPr>
          <w:rFonts w:ascii="Times New Roman" w:hAnsi="Times New Roman" w:cs="Times New Roman"/>
          <w:sz w:val="28"/>
          <w:szCs w:val="28"/>
          <w:lang w:val="kk-KZ"/>
        </w:rPr>
        <w:t xml:space="preserve"> операторы қысып бейнелейтін оператор болады. Қысып бейнелейтін о</w:t>
      </w:r>
      <w:r w:rsidR="001F7319" w:rsidRPr="00B439DD">
        <w:rPr>
          <w:rFonts w:ascii="Times New Roman" w:hAnsi="Times New Roman" w:cs="Times New Roman"/>
          <w:sz w:val="28"/>
          <w:szCs w:val="28"/>
          <w:lang w:val="kk-KZ"/>
        </w:rPr>
        <w:t xml:space="preserve">ператордың қозғалмайтын нүктесі </w:t>
      </w:r>
      <w:r w:rsidR="00A135AE" w:rsidRPr="00B439DD">
        <w:rPr>
          <w:rFonts w:ascii="Times New Roman" w:hAnsi="Times New Roman" w:cs="Times New Roman"/>
          <w:noProof/>
          <w:position w:val="-12"/>
          <w:sz w:val="28"/>
          <w:szCs w:val="28"/>
        </w:rPr>
        <w:drawing>
          <wp:inline distT="0" distB="0" distL="0" distR="0" wp14:anchorId="0E257873" wp14:editId="7B60BA04">
            <wp:extent cx="529590" cy="231140"/>
            <wp:effectExtent l="0" t="0" r="0" b="0"/>
            <wp:docPr id="2146" name="Рисунок 2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6"/>
                    <pic:cNvPicPr>
                      <a:picLocks noChangeAspect="1" noChangeArrowheads="1"/>
                    </pic:cNvPicPr>
                  </pic:nvPicPr>
                  <pic:blipFill>
                    <a:blip r:embed="rId2924" cstate="print">
                      <a:extLst>
                        <a:ext uri="{28A0092B-C50C-407E-A947-70E740481C1C}">
                          <a14:useLocalDpi xmlns:a14="http://schemas.microsoft.com/office/drawing/2010/main" val="0"/>
                        </a:ext>
                      </a:extLst>
                    </a:blip>
                    <a:srcRect/>
                    <a:stretch>
                      <a:fillRect/>
                    </a:stretch>
                  </pic:blipFill>
                  <pic:spPr bwMode="auto">
                    <a:xfrm>
                      <a:off x="0" y="0"/>
                      <a:ext cx="529590" cy="231140"/>
                    </a:xfrm>
                    <a:prstGeom prst="rect">
                      <a:avLst/>
                    </a:prstGeom>
                    <a:noFill/>
                    <a:ln>
                      <a:noFill/>
                    </a:ln>
                  </pic:spPr>
                </pic:pic>
              </a:graphicData>
            </a:graphic>
          </wp:inline>
        </w:drawing>
      </w:r>
      <w:r w:rsidR="001F7319" w:rsidRPr="00B439DD">
        <w:rPr>
          <w:rFonts w:ascii="Times New Roman" w:hAnsi="Times New Roman" w:cs="Times New Roman"/>
          <w:sz w:val="28"/>
          <w:szCs w:val="28"/>
          <w:lang w:val="kk-KZ"/>
        </w:rPr>
        <w:t xml:space="preserve"> </w:t>
      </w:r>
      <w:r w:rsidRPr="00B439DD">
        <w:rPr>
          <w:rFonts w:ascii="Times New Roman" w:hAnsi="Times New Roman" w:cs="Times New Roman"/>
          <w:sz w:val="28"/>
          <w:szCs w:val="28"/>
          <w:lang w:val="kk-KZ"/>
        </w:rPr>
        <w:t xml:space="preserve">функциясы , ол </w:t>
      </w:r>
      <w:r w:rsidR="00A135AE" w:rsidRPr="00B439DD">
        <w:rPr>
          <w:rFonts w:ascii="Times New Roman" w:hAnsi="Times New Roman" w:cs="Times New Roman"/>
          <w:noProof/>
          <w:position w:val="-12"/>
          <w:sz w:val="28"/>
          <w:szCs w:val="28"/>
        </w:rPr>
        <w:drawing>
          <wp:inline distT="0" distB="0" distL="0" distR="0" wp14:anchorId="4E8A8E12" wp14:editId="6C966622">
            <wp:extent cx="692785" cy="231140"/>
            <wp:effectExtent l="0" t="0" r="0" b="0"/>
            <wp:docPr id="2147" name="Рисунок 2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7"/>
                    <pic:cNvPicPr>
                      <a:picLocks noChangeAspect="1" noChangeArrowheads="1"/>
                    </pic:cNvPicPr>
                  </pic:nvPicPr>
                  <pic:blipFill>
                    <a:blip r:embed="rId2925" cstate="print">
                      <a:extLst>
                        <a:ext uri="{28A0092B-C50C-407E-A947-70E740481C1C}">
                          <a14:useLocalDpi xmlns:a14="http://schemas.microsoft.com/office/drawing/2010/main" val="0"/>
                        </a:ext>
                      </a:extLst>
                    </a:blip>
                    <a:srcRect/>
                    <a:stretch>
                      <a:fillRect/>
                    </a:stretch>
                  </pic:blipFill>
                  <pic:spPr bwMode="auto">
                    <a:xfrm>
                      <a:off x="0" y="0"/>
                      <a:ext cx="692785" cy="231140"/>
                    </a:xfrm>
                    <a:prstGeom prst="rect">
                      <a:avLst/>
                    </a:prstGeom>
                    <a:noFill/>
                    <a:ln>
                      <a:noFill/>
                    </a:ln>
                  </pic:spPr>
                </pic:pic>
              </a:graphicData>
            </a:graphic>
          </wp:inline>
        </w:drawing>
      </w:r>
      <w:r w:rsidR="001F7319" w:rsidRPr="00B439DD">
        <w:rPr>
          <w:rFonts w:ascii="Times New Roman" w:hAnsi="Times New Roman" w:cs="Times New Roman"/>
          <w:sz w:val="28"/>
          <w:szCs w:val="28"/>
          <w:lang w:val="kk-KZ"/>
        </w:rPr>
        <w:t xml:space="preserve"> теңдігін қанағаттандырады. </w:t>
      </w:r>
      <w:r w:rsidRPr="00B439DD">
        <w:rPr>
          <w:rFonts w:ascii="Times New Roman" w:hAnsi="Times New Roman" w:cs="Times New Roman"/>
          <w:sz w:val="28"/>
          <w:szCs w:val="28"/>
          <w:lang w:val="kk-KZ"/>
        </w:rPr>
        <w:t>Бұл функция үшін келесі теңдеу орындалады.</w:t>
      </w:r>
    </w:p>
    <w:p w14:paraId="7B4BD21E" w14:textId="77777777" w:rsidR="004B7CD0" w:rsidRPr="00B439DD" w:rsidRDefault="004B7CD0" w:rsidP="00B439DD">
      <w:pPr>
        <w:spacing w:after="0" w:line="240" w:lineRule="auto"/>
        <w:jc w:val="both"/>
        <w:rPr>
          <w:rFonts w:ascii="Times New Roman" w:hAnsi="Times New Roman" w:cs="Times New Roman"/>
          <w:sz w:val="28"/>
          <w:szCs w:val="28"/>
          <w:lang w:val="kk-KZ"/>
        </w:rPr>
      </w:pPr>
    </w:p>
    <w:p w14:paraId="26C8D5C4" w14:textId="2AE43F13" w:rsidR="004B7CD0" w:rsidRPr="00B439DD" w:rsidRDefault="00A135AE" w:rsidP="00B439DD">
      <w:pPr>
        <w:spacing w:after="0" w:line="240" w:lineRule="auto"/>
        <w:jc w:val="center"/>
        <w:rPr>
          <w:rFonts w:ascii="Times New Roman" w:hAnsi="Times New Roman" w:cs="Times New Roman"/>
          <w:position w:val="-22"/>
          <w:sz w:val="28"/>
          <w:szCs w:val="28"/>
        </w:rPr>
      </w:pPr>
      <w:r w:rsidRPr="00B439DD">
        <w:rPr>
          <w:rFonts w:ascii="Times New Roman" w:hAnsi="Times New Roman" w:cs="Times New Roman"/>
          <w:noProof/>
          <w:position w:val="-22"/>
          <w:sz w:val="28"/>
          <w:szCs w:val="28"/>
        </w:rPr>
        <w:lastRenderedPageBreak/>
        <w:drawing>
          <wp:inline distT="0" distB="0" distL="0" distR="0" wp14:anchorId="34792E84" wp14:editId="25619029">
            <wp:extent cx="3734435" cy="375285"/>
            <wp:effectExtent l="0" t="0" r="0" b="5715"/>
            <wp:docPr id="2148" name="Рисунок 2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8"/>
                    <pic:cNvPicPr>
                      <a:picLocks noChangeAspect="1" noChangeArrowheads="1"/>
                    </pic:cNvPicPr>
                  </pic:nvPicPr>
                  <pic:blipFill>
                    <a:blip r:embed="rId2926" cstate="print">
                      <a:extLst>
                        <a:ext uri="{28A0092B-C50C-407E-A947-70E740481C1C}">
                          <a14:useLocalDpi xmlns:a14="http://schemas.microsoft.com/office/drawing/2010/main" val="0"/>
                        </a:ext>
                      </a:extLst>
                    </a:blip>
                    <a:srcRect/>
                    <a:stretch>
                      <a:fillRect/>
                    </a:stretch>
                  </pic:blipFill>
                  <pic:spPr bwMode="auto">
                    <a:xfrm>
                      <a:off x="0" y="0"/>
                      <a:ext cx="3734435" cy="375285"/>
                    </a:xfrm>
                    <a:prstGeom prst="rect">
                      <a:avLst/>
                    </a:prstGeom>
                    <a:noFill/>
                    <a:ln>
                      <a:noFill/>
                    </a:ln>
                  </pic:spPr>
                </pic:pic>
              </a:graphicData>
            </a:graphic>
          </wp:inline>
        </w:drawing>
      </w:r>
    </w:p>
    <w:p w14:paraId="01BD8644" w14:textId="77777777" w:rsidR="00514292" w:rsidRPr="00B439DD" w:rsidRDefault="00514292" w:rsidP="00B439DD">
      <w:pPr>
        <w:spacing w:after="0" w:line="240" w:lineRule="auto"/>
        <w:rPr>
          <w:rFonts w:ascii="Times New Roman" w:hAnsi="Times New Roman" w:cs="Times New Roman"/>
          <w:position w:val="-16"/>
          <w:sz w:val="28"/>
          <w:szCs w:val="28"/>
        </w:rPr>
      </w:pPr>
    </w:p>
    <w:p w14:paraId="1B046B61" w14:textId="5416F39A" w:rsidR="00514292" w:rsidRPr="00B439DD" w:rsidRDefault="000C4022" w:rsidP="00B439DD">
      <w:pPr>
        <w:spacing w:after="0" w:line="240" w:lineRule="auto"/>
        <w:jc w:val="both"/>
        <w:rPr>
          <w:rFonts w:ascii="Times New Roman" w:hAnsi="Times New Roman" w:cs="Times New Roman"/>
          <w:sz w:val="28"/>
          <w:szCs w:val="28"/>
          <w:lang w:val="en-US"/>
        </w:rPr>
      </w:pPr>
      <w:r w:rsidRPr="00B439DD">
        <w:rPr>
          <w:rFonts w:ascii="Times New Roman" w:hAnsi="Times New Roman" w:cs="Times New Roman"/>
          <w:sz w:val="28"/>
          <w:szCs w:val="28"/>
          <w:lang w:val="kk-KZ"/>
        </w:rPr>
        <w:t>және шарты</w:t>
      </w:r>
    </w:p>
    <w:p w14:paraId="0F8C499E" w14:textId="77777777" w:rsidR="000C4022" w:rsidRPr="00B439DD" w:rsidRDefault="000C4022" w:rsidP="00B439DD">
      <w:pPr>
        <w:spacing w:after="0" w:line="240" w:lineRule="auto"/>
        <w:jc w:val="both"/>
        <w:rPr>
          <w:rFonts w:ascii="Times New Roman" w:hAnsi="Times New Roman" w:cs="Times New Roman"/>
          <w:sz w:val="28"/>
          <w:szCs w:val="28"/>
          <w:lang w:val="en-US"/>
        </w:rPr>
      </w:pPr>
    </w:p>
    <w:p w14:paraId="1398374A" w14:textId="3795B5C8" w:rsidR="004B7CD0" w:rsidRPr="00B439DD" w:rsidRDefault="00A135AE" w:rsidP="00B439DD">
      <w:pPr>
        <w:spacing w:after="0" w:line="240" w:lineRule="auto"/>
        <w:jc w:val="center"/>
        <w:rPr>
          <w:rFonts w:ascii="Times New Roman" w:hAnsi="Times New Roman" w:cs="Times New Roman"/>
          <w:sz w:val="28"/>
          <w:szCs w:val="28"/>
        </w:rPr>
      </w:pPr>
      <w:r w:rsidRPr="00B439DD">
        <w:rPr>
          <w:rFonts w:ascii="Times New Roman" w:hAnsi="Times New Roman" w:cs="Times New Roman"/>
          <w:noProof/>
          <w:position w:val="-16"/>
          <w:sz w:val="28"/>
          <w:szCs w:val="28"/>
        </w:rPr>
        <w:drawing>
          <wp:inline distT="0" distB="0" distL="0" distR="0" wp14:anchorId="27FA5FF6" wp14:editId="05C37CC1">
            <wp:extent cx="1328420" cy="288925"/>
            <wp:effectExtent l="0" t="0" r="5080" b="0"/>
            <wp:docPr id="2149" name="Рисунок 2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9"/>
                    <pic:cNvPicPr>
                      <a:picLocks noChangeAspect="1" noChangeArrowheads="1"/>
                    </pic:cNvPicPr>
                  </pic:nvPicPr>
                  <pic:blipFill>
                    <a:blip r:embed="rId2927" cstate="print">
                      <a:extLst>
                        <a:ext uri="{28A0092B-C50C-407E-A947-70E740481C1C}">
                          <a14:useLocalDpi xmlns:a14="http://schemas.microsoft.com/office/drawing/2010/main" val="0"/>
                        </a:ext>
                      </a:extLst>
                    </a:blip>
                    <a:srcRect/>
                    <a:stretch>
                      <a:fillRect/>
                    </a:stretch>
                  </pic:blipFill>
                  <pic:spPr bwMode="auto">
                    <a:xfrm>
                      <a:off x="0" y="0"/>
                      <a:ext cx="1328420" cy="288925"/>
                    </a:xfrm>
                    <a:prstGeom prst="rect">
                      <a:avLst/>
                    </a:prstGeom>
                    <a:noFill/>
                    <a:ln>
                      <a:noFill/>
                    </a:ln>
                  </pic:spPr>
                </pic:pic>
              </a:graphicData>
            </a:graphic>
          </wp:inline>
        </w:drawing>
      </w:r>
    </w:p>
    <w:p w14:paraId="518DDD8F" w14:textId="3C2381E4" w:rsidR="004B7CD0" w:rsidRPr="00B439DD" w:rsidRDefault="00A135AE" w:rsidP="00B439DD">
      <w:pPr>
        <w:spacing w:after="0" w:line="240" w:lineRule="auto"/>
        <w:jc w:val="center"/>
        <w:rPr>
          <w:rFonts w:ascii="Times New Roman" w:hAnsi="Times New Roman" w:cs="Times New Roman"/>
          <w:position w:val="-12"/>
          <w:sz w:val="28"/>
          <w:szCs w:val="28"/>
          <w:lang w:val="kk-KZ"/>
        </w:rPr>
      </w:pPr>
      <w:r w:rsidRPr="00B439DD">
        <w:rPr>
          <w:rFonts w:ascii="Times New Roman" w:hAnsi="Times New Roman" w:cs="Times New Roman"/>
          <w:noProof/>
          <w:position w:val="-12"/>
          <w:sz w:val="28"/>
          <w:szCs w:val="28"/>
        </w:rPr>
        <w:drawing>
          <wp:inline distT="0" distB="0" distL="0" distR="0" wp14:anchorId="4B402A52" wp14:editId="29B266EE">
            <wp:extent cx="3686175" cy="250190"/>
            <wp:effectExtent l="0" t="0" r="9525" b="0"/>
            <wp:docPr id="2150" name="Рисунок 2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0"/>
                    <pic:cNvPicPr>
                      <a:picLocks noChangeAspect="1" noChangeArrowheads="1"/>
                    </pic:cNvPicPr>
                  </pic:nvPicPr>
                  <pic:blipFill>
                    <a:blip r:embed="rId2928" cstate="print">
                      <a:extLst>
                        <a:ext uri="{28A0092B-C50C-407E-A947-70E740481C1C}">
                          <a14:useLocalDpi xmlns:a14="http://schemas.microsoft.com/office/drawing/2010/main" val="0"/>
                        </a:ext>
                      </a:extLst>
                    </a:blip>
                    <a:srcRect/>
                    <a:stretch>
                      <a:fillRect/>
                    </a:stretch>
                  </pic:blipFill>
                  <pic:spPr bwMode="auto">
                    <a:xfrm>
                      <a:off x="0" y="0"/>
                      <a:ext cx="3686175" cy="250190"/>
                    </a:xfrm>
                    <a:prstGeom prst="rect">
                      <a:avLst/>
                    </a:prstGeom>
                    <a:noFill/>
                    <a:ln>
                      <a:noFill/>
                    </a:ln>
                  </pic:spPr>
                </pic:pic>
              </a:graphicData>
            </a:graphic>
          </wp:inline>
        </w:drawing>
      </w:r>
    </w:p>
    <w:p w14:paraId="4A79A252" w14:textId="77777777" w:rsidR="004B7CD0" w:rsidRPr="00B439DD" w:rsidRDefault="004B7CD0" w:rsidP="00B439DD">
      <w:pPr>
        <w:spacing w:after="0" w:line="240" w:lineRule="auto"/>
        <w:rPr>
          <w:rFonts w:ascii="Times New Roman" w:hAnsi="Times New Roman" w:cs="Times New Roman"/>
          <w:sz w:val="28"/>
          <w:szCs w:val="28"/>
          <w:lang w:val="kk-KZ"/>
        </w:rPr>
      </w:pPr>
    </w:p>
    <w:p w14:paraId="375508CB" w14:textId="2D5EF505" w:rsidR="004B7CD0" w:rsidRPr="00B439DD" w:rsidRDefault="004B7CD0" w:rsidP="00B439DD">
      <w:pPr>
        <w:spacing w:after="0" w:line="240" w:lineRule="auto"/>
        <w:jc w:val="both"/>
        <w:rPr>
          <w:rFonts w:ascii="Times New Roman" w:hAnsi="Times New Roman" w:cs="Times New Roman"/>
          <w:sz w:val="28"/>
          <w:szCs w:val="28"/>
          <w:lang w:val="kk-KZ"/>
        </w:rPr>
      </w:pPr>
      <w:r w:rsidRPr="00B439DD">
        <w:rPr>
          <w:rFonts w:ascii="Times New Roman" w:hAnsi="Times New Roman" w:cs="Times New Roman"/>
          <w:sz w:val="28"/>
          <w:szCs w:val="28"/>
          <w:lang w:val="kk-KZ"/>
        </w:rPr>
        <w:t xml:space="preserve">Бұл дегеніміз, </w:t>
      </w:r>
      <w:r w:rsidR="00A135AE" w:rsidRPr="00B439DD">
        <w:rPr>
          <w:rFonts w:ascii="Times New Roman" w:hAnsi="Times New Roman" w:cs="Times New Roman"/>
          <w:noProof/>
          <w:position w:val="-12"/>
          <w:sz w:val="28"/>
          <w:szCs w:val="28"/>
        </w:rPr>
        <w:drawing>
          <wp:inline distT="0" distB="0" distL="0" distR="0" wp14:anchorId="77A47057" wp14:editId="3396704C">
            <wp:extent cx="500380" cy="250190"/>
            <wp:effectExtent l="0" t="0" r="0" b="0"/>
            <wp:docPr id="2151" name="Рисунок 2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1"/>
                    <pic:cNvPicPr>
                      <a:picLocks noChangeAspect="1" noChangeArrowheads="1"/>
                    </pic:cNvPicPr>
                  </pic:nvPicPr>
                  <pic:blipFill>
                    <a:blip r:embed="rId2929" cstate="print">
                      <a:extLst>
                        <a:ext uri="{28A0092B-C50C-407E-A947-70E740481C1C}">
                          <a14:useLocalDpi xmlns:a14="http://schemas.microsoft.com/office/drawing/2010/main" val="0"/>
                        </a:ext>
                      </a:extLst>
                    </a:blip>
                    <a:srcRect/>
                    <a:stretch>
                      <a:fillRect/>
                    </a:stretch>
                  </pic:blipFill>
                  <pic:spPr bwMode="auto">
                    <a:xfrm>
                      <a:off x="0" y="0"/>
                      <a:ext cx="500380" cy="250190"/>
                    </a:xfrm>
                    <a:prstGeom prst="rect">
                      <a:avLst/>
                    </a:prstGeom>
                    <a:noFill/>
                    <a:ln>
                      <a:noFill/>
                    </a:ln>
                  </pic:spPr>
                </pic:pic>
              </a:graphicData>
            </a:graphic>
          </wp:inline>
        </w:drawing>
      </w:r>
      <w:r w:rsidRPr="00B439DD">
        <w:rPr>
          <w:rFonts w:ascii="Times New Roman" w:hAnsi="Times New Roman" w:cs="Times New Roman"/>
          <w:sz w:val="28"/>
          <w:szCs w:val="28"/>
          <w:lang w:val="kk-KZ"/>
        </w:rPr>
        <w:t xml:space="preserve"> саны </w:t>
      </w:r>
      <w:r w:rsidR="00A135AE" w:rsidRPr="00B439DD">
        <w:rPr>
          <w:rFonts w:ascii="Times New Roman" w:hAnsi="Times New Roman" w:cs="Times New Roman"/>
          <w:noProof/>
          <w:position w:val="-4"/>
          <w:sz w:val="28"/>
          <w:szCs w:val="28"/>
        </w:rPr>
        <w:drawing>
          <wp:inline distT="0" distB="0" distL="0" distR="0" wp14:anchorId="7A76B0AA" wp14:editId="19FE739B">
            <wp:extent cx="182880" cy="182880"/>
            <wp:effectExtent l="0" t="0" r="7620" b="7620"/>
            <wp:docPr id="2152" name="Рисунок 2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2"/>
                    <pic:cNvPicPr>
                      <a:picLocks noChangeAspect="1" noChangeArrowheads="1"/>
                    </pic:cNvPicPr>
                  </pic:nvPicPr>
                  <pic:blipFill>
                    <a:blip r:embed="rId2930"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B439DD">
        <w:rPr>
          <w:rFonts w:ascii="Times New Roman" w:hAnsi="Times New Roman" w:cs="Times New Roman"/>
          <w:sz w:val="28"/>
          <w:szCs w:val="28"/>
          <w:lang w:val="kk-KZ"/>
        </w:rPr>
        <w:t xml:space="preserve">жиынының элементі, және </w:t>
      </w:r>
      <w:r w:rsidR="00A135AE" w:rsidRPr="00B439DD">
        <w:rPr>
          <w:rFonts w:ascii="Times New Roman" w:hAnsi="Times New Roman" w:cs="Times New Roman"/>
          <w:noProof/>
          <w:position w:val="-4"/>
          <w:sz w:val="28"/>
          <w:szCs w:val="28"/>
        </w:rPr>
        <w:drawing>
          <wp:inline distT="0" distB="0" distL="0" distR="0" wp14:anchorId="36645BBA" wp14:editId="30C1AAA0">
            <wp:extent cx="182880" cy="182880"/>
            <wp:effectExtent l="0" t="0" r="7620" b="7620"/>
            <wp:docPr id="2153" name="Рисунок 2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3"/>
                    <pic:cNvPicPr>
                      <a:picLocks noChangeAspect="1" noChangeArrowheads="1"/>
                    </pic:cNvPicPr>
                  </pic:nvPicPr>
                  <pic:blipFill>
                    <a:blip r:embed="rId2931"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B439DD">
        <w:rPr>
          <w:rFonts w:ascii="Times New Roman" w:hAnsi="Times New Roman" w:cs="Times New Roman"/>
          <w:sz w:val="28"/>
          <w:szCs w:val="28"/>
          <w:lang w:val="kk-KZ"/>
        </w:rPr>
        <w:t xml:space="preserve"> жиыны ашық екен.</w:t>
      </w:r>
    </w:p>
    <w:p w14:paraId="15EA2EFF" w14:textId="5ED931A9" w:rsidR="004B7CD0" w:rsidRPr="00B439DD" w:rsidRDefault="00A135AE" w:rsidP="00B439DD">
      <w:pPr>
        <w:spacing w:after="0" w:line="240" w:lineRule="auto"/>
        <w:jc w:val="both"/>
        <w:rPr>
          <w:rFonts w:ascii="Times New Roman" w:hAnsi="Times New Roman" w:cs="Times New Roman"/>
          <w:sz w:val="28"/>
          <w:szCs w:val="28"/>
          <w:lang w:val="kk-KZ"/>
        </w:rPr>
      </w:pPr>
      <w:r w:rsidRPr="00B439DD">
        <w:rPr>
          <w:rFonts w:ascii="Times New Roman" w:hAnsi="Times New Roman" w:cs="Times New Roman"/>
          <w:noProof/>
          <w:position w:val="-12"/>
          <w:sz w:val="28"/>
          <w:szCs w:val="28"/>
        </w:rPr>
        <w:drawing>
          <wp:inline distT="0" distB="0" distL="0" distR="0" wp14:anchorId="431FACB0" wp14:editId="6134DDDE">
            <wp:extent cx="529590" cy="231140"/>
            <wp:effectExtent l="0" t="0" r="0" b="0"/>
            <wp:docPr id="2154" name="Рисунок 2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4"/>
                    <pic:cNvPicPr>
                      <a:picLocks noChangeAspect="1" noChangeArrowheads="1"/>
                    </pic:cNvPicPr>
                  </pic:nvPicPr>
                  <pic:blipFill>
                    <a:blip r:embed="rId2932" cstate="print">
                      <a:extLst>
                        <a:ext uri="{28A0092B-C50C-407E-A947-70E740481C1C}">
                          <a14:useLocalDpi xmlns:a14="http://schemas.microsoft.com/office/drawing/2010/main" val="0"/>
                        </a:ext>
                      </a:extLst>
                    </a:blip>
                    <a:srcRect/>
                    <a:stretch>
                      <a:fillRect/>
                    </a:stretch>
                  </pic:blipFill>
                  <pic:spPr bwMode="auto">
                    <a:xfrm>
                      <a:off x="0" y="0"/>
                      <a:ext cx="529590" cy="231140"/>
                    </a:xfrm>
                    <a:prstGeom prst="rect">
                      <a:avLst/>
                    </a:prstGeom>
                    <a:noFill/>
                    <a:ln>
                      <a:noFill/>
                    </a:ln>
                  </pic:spPr>
                </pic:pic>
              </a:graphicData>
            </a:graphic>
          </wp:inline>
        </w:drawing>
      </w:r>
      <w:r w:rsidR="004B7CD0" w:rsidRPr="00B439DD">
        <w:rPr>
          <w:rFonts w:ascii="Times New Roman" w:hAnsi="Times New Roman" w:cs="Times New Roman"/>
          <w:sz w:val="28"/>
          <w:szCs w:val="28"/>
          <w:lang w:val="kk-KZ"/>
        </w:rPr>
        <w:t xml:space="preserve">функциясы </w:t>
      </w:r>
      <w:r w:rsidRPr="00B439DD">
        <w:rPr>
          <w:rFonts w:ascii="Times New Roman" w:hAnsi="Times New Roman" w:cs="Times New Roman"/>
          <w:noProof/>
          <w:position w:val="-16"/>
          <w:sz w:val="28"/>
          <w:szCs w:val="28"/>
        </w:rPr>
        <w:drawing>
          <wp:inline distT="0" distB="0" distL="0" distR="0" wp14:anchorId="3130A5AB" wp14:editId="1C8BF2B4">
            <wp:extent cx="462280" cy="250190"/>
            <wp:effectExtent l="0" t="0" r="0" b="0"/>
            <wp:docPr id="2155" name="Рисунок 2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5"/>
                    <pic:cNvPicPr>
                      <a:picLocks noChangeAspect="1" noChangeArrowheads="1"/>
                    </pic:cNvPicPr>
                  </pic:nvPicPr>
                  <pic:blipFill>
                    <a:blip r:embed="rId2933" cstate="print">
                      <a:extLst>
                        <a:ext uri="{28A0092B-C50C-407E-A947-70E740481C1C}">
                          <a14:useLocalDpi xmlns:a14="http://schemas.microsoft.com/office/drawing/2010/main" val="0"/>
                        </a:ext>
                      </a:extLst>
                    </a:blip>
                    <a:srcRect/>
                    <a:stretch>
                      <a:fillRect/>
                    </a:stretch>
                  </pic:blipFill>
                  <pic:spPr bwMode="auto">
                    <a:xfrm>
                      <a:off x="0" y="0"/>
                      <a:ext cx="462280" cy="250190"/>
                    </a:xfrm>
                    <a:prstGeom prst="rect">
                      <a:avLst/>
                    </a:prstGeom>
                    <a:noFill/>
                    <a:ln>
                      <a:noFill/>
                    </a:ln>
                  </pic:spPr>
                </pic:pic>
              </a:graphicData>
            </a:graphic>
          </wp:inline>
        </w:drawing>
      </w:r>
      <w:r w:rsidR="004B7CD0" w:rsidRPr="00B439DD">
        <w:rPr>
          <w:rFonts w:ascii="Times New Roman" w:hAnsi="Times New Roman" w:cs="Times New Roman"/>
          <w:sz w:val="28"/>
          <w:szCs w:val="28"/>
          <w:lang w:val="kk-KZ"/>
        </w:rPr>
        <w:t xml:space="preserve"> кеңістігінен болса, онда (</w:t>
      </w:r>
      <w:r w:rsidR="000C4022" w:rsidRPr="00B439DD">
        <w:rPr>
          <w:rFonts w:ascii="Times New Roman" w:hAnsi="Times New Roman" w:cs="Times New Roman"/>
          <w:sz w:val="28"/>
          <w:szCs w:val="28"/>
          <w:lang w:val="kk-KZ"/>
        </w:rPr>
        <w:t xml:space="preserve">2.35), (2.31), </w:t>
      </w:r>
      <w:r w:rsidR="000C4022" w:rsidRPr="00B439DD">
        <w:rPr>
          <w:rFonts w:ascii="Times New Roman" w:hAnsi="Times New Roman" w:cs="Times New Roman"/>
          <w:position w:val="-12"/>
          <w:sz w:val="28"/>
          <w:szCs w:val="28"/>
          <w:lang w:val="kk-KZ"/>
        </w:rPr>
        <w:object w:dxaOrig="840" w:dyaOrig="380" w14:anchorId="2FFEEA52">
          <v:shape id="_x0000_i2239" type="#_x0000_t75" style="width:43.5pt;height:18.2pt" o:ole="">
            <v:imagedata r:id="rId2934" o:title=""/>
          </v:shape>
          <o:OLEObject Type="Embed" ProgID="Equation.DSMT4" ShapeID="_x0000_i2239" DrawAspect="Content" ObjectID="_1840332693" r:id="rId2935"/>
        </w:object>
      </w:r>
      <w:r w:rsidR="000C4022" w:rsidRPr="00B439DD">
        <w:rPr>
          <w:rFonts w:ascii="Times New Roman" w:hAnsi="Times New Roman" w:cs="Times New Roman"/>
          <w:sz w:val="28"/>
          <w:szCs w:val="28"/>
          <w:lang w:val="kk-KZ"/>
        </w:rPr>
        <w:t xml:space="preserve"> </w:t>
      </w:r>
      <w:r w:rsidR="004B7CD0" w:rsidRPr="00B439DD">
        <w:rPr>
          <w:rFonts w:ascii="Times New Roman" w:hAnsi="Times New Roman" w:cs="Times New Roman"/>
          <w:sz w:val="28"/>
          <w:szCs w:val="28"/>
          <w:lang w:val="kk-KZ"/>
        </w:rPr>
        <w:t xml:space="preserve">шеттік есебінің </w:t>
      </w:r>
      <w:r w:rsidRPr="00B439DD">
        <w:rPr>
          <w:rFonts w:ascii="Times New Roman" w:hAnsi="Times New Roman" w:cs="Times New Roman"/>
          <w:noProof/>
          <w:position w:val="-16"/>
          <w:sz w:val="28"/>
          <w:szCs w:val="28"/>
        </w:rPr>
        <w:drawing>
          <wp:inline distT="0" distB="0" distL="0" distR="0" wp14:anchorId="509D42A0" wp14:editId="4DE149C3">
            <wp:extent cx="462280" cy="250190"/>
            <wp:effectExtent l="0" t="0" r="0" b="0"/>
            <wp:docPr id="2157" name="Рисунок 2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7"/>
                    <pic:cNvPicPr>
                      <a:picLocks noChangeAspect="1" noChangeArrowheads="1"/>
                    </pic:cNvPicPr>
                  </pic:nvPicPr>
                  <pic:blipFill>
                    <a:blip r:embed="rId2936" cstate="print">
                      <a:extLst>
                        <a:ext uri="{28A0092B-C50C-407E-A947-70E740481C1C}">
                          <a14:useLocalDpi xmlns:a14="http://schemas.microsoft.com/office/drawing/2010/main" val="0"/>
                        </a:ext>
                      </a:extLst>
                    </a:blip>
                    <a:srcRect/>
                    <a:stretch>
                      <a:fillRect/>
                    </a:stretch>
                  </pic:blipFill>
                  <pic:spPr bwMode="auto">
                    <a:xfrm>
                      <a:off x="0" y="0"/>
                      <a:ext cx="462280" cy="250190"/>
                    </a:xfrm>
                    <a:prstGeom prst="rect">
                      <a:avLst/>
                    </a:prstGeom>
                    <a:noFill/>
                    <a:ln>
                      <a:noFill/>
                    </a:ln>
                  </pic:spPr>
                </pic:pic>
              </a:graphicData>
            </a:graphic>
          </wp:inline>
        </w:drawing>
      </w:r>
      <w:r w:rsidR="004B7CD0" w:rsidRPr="00B439DD">
        <w:rPr>
          <w:rFonts w:ascii="Times New Roman" w:hAnsi="Times New Roman" w:cs="Times New Roman"/>
          <w:sz w:val="28"/>
          <w:szCs w:val="28"/>
          <w:lang w:val="kk-KZ"/>
        </w:rPr>
        <w:t xml:space="preserve"> кеңістігінде тағы да тиісті </w:t>
      </w:r>
      <w:r w:rsidRPr="00B439DD">
        <w:rPr>
          <w:rFonts w:ascii="Times New Roman" w:hAnsi="Times New Roman" w:cs="Times New Roman"/>
          <w:noProof/>
          <w:position w:val="-12"/>
          <w:sz w:val="28"/>
          <w:szCs w:val="28"/>
        </w:rPr>
        <w:drawing>
          <wp:inline distT="0" distB="0" distL="0" distR="0" wp14:anchorId="3C11E4E5" wp14:editId="792607DD">
            <wp:extent cx="529590" cy="231140"/>
            <wp:effectExtent l="0" t="0" r="0" b="0"/>
            <wp:docPr id="2158" name="Рисунок 2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8"/>
                    <pic:cNvPicPr>
                      <a:picLocks noChangeAspect="1" noChangeArrowheads="1"/>
                    </pic:cNvPicPr>
                  </pic:nvPicPr>
                  <pic:blipFill>
                    <a:blip r:embed="rId2937" cstate="print">
                      <a:extLst>
                        <a:ext uri="{28A0092B-C50C-407E-A947-70E740481C1C}">
                          <a14:useLocalDpi xmlns:a14="http://schemas.microsoft.com/office/drawing/2010/main" val="0"/>
                        </a:ext>
                      </a:extLst>
                    </a:blip>
                    <a:srcRect/>
                    <a:stretch>
                      <a:fillRect/>
                    </a:stretch>
                  </pic:blipFill>
                  <pic:spPr bwMode="auto">
                    <a:xfrm>
                      <a:off x="0" y="0"/>
                      <a:ext cx="529590" cy="231140"/>
                    </a:xfrm>
                    <a:prstGeom prst="rect">
                      <a:avLst/>
                    </a:prstGeom>
                    <a:noFill/>
                    <a:ln>
                      <a:noFill/>
                    </a:ln>
                  </pic:spPr>
                </pic:pic>
              </a:graphicData>
            </a:graphic>
          </wp:inline>
        </w:drawing>
      </w:r>
      <w:r w:rsidR="004B7CD0" w:rsidRPr="00B439DD">
        <w:rPr>
          <w:rFonts w:ascii="Times New Roman" w:hAnsi="Times New Roman" w:cs="Times New Roman"/>
          <w:sz w:val="28"/>
          <w:szCs w:val="28"/>
          <w:lang w:val="kk-KZ"/>
        </w:rPr>
        <w:t xml:space="preserve"> шешімі болады. Онда, бұл шеттік есебі, </w:t>
      </w:r>
      <w:r w:rsidRPr="00B439DD">
        <w:rPr>
          <w:rFonts w:ascii="Times New Roman" w:hAnsi="Times New Roman" w:cs="Times New Roman"/>
          <w:noProof/>
          <w:position w:val="-16"/>
          <w:sz w:val="28"/>
          <w:szCs w:val="28"/>
        </w:rPr>
        <w:drawing>
          <wp:inline distT="0" distB="0" distL="0" distR="0" wp14:anchorId="1586E6D5" wp14:editId="255379EA">
            <wp:extent cx="462280" cy="250190"/>
            <wp:effectExtent l="0" t="0" r="0" b="0"/>
            <wp:docPr id="2159" name="Рисунок 2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9"/>
                    <pic:cNvPicPr>
                      <a:picLocks noChangeAspect="1" noChangeArrowheads="1"/>
                    </pic:cNvPicPr>
                  </pic:nvPicPr>
                  <pic:blipFill>
                    <a:blip r:embed="rId2938" cstate="print">
                      <a:extLst>
                        <a:ext uri="{28A0092B-C50C-407E-A947-70E740481C1C}">
                          <a14:useLocalDpi xmlns:a14="http://schemas.microsoft.com/office/drawing/2010/main" val="0"/>
                        </a:ext>
                      </a:extLst>
                    </a:blip>
                    <a:srcRect/>
                    <a:stretch>
                      <a:fillRect/>
                    </a:stretch>
                  </pic:blipFill>
                  <pic:spPr bwMode="auto">
                    <a:xfrm>
                      <a:off x="0" y="0"/>
                      <a:ext cx="462280" cy="250190"/>
                    </a:xfrm>
                    <a:prstGeom prst="rect">
                      <a:avLst/>
                    </a:prstGeom>
                    <a:noFill/>
                    <a:ln>
                      <a:noFill/>
                    </a:ln>
                  </pic:spPr>
                </pic:pic>
              </a:graphicData>
            </a:graphic>
          </wp:inline>
        </w:drawing>
      </w:r>
      <w:r w:rsidR="004B7CD0" w:rsidRPr="00B439DD">
        <w:rPr>
          <w:rFonts w:ascii="Times New Roman" w:hAnsi="Times New Roman" w:cs="Times New Roman"/>
          <w:sz w:val="28"/>
          <w:szCs w:val="28"/>
          <w:lang w:val="kk-KZ"/>
        </w:rPr>
        <w:t xml:space="preserve"> кеңістігін өзіне-өзін бейнелейтін  </w:t>
      </w:r>
      <w:r w:rsidRPr="00B439DD">
        <w:rPr>
          <w:rFonts w:ascii="Times New Roman" w:hAnsi="Times New Roman" w:cs="Times New Roman"/>
          <w:noProof/>
          <w:position w:val="-4"/>
          <w:sz w:val="28"/>
          <w:szCs w:val="28"/>
        </w:rPr>
        <w:drawing>
          <wp:inline distT="0" distB="0" distL="0" distR="0" wp14:anchorId="73523159" wp14:editId="1A714416">
            <wp:extent cx="154305" cy="182880"/>
            <wp:effectExtent l="0" t="0" r="0" b="7620"/>
            <wp:docPr id="2160" name="Рисунок 2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0"/>
                    <pic:cNvPicPr>
                      <a:picLocks noChangeAspect="1" noChangeArrowheads="1"/>
                    </pic:cNvPicPr>
                  </pic:nvPicPr>
                  <pic:blipFill>
                    <a:blip r:embed="rId2939" cstate="print">
                      <a:extLst>
                        <a:ext uri="{28A0092B-C50C-407E-A947-70E740481C1C}">
                          <a14:useLocalDpi xmlns:a14="http://schemas.microsoft.com/office/drawing/2010/main" val="0"/>
                        </a:ext>
                      </a:extLst>
                    </a:blip>
                    <a:srcRect/>
                    <a:stretch>
                      <a:fillRect/>
                    </a:stretch>
                  </pic:blipFill>
                  <pic:spPr bwMode="auto">
                    <a:xfrm>
                      <a:off x="0" y="0"/>
                      <a:ext cx="154305" cy="182880"/>
                    </a:xfrm>
                    <a:prstGeom prst="rect">
                      <a:avLst/>
                    </a:prstGeom>
                    <a:noFill/>
                    <a:ln>
                      <a:noFill/>
                    </a:ln>
                  </pic:spPr>
                </pic:pic>
              </a:graphicData>
            </a:graphic>
          </wp:inline>
        </w:drawing>
      </w:r>
      <w:r w:rsidR="004B7CD0" w:rsidRPr="00B439DD">
        <w:rPr>
          <w:rFonts w:ascii="Times New Roman" w:hAnsi="Times New Roman" w:cs="Times New Roman"/>
          <w:sz w:val="28"/>
          <w:szCs w:val="28"/>
          <w:lang w:val="kk-KZ"/>
        </w:rPr>
        <w:t xml:space="preserve"> операторын тудырады </w:t>
      </w:r>
      <w:r w:rsidRPr="00B439DD">
        <w:rPr>
          <w:rFonts w:ascii="Times New Roman" w:hAnsi="Times New Roman" w:cs="Times New Roman"/>
          <w:noProof/>
          <w:position w:val="-12"/>
          <w:sz w:val="28"/>
          <w:szCs w:val="28"/>
        </w:rPr>
        <w:drawing>
          <wp:inline distT="0" distB="0" distL="0" distR="0" wp14:anchorId="333C1779" wp14:editId="6B1965E8">
            <wp:extent cx="664210" cy="231140"/>
            <wp:effectExtent l="0" t="0" r="2540" b="0"/>
            <wp:docPr id="2161" name="Рисунок 2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1"/>
                    <pic:cNvPicPr>
                      <a:picLocks noChangeAspect="1" noChangeArrowheads="1"/>
                    </pic:cNvPicPr>
                  </pic:nvPicPr>
                  <pic:blipFill>
                    <a:blip r:embed="rId2940" cstate="print">
                      <a:extLst>
                        <a:ext uri="{28A0092B-C50C-407E-A947-70E740481C1C}">
                          <a14:useLocalDpi xmlns:a14="http://schemas.microsoft.com/office/drawing/2010/main" val="0"/>
                        </a:ext>
                      </a:extLst>
                    </a:blip>
                    <a:srcRect/>
                    <a:stretch>
                      <a:fillRect/>
                    </a:stretch>
                  </pic:blipFill>
                  <pic:spPr bwMode="auto">
                    <a:xfrm>
                      <a:off x="0" y="0"/>
                      <a:ext cx="664210" cy="231140"/>
                    </a:xfrm>
                    <a:prstGeom prst="rect">
                      <a:avLst/>
                    </a:prstGeom>
                    <a:noFill/>
                    <a:ln>
                      <a:noFill/>
                    </a:ln>
                  </pic:spPr>
                </pic:pic>
              </a:graphicData>
            </a:graphic>
          </wp:inline>
        </w:drawing>
      </w:r>
      <w:r w:rsidR="004B7CD0" w:rsidRPr="00B439DD">
        <w:rPr>
          <w:rFonts w:ascii="Times New Roman" w:hAnsi="Times New Roman" w:cs="Times New Roman"/>
          <w:sz w:val="28"/>
          <w:szCs w:val="28"/>
          <w:lang w:val="kk-KZ"/>
        </w:rPr>
        <w:t xml:space="preserve">. </w:t>
      </w:r>
      <w:r w:rsidRPr="00B439DD">
        <w:rPr>
          <w:rFonts w:ascii="Times New Roman" w:hAnsi="Times New Roman" w:cs="Times New Roman"/>
          <w:noProof/>
          <w:position w:val="-16"/>
          <w:sz w:val="28"/>
          <w:szCs w:val="28"/>
        </w:rPr>
        <w:drawing>
          <wp:inline distT="0" distB="0" distL="0" distR="0" wp14:anchorId="235D456A" wp14:editId="10357835">
            <wp:extent cx="462280" cy="250190"/>
            <wp:effectExtent l="0" t="0" r="0" b="0"/>
            <wp:docPr id="2162" name="Рисунок 2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2"/>
                    <pic:cNvPicPr>
                      <a:picLocks noChangeAspect="1" noChangeArrowheads="1"/>
                    </pic:cNvPicPr>
                  </pic:nvPicPr>
                  <pic:blipFill>
                    <a:blip r:embed="rId2941" cstate="print">
                      <a:extLst>
                        <a:ext uri="{28A0092B-C50C-407E-A947-70E740481C1C}">
                          <a14:useLocalDpi xmlns:a14="http://schemas.microsoft.com/office/drawing/2010/main" val="0"/>
                        </a:ext>
                      </a:extLst>
                    </a:blip>
                    <a:srcRect/>
                    <a:stretch>
                      <a:fillRect/>
                    </a:stretch>
                  </pic:blipFill>
                  <pic:spPr bwMode="auto">
                    <a:xfrm>
                      <a:off x="0" y="0"/>
                      <a:ext cx="462280" cy="250190"/>
                    </a:xfrm>
                    <a:prstGeom prst="rect">
                      <a:avLst/>
                    </a:prstGeom>
                    <a:noFill/>
                    <a:ln>
                      <a:noFill/>
                    </a:ln>
                  </pic:spPr>
                </pic:pic>
              </a:graphicData>
            </a:graphic>
          </wp:inline>
        </w:drawing>
      </w:r>
      <w:r w:rsidR="004B7CD0" w:rsidRPr="00B439DD">
        <w:rPr>
          <w:rFonts w:ascii="Times New Roman" w:hAnsi="Times New Roman" w:cs="Times New Roman"/>
          <w:sz w:val="28"/>
          <w:szCs w:val="28"/>
          <w:lang w:val="kk-KZ"/>
        </w:rPr>
        <w:t xml:space="preserve">  кеңістігінде </w:t>
      </w:r>
      <w:r w:rsidRPr="00B439DD">
        <w:rPr>
          <w:rFonts w:ascii="Times New Roman" w:hAnsi="Times New Roman" w:cs="Times New Roman"/>
          <w:noProof/>
          <w:position w:val="-4"/>
          <w:sz w:val="28"/>
          <w:szCs w:val="28"/>
        </w:rPr>
        <w:drawing>
          <wp:inline distT="0" distB="0" distL="0" distR="0" wp14:anchorId="4C3CBFC9" wp14:editId="557558A9">
            <wp:extent cx="154305" cy="182880"/>
            <wp:effectExtent l="0" t="0" r="0" b="7620"/>
            <wp:docPr id="2163" name="Рисунок 2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3"/>
                    <pic:cNvPicPr>
                      <a:picLocks noChangeAspect="1" noChangeArrowheads="1"/>
                    </pic:cNvPicPr>
                  </pic:nvPicPr>
                  <pic:blipFill>
                    <a:blip r:embed="rId2942" cstate="print">
                      <a:extLst>
                        <a:ext uri="{28A0092B-C50C-407E-A947-70E740481C1C}">
                          <a14:useLocalDpi xmlns:a14="http://schemas.microsoft.com/office/drawing/2010/main" val="0"/>
                        </a:ext>
                      </a:extLst>
                    </a:blip>
                    <a:srcRect/>
                    <a:stretch>
                      <a:fillRect/>
                    </a:stretch>
                  </pic:blipFill>
                  <pic:spPr bwMode="auto">
                    <a:xfrm>
                      <a:off x="0" y="0"/>
                      <a:ext cx="154305" cy="182880"/>
                    </a:xfrm>
                    <a:prstGeom prst="rect">
                      <a:avLst/>
                    </a:prstGeom>
                    <a:noFill/>
                    <a:ln>
                      <a:noFill/>
                    </a:ln>
                  </pic:spPr>
                </pic:pic>
              </a:graphicData>
            </a:graphic>
          </wp:inline>
        </w:drawing>
      </w:r>
      <w:r w:rsidR="004B7CD0" w:rsidRPr="00B439DD">
        <w:rPr>
          <w:rFonts w:ascii="Times New Roman" w:hAnsi="Times New Roman" w:cs="Times New Roman"/>
          <w:sz w:val="28"/>
          <w:szCs w:val="28"/>
          <w:lang w:val="kk-KZ"/>
        </w:rPr>
        <w:t xml:space="preserve">  операторының  қозғалмайтын </w:t>
      </w:r>
      <w:r w:rsidR="00DF58EA" w:rsidRPr="00B439DD">
        <w:rPr>
          <w:rFonts w:ascii="Times New Roman" w:hAnsi="Times New Roman" w:cs="Times New Roman"/>
          <w:sz w:val="28"/>
          <w:szCs w:val="28"/>
          <w:lang w:val="kk-KZ"/>
        </w:rPr>
        <w:t xml:space="preserve">нүктесі бар екенін көрсетейік. (2.35), (2.31), </w:t>
      </w:r>
      <w:r w:rsidR="00DF58EA" w:rsidRPr="00B439DD">
        <w:rPr>
          <w:rFonts w:ascii="Times New Roman" w:hAnsi="Times New Roman" w:cs="Times New Roman"/>
          <w:position w:val="-12"/>
          <w:sz w:val="28"/>
          <w:szCs w:val="28"/>
          <w:lang w:val="kk-KZ"/>
        </w:rPr>
        <w:object w:dxaOrig="840" w:dyaOrig="380" w14:anchorId="17BBEFFA">
          <v:shape id="_x0000_i2240" type="#_x0000_t75" style="width:43.5pt;height:18.2pt" o:ole="">
            <v:imagedata r:id="rId2934" o:title=""/>
          </v:shape>
          <o:OLEObject Type="Embed" ProgID="Equation.DSMT4" ShapeID="_x0000_i2240" DrawAspect="Content" ObjectID="_1840332694" r:id="rId2943"/>
        </w:object>
      </w:r>
      <w:r w:rsidR="00DF58EA" w:rsidRPr="00B439DD">
        <w:rPr>
          <w:rFonts w:ascii="Times New Roman" w:hAnsi="Times New Roman" w:cs="Times New Roman"/>
          <w:sz w:val="28"/>
          <w:szCs w:val="28"/>
          <w:lang w:val="kk-KZ"/>
        </w:rPr>
        <w:t xml:space="preserve"> шеттік есебінің шешімдеріне (2.</w:t>
      </w:r>
      <w:r w:rsidR="004B7CD0" w:rsidRPr="00B439DD">
        <w:rPr>
          <w:rFonts w:ascii="Times New Roman" w:hAnsi="Times New Roman" w:cs="Times New Roman"/>
          <w:sz w:val="28"/>
          <w:szCs w:val="28"/>
          <w:lang w:val="kk-KZ"/>
        </w:rPr>
        <w:t>5</w:t>
      </w:r>
      <w:r w:rsidR="00DF58EA" w:rsidRPr="00B439DD">
        <w:rPr>
          <w:rFonts w:ascii="Times New Roman" w:hAnsi="Times New Roman" w:cs="Times New Roman"/>
          <w:sz w:val="28"/>
          <w:szCs w:val="28"/>
          <w:lang w:val="kk-KZ"/>
        </w:rPr>
        <w:t>6)-(2.59</w:t>
      </w:r>
      <w:r w:rsidR="004B7CD0" w:rsidRPr="00B439DD">
        <w:rPr>
          <w:rFonts w:ascii="Times New Roman" w:hAnsi="Times New Roman" w:cs="Times New Roman"/>
          <w:sz w:val="28"/>
          <w:szCs w:val="28"/>
          <w:lang w:val="kk-KZ"/>
        </w:rPr>
        <w:t>) бағалаулары орындалады. Келесі бағалауын алу қиын емес:</w:t>
      </w:r>
    </w:p>
    <w:p w14:paraId="5419A5F5" w14:textId="77777777" w:rsidR="004B7CD0" w:rsidRPr="00B439DD" w:rsidRDefault="004B7CD0" w:rsidP="00B439DD">
      <w:pPr>
        <w:spacing w:after="0" w:line="240" w:lineRule="auto"/>
        <w:jc w:val="both"/>
        <w:rPr>
          <w:rFonts w:ascii="Times New Roman" w:hAnsi="Times New Roman" w:cs="Times New Roman"/>
          <w:sz w:val="28"/>
          <w:szCs w:val="28"/>
          <w:lang w:val="kk-KZ"/>
        </w:rPr>
      </w:pPr>
    </w:p>
    <w:p w14:paraId="7700801E" w14:textId="5CAFB1EA" w:rsidR="004B7CD0" w:rsidRPr="00B439DD" w:rsidRDefault="00A135AE" w:rsidP="00B439DD">
      <w:pPr>
        <w:spacing w:after="0" w:line="240" w:lineRule="auto"/>
        <w:jc w:val="center"/>
        <w:rPr>
          <w:rFonts w:ascii="Times New Roman" w:hAnsi="Times New Roman" w:cs="Times New Roman"/>
          <w:position w:val="-20"/>
          <w:sz w:val="28"/>
          <w:szCs w:val="28"/>
          <w:lang w:val="kk-KZ"/>
        </w:rPr>
      </w:pPr>
      <w:r w:rsidRPr="00B439DD">
        <w:rPr>
          <w:rFonts w:ascii="Times New Roman" w:hAnsi="Times New Roman" w:cs="Times New Roman"/>
          <w:noProof/>
          <w:position w:val="-22"/>
          <w:sz w:val="28"/>
          <w:szCs w:val="28"/>
        </w:rPr>
        <w:drawing>
          <wp:inline distT="0" distB="0" distL="0" distR="0" wp14:anchorId="0FCA9E8C" wp14:editId="228ED5E0">
            <wp:extent cx="2358390" cy="375285"/>
            <wp:effectExtent l="0" t="0" r="3810" b="5715"/>
            <wp:docPr id="2165" name="Рисунок 2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5"/>
                    <pic:cNvPicPr>
                      <a:picLocks noChangeAspect="1" noChangeArrowheads="1"/>
                    </pic:cNvPicPr>
                  </pic:nvPicPr>
                  <pic:blipFill>
                    <a:blip r:embed="rId2944" cstate="print">
                      <a:extLst>
                        <a:ext uri="{28A0092B-C50C-407E-A947-70E740481C1C}">
                          <a14:useLocalDpi xmlns:a14="http://schemas.microsoft.com/office/drawing/2010/main" val="0"/>
                        </a:ext>
                      </a:extLst>
                    </a:blip>
                    <a:srcRect/>
                    <a:stretch>
                      <a:fillRect/>
                    </a:stretch>
                  </pic:blipFill>
                  <pic:spPr bwMode="auto">
                    <a:xfrm>
                      <a:off x="0" y="0"/>
                      <a:ext cx="2358390" cy="375285"/>
                    </a:xfrm>
                    <a:prstGeom prst="rect">
                      <a:avLst/>
                    </a:prstGeom>
                    <a:noFill/>
                    <a:ln>
                      <a:noFill/>
                    </a:ln>
                  </pic:spPr>
                </pic:pic>
              </a:graphicData>
            </a:graphic>
          </wp:inline>
        </w:drawing>
      </w:r>
    </w:p>
    <w:p w14:paraId="693FF01D" w14:textId="77777777" w:rsidR="004B7CD0" w:rsidRPr="00B439DD" w:rsidRDefault="004B7CD0" w:rsidP="00B439DD">
      <w:pPr>
        <w:spacing w:after="0" w:line="240" w:lineRule="auto"/>
        <w:rPr>
          <w:rFonts w:ascii="Times New Roman" w:hAnsi="Times New Roman" w:cs="Times New Roman"/>
          <w:sz w:val="28"/>
          <w:szCs w:val="28"/>
          <w:lang w:val="kk-KZ"/>
        </w:rPr>
      </w:pPr>
    </w:p>
    <w:p w14:paraId="54EB740E" w14:textId="6D772501" w:rsidR="004B7CD0" w:rsidRPr="00B439DD" w:rsidRDefault="004B7CD0" w:rsidP="00B439DD">
      <w:pPr>
        <w:spacing w:after="0" w:line="240" w:lineRule="auto"/>
        <w:jc w:val="both"/>
        <w:rPr>
          <w:rFonts w:ascii="Times New Roman" w:hAnsi="Times New Roman" w:cs="Times New Roman"/>
          <w:sz w:val="28"/>
          <w:szCs w:val="28"/>
          <w:lang w:val="kk-KZ"/>
        </w:rPr>
      </w:pPr>
      <w:r w:rsidRPr="00B439DD">
        <w:rPr>
          <w:rFonts w:ascii="Times New Roman" w:hAnsi="Times New Roman" w:cs="Times New Roman"/>
          <w:sz w:val="28"/>
          <w:szCs w:val="28"/>
          <w:lang w:val="kk-KZ"/>
        </w:rPr>
        <w:t xml:space="preserve">Осыдан, </w:t>
      </w:r>
      <w:r w:rsidR="00A135AE" w:rsidRPr="00B439DD">
        <w:rPr>
          <w:rFonts w:ascii="Times New Roman" w:hAnsi="Times New Roman" w:cs="Times New Roman"/>
          <w:noProof/>
          <w:position w:val="-4"/>
          <w:sz w:val="28"/>
          <w:szCs w:val="28"/>
        </w:rPr>
        <w:drawing>
          <wp:inline distT="0" distB="0" distL="0" distR="0" wp14:anchorId="6B3111A3" wp14:editId="54624634">
            <wp:extent cx="154305" cy="182880"/>
            <wp:effectExtent l="0" t="0" r="0" b="7620"/>
            <wp:docPr id="2166" name="Рисунок 2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6"/>
                    <pic:cNvPicPr>
                      <a:picLocks noChangeAspect="1" noChangeArrowheads="1"/>
                    </pic:cNvPicPr>
                  </pic:nvPicPr>
                  <pic:blipFill>
                    <a:blip r:embed="rId2945" cstate="print">
                      <a:extLst>
                        <a:ext uri="{28A0092B-C50C-407E-A947-70E740481C1C}">
                          <a14:useLocalDpi xmlns:a14="http://schemas.microsoft.com/office/drawing/2010/main" val="0"/>
                        </a:ext>
                      </a:extLst>
                    </a:blip>
                    <a:srcRect/>
                    <a:stretch>
                      <a:fillRect/>
                    </a:stretch>
                  </pic:blipFill>
                  <pic:spPr bwMode="auto">
                    <a:xfrm>
                      <a:off x="0" y="0"/>
                      <a:ext cx="154305" cy="182880"/>
                    </a:xfrm>
                    <a:prstGeom prst="rect">
                      <a:avLst/>
                    </a:prstGeom>
                    <a:noFill/>
                    <a:ln>
                      <a:noFill/>
                    </a:ln>
                  </pic:spPr>
                </pic:pic>
              </a:graphicData>
            </a:graphic>
          </wp:inline>
        </w:drawing>
      </w:r>
      <w:r w:rsidRPr="00B439DD">
        <w:rPr>
          <w:rFonts w:ascii="Times New Roman" w:hAnsi="Times New Roman" w:cs="Times New Roman"/>
          <w:sz w:val="28"/>
          <w:szCs w:val="28"/>
          <w:lang w:val="kk-KZ"/>
        </w:rPr>
        <w:t xml:space="preserve"> операторы </w:t>
      </w:r>
      <w:r w:rsidR="00A135AE" w:rsidRPr="00B439DD">
        <w:rPr>
          <w:rFonts w:ascii="Times New Roman" w:hAnsi="Times New Roman" w:cs="Times New Roman"/>
          <w:noProof/>
          <w:position w:val="-16"/>
          <w:sz w:val="28"/>
          <w:szCs w:val="28"/>
        </w:rPr>
        <w:drawing>
          <wp:inline distT="0" distB="0" distL="0" distR="0" wp14:anchorId="547E7D92" wp14:editId="53D91C3C">
            <wp:extent cx="462280" cy="250190"/>
            <wp:effectExtent l="0" t="0" r="0" b="0"/>
            <wp:docPr id="2167" name="Рисунок 2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7"/>
                    <pic:cNvPicPr>
                      <a:picLocks noChangeAspect="1" noChangeArrowheads="1"/>
                    </pic:cNvPicPr>
                  </pic:nvPicPr>
                  <pic:blipFill>
                    <a:blip r:embed="rId2946" cstate="print">
                      <a:extLst>
                        <a:ext uri="{28A0092B-C50C-407E-A947-70E740481C1C}">
                          <a14:useLocalDpi xmlns:a14="http://schemas.microsoft.com/office/drawing/2010/main" val="0"/>
                        </a:ext>
                      </a:extLst>
                    </a:blip>
                    <a:srcRect/>
                    <a:stretch>
                      <a:fillRect/>
                    </a:stretch>
                  </pic:blipFill>
                  <pic:spPr bwMode="auto">
                    <a:xfrm>
                      <a:off x="0" y="0"/>
                      <a:ext cx="462280" cy="250190"/>
                    </a:xfrm>
                    <a:prstGeom prst="rect">
                      <a:avLst/>
                    </a:prstGeom>
                    <a:noFill/>
                    <a:ln>
                      <a:noFill/>
                    </a:ln>
                  </pic:spPr>
                </pic:pic>
              </a:graphicData>
            </a:graphic>
          </wp:inline>
        </w:drawing>
      </w:r>
      <w:r w:rsidR="00DF58EA" w:rsidRPr="00B439DD">
        <w:rPr>
          <w:rFonts w:ascii="Times New Roman" w:hAnsi="Times New Roman" w:cs="Times New Roman"/>
          <w:sz w:val="28"/>
          <w:szCs w:val="28"/>
          <w:lang w:val="kk-KZ"/>
        </w:rPr>
        <w:t xml:space="preserve"> кеңістігіндегі радиусы</w:t>
      </w:r>
      <w:r w:rsidRPr="00B439DD">
        <w:rPr>
          <w:rFonts w:ascii="Times New Roman" w:hAnsi="Times New Roman" w:cs="Times New Roman"/>
          <w:sz w:val="28"/>
          <w:szCs w:val="28"/>
          <w:lang w:val="kk-KZ"/>
        </w:rPr>
        <w:t xml:space="preserve"> </w:t>
      </w:r>
      <w:r w:rsidR="00A135AE" w:rsidRPr="00B439DD">
        <w:rPr>
          <w:rFonts w:ascii="Times New Roman" w:hAnsi="Times New Roman" w:cs="Times New Roman"/>
          <w:noProof/>
          <w:position w:val="-22"/>
          <w:sz w:val="28"/>
          <w:szCs w:val="28"/>
        </w:rPr>
        <w:drawing>
          <wp:inline distT="0" distB="0" distL="0" distR="0" wp14:anchorId="13A41E7C" wp14:editId="31368676">
            <wp:extent cx="1491615" cy="375285"/>
            <wp:effectExtent l="0" t="0" r="0" b="5715"/>
            <wp:docPr id="2168" name="Рисунок 2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8"/>
                    <pic:cNvPicPr>
                      <a:picLocks noChangeAspect="1" noChangeArrowheads="1"/>
                    </pic:cNvPicPr>
                  </pic:nvPicPr>
                  <pic:blipFill>
                    <a:blip r:embed="rId2947" cstate="print">
                      <a:extLst>
                        <a:ext uri="{28A0092B-C50C-407E-A947-70E740481C1C}">
                          <a14:useLocalDpi xmlns:a14="http://schemas.microsoft.com/office/drawing/2010/main" val="0"/>
                        </a:ext>
                      </a:extLst>
                    </a:blip>
                    <a:srcRect/>
                    <a:stretch>
                      <a:fillRect/>
                    </a:stretch>
                  </pic:blipFill>
                  <pic:spPr bwMode="auto">
                    <a:xfrm>
                      <a:off x="0" y="0"/>
                      <a:ext cx="1491615" cy="375285"/>
                    </a:xfrm>
                    <a:prstGeom prst="rect">
                      <a:avLst/>
                    </a:prstGeom>
                    <a:noFill/>
                    <a:ln>
                      <a:noFill/>
                    </a:ln>
                  </pic:spPr>
                </pic:pic>
              </a:graphicData>
            </a:graphic>
          </wp:inline>
        </w:drawing>
      </w:r>
      <w:r w:rsidRPr="00B439DD">
        <w:rPr>
          <w:rFonts w:ascii="Times New Roman" w:hAnsi="Times New Roman" w:cs="Times New Roman"/>
          <w:sz w:val="28"/>
          <w:szCs w:val="28"/>
          <w:lang w:val="kk-KZ"/>
        </w:rPr>
        <w:t xml:space="preserve"> болатын кез–келген ша</w:t>
      </w:r>
      <w:r w:rsidR="00514292" w:rsidRPr="00B439DD">
        <w:rPr>
          <w:rFonts w:ascii="Times New Roman" w:hAnsi="Times New Roman" w:cs="Times New Roman"/>
          <w:sz w:val="28"/>
          <w:szCs w:val="28"/>
          <w:lang w:val="kk-KZ"/>
        </w:rPr>
        <w:t>рды өзіне-өзін бейнелейді екен.</w:t>
      </w:r>
    </w:p>
    <w:p w14:paraId="38CF4872" w14:textId="56E8DA50" w:rsidR="004B7CD0" w:rsidRPr="00B439DD" w:rsidRDefault="004B7CD0" w:rsidP="00EF52AB">
      <w:pPr>
        <w:spacing w:after="0" w:line="240" w:lineRule="auto"/>
        <w:ind w:firstLine="708"/>
        <w:jc w:val="both"/>
        <w:rPr>
          <w:rFonts w:ascii="Times New Roman" w:hAnsi="Times New Roman" w:cs="Times New Roman"/>
          <w:sz w:val="28"/>
          <w:szCs w:val="28"/>
          <w:lang w:val="kk-KZ"/>
        </w:rPr>
      </w:pPr>
      <w:r w:rsidRPr="00B439DD">
        <w:rPr>
          <w:rFonts w:ascii="Times New Roman" w:hAnsi="Times New Roman" w:cs="Times New Roman"/>
          <w:sz w:val="28"/>
          <w:szCs w:val="28"/>
          <w:lang w:val="kk-KZ"/>
        </w:rPr>
        <w:t xml:space="preserve">Енді, </w:t>
      </w:r>
      <w:r w:rsidR="00A135AE" w:rsidRPr="00B439DD">
        <w:rPr>
          <w:rFonts w:ascii="Times New Roman" w:hAnsi="Times New Roman" w:cs="Times New Roman"/>
          <w:noProof/>
          <w:position w:val="-4"/>
          <w:sz w:val="28"/>
          <w:szCs w:val="28"/>
        </w:rPr>
        <w:drawing>
          <wp:inline distT="0" distB="0" distL="0" distR="0" wp14:anchorId="1A3249B9" wp14:editId="2C9E2163">
            <wp:extent cx="154305" cy="182880"/>
            <wp:effectExtent l="0" t="0" r="0" b="7620"/>
            <wp:docPr id="2169" name="Рисунок 2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9"/>
                    <pic:cNvPicPr>
                      <a:picLocks noChangeAspect="1" noChangeArrowheads="1"/>
                    </pic:cNvPicPr>
                  </pic:nvPicPr>
                  <pic:blipFill>
                    <a:blip r:embed="rId2948" cstate="print">
                      <a:extLst>
                        <a:ext uri="{28A0092B-C50C-407E-A947-70E740481C1C}">
                          <a14:useLocalDpi xmlns:a14="http://schemas.microsoft.com/office/drawing/2010/main" val="0"/>
                        </a:ext>
                      </a:extLst>
                    </a:blip>
                    <a:srcRect/>
                    <a:stretch>
                      <a:fillRect/>
                    </a:stretch>
                  </pic:blipFill>
                  <pic:spPr bwMode="auto">
                    <a:xfrm>
                      <a:off x="0" y="0"/>
                      <a:ext cx="154305" cy="182880"/>
                    </a:xfrm>
                    <a:prstGeom prst="rect">
                      <a:avLst/>
                    </a:prstGeom>
                    <a:noFill/>
                    <a:ln>
                      <a:noFill/>
                    </a:ln>
                  </pic:spPr>
                </pic:pic>
              </a:graphicData>
            </a:graphic>
          </wp:inline>
        </w:drawing>
      </w:r>
      <w:r w:rsidRPr="00B439DD">
        <w:rPr>
          <w:rFonts w:ascii="Times New Roman" w:hAnsi="Times New Roman" w:cs="Times New Roman"/>
          <w:sz w:val="28"/>
          <w:szCs w:val="28"/>
          <w:lang w:val="kk-KZ"/>
        </w:rPr>
        <w:t xml:space="preserve"> операторының үзіллісіз екенін көрсетейік</w:t>
      </w:r>
      <w:r w:rsidR="00DF58EA" w:rsidRPr="00B439DD">
        <w:rPr>
          <w:rFonts w:ascii="Times New Roman" w:hAnsi="Times New Roman" w:cs="Times New Roman"/>
          <w:sz w:val="28"/>
          <w:szCs w:val="28"/>
          <w:lang w:val="kk-KZ"/>
        </w:rPr>
        <w:t xml:space="preserve">. </w:t>
      </w:r>
      <w:r w:rsidRPr="00B439DD">
        <w:rPr>
          <w:rStyle w:val="ezkurwreuab5ozgtqnkl"/>
          <w:rFonts w:ascii="Times New Roman" w:hAnsi="Times New Roman" w:cs="Times New Roman"/>
          <w:sz w:val="28"/>
          <w:szCs w:val="28"/>
          <w:lang w:val="kk-KZ"/>
        </w:rPr>
        <w:t>Функциялар</w:t>
      </w:r>
      <w:r w:rsidRPr="00B439DD">
        <w:rPr>
          <w:rFonts w:ascii="Times New Roman" w:hAnsi="Times New Roman" w:cs="Times New Roman"/>
          <w:sz w:val="28"/>
          <w:szCs w:val="28"/>
          <w:lang w:val="kk-KZ"/>
        </w:rPr>
        <w:t xml:space="preserve"> тізбегінде </w:t>
      </w:r>
      <w:r w:rsidR="00A135AE" w:rsidRPr="00B439DD">
        <w:rPr>
          <w:rFonts w:ascii="Times New Roman" w:hAnsi="Times New Roman" w:cs="Times New Roman"/>
          <w:noProof/>
          <w:position w:val="-16"/>
          <w:sz w:val="28"/>
          <w:szCs w:val="28"/>
        </w:rPr>
        <w:drawing>
          <wp:inline distT="0" distB="0" distL="0" distR="0" wp14:anchorId="16430D69" wp14:editId="61E81095">
            <wp:extent cx="462280" cy="250190"/>
            <wp:effectExtent l="0" t="0" r="0" b="0"/>
            <wp:docPr id="2170" name="Рисунок 2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0"/>
                    <pic:cNvPicPr>
                      <a:picLocks noChangeAspect="1" noChangeArrowheads="1"/>
                    </pic:cNvPicPr>
                  </pic:nvPicPr>
                  <pic:blipFill>
                    <a:blip r:embed="rId2949" cstate="print">
                      <a:extLst>
                        <a:ext uri="{28A0092B-C50C-407E-A947-70E740481C1C}">
                          <a14:useLocalDpi xmlns:a14="http://schemas.microsoft.com/office/drawing/2010/main" val="0"/>
                        </a:ext>
                      </a:extLst>
                    </a:blip>
                    <a:srcRect/>
                    <a:stretch>
                      <a:fillRect/>
                    </a:stretch>
                  </pic:blipFill>
                  <pic:spPr bwMode="auto">
                    <a:xfrm>
                      <a:off x="0" y="0"/>
                      <a:ext cx="462280" cy="250190"/>
                    </a:xfrm>
                    <a:prstGeom prst="rect">
                      <a:avLst/>
                    </a:prstGeom>
                    <a:noFill/>
                    <a:ln>
                      <a:noFill/>
                    </a:ln>
                  </pic:spPr>
                </pic:pic>
              </a:graphicData>
            </a:graphic>
          </wp:inline>
        </w:drawing>
      </w:r>
      <w:r w:rsidRPr="00B439DD">
        <w:rPr>
          <w:rFonts w:ascii="Times New Roman" w:hAnsi="Times New Roman" w:cs="Times New Roman"/>
          <w:sz w:val="28"/>
          <w:szCs w:val="28"/>
          <w:lang w:val="kk-KZ"/>
        </w:rPr>
        <w:t xml:space="preserve">кеңістігіндегі </w:t>
      </w:r>
      <w:r w:rsidR="00A135AE" w:rsidRPr="00B439DD">
        <w:rPr>
          <w:rFonts w:ascii="Times New Roman" w:hAnsi="Times New Roman" w:cs="Times New Roman"/>
          <w:noProof/>
          <w:position w:val="-12"/>
          <w:sz w:val="28"/>
          <w:szCs w:val="28"/>
        </w:rPr>
        <w:drawing>
          <wp:inline distT="0" distB="0" distL="0" distR="0" wp14:anchorId="25662866" wp14:editId="7E03AA84">
            <wp:extent cx="760095" cy="231140"/>
            <wp:effectExtent l="0" t="0" r="1905" b="0"/>
            <wp:docPr id="2171" name="Рисунок 2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1"/>
                    <pic:cNvPicPr>
                      <a:picLocks noChangeAspect="1" noChangeArrowheads="1"/>
                    </pic:cNvPicPr>
                  </pic:nvPicPr>
                  <pic:blipFill>
                    <a:blip r:embed="rId2950" cstate="print">
                      <a:extLst>
                        <a:ext uri="{28A0092B-C50C-407E-A947-70E740481C1C}">
                          <a14:useLocalDpi xmlns:a14="http://schemas.microsoft.com/office/drawing/2010/main" val="0"/>
                        </a:ext>
                      </a:extLst>
                    </a:blip>
                    <a:srcRect/>
                    <a:stretch>
                      <a:fillRect/>
                    </a:stretch>
                  </pic:blipFill>
                  <pic:spPr bwMode="auto">
                    <a:xfrm>
                      <a:off x="0" y="0"/>
                      <a:ext cx="760095" cy="231140"/>
                    </a:xfrm>
                    <a:prstGeom prst="rect">
                      <a:avLst/>
                    </a:prstGeom>
                    <a:noFill/>
                    <a:ln>
                      <a:noFill/>
                    </a:ln>
                  </pic:spPr>
                </pic:pic>
              </a:graphicData>
            </a:graphic>
          </wp:inline>
        </w:drawing>
      </w:r>
      <w:r w:rsidR="00DF58EA" w:rsidRPr="00B439DD">
        <w:rPr>
          <w:rFonts w:ascii="Times New Roman" w:hAnsi="Times New Roman" w:cs="Times New Roman"/>
          <w:sz w:val="28"/>
          <w:szCs w:val="28"/>
          <w:lang w:val="kk-KZ"/>
        </w:rPr>
        <w:t xml:space="preserve"> шектелген тізбек болсын. (2.56)-(2.59</w:t>
      </w:r>
      <w:r w:rsidRPr="00B439DD">
        <w:rPr>
          <w:rFonts w:ascii="Times New Roman" w:hAnsi="Times New Roman" w:cs="Times New Roman"/>
          <w:sz w:val="28"/>
          <w:szCs w:val="28"/>
          <w:lang w:val="kk-KZ"/>
        </w:rPr>
        <w:t xml:space="preserve">) бағалаулардан бірқалыпты шектеулерге байланысты </w:t>
      </w:r>
      <w:r w:rsidR="00A135AE" w:rsidRPr="00B439DD">
        <w:rPr>
          <w:rFonts w:ascii="Times New Roman" w:hAnsi="Times New Roman" w:cs="Times New Roman"/>
          <w:noProof/>
          <w:position w:val="-12"/>
          <w:sz w:val="28"/>
          <w:szCs w:val="28"/>
        </w:rPr>
        <w:drawing>
          <wp:inline distT="0" distB="0" distL="0" distR="0" wp14:anchorId="5B288DD2" wp14:editId="11443CAA">
            <wp:extent cx="760095" cy="231140"/>
            <wp:effectExtent l="0" t="0" r="1905" b="0"/>
            <wp:docPr id="2172" name="Рисунок 2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2"/>
                    <pic:cNvPicPr>
                      <a:picLocks noChangeAspect="1" noChangeArrowheads="1"/>
                    </pic:cNvPicPr>
                  </pic:nvPicPr>
                  <pic:blipFill>
                    <a:blip r:embed="rId2951" cstate="print">
                      <a:extLst>
                        <a:ext uri="{28A0092B-C50C-407E-A947-70E740481C1C}">
                          <a14:useLocalDpi xmlns:a14="http://schemas.microsoft.com/office/drawing/2010/main" val="0"/>
                        </a:ext>
                      </a:extLst>
                    </a:blip>
                    <a:srcRect/>
                    <a:stretch>
                      <a:fillRect/>
                    </a:stretch>
                  </pic:blipFill>
                  <pic:spPr bwMode="auto">
                    <a:xfrm>
                      <a:off x="0" y="0"/>
                      <a:ext cx="760095" cy="231140"/>
                    </a:xfrm>
                    <a:prstGeom prst="rect">
                      <a:avLst/>
                    </a:prstGeom>
                    <a:noFill/>
                    <a:ln>
                      <a:noFill/>
                    </a:ln>
                  </pic:spPr>
                </pic:pic>
              </a:graphicData>
            </a:graphic>
          </wp:inline>
        </w:drawing>
      </w:r>
      <w:r w:rsidRPr="00B439DD">
        <w:rPr>
          <w:rFonts w:ascii="Times New Roman" w:hAnsi="Times New Roman" w:cs="Times New Roman"/>
          <w:sz w:val="28"/>
          <w:szCs w:val="28"/>
          <w:lang w:val="kk-KZ"/>
        </w:rPr>
        <w:t xml:space="preserve"> тізбегі </w:t>
      </w:r>
      <w:r w:rsidR="00A135AE" w:rsidRPr="00B439DD">
        <w:rPr>
          <w:rFonts w:ascii="Times New Roman" w:hAnsi="Times New Roman" w:cs="Times New Roman"/>
          <w:noProof/>
          <w:position w:val="-16"/>
          <w:sz w:val="28"/>
          <w:szCs w:val="28"/>
        </w:rPr>
        <w:drawing>
          <wp:inline distT="0" distB="0" distL="0" distR="0" wp14:anchorId="3DD5970B" wp14:editId="2895F471">
            <wp:extent cx="462280" cy="250190"/>
            <wp:effectExtent l="0" t="0" r="0" b="0"/>
            <wp:docPr id="2173" name="Рисунок 2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3"/>
                    <pic:cNvPicPr>
                      <a:picLocks noChangeAspect="1" noChangeArrowheads="1"/>
                    </pic:cNvPicPr>
                  </pic:nvPicPr>
                  <pic:blipFill>
                    <a:blip r:embed="rId2952" cstate="print">
                      <a:extLst>
                        <a:ext uri="{28A0092B-C50C-407E-A947-70E740481C1C}">
                          <a14:useLocalDpi xmlns:a14="http://schemas.microsoft.com/office/drawing/2010/main" val="0"/>
                        </a:ext>
                      </a:extLst>
                    </a:blip>
                    <a:srcRect/>
                    <a:stretch>
                      <a:fillRect/>
                    </a:stretch>
                  </pic:blipFill>
                  <pic:spPr bwMode="auto">
                    <a:xfrm>
                      <a:off x="0" y="0"/>
                      <a:ext cx="462280" cy="250190"/>
                    </a:xfrm>
                    <a:prstGeom prst="rect">
                      <a:avLst/>
                    </a:prstGeom>
                    <a:noFill/>
                    <a:ln>
                      <a:noFill/>
                    </a:ln>
                  </pic:spPr>
                </pic:pic>
              </a:graphicData>
            </a:graphic>
          </wp:inline>
        </w:drawing>
      </w:r>
      <w:r w:rsidRPr="00B439DD">
        <w:rPr>
          <w:rFonts w:ascii="Times New Roman" w:hAnsi="Times New Roman" w:cs="Times New Roman"/>
          <w:sz w:val="28"/>
          <w:szCs w:val="28"/>
          <w:lang w:val="kk-KZ"/>
        </w:rPr>
        <w:t xml:space="preserve">кеңістігінде шектелгендігі шығады. </w:t>
      </w:r>
      <w:r w:rsidR="00A135AE" w:rsidRPr="00B439DD">
        <w:rPr>
          <w:rFonts w:ascii="Times New Roman" w:hAnsi="Times New Roman" w:cs="Times New Roman"/>
          <w:noProof/>
          <w:position w:val="-16"/>
          <w:sz w:val="28"/>
          <w:szCs w:val="28"/>
        </w:rPr>
        <w:drawing>
          <wp:inline distT="0" distB="0" distL="0" distR="0" wp14:anchorId="46104E19" wp14:editId="35772E3D">
            <wp:extent cx="2820035" cy="250190"/>
            <wp:effectExtent l="0" t="0" r="0" b="0"/>
            <wp:docPr id="2174" name="Рисунок 2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4"/>
                    <pic:cNvPicPr>
                      <a:picLocks noChangeAspect="1" noChangeArrowheads="1"/>
                    </pic:cNvPicPr>
                  </pic:nvPicPr>
                  <pic:blipFill>
                    <a:blip r:embed="rId2953" cstate="print">
                      <a:extLst>
                        <a:ext uri="{28A0092B-C50C-407E-A947-70E740481C1C}">
                          <a14:useLocalDpi xmlns:a14="http://schemas.microsoft.com/office/drawing/2010/main" val="0"/>
                        </a:ext>
                      </a:extLst>
                    </a:blip>
                    <a:srcRect/>
                    <a:stretch>
                      <a:fillRect/>
                    </a:stretch>
                  </pic:blipFill>
                  <pic:spPr bwMode="auto">
                    <a:xfrm>
                      <a:off x="0" y="0"/>
                      <a:ext cx="2820035" cy="250190"/>
                    </a:xfrm>
                    <a:prstGeom prst="rect">
                      <a:avLst/>
                    </a:prstGeom>
                    <a:noFill/>
                    <a:ln>
                      <a:noFill/>
                    </a:ln>
                  </pic:spPr>
                </pic:pic>
              </a:graphicData>
            </a:graphic>
          </wp:inline>
        </w:drawing>
      </w:r>
      <w:r w:rsidRPr="00B439DD">
        <w:rPr>
          <w:rFonts w:ascii="Times New Roman" w:hAnsi="Times New Roman" w:cs="Times New Roman"/>
          <w:sz w:val="28"/>
          <w:szCs w:val="28"/>
          <w:lang w:val="kk-KZ"/>
        </w:rPr>
        <w:t xml:space="preserve"> тізбектерінің шектелгендігінен </w:t>
      </w:r>
      <w:r w:rsidR="00A135AE" w:rsidRPr="00B439DD">
        <w:rPr>
          <w:rFonts w:ascii="Times New Roman" w:hAnsi="Times New Roman" w:cs="Times New Roman"/>
          <w:noProof/>
          <w:position w:val="-12"/>
          <w:sz w:val="28"/>
          <w:szCs w:val="28"/>
        </w:rPr>
        <w:drawing>
          <wp:inline distT="0" distB="0" distL="0" distR="0" wp14:anchorId="7A90EB65" wp14:editId="1CF86114">
            <wp:extent cx="414020" cy="231140"/>
            <wp:effectExtent l="0" t="0" r="5080" b="0"/>
            <wp:docPr id="2175" name="Рисунок 2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5"/>
                    <pic:cNvPicPr>
                      <a:picLocks noChangeAspect="1" noChangeArrowheads="1"/>
                    </pic:cNvPicPr>
                  </pic:nvPicPr>
                  <pic:blipFill>
                    <a:blip r:embed="rId2954" cstate="print">
                      <a:extLst>
                        <a:ext uri="{28A0092B-C50C-407E-A947-70E740481C1C}">
                          <a14:useLocalDpi xmlns:a14="http://schemas.microsoft.com/office/drawing/2010/main" val="0"/>
                        </a:ext>
                      </a:extLst>
                    </a:blip>
                    <a:srcRect/>
                    <a:stretch>
                      <a:fillRect/>
                    </a:stretch>
                  </pic:blipFill>
                  <pic:spPr bwMode="auto">
                    <a:xfrm>
                      <a:off x="0" y="0"/>
                      <a:ext cx="414020" cy="231140"/>
                    </a:xfrm>
                    <a:prstGeom prst="rect">
                      <a:avLst/>
                    </a:prstGeom>
                    <a:noFill/>
                    <a:ln>
                      <a:noFill/>
                    </a:ln>
                  </pic:spPr>
                </pic:pic>
              </a:graphicData>
            </a:graphic>
          </wp:inline>
        </w:drawing>
      </w:r>
      <w:r w:rsidRPr="00B439DD">
        <w:rPr>
          <w:rFonts w:ascii="Times New Roman" w:hAnsi="Times New Roman" w:cs="Times New Roman"/>
          <w:sz w:val="28"/>
          <w:szCs w:val="28"/>
          <w:lang w:val="kk-KZ"/>
        </w:rPr>
        <w:t xml:space="preserve">-де </w:t>
      </w:r>
      <w:r w:rsidR="00A135AE" w:rsidRPr="00B439DD">
        <w:rPr>
          <w:rFonts w:ascii="Times New Roman" w:hAnsi="Times New Roman" w:cs="Times New Roman"/>
          <w:noProof/>
          <w:position w:val="-12"/>
          <w:sz w:val="28"/>
          <w:szCs w:val="28"/>
        </w:rPr>
        <w:drawing>
          <wp:inline distT="0" distB="0" distL="0" distR="0" wp14:anchorId="24A38B7D" wp14:editId="2B99809C">
            <wp:extent cx="529590" cy="250190"/>
            <wp:effectExtent l="0" t="0" r="0" b="0"/>
            <wp:docPr id="2176" name="Рисунок 2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6"/>
                    <pic:cNvPicPr>
                      <a:picLocks noChangeAspect="1" noChangeArrowheads="1"/>
                    </pic:cNvPicPr>
                  </pic:nvPicPr>
                  <pic:blipFill>
                    <a:blip r:embed="rId2955" cstate="print">
                      <a:extLst>
                        <a:ext uri="{28A0092B-C50C-407E-A947-70E740481C1C}">
                          <a14:useLocalDpi xmlns:a14="http://schemas.microsoft.com/office/drawing/2010/main" val="0"/>
                        </a:ext>
                      </a:extLst>
                    </a:blip>
                    <a:srcRect/>
                    <a:stretch>
                      <a:fillRect/>
                    </a:stretch>
                  </pic:blipFill>
                  <pic:spPr bwMode="auto">
                    <a:xfrm>
                      <a:off x="0" y="0"/>
                      <a:ext cx="529590" cy="250190"/>
                    </a:xfrm>
                    <a:prstGeom prst="rect">
                      <a:avLst/>
                    </a:prstGeom>
                    <a:noFill/>
                    <a:ln>
                      <a:noFill/>
                    </a:ln>
                  </pic:spPr>
                </pic:pic>
              </a:graphicData>
            </a:graphic>
          </wp:inline>
        </w:drawing>
      </w:r>
      <w:r w:rsidRPr="00B439DD">
        <w:rPr>
          <w:rFonts w:ascii="Times New Roman" w:hAnsi="Times New Roman" w:cs="Times New Roman"/>
          <w:sz w:val="28"/>
          <w:szCs w:val="28"/>
          <w:lang w:val="kk-KZ"/>
        </w:rPr>
        <w:t xml:space="preserve">енгізуінің компактілігінен   тізбекшелерге сәйкес </w:t>
      </w:r>
      <w:r w:rsidR="00A135AE" w:rsidRPr="00B439DD">
        <w:rPr>
          <w:rFonts w:ascii="Times New Roman" w:hAnsi="Times New Roman" w:cs="Times New Roman"/>
          <w:noProof/>
          <w:position w:val="-16"/>
          <w:sz w:val="28"/>
          <w:szCs w:val="28"/>
        </w:rPr>
        <w:drawing>
          <wp:inline distT="0" distB="0" distL="0" distR="0" wp14:anchorId="312AEF63" wp14:editId="17434483">
            <wp:extent cx="2146300" cy="250190"/>
            <wp:effectExtent l="0" t="0" r="6350" b="0"/>
            <wp:docPr id="2177" name="Рисунок 2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7"/>
                    <pic:cNvPicPr>
                      <a:picLocks noChangeAspect="1" noChangeArrowheads="1"/>
                    </pic:cNvPicPr>
                  </pic:nvPicPr>
                  <pic:blipFill>
                    <a:blip r:embed="rId2956" cstate="print">
                      <a:extLst>
                        <a:ext uri="{28A0092B-C50C-407E-A947-70E740481C1C}">
                          <a14:useLocalDpi xmlns:a14="http://schemas.microsoft.com/office/drawing/2010/main" val="0"/>
                        </a:ext>
                      </a:extLst>
                    </a:blip>
                    <a:srcRect/>
                    <a:stretch>
                      <a:fillRect/>
                    </a:stretch>
                  </pic:blipFill>
                  <pic:spPr bwMode="auto">
                    <a:xfrm>
                      <a:off x="0" y="0"/>
                      <a:ext cx="2146300" cy="250190"/>
                    </a:xfrm>
                    <a:prstGeom prst="rect">
                      <a:avLst/>
                    </a:prstGeom>
                    <a:noFill/>
                    <a:ln>
                      <a:noFill/>
                    </a:ln>
                  </pic:spPr>
                </pic:pic>
              </a:graphicData>
            </a:graphic>
          </wp:inline>
        </w:drawing>
      </w:r>
      <w:r w:rsidRPr="00B439DD">
        <w:rPr>
          <w:rFonts w:ascii="Times New Roman" w:hAnsi="Times New Roman" w:cs="Times New Roman"/>
          <w:sz w:val="28"/>
          <w:szCs w:val="28"/>
          <w:lang w:val="kk-KZ"/>
        </w:rPr>
        <w:t xml:space="preserve"> тізбектер мен </w:t>
      </w:r>
      <w:r w:rsidR="00A135AE" w:rsidRPr="00B439DD">
        <w:rPr>
          <w:rFonts w:ascii="Times New Roman" w:hAnsi="Times New Roman" w:cs="Times New Roman"/>
          <w:noProof/>
          <w:position w:val="-6"/>
          <w:sz w:val="28"/>
          <w:szCs w:val="28"/>
        </w:rPr>
        <w:drawing>
          <wp:inline distT="0" distB="0" distL="0" distR="0" wp14:anchorId="572E6C8D" wp14:editId="39C6F9D4">
            <wp:extent cx="529590" cy="182880"/>
            <wp:effectExtent l="0" t="0" r="3810" b="7620"/>
            <wp:docPr id="2178" name="Рисунок 2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8"/>
                    <pic:cNvPicPr>
                      <a:picLocks noChangeAspect="1" noChangeArrowheads="1"/>
                    </pic:cNvPicPr>
                  </pic:nvPicPr>
                  <pic:blipFill>
                    <a:blip r:embed="rId2957" cstate="print">
                      <a:extLst>
                        <a:ext uri="{28A0092B-C50C-407E-A947-70E740481C1C}">
                          <a14:useLocalDpi xmlns:a14="http://schemas.microsoft.com/office/drawing/2010/main" val="0"/>
                        </a:ext>
                      </a:extLst>
                    </a:blip>
                    <a:srcRect/>
                    <a:stretch>
                      <a:fillRect/>
                    </a:stretch>
                  </pic:blipFill>
                  <pic:spPr bwMode="auto">
                    <a:xfrm>
                      <a:off x="0" y="0"/>
                      <a:ext cx="529590" cy="182880"/>
                    </a:xfrm>
                    <a:prstGeom prst="rect">
                      <a:avLst/>
                    </a:prstGeom>
                    <a:noFill/>
                    <a:ln>
                      <a:noFill/>
                    </a:ln>
                  </pic:spPr>
                </pic:pic>
              </a:graphicData>
            </a:graphic>
          </wp:inline>
        </w:drawing>
      </w:r>
      <w:r w:rsidRPr="00B439DD">
        <w:rPr>
          <w:rFonts w:ascii="Times New Roman" w:hAnsi="Times New Roman" w:cs="Times New Roman"/>
          <w:sz w:val="28"/>
          <w:szCs w:val="28"/>
          <w:lang w:val="kk-KZ"/>
        </w:rPr>
        <w:t xml:space="preserve"> болғанда жинақтылығы орынды </w:t>
      </w:r>
      <w:r w:rsidR="00A135AE" w:rsidRPr="00B439DD">
        <w:rPr>
          <w:rFonts w:ascii="Times New Roman" w:hAnsi="Times New Roman" w:cs="Times New Roman"/>
          <w:noProof/>
          <w:position w:val="-16"/>
          <w:sz w:val="28"/>
          <w:szCs w:val="28"/>
        </w:rPr>
        <w:drawing>
          <wp:inline distT="0" distB="0" distL="0" distR="0" wp14:anchorId="2B0730EB" wp14:editId="70E6F6CB">
            <wp:extent cx="2974340" cy="250190"/>
            <wp:effectExtent l="0" t="0" r="0" b="0"/>
            <wp:docPr id="2179" name="Рисунок 2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9"/>
                    <pic:cNvPicPr>
                      <a:picLocks noChangeAspect="1" noChangeArrowheads="1"/>
                    </pic:cNvPicPr>
                  </pic:nvPicPr>
                  <pic:blipFill>
                    <a:blip r:embed="rId2958" cstate="print">
                      <a:extLst>
                        <a:ext uri="{28A0092B-C50C-407E-A947-70E740481C1C}">
                          <a14:useLocalDpi xmlns:a14="http://schemas.microsoft.com/office/drawing/2010/main" val="0"/>
                        </a:ext>
                      </a:extLst>
                    </a:blip>
                    <a:srcRect/>
                    <a:stretch>
                      <a:fillRect/>
                    </a:stretch>
                  </pic:blipFill>
                  <pic:spPr bwMode="auto">
                    <a:xfrm>
                      <a:off x="0" y="0"/>
                      <a:ext cx="2974340" cy="250190"/>
                    </a:xfrm>
                    <a:prstGeom prst="rect">
                      <a:avLst/>
                    </a:prstGeom>
                    <a:noFill/>
                    <a:ln>
                      <a:noFill/>
                    </a:ln>
                  </pic:spPr>
                </pic:pic>
              </a:graphicData>
            </a:graphic>
          </wp:inline>
        </w:drawing>
      </w:r>
      <w:r w:rsidRPr="00B439DD">
        <w:rPr>
          <w:rFonts w:ascii="Times New Roman" w:hAnsi="Times New Roman" w:cs="Times New Roman"/>
          <w:sz w:val="28"/>
          <w:szCs w:val="28"/>
          <w:lang w:val="kk-KZ"/>
        </w:rPr>
        <w:t xml:space="preserve"> функциялар бар </w:t>
      </w:r>
    </w:p>
    <w:p w14:paraId="39FE7706" w14:textId="77777777" w:rsidR="00DF58EA" w:rsidRPr="00B439DD" w:rsidRDefault="00DF58EA" w:rsidP="00B439DD">
      <w:pPr>
        <w:spacing w:after="0" w:line="240" w:lineRule="auto"/>
        <w:jc w:val="both"/>
        <w:rPr>
          <w:rFonts w:ascii="Times New Roman" w:hAnsi="Times New Roman" w:cs="Times New Roman"/>
          <w:sz w:val="28"/>
          <w:szCs w:val="28"/>
          <w:lang w:val="kk-KZ"/>
        </w:rPr>
      </w:pPr>
    </w:p>
    <w:p w14:paraId="031B1755" w14:textId="3249DE43" w:rsidR="004B7CD0" w:rsidRPr="00B439DD" w:rsidRDefault="004B7CD0" w:rsidP="00B439DD">
      <w:pPr>
        <w:spacing w:after="0" w:line="240" w:lineRule="auto"/>
        <w:jc w:val="both"/>
        <w:rPr>
          <w:rFonts w:ascii="Times New Roman" w:hAnsi="Times New Roman" w:cs="Times New Roman"/>
          <w:sz w:val="28"/>
          <w:szCs w:val="28"/>
          <w:lang w:val="kk-KZ"/>
        </w:rPr>
      </w:pPr>
      <w:r w:rsidRPr="00B439DD">
        <w:rPr>
          <w:rFonts w:ascii="Times New Roman" w:hAnsi="Times New Roman" w:cs="Times New Roman"/>
          <w:position w:val="-14"/>
          <w:sz w:val="28"/>
          <w:szCs w:val="28"/>
          <w:lang w:val="kk-KZ"/>
        </w:rPr>
        <w:tab/>
      </w:r>
      <w:r w:rsidR="00A135AE" w:rsidRPr="00B439DD">
        <w:rPr>
          <w:rFonts w:ascii="Times New Roman" w:hAnsi="Times New Roman" w:cs="Times New Roman"/>
          <w:noProof/>
          <w:position w:val="-16"/>
          <w:sz w:val="28"/>
          <w:szCs w:val="28"/>
        </w:rPr>
        <w:drawing>
          <wp:inline distT="0" distB="0" distL="0" distR="0" wp14:anchorId="4DEC7D17" wp14:editId="29FEE2A7">
            <wp:extent cx="1376680" cy="250190"/>
            <wp:effectExtent l="0" t="0" r="0" b="0"/>
            <wp:docPr id="2180" name="Рисунок 2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0"/>
                    <pic:cNvPicPr>
                      <a:picLocks noChangeAspect="1" noChangeArrowheads="1"/>
                    </pic:cNvPicPr>
                  </pic:nvPicPr>
                  <pic:blipFill>
                    <a:blip r:embed="rId2959" cstate="print">
                      <a:extLst>
                        <a:ext uri="{28A0092B-C50C-407E-A947-70E740481C1C}">
                          <a14:useLocalDpi xmlns:a14="http://schemas.microsoft.com/office/drawing/2010/main" val="0"/>
                        </a:ext>
                      </a:extLst>
                    </a:blip>
                    <a:srcRect/>
                    <a:stretch>
                      <a:fillRect/>
                    </a:stretch>
                  </pic:blipFill>
                  <pic:spPr bwMode="auto">
                    <a:xfrm>
                      <a:off x="0" y="0"/>
                      <a:ext cx="1376680" cy="250190"/>
                    </a:xfrm>
                    <a:prstGeom prst="rect">
                      <a:avLst/>
                    </a:prstGeom>
                    <a:noFill/>
                    <a:ln>
                      <a:noFill/>
                    </a:ln>
                  </pic:spPr>
                </pic:pic>
              </a:graphicData>
            </a:graphic>
          </wp:inline>
        </w:drawing>
      </w:r>
      <w:r w:rsidRPr="00B439DD">
        <w:rPr>
          <w:rFonts w:ascii="Times New Roman" w:hAnsi="Times New Roman" w:cs="Times New Roman"/>
          <w:sz w:val="28"/>
          <w:szCs w:val="28"/>
          <w:lang w:val="kk-KZ"/>
        </w:rPr>
        <w:t xml:space="preserve">   әлсіз </w:t>
      </w:r>
      <w:r w:rsidR="00A135AE" w:rsidRPr="00B439DD">
        <w:rPr>
          <w:rFonts w:ascii="Times New Roman" w:hAnsi="Times New Roman" w:cs="Times New Roman"/>
          <w:noProof/>
          <w:position w:val="-12"/>
          <w:sz w:val="28"/>
          <w:szCs w:val="28"/>
        </w:rPr>
        <w:drawing>
          <wp:inline distT="0" distB="0" distL="0" distR="0" wp14:anchorId="0487AD68" wp14:editId="2F44D5B5">
            <wp:extent cx="529590" cy="231140"/>
            <wp:effectExtent l="0" t="0" r="3810" b="0"/>
            <wp:docPr id="2181" name="Рисунок 2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1"/>
                    <pic:cNvPicPr>
                      <a:picLocks noChangeAspect="1" noChangeArrowheads="1"/>
                    </pic:cNvPicPr>
                  </pic:nvPicPr>
                  <pic:blipFill>
                    <a:blip r:embed="rId2960" cstate="print">
                      <a:extLst>
                        <a:ext uri="{28A0092B-C50C-407E-A947-70E740481C1C}">
                          <a14:useLocalDpi xmlns:a14="http://schemas.microsoft.com/office/drawing/2010/main" val="0"/>
                        </a:ext>
                      </a:extLst>
                    </a:blip>
                    <a:srcRect/>
                    <a:stretch>
                      <a:fillRect/>
                    </a:stretch>
                  </pic:blipFill>
                  <pic:spPr bwMode="auto">
                    <a:xfrm>
                      <a:off x="0" y="0"/>
                      <a:ext cx="529590" cy="231140"/>
                    </a:xfrm>
                    <a:prstGeom prst="rect">
                      <a:avLst/>
                    </a:prstGeom>
                    <a:noFill/>
                    <a:ln>
                      <a:noFill/>
                    </a:ln>
                  </pic:spPr>
                </pic:pic>
              </a:graphicData>
            </a:graphic>
          </wp:inline>
        </w:drawing>
      </w:r>
    </w:p>
    <w:p w14:paraId="415ACA28" w14:textId="37B69F56" w:rsidR="004B7CD0" w:rsidRPr="00B439DD" w:rsidRDefault="004B7CD0" w:rsidP="00B439DD">
      <w:pPr>
        <w:spacing w:after="0" w:line="240" w:lineRule="auto"/>
        <w:jc w:val="both"/>
        <w:rPr>
          <w:rFonts w:ascii="Times New Roman" w:hAnsi="Times New Roman" w:cs="Times New Roman"/>
          <w:sz w:val="28"/>
          <w:szCs w:val="28"/>
          <w:lang w:val="kk-KZ"/>
        </w:rPr>
      </w:pPr>
      <w:r w:rsidRPr="00B439DD">
        <w:rPr>
          <w:rFonts w:ascii="Times New Roman" w:hAnsi="Times New Roman" w:cs="Times New Roman"/>
          <w:position w:val="-14"/>
          <w:sz w:val="28"/>
          <w:szCs w:val="28"/>
          <w:lang w:val="kk-KZ"/>
        </w:rPr>
        <w:tab/>
      </w:r>
      <w:r w:rsidR="00A135AE" w:rsidRPr="00B439DD">
        <w:rPr>
          <w:rFonts w:ascii="Times New Roman" w:hAnsi="Times New Roman" w:cs="Times New Roman"/>
          <w:noProof/>
          <w:position w:val="-16"/>
          <w:sz w:val="28"/>
          <w:szCs w:val="28"/>
        </w:rPr>
        <w:drawing>
          <wp:inline distT="0" distB="0" distL="0" distR="0" wp14:anchorId="64141E49" wp14:editId="0D274CB6">
            <wp:extent cx="1780540" cy="250190"/>
            <wp:effectExtent l="0" t="0" r="0" b="0"/>
            <wp:docPr id="2182" name="Рисунок 2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2"/>
                    <pic:cNvPicPr>
                      <a:picLocks noChangeAspect="1" noChangeArrowheads="1"/>
                    </pic:cNvPicPr>
                  </pic:nvPicPr>
                  <pic:blipFill>
                    <a:blip r:embed="rId2961" cstate="print">
                      <a:extLst>
                        <a:ext uri="{28A0092B-C50C-407E-A947-70E740481C1C}">
                          <a14:useLocalDpi xmlns:a14="http://schemas.microsoft.com/office/drawing/2010/main" val="0"/>
                        </a:ext>
                      </a:extLst>
                    </a:blip>
                    <a:srcRect/>
                    <a:stretch>
                      <a:fillRect/>
                    </a:stretch>
                  </pic:blipFill>
                  <pic:spPr bwMode="auto">
                    <a:xfrm>
                      <a:off x="0" y="0"/>
                      <a:ext cx="1780540" cy="250190"/>
                    </a:xfrm>
                    <a:prstGeom prst="rect">
                      <a:avLst/>
                    </a:prstGeom>
                    <a:noFill/>
                    <a:ln>
                      <a:noFill/>
                    </a:ln>
                  </pic:spPr>
                </pic:pic>
              </a:graphicData>
            </a:graphic>
          </wp:inline>
        </w:drawing>
      </w:r>
      <w:r w:rsidRPr="00B439DD">
        <w:rPr>
          <w:rFonts w:ascii="Times New Roman" w:hAnsi="Times New Roman" w:cs="Times New Roman"/>
          <w:sz w:val="28"/>
          <w:szCs w:val="28"/>
          <w:lang w:val="kk-KZ"/>
        </w:rPr>
        <w:t xml:space="preserve"> әлсіз  </w:t>
      </w:r>
      <w:r w:rsidR="00A135AE" w:rsidRPr="00B439DD">
        <w:rPr>
          <w:rFonts w:ascii="Times New Roman" w:hAnsi="Times New Roman" w:cs="Times New Roman"/>
          <w:noProof/>
          <w:position w:val="-12"/>
          <w:sz w:val="28"/>
          <w:szCs w:val="28"/>
        </w:rPr>
        <w:drawing>
          <wp:inline distT="0" distB="0" distL="0" distR="0" wp14:anchorId="72DAB680" wp14:editId="63176E13">
            <wp:extent cx="529590" cy="231140"/>
            <wp:effectExtent l="0" t="0" r="3810" b="0"/>
            <wp:docPr id="2183" name="Рисунок 2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3"/>
                    <pic:cNvPicPr>
                      <a:picLocks noChangeAspect="1" noChangeArrowheads="1"/>
                    </pic:cNvPicPr>
                  </pic:nvPicPr>
                  <pic:blipFill>
                    <a:blip r:embed="rId2962" cstate="print">
                      <a:extLst>
                        <a:ext uri="{28A0092B-C50C-407E-A947-70E740481C1C}">
                          <a14:useLocalDpi xmlns:a14="http://schemas.microsoft.com/office/drawing/2010/main" val="0"/>
                        </a:ext>
                      </a:extLst>
                    </a:blip>
                    <a:srcRect/>
                    <a:stretch>
                      <a:fillRect/>
                    </a:stretch>
                  </pic:blipFill>
                  <pic:spPr bwMode="auto">
                    <a:xfrm>
                      <a:off x="0" y="0"/>
                      <a:ext cx="529590" cy="231140"/>
                    </a:xfrm>
                    <a:prstGeom prst="rect">
                      <a:avLst/>
                    </a:prstGeom>
                    <a:noFill/>
                    <a:ln>
                      <a:noFill/>
                    </a:ln>
                  </pic:spPr>
                </pic:pic>
              </a:graphicData>
            </a:graphic>
          </wp:inline>
        </w:drawing>
      </w:r>
    </w:p>
    <w:p w14:paraId="530A35CD" w14:textId="03AA86DE" w:rsidR="004B7CD0" w:rsidRPr="000C4022" w:rsidRDefault="004B7CD0" w:rsidP="004B7CD0">
      <w:pPr>
        <w:spacing w:after="0" w:line="240" w:lineRule="auto"/>
        <w:jc w:val="both"/>
        <w:rPr>
          <w:rFonts w:ascii="Times New Roman" w:hAnsi="Times New Roman" w:cs="Times New Roman"/>
          <w:sz w:val="28"/>
          <w:szCs w:val="28"/>
          <w:lang w:val="kk-KZ"/>
        </w:rPr>
      </w:pPr>
      <w:r w:rsidRPr="000C4022">
        <w:rPr>
          <w:rFonts w:ascii="Times New Roman" w:hAnsi="Times New Roman" w:cs="Times New Roman"/>
          <w:position w:val="-14"/>
          <w:sz w:val="28"/>
          <w:szCs w:val="28"/>
          <w:lang w:val="kk-KZ"/>
        </w:rPr>
        <w:tab/>
      </w:r>
      <w:r w:rsidR="00A135AE" w:rsidRPr="000C4022">
        <w:rPr>
          <w:rFonts w:ascii="Times New Roman" w:hAnsi="Times New Roman" w:cs="Times New Roman"/>
          <w:noProof/>
          <w:position w:val="-16"/>
          <w:sz w:val="28"/>
          <w:szCs w:val="28"/>
        </w:rPr>
        <w:drawing>
          <wp:inline distT="0" distB="0" distL="0" distR="0" wp14:anchorId="4B98407D" wp14:editId="56833C3B">
            <wp:extent cx="1983105" cy="250190"/>
            <wp:effectExtent l="0" t="0" r="0" b="0"/>
            <wp:docPr id="2184" name="Рисунок 2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4"/>
                    <pic:cNvPicPr>
                      <a:picLocks noChangeAspect="1" noChangeArrowheads="1"/>
                    </pic:cNvPicPr>
                  </pic:nvPicPr>
                  <pic:blipFill>
                    <a:blip r:embed="rId2963" cstate="print">
                      <a:extLst>
                        <a:ext uri="{28A0092B-C50C-407E-A947-70E740481C1C}">
                          <a14:useLocalDpi xmlns:a14="http://schemas.microsoft.com/office/drawing/2010/main" val="0"/>
                        </a:ext>
                      </a:extLst>
                    </a:blip>
                    <a:srcRect/>
                    <a:stretch>
                      <a:fillRect/>
                    </a:stretch>
                  </pic:blipFill>
                  <pic:spPr bwMode="auto">
                    <a:xfrm>
                      <a:off x="0" y="0"/>
                      <a:ext cx="1983105" cy="250190"/>
                    </a:xfrm>
                    <a:prstGeom prst="rect">
                      <a:avLst/>
                    </a:prstGeom>
                    <a:noFill/>
                    <a:ln>
                      <a:noFill/>
                    </a:ln>
                  </pic:spPr>
                </pic:pic>
              </a:graphicData>
            </a:graphic>
          </wp:inline>
        </w:drawing>
      </w:r>
      <w:r w:rsidRPr="000C4022">
        <w:rPr>
          <w:rFonts w:ascii="Times New Roman" w:hAnsi="Times New Roman" w:cs="Times New Roman"/>
          <w:sz w:val="28"/>
          <w:szCs w:val="28"/>
          <w:lang w:val="kk-KZ"/>
        </w:rPr>
        <w:t xml:space="preserve"> әлсіз   </w:t>
      </w:r>
      <w:r w:rsidR="00A135AE" w:rsidRPr="000C4022">
        <w:rPr>
          <w:rFonts w:ascii="Times New Roman" w:hAnsi="Times New Roman" w:cs="Times New Roman"/>
          <w:noProof/>
          <w:position w:val="-12"/>
          <w:sz w:val="28"/>
          <w:szCs w:val="28"/>
        </w:rPr>
        <w:drawing>
          <wp:inline distT="0" distB="0" distL="0" distR="0" wp14:anchorId="2AEEDC25" wp14:editId="52D03B0E">
            <wp:extent cx="529590" cy="231140"/>
            <wp:effectExtent l="0" t="0" r="3810" b="0"/>
            <wp:docPr id="2185" name="Рисунок 2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5"/>
                    <pic:cNvPicPr>
                      <a:picLocks noChangeAspect="1" noChangeArrowheads="1"/>
                    </pic:cNvPicPr>
                  </pic:nvPicPr>
                  <pic:blipFill>
                    <a:blip r:embed="rId2964" cstate="print">
                      <a:extLst>
                        <a:ext uri="{28A0092B-C50C-407E-A947-70E740481C1C}">
                          <a14:useLocalDpi xmlns:a14="http://schemas.microsoft.com/office/drawing/2010/main" val="0"/>
                        </a:ext>
                      </a:extLst>
                    </a:blip>
                    <a:srcRect/>
                    <a:stretch>
                      <a:fillRect/>
                    </a:stretch>
                  </pic:blipFill>
                  <pic:spPr bwMode="auto">
                    <a:xfrm>
                      <a:off x="0" y="0"/>
                      <a:ext cx="529590" cy="231140"/>
                    </a:xfrm>
                    <a:prstGeom prst="rect">
                      <a:avLst/>
                    </a:prstGeom>
                    <a:noFill/>
                    <a:ln>
                      <a:noFill/>
                    </a:ln>
                  </pic:spPr>
                </pic:pic>
              </a:graphicData>
            </a:graphic>
          </wp:inline>
        </w:drawing>
      </w:r>
    </w:p>
    <w:p w14:paraId="49BEDF13" w14:textId="4109B376" w:rsidR="004B7CD0" w:rsidRPr="00B439DD" w:rsidRDefault="004B7CD0" w:rsidP="00B439DD">
      <w:pPr>
        <w:spacing w:after="0" w:line="240" w:lineRule="auto"/>
        <w:jc w:val="both"/>
        <w:rPr>
          <w:rFonts w:ascii="Times New Roman" w:hAnsi="Times New Roman" w:cs="Times New Roman"/>
          <w:sz w:val="28"/>
          <w:szCs w:val="28"/>
          <w:lang w:val="kk-KZ"/>
        </w:rPr>
      </w:pPr>
      <w:r w:rsidRPr="000C4022">
        <w:rPr>
          <w:rFonts w:ascii="Times New Roman" w:hAnsi="Times New Roman" w:cs="Times New Roman"/>
          <w:position w:val="-14"/>
          <w:sz w:val="28"/>
          <w:szCs w:val="28"/>
          <w:lang w:val="kk-KZ"/>
        </w:rPr>
        <w:tab/>
      </w:r>
      <w:r w:rsidR="00A135AE" w:rsidRPr="00B439DD">
        <w:rPr>
          <w:rFonts w:ascii="Times New Roman" w:hAnsi="Times New Roman" w:cs="Times New Roman"/>
          <w:noProof/>
          <w:position w:val="-16"/>
          <w:sz w:val="28"/>
          <w:szCs w:val="28"/>
        </w:rPr>
        <w:drawing>
          <wp:inline distT="0" distB="0" distL="0" distR="0" wp14:anchorId="28803E07" wp14:editId="78AA86FE">
            <wp:extent cx="1376680" cy="250190"/>
            <wp:effectExtent l="0" t="0" r="0" b="0"/>
            <wp:docPr id="2186" name="Рисунок 2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6"/>
                    <pic:cNvPicPr>
                      <a:picLocks noChangeAspect="1" noChangeArrowheads="1"/>
                    </pic:cNvPicPr>
                  </pic:nvPicPr>
                  <pic:blipFill>
                    <a:blip r:embed="rId2965" cstate="print">
                      <a:extLst>
                        <a:ext uri="{28A0092B-C50C-407E-A947-70E740481C1C}">
                          <a14:useLocalDpi xmlns:a14="http://schemas.microsoft.com/office/drawing/2010/main" val="0"/>
                        </a:ext>
                      </a:extLst>
                    </a:blip>
                    <a:srcRect/>
                    <a:stretch>
                      <a:fillRect/>
                    </a:stretch>
                  </pic:blipFill>
                  <pic:spPr bwMode="auto">
                    <a:xfrm>
                      <a:off x="0" y="0"/>
                      <a:ext cx="1376680" cy="250190"/>
                    </a:xfrm>
                    <a:prstGeom prst="rect">
                      <a:avLst/>
                    </a:prstGeom>
                    <a:noFill/>
                    <a:ln>
                      <a:noFill/>
                    </a:ln>
                  </pic:spPr>
                </pic:pic>
              </a:graphicData>
            </a:graphic>
          </wp:inline>
        </w:drawing>
      </w:r>
      <w:r w:rsidRPr="00B439DD">
        <w:rPr>
          <w:rFonts w:ascii="Times New Roman" w:hAnsi="Times New Roman" w:cs="Times New Roman"/>
          <w:sz w:val="28"/>
          <w:szCs w:val="28"/>
          <w:lang w:val="kk-KZ"/>
        </w:rPr>
        <w:t xml:space="preserve"> әлді </w:t>
      </w:r>
      <w:r w:rsidR="00A135AE" w:rsidRPr="00B439DD">
        <w:rPr>
          <w:rFonts w:ascii="Times New Roman" w:hAnsi="Times New Roman" w:cs="Times New Roman"/>
          <w:noProof/>
          <w:position w:val="-12"/>
          <w:sz w:val="28"/>
          <w:szCs w:val="28"/>
        </w:rPr>
        <w:drawing>
          <wp:inline distT="0" distB="0" distL="0" distR="0" wp14:anchorId="5AD84A10" wp14:editId="248C954B">
            <wp:extent cx="462280" cy="231140"/>
            <wp:effectExtent l="0" t="0" r="0" b="0"/>
            <wp:docPr id="2187" name="Рисунок 2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7"/>
                    <pic:cNvPicPr>
                      <a:picLocks noChangeAspect="1" noChangeArrowheads="1"/>
                    </pic:cNvPicPr>
                  </pic:nvPicPr>
                  <pic:blipFill>
                    <a:blip r:embed="rId2966" cstate="print">
                      <a:extLst>
                        <a:ext uri="{28A0092B-C50C-407E-A947-70E740481C1C}">
                          <a14:useLocalDpi xmlns:a14="http://schemas.microsoft.com/office/drawing/2010/main" val="0"/>
                        </a:ext>
                      </a:extLst>
                    </a:blip>
                    <a:srcRect/>
                    <a:stretch>
                      <a:fillRect/>
                    </a:stretch>
                  </pic:blipFill>
                  <pic:spPr bwMode="auto">
                    <a:xfrm>
                      <a:off x="0" y="0"/>
                      <a:ext cx="462280" cy="231140"/>
                    </a:xfrm>
                    <a:prstGeom prst="rect">
                      <a:avLst/>
                    </a:prstGeom>
                    <a:noFill/>
                    <a:ln>
                      <a:noFill/>
                    </a:ln>
                  </pic:spPr>
                </pic:pic>
              </a:graphicData>
            </a:graphic>
          </wp:inline>
        </w:drawing>
      </w:r>
    </w:p>
    <w:p w14:paraId="3A80C16E" w14:textId="2D4E56E1" w:rsidR="004B7CD0" w:rsidRPr="00B439DD" w:rsidRDefault="004B7CD0" w:rsidP="00B439DD">
      <w:pPr>
        <w:spacing w:after="0" w:line="240" w:lineRule="auto"/>
        <w:jc w:val="both"/>
        <w:rPr>
          <w:rFonts w:ascii="Times New Roman" w:hAnsi="Times New Roman" w:cs="Times New Roman"/>
          <w:sz w:val="28"/>
          <w:szCs w:val="28"/>
          <w:lang w:val="kk-KZ"/>
        </w:rPr>
      </w:pPr>
      <w:r w:rsidRPr="00B439DD">
        <w:rPr>
          <w:rFonts w:ascii="Times New Roman" w:hAnsi="Times New Roman" w:cs="Times New Roman"/>
          <w:position w:val="-14"/>
          <w:sz w:val="28"/>
          <w:szCs w:val="28"/>
          <w:lang w:val="kk-KZ"/>
        </w:rPr>
        <w:tab/>
      </w:r>
      <w:r w:rsidR="00A135AE" w:rsidRPr="00B439DD">
        <w:rPr>
          <w:rFonts w:ascii="Times New Roman" w:hAnsi="Times New Roman" w:cs="Times New Roman"/>
          <w:noProof/>
          <w:position w:val="-16"/>
          <w:sz w:val="28"/>
          <w:szCs w:val="28"/>
        </w:rPr>
        <w:drawing>
          <wp:inline distT="0" distB="0" distL="0" distR="0" wp14:anchorId="369E3881" wp14:editId="7376BD70">
            <wp:extent cx="1328420" cy="250190"/>
            <wp:effectExtent l="0" t="0" r="5080" b="0"/>
            <wp:docPr id="2188" name="Рисунок 2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8"/>
                    <pic:cNvPicPr>
                      <a:picLocks noChangeAspect="1" noChangeArrowheads="1"/>
                    </pic:cNvPicPr>
                  </pic:nvPicPr>
                  <pic:blipFill>
                    <a:blip r:embed="rId2967" cstate="print">
                      <a:extLst>
                        <a:ext uri="{28A0092B-C50C-407E-A947-70E740481C1C}">
                          <a14:useLocalDpi xmlns:a14="http://schemas.microsoft.com/office/drawing/2010/main" val="0"/>
                        </a:ext>
                      </a:extLst>
                    </a:blip>
                    <a:srcRect/>
                    <a:stretch>
                      <a:fillRect/>
                    </a:stretch>
                  </pic:blipFill>
                  <pic:spPr bwMode="auto">
                    <a:xfrm>
                      <a:off x="0" y="0"/>
                      <a:ext cx="1328420" cy="250190"/>
                    </a:xfrm>
                    <a:prstGeom prst="rect">
                      <a:avLst/>
                    </a:prstGeom>
                    <a:noFill/>
                    <a:ln>
                      <a:noFill/>
                    </a:ln>
                  </pic:spPr>
                </pic:pic>
              </a:graphicData>
            </a:graphic>
          </wp:inline>
        </w:drawing>
      </w:r>
      <w:r w:rsidRPr="00B439DD">
        <w:rPr>
          <w:rFonts w:ascii="Times New Roman" w:hAnsi="Times New Roman" w:cs="Times New Roman"/>
          <w:sz w:val="28"/>
          <w:szCs w:val="28"/>
          <w:lang w:val="kk-KZ"/>
        </w:rPr>
        <w:t xml:space="preserve"> әлді</w:t>
      </w:r>
      <w:r w:rsidR="00A135AE" w:rsidRPr="00B439DD">
        <w:rPr>
          <w:rFonts w:ascii="Times New Roman" w:hAnsi="Times New Roman" w:cs="Times New Roman"/>
          <w:noProof/>
          <w:position w:val="-12"/>
          <w:sz w:val="28"/>
          <w:szCs w:val="28"/>
        </w:rPr>
        <w:drawing>
          <wp:inline distT="0" distB="0" distL="0" distR="0" wp14:anchorId="6EEA8DE5" wp14:editId="48188320">
            <wp:extent cx="462280" cy="231140"/>
            <wp:effectExtent l="0" t="0" r="0" b="0"/>
            <wp:docPr id="2189" name="Рисунок 2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9"/>
                    <pic:cNvPicPr>
                      <a:picLocks noChangeAspect="1" noChangeArrowheads="1"/>
                    </pic:cNvPicPr>
                  </pic:nvPicPr>
                  <pic:blipFill>
                    <a:blip r:embed="rId2968" cstate="print">
                      <a:extLst>
                        <a:ext uri="{28A0092B-C50C-407E-A947-70E740481C1C}">
                          <a14:useLocalDpi xmlns:a14="http://schemas.microsoft.com/office/drawing/2010/main" val="0"/>
                        </a:ext>
                      </a:extLst>
                    </a:blip>
                    <a:srcRect/>
                    <a:stretch>
                      <a:fillRect/>
                    </a:stretch>
                  </pic:blipFill>
                  <pic:spPr bwMode="auto">
                    <a:xfrm>
                      <a:off x="0" y="0"/>
                      <a:ext cx="462280" cy="231140"/>
                    </a:xfrm>
                    <a:prstGeom prst="rect">
                      <a:avLst/>
                    </a:prstGeom>
                    <a:noFill/>
                    <a:ln>
                      <a:noFill/>
                    </a:ln>
                  </pic:spPr>
                </pic:pic>
              </a:graphicData>
            </a:graphic>
          </wp:inline>
        </w:drawing>
      </w:r>
    </w:p>
    <w:p w14:paraId="78897784" w14:textId="3BED2E75" w:rsidR="004B7CD0" w:rsidRPr="00B439DD" w:rsidRDefault="004B7CD0" w:rsidP="00B439DD">
      <w:pPr>
        <w:spacing w:after="0" w:line="240" w:lineRule="auto"/>
        <w:jc w:val="both"/>
        <w:rPr>
          <w:rFonts w:ascii="Times New Roman" w:hAnsi="Times New Roman" w:cs="Times New Roman"/>
          <w:sz w:val="28"/>
          <w:szCs w:val="28"/>
          <w:lang w:val="kk-KZ"/>
        </w:rPr>
      </w:pPr>
      <w:r w:rsidRPr="00B439DD">
        <w:rPr>
          <w:rFonts w:ascii="Times New Roman" w:hAnsi="Times New Roman" w:cs="Times New Roman"/>
          <w:position w:val="-14"/>
          <w:sz w:val="28"/>
          <w:szCs w:val="28"/>
          <w:lang w:val="kk-KZ"/>
        </w:rPr>
        <w:tab/>
      </w:r>
      <w:r w:rsidR="00A135AE" w:rsidRPr="00B439DD">
        <w:rPr>
          <w:rFonts w:ascii="Times New Roman" w:hAnsi="Times New Roman" w:cs="Times New Roman"/>
          <w:noProof/>
          <w:position w:val="-16"/>
          <w:sz w:val="28"/>
          <w:szCs w:val="28"/>
        </w:rPr>
        <w:drawing>
          <wp:inline distT="0" distB="0" distL="0" distR="0" wp14:anchorId="37526CA6" wp14:editId="628C5030">
            <wp:extent cx="1443990" cy="250190"/>
            <wp:effectExtent l="0" t="0" r="3810" b="0"/>
            <wp:docPr id="2190" name="Рисунок 2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0"/>
                    <pic:cNvPicPr>
                      <a:picLocks noChangeAspect="1" noChangeArrowheads="1"/>
                    </pic:cNvPicPr>
                  </pic:nvPicPr>
                  <pic:blipFill>
                    <a:blip r:embed="rId2969" cstate="print">
                      <a:extLst>
                        <a:ext uri="{28A0092B-C50C-407E-A947-70E740481C1C}">
                          <a14:useLocalDpi xmlns:a14="http://schemas.microsoft.com/office/drawing/2010/main" val="0"/>
                        </a:ext>
                      </a:extLst>
                    </a:blip>
                    <a:srcRect/>
                    <a:stretch>
                      <a:fillRect/>
                    </a:stretch>
                  </pic:blipFill>
                  <pic:spPr bwMode="auto">
                    <a:xfrm>
                      <a:off x="0" y="0"/>
                      <a:ext cx="1443990" cy="250190"/>
                    </a:xfrm>
                    <a:prstGeom prst="rect">
                      <a:avLst/>
                    </a:prstGeom>
                    <a:noFill/>
                    <a:ln>
                      <a:noFill/>
                    </a:ln>
                  </pic:spPr>
                </pic:pic>
              </a:graphicData>
            </a:graphic>
          </wp:inline>
        </w:drawing>
      </w:r>
      <w:r w:rsidRPr="00B439DD">
        <w:rPr>
          <w:rFonts w:ascii="Times New Roman" w:hAnsi="Times New Roman" w:cs="Times New Roman"/>
          <w:sz w:val="28"/>
          <w:szCs w:val="28"/>
          <w:lang w:val="kk-KZ"/>
        </w:rPr>
        <w:t xml:space="preserve"> әлді</w:t>
      </w:r>
      <w:r w:rsidR="00A135AE" w:rsidRPr="00B439DD">
        <w:rPr>
          <w:rFonts w:ascii="Times New Roman" w:hAnsi="Times New Roman" w:cs="Times New Roman"/>
          <w:noProof/>
          <w:position w:val="-12"/>
          <w:sz w:val="28"/>
          <w:szCs w:val="28"/>
        </w:rPr>
        <w:drawing>
          <wp:inline distT="0" distB="0" distL="0" distR="0" wp14:anchorId="701EE9DA" wp14:editId="1E4B7654">
            <wp:extent cx="414020" cy="231140"/>
            <wp:effectExtent l="0" t="0" r="5080" b="0"/>
            <wp:docPr id="2191" name="Рисунок 2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1"/>
                    <pic:cNvPicPr>
                      <a:picLocks noChangeAspect="1" noChangeArrowheads="1"/>
                    </pic:cNvPicPr>
                  </pic:nvPicPr>
                  <pic:blipFill>
                    <a:blip r:embed="rId2970" cstate="print">
                      <a:extLst>
                        <a:ext uri="{28A0092B-C50C-407E-A947-70E740481C1C}">
                          <a14:useLocalDpi xmlns:a14="http://schemas.microsoft.com/office/drawing/2010/main" val="0"/>
                        </a:ext>
                      </a:extLst>
                    </a:blip>
                    <a:srcRect/>
                    <a:stretch>
                      <a:fillRect/>
                    </a:stretch>
                  </pic:blipFill>
                  <pic:spPr bwMode="auto">
                    <a:xfrm>
                      <a:off x="0" y="0"/>
                      <a:ext cx="414020" cy="231140"/>
                    </a:xfrm>
                    <a:prstGeom prst="rect">
                      <a:avLst/>
                    </a:prstGeom>
                    <a:noFill/>
                    <a:ln>
                      <a:noFill/>
                    </a:ln>
                  </pic:spPr>
                </pic:pic>
              </a:graphicData>
            </a:graphic>
          </wp:inline>
        </w:drawing>
      </w:r>
      <w:r w:rsidRPr="00B439DD">
        <w:rPr>
          <w:rFonts w:ascii="Times New Roman" w:hAnsi="Times New Roman" w:cs="Times New Roman"/>
          <w:sz w:val="28"/>
          <w:szCs w:val="28"/>
          <w:lang w:val="kk-KZ"/>
        </w:rPr>
        <w:t>.</w:t>
      </w:r>
    </w:p>
    <w:p w14:paraId="4CBB0BFF" w14:textId="77777777" w:rsidR="00514292" w:rsidRPr="00B439DD" w:rsidRDefault="00514292" w:rsidP="00B439DD">
      <w:pPr>
        <w:spacing w:after="0" w:line="240" w:lineRule="auto"/>
        <w:jc w:val="both"/>
        <w:rPr>
          <w:rFonts w:ascii="Times New Roman" w:hAnsi="Times New Roman" w:cs="Times New Roman"/>
          <w:sz w:val="28"/>
          <w:szCs w:val="28"/>
          <w:lang w:val="kk-KZ"/>
        </w:rPr>
      </w:pPr>
    </w:p>
    <w:p w14:paraId="3EC81805" w14:textId="694E1240" w:rsidR="004B7CD0" w:rsidRPr="00B439DD" w:rsidRDefault="004B7CD0" w:rsidP="00EF52AB">
      <w:pPr>
        <w:spacing w:after="0" w:line="240" w:lineRule="auto"/>
        <w:ind w:firstLine="708"/>
        <w:jc w:val="both"/>
        <w:rPr>
          <w:rFonts w:ascii="Times New Roman" w:hAnsi="Times New Roman" w:cs="Times New Roman"/>
          <w:sz w:val="28"/>
          <w:szCs w:val="28"/>
          <w:lang w:val="kk-KZ"/>
        </w:rPr>
      </w:pPr>
      <w:r w:rsidRPr="00B439DD">
        <w:rPr>
          <w:rFonts w:ascii="Times New Roman" w:hAnsi="Times New Roman" w:cs="Times New Roman"/>
          <w:sz w:val="28"/>
          <w:szCs w:val="28"/>
          <w:lang w:val="kk-KZ"/>
        </w:rPr>
        <w:lastRenderedPageBreak/>
        <w:t xml:space="preserve">Бұл жинақтылықтан </w:t>
      </w:r>
      <w:r w:rsidR="00A135AE" w:rsidRPr="00B439DD">
        <w:rPr>
          <w:rFonts w:ascii="Times New Roman" w:hAnsi="Times New Roman" w:cs="Times New Roman"/>
          <w:noProof/>
          <w:position w:val="-12"/>
          <w:sz w:val="28"/>
          <w:szCs w:val="28"/>
        </w:rPr>
        <w:drawing>
          <wp:inline distT="0" distB="0" distL="0" distR="0" wp14:anchorId="6CFE5052" wp14:editId="6733D3E7">
            <wp:extent cx="529590" cy="231140"/>
            <wp:effectExtent l="0" t="0" r="0" b="0"/>
            <wp:docPr id="2192" name="Рисунок 2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2"/>
                    <pic:cNvPicPr>
                      <a:picLocks noChangeAspect="1" noChangeArrowheads="1"/>
                    </pic:cNvPicPr>
                  </pic:nvPicPr>
                  <pic:blipFill>
                    <a:blip r:embed="rId2971" cstate="print">
                      <a:extLst>
                        <a:ext uri="{28A0092B-C50C-407E-A947-70E740481C1C}">
                          <a14:useLocalDpi xmlns:a14="http://schemas.microsoft.com/office/drawing/2010/main" val="0"/>
                        </a:ext>
                      </a:extLst>
                    </a:blip>
                    <a:srcRect/>
                    <a:stretch>
                      <a:fillRect/>
                    </a:stretch>
                  </pic:blipFill>
                  <pic:spPr bwMode="auto">
                    <a:xfrm>
                      <a:off x="0" y="0"/>
                      <a:ext cx="529590" cy="231140"/>
                    </a:xfrm>
                    <a:prstGeom prst="rect">
                      <a:avLst/>
                    </a:prstGeom>
                    <a:noFill/>
                    <a:ln>
                      <a:noFill/>
                    </a:ln>
                  </pic:spPr>
                </pic:pic>
              </a:graphicData>
            </a:graphic>
          </wp:inline>
        </w:drawing>
      </w:r>
      <w:r w:rsidR="00DF58EA" w:rsidRPr="00B439DD">
        <w:rPr>
          <w:rFonts w:ascii="Times New Roman" w:hAnsi="Times New Roman" w:cs="Times New Roman"/>
          <w:sz w:val="28"/>
          <w:szCs w:val="28"/>
          <w:lang w:val="kk-KZ"/>
        </w:rPr>
        <w:t xml:space="preserve">функциясы (2.35), (2.31), </w:t>
      </w:r>
      <w:r w:rsidR="00DF58EA" w:rsidRPr="00B439DD">
        <w:rPr>
          <w:rFonts w:ascii="Times New Roman" w:hAnsi="Times New Roman" w:cs="Times New Roman"/>
          <w:position w:val="-12"/>
          <w:sz w:val="28"/>
          <w:szCs w:val="28"/>
          <w:lang w:val="kk-KZ"/>
        </w:rPr>
        <w:object w:dxaOrig="840" w:dyaOrig="380" w14:anchorId="03C02F9C">
          <v:shape id="_x0000_i2241" type="#_x0000_t75" style="width:43.5pt;height:18.2pt" o:ole="">
            <v:imagedata r:id="rId2934" o:title=""/>
          </v:shape>
          <o:OLEObject Type="Embed" ProgID="Equation.DSMT4" ShapeID="_x0000_i2241" DrawAspect="Content" ObjectID="_1840332695" r:id="rId2972"/>
        </w:object>
      </w:r>
      <w:r w:rsidR="00DF58EA" w:rsidRPr="00B439DD">
        <w:rPr>
          <w:rFonts w:ascii="Times New Roman" w:hAnsi="Times New Roman" w:cs="Times New Roman"/>
          <w:sz w:val="28"/>
          <w:szCs w:val="28"/>
          <w:lang w:val="kk-KZ"/>
        </w:rPr>
        <w:t xml:space="preserve"> </w:t>
      </w:r>
      <w:r w:rsidRPr="00B439DD">
        <w:rPr>
          <w:rFonts w:ascii="Times New Roman" w:hAnsi="Times New Roman" w:cs="Times New Roman"/>
          <w:sz w:val="28"/>
          <w:szCs w:val="28"/>
          <w:lang w:val="kk-KZ"/>
        </w:rPr>
        <w:t xml:space="preserve">есебімен байланысты болады. </w:t>
      </w:r>
      <w:r w:rsidR="00A135AE" w:rsidRPr="00B439DD">
        <w:rPr>
          <w:rFonts w:ascii="Times New Roman" w:hAnsi="Times New Roman" w:cs="Times New Roman"/>
          <w:noProof/>
          <w:position w:val="-16"/>
          <w:sz w:val="28"/>
          <w:szCs w:val="28"/>
        </w:rPr>
        <w:drawing>
          <wp:inline distT="0" distB="0" distL="0" distR="0" wp14:anchorId="36B650E3" wp14:editId="58A92B3B">
            <wp:extent cx="2059940" cy="250190"/>
            <wp:effectExtent l="0" t="0" r="0" b="0"/>
            <wp:docPr id="2194" name="Рисунок 2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4"/>
                    <pic:cNvPicPr>
                      <a:picLocks noChangeAspect="1" noChangeArrowheads="1"/>
                    </pic:cNvPicPr>
                  </pic:nvPicPr>
                  <pic:blipFill>
                    <a:blip r:embed="rId2973" cstate="print">
                      <a:extLst>
                        <a:ext uri="{28A0092B-C50C-407E-A947-70E740481C1C}">
                          <a14:useLocalDpi xmlns:a14="http://schemas.microsoft.com/office/drawing/2010/main" val="0"/>
                        </a:ext>
                      </a:extLst>
                    </a:blip>
                    <a:srcRect/>
                    <a:stretch>
                      <a:fillRect/>
                    </a:stretch>
                  </pic:blipFill>
                  <pic:spPr bwMode="auto">
                    <a:xfrm>
                      <a:off x="0" y="0"/>
                      <a:ext cx="2059940" cy="250190"/>
                    </a:xfrm>
                    <a:prstGeom prst="rect">
                      <a:avLst/>
                    </a:prstGeom>
                    <a:noFill/>
                    <a:ln>
                      <a:noFill/>
                    </a:ln>
                  </pic:spPr>
                </pic:pic>
              </a:graphicData>
            </a:graphic>
          </wp:inline>
        </w:drawing>
      </w:r>
      <w:r w:rsidRPr="00B439DD">
        <w:rPr>
          <w:rFonts w:ascii="Times New Roman" w:hAnsi="Times New Roman" w:cs="Times New Roman"/>
          <w:sz w:val="28"/>
          <w:szCs w:val="28"/>
          <w:lang w:val="kk-KZ"/>
        </w:rPr>
        <w:t xml:space="preserve"> белгілеуін енгізейік. Теңдігі орынды:</w:t>
      </w:r>
    </w:p>
    <w:p w14:paraId="1D4E3E40" w14:textId="77777777" w:rsidR="004B7CD0" w:rsidRPr="00B439DD" w:rsidRDefault="004B7CD0" w:rsidP="00B439DD">
      <w:pPr>
        <w:spacing w:after="0" w:line="240" w:lineRule="auto"/>
        <w:jc w:val="both"/>
        <w:rPr>
          <w:rFonts w:ascii="Times New Roman" w:hAnsi="Times New Roman" w:cs="Times New Roman"/>
          <w:sz w:val="28"/>
          <w:szCs w:val="28"/>
          <w:lang w:val="kk-KZ"/>
        </w:rPr>
      </w:pPr>
    </w:p>
    <w:p w14:paraId="5DB6ED32" w14:textId="56CFBF20" w:rsidR="004B7CD0" w:rsidRPr="00B439DD" w:rsidRDefault="00A135AE" w:rsidP="00B439DD">
      <w:pPr>
        <w:spacing w:after="0" w:line="240" w:lineRule="auto"/>
        <w:jc w:val="center"/>
        <w:rPr>
          <w:rFonts w:ascii="Times New Roman" w:hAnsi="Times New Roman" w:cs="Times New Roman"/>
          <w:position w:val="-24"/>
          <w:sz w:val="28"/>
          <w:szCs w:val="28"/>
          <w:lang w:val="kk-KZ"/>
        </w:rPr>
      </w:pPr>
      <w:r w:rsidRPr="00B439DD">
        <w:rPr>
          <w:rFonts w:ascii="Times New Roman" w:hAnsi="Times New Roman" w:cs="Times New Roman"/>
          <w:noProof/>
          <w:position w:val="-26"/>
          <w:sz w:val="28"/>
          <w:szCs w:val="28"/>
        </w:rPr>
        <w:drawing>
          <wp:inline distT="0" distB="0" distL="0" distR="0" wp14:anchorId="0B49E11F" wp14:editId="391E3478">
            <wp:extent cx="4321810" cy="414020"/>
            <wp:effectExtent l="0" t="0" r="2540" b="5080"/>
            <wp:docPr id="2195" name="Рисунок 2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5"/>
                    <pic:cNvPicPr>
                      <a:picLocks noChangeAspect="1" noChangeArrowheads="1"/>
                    </pic:cNvPicPr>
                  </pic:nvPicPr>
                  <pic:blipFill>
                    <a:blip r:embed="rId2974" cstate="print">
                      <a:extLst>
                        <a:ext uri="{28A0092B-C50C-407E-A947-70E740481C1C}">
                          <a14:useLocalDpi xmlns:a14="http://schemas.microsoft.com/office/drawing/2010/main" val="0"/>
                        </a:ext>
                      </a:extLst>
                    </a:blip>
                    <a:srcRect/>
                    <a:stretch>
                      <a:fillRect/>
                    </a:stretch>
                  </pic:blipFill>
                  <pic:spPr bwMode="auto">
                    <a:xfrm>
                      <a:off x="0" y="0"/>
                      <a:ext cx="4321810" cy="414020"/>
                    </a:xfrm>
                    <a:prstGeom prst="rect">
                      <a:avLst/>
                    </a:prstGeom>
                    <a:noFill/>
                    <a:ln>
                      <a:noFill/>
                    </a:ln>
                  </pic:spPr>
                </pic:pic>
              </a:graphicData>
            </a:graphic>
          </wp:inline>
        </w:drawing>
      </w:r>
    </w:p>
    <w:p w14:paraId="4DB69019" w14:textId="77777777" w:rsidR="004B7CD0" w:rsidRPr="00B439DD" w:rsidRDefault="004B7CD0" w:rsidP="00B439DD">
      <w:pPr>
        <w:spacing w:after="0" w:line="240" w:lineRule="auto"/>
        <w:rPr>
          <w:rFonts w:ascii="Times New Roman" w:hAnsi="Times New Roman" w:cs="Times New Roman"/>
          <w:sz w:val="28"/>
          <w:szCs w:val="28"/>
          <w:lang w:val="kk-KZ"/>
        </w:rPr>
      </w:pPr>
    </w:p>
    <w:p w14:paraId="6FC2EF5D" w14:textId="45B81109" w:rsidR="004B7CD0" w:rsidRPr="00B439DD" w:rsidRDefault="00A24934" w:rsidP="00A24934">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A135AE" w:rsidRPr="00B439DD">
        <w:rPr>
          <w:rFonts w:ascii="Times New Roman" w:hAnsi="Times New Roman" w:cs="Times New Roman"/>
          <w:noProof/>
          <w:position w:val="-12"/>
          <w:sz w:val="28"/>
          <w:szCs w:val="28"/>
        </w:rPr>
        <w:drawing>
          <wp:inline distT="0" distB="0" distL="0" distR="0" wp14:anchorId="2C4E0EC5" wp14:editId="3BA0A788">
            <wp:extent cx="596900" cy="231140"/>
            <wp:effectExtent l="0" t="0" r="0" b="0"/>
            <wp:docPr id="2196" name="Рисунок 2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6"/>
                    <pic:cNvPicPr>
                      <a:picLocks noChangeAspect="1" noChangeArrowheads="1"/>
                    </pic:cNvPicPr>
                  </pic:nvPicPr>
                  <pic:blipFill>
                    <a:blip r:embed="rId2975" cstate="print">
                      <a:extLst>
                        <a:ext uri="{28A0092B-C50C-407E-A947-70E740481C1C}">
                          <a14:useLocalDpi xmlns:a14="http://schemas.microsoft.com/office/drawing/2010/main" val="0"/>
                        </a:ext>
                      </a:extLst>
                    </a:blip>
                    <a:srcRect/>
                    <a:stretch>
                      <a:fillRect/>
                    </a:stretch>
                  </pic:blipFill>
                  <pic:spPr bwMode="auto">
                    <a:xfrm>
                      <a:off x="0" y="0"/>
                      <a:ext cx="596900" cy="231140"/>
                    </a:xfrm>
                    <a:prstGeom prst="rect">
                      <a:avLst/>
                    </a:prstGeom>
                    <a:noFill/>
                    <a:ln>
                      <a:noFill/>
                    </a:ln>
                  </pic:spPr>
                </pic:pic>
              </a:graphicData>
            </a:graphic>
          </wp:inline>
        </w:drawing>
      </w:r>
      <w:r w:rsidR="00DF58EA" w:rsidRPr="00B439DD">
        <w:rPr>
          <w:rFonts w:ascii="Times New Roman" w:hAnsi="Times New Roman" w:cs="Times New Roman"/>
          <w:sz w:val="28"/>
          <w:szCs w:val="28"/>
          <w:lang w:val="kk-KZ"/>
        </w:rPr>
        <w:t>функциясына (2.56)-(2.59</w:t>
      </w:r>
      <w:r w:rsidR="004B7CD0" w:rsidRPr="00B439DD">
        <w:rPr>
          <w:rFonts w:ascii="Times New Roman" w:hAnsi="Times New Roman" w:cs="Times New Roman"/>
          <w:sz w:val="28"/>
          <w:szCs w:val="28"/>
          <w:lang w:val="kk-KZ"/>
        </w:rPr>
        <w:t xml:space="preserve">) бағалауынан </w:t>
      </w:r>
      <w:r w:rsidR="00A135AE" w:rsidRPr="00B439DD">
        <w:rPr>
          <w:rFonts w:ascii="Times New Roman" w:hAnsi="Times New Roman" w:cs="Times New Roman"/>
          <w:noProof/>
          <w:position w:val="-16"/>
          <w:sz w:val="28"/>
          <w:szCs w:val="28"/>
        </w:rPr>
        <w:drawing>
          <wp:inline distT="0" distB="0" distL="0" distR="0" wp14:anchorId="4999715C" wp14:editId="205FA5E6">
            <wp:extent cx="462280" cy="250190"/>
            <wp:effectExtent l="0" t="0" r="0" b="0"/>
            <wp:docPr id="2197" name="Рисунок 2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7"/>
                    <pic:cNvPicPr>
                      <a:picLocks noChangeAspect="1" noChangeArrowheads="1"/>
                    </pic:cNvPicPr>
                  </pic:nvPicPr>
                  <pic:blipFill>
                    <a:blip r:embed="rId2976" cstate="print">
                      <a:extLst>
                        <a:ext uri="{28A0092B-C50C-407E-A947-70E740481C1C}">
                          <a14:useLocalDpi xmlns:a14="http://schemas.microsoft.com/office/drawing/2010/main" val="0"/>
                        </a:ext>
                      </a:extLst>
                    </a:blip>
                    <a:srcRect/>
                    <a:stretch>
                      <a:fillRect/>
                    </a:stretch>
                  </pic:blipFill>
                  <pic:spPr bwMode="auto">
                    <a:xfrm>
                      <a:off x="0" y="0"/>
                      <a:ext cx="462280" cy="250190"/>
                    </a:xfrm>
                    <a:prstGeom prst="rect">
                      <a:avLst/>
                    </a:prstGeom>
                    <a:noFill/>
                    <a:ln>
                      <a:noFill/>
                    </a:ln>
                  </pic:spPr>
                </pic:pic>
              </a:graphicData>
            </a:graphic>
          </wp:inline>
        </w:drawing>
      </w:r>
      <w:r w:rsidR="004B7CD0" w:rsidRPr="00B439DD">
        <w:rPr>
          <w:rFonts w:ascii="Times New Roman" w:hAnsi="Times New Roman" w:cs="Times New Roman"/>
          <w:sz w:val="28"/>
          <w:szCs w:val="28"/>
          <w:lang w:val="kk-KZ"/>
        </w:rPr>
        <w:t xml:space="preserve">кеңістігінде </w:t>
      </w:r>
      <w:r w:rsidR="00A135AE" w:rsidRPr="00B439DD">
        <w:rPr>
          <w:rFonts w:ascii="Times New Roman" w:hAnsi="Times New Roman" w:cs="Times New Roman"/>
          <w:noProof/>
          <w:position w:val="-16"/>
          <w:sz w:val="28"/>
          <w:szCs w:val="28"/>
        </w:rPr>
        <w:drawing>
          <wp:inline distT="0" distB="0" distL="0" distR="0" wp14:anchorId="1E9EAF70" wp14:editId="0D78E7E5">
            <wp:extent cx="817880" cy="250190"/>
            <wp:effectExtent l="0" t="0" r="1270" b="0"/>
            <wp:docPr id="2198" name="Рисунок 2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8"/>
                    <pic:cNvPicPr>
                      <a:picLocks noChangeAspect="1" noChangeArrowheads="1"/>
                    </pic:cNvPicPr>
                  </pic:nvPicPr>
                  <pic:blipFill>
                    <a:blip r:embed="rId2977" cstate="print">
                      <a:extLst>
                        <a:ext uri="{28A0092B-C50C-407E-A947-70E740481C1C}">
                          <a14:useLocalDpi xmlns:a14="http://schemas.microsoft.com/office/drawing/2010/main" val="0"/>
                        </a:ext>
                      </a:extLst>
                    </a:blip>
                    <a:srcRect/>
                    <a:stretch>
                      <a:fillRect/>
                    </a:stretch>
                  </pic:blipFill>
                  <pic:spPr bwMode="auto">
                    <a:xfrm>
                      <a:off x="0" y="0"/>
                      <a:ext cx="817880" cy="250190"/>
                    </a:xfrm>
                    <a:prstGeom prst="rect">
                      <a:avLst/>
                    </a:prstGeom>
                    <a:noFill/>
                    <a:ln>
                      <a:noFill/>
                    </a:ln>
                  </pic:spPr>
                </pic:pic>
              </a:graphicData>
            </a:graphic>
          </wp:inline>
        </w:drawing>
      </w:r>
      <w:r w:rsidR="004B7CD0" w:rsidRPr="00B439DD">
        <w:rPr>
          <w:rFonts w:ascii="Times New Roman" w:hAnsi="Times New Roman" w:cs="Times New Roman"/>
          <w:sz w:val="28"/>
          <w:szCs w:val="28"/>
          <w:lang w:val="kk-KZ"/>
        </w:rPr>
        <w:t xml:space="preserve"> шектелгендігі және </w:t>
      </w:r>
      <w:r w:rsidR="00A135AE" w:rsidRPr="00B439DD">
        <w:rPr>
          <w:rFonts w:ascii="Times New Roman" w:hAnsi="Times New Roman" w:cs="Times New Roman"/>
          <w:noProof/>
          <w:position w:val="-16"/>
          <w:sz w:val="28"/>
          <w:szCs w:val="28"/>
        </w:rPr>
        <w:drawing>
          <wp:inline distT="0" distB="0" distL="0" distR="0" wp14:anchorId="48BD2D6F" wp14:editId="6690FAF0">
            <wp:extent cx="817880" cy="250190"/>
            <wp:effectExtent l="0" t="0" r="1270" b="0"/>
            <wp:docPr id="2199" name="Рисунок 2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9"/>
                    <pic:cNvPicPr>
                      <a:picLocks noChangeAspect="1" noChangeArrowheads="1"/>
                    </pic:cNvPicPr>
                  </pic:nvPicPr>
                  <pic:blipFill>
                    <a:blip r:embed="rId2978" cstate="print">
                      <a:extLst>
                        <a:ext uri="{28A0092B-C50C-407E-A947-70E740481C1C}">
                          <a14:useLocalDpi xmlns:a14="http://schemas.microsoft.com/office/drawing/2010/main" val="0"/>
                        </a:ext>
                      </a:extLst>
                    </a:blip>
                    <a:srcRect/>
                    <a:stretch>
                      <a:fillRect/>
                    </a:stretch>
                  </pic:blipFill>
                  <pic:spPr bwMode="auto">
                    <a:xfrm>
                      <a:off x="0" y="0"/>
                      <a:ext cx="817880" cy="250190"/>
                    </a:xfrm>
                    <a:prstGeom prst="rect">
                      <a:avLst/>
                    </a:prstGeom>
                    <a:noFill/>
                    <a:ln>
                      <a:noFill/>
                    </a:ln>
                  </pic:spPr>
                </pic:pic>
              </a:graphicData>
            </a:graphic>
          </wp:inline>
        </w:drawing>
      </w:r>
      <w:r w:rsidR="004B7CD0" w:rsidRPr="00B439DD">
        <w:rPr>
          <w:rFonts w:ascii="Times New Roman" w:hAnsi="Times New Roman" w:cs="Times New Roman"/>
          <w:sz w:val="28"/>
          <w:szCs w:val="28"/>
          <w:lang w:val="kk-KZ"/>
        </w:rPr>
        <w:t xml:space="preserve"> жоғарыда келтірілген тізбекшелердің жинақтылығынан алатынымыз:</w:t>
      </w:r>
    </w:p>
    <w:p w14:paraId="2465AC49" w14:textId="77777777" w:rsidR="004B7CD0" w:rsidRPr="00B439DD" w:rsidRDefault="004B7CD0" w:rsidP="00B439DD">
      <w:pPr>
        <w:spacing w:after="0" w:line="240" w:lineRule="auto"/>
        <w:jc w:val="both"/>
        <w:rPr>
          <w:rFonts w:ascii="Times New Roman" w:hAnsi="Times New Roman" w:cs="Times New Roman"/>
          <w:sz w:val="28"/>
          <w:szCs w:val="28"/>
          <w:lang w:val="kk-KZ"/>
        </w:rPr>
      </w:pPr>
    </w:p>
    <w:p w14:paraId="6B8F3CC4" w14:textId="4291B44D" w:rsidR="004B7CD0" w:rsidRPr="00B439DD" w:rsidRDefault="00A135AE" w:rsidP="00B439DD">
      <w:pPr>
        <w:spacing w:after="0" w:line="240" w:lineRule="auto"/>
        <w:jc w:val="center"/>
        <w:rPr>
          <w:rFonts w:ascii="Times New Roman" w:hAnsi="Times New Roman" w:cs="Times New Roman"/>
          <w:position w:val="-10"/>
          <w:sz w:val="28"/>
          <w:szCs w:val="28"/>
          <w:lang w:val="kk-KZ"/>
        </w:rPr>
      </w:pPr>
      <w:r w:rsidRPr="00B439DD">
        <w:rPr>
          <w:rFonts w:ascii="Times New Roman" w:hAnsi="Times New Roman" w:cs="Times New Roman"/>
          <w:noProof/>
          <w:position w:val="-22"/>
          <w:sz w:val="28"/>
          <w:szCs w:val="28"/>
        </w:rPr>
        <w:drawing>
          <wp:inline distT="0" distB="0" distL="0" distR="0" wp14:anchorId="1C84DBAF" wp14:editId="2D236977">
            <wp:extent cx="1366520" cy="317500"/>
            <wp:effectExtent l="0" t="0" r="5080" b="6350"/>
            <wp:docPr id="2200" name="Рисунок 2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0"/>
                    <pic:cNvPicPr>
                      <a:picLocks noChangeAspect="1" noChangeArrowheads="1"/>
                    </pic:cNvPicPr>
                  </pic:nvPicPr>
                  <pic:blipFill>
                    <a:blip r:embed="rId2979" cstate="print">
                      <a:extLst>
                        <a:ext uri="{28A0092B-C50C-407E-A947-70E740481C1C}">
                          <a14:useLocalDpi xmlns:a14="http://schemas.microsoft.com/office/drawing/2010/main" val="0"/>
                        </a:ext>
                      </a:extLst>
                    </a:blip>
                    <a:srcRect/>
                    <a:stretch>
                      <a:fillRect/>
                    </a:stretch>
                  </pic:blipFill>
                  <pic:spPr bwMode="auto">
                    <a:xfrm>
                      <a:off x="0" y="0"/>
                      <a:ext cx="1366520" cy="317500"/>
                    </a:xfrm>
                    <a:prstGeom prst="rect">
                      <a:avLst/>
                    </a:prstGeom>
                    <a:noFill/>
                    <a:ln>
                      <a:noFill/>
                    </a:ln>
                  </pic:spPr>
                </pic:pic>
              </a:graphicData>
            </a:graphic>
          </wp:inline>
        </w:drawing>
      </w:r>
      <w:r w:rsidR="004B7CD0" w:rsidRPr="00B439DD">
        <w:rPr>
          <w:rFonts w:ascii="Times New Roman" w:hAnsi="Times New Roman" w:cs="Times New Roman"/>
          <w:sz w:val="28"/>
          <w:szCs w:val="28"/>
          <w:lang w:val="kk-KZ"/>
        </w:rPr>
        <w:t xml:space="preserve"> при </w:t>
      </w:r>
      <w:r w:rsidRPr="00B439DD">
        <w:rPr>
          <w:rFonts w:ascii="Times New Roman" w:hAnsi="Times New Roman" w:cs="Times New Roman"/>
          <w:noProof/>
          <w:position w:val="-6"/>
          <w:sz w:val="28"/>
          <w:szCs w:val="28"/>
        </w:rPr>
        <w:drawing>
          <wp:inline distT="0" distB="0" distL="0" distR="0" wp14:anchorId="2FEC92AE" wp14:editId="1B190CC4">
            <wp:extent cx="529590" cy="182880"/>
            <wp:effectExtent l="0" t="0" r="3810" b="7620"/>
            <wp:docPr id="2201" name="Рисунок 2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1"/>
                    <pic:cNvPicPr>
                      <a:picLocks noChangeAspect="1" noChangeArrowheads="1"/>
                    </pic:cNvPicPr>
                  </pic:nvPicPr>
                  <pic:blipFill>
                    <a:blip r:embed="rId2980" cstate="print">
                      <a:extLst>
                        <a:ext uri="{28A0092B-C50C-407E-A947-70E740481C1C}">
                          <a14:useLocalDpi xmlns:a14="http://schemas.microsoft.com/office/drawing/2010/main" val="0"/>
                        </a:ext>
                      </a:extLst>
                    </a:blip>
                    <a:srcRect/>
                    <a:stretch>
                      <a:fillRect/>
                    </a:stretch>
                  </pic:blipFill>
                  <pic:spPr bwMode="auto">
                    <a:xfrm>
                      <a:off x="0" y="0"/>
                      <a:ext cx="529590" cy="182880"/>
                    </a:xfrm>
                    <a:prstGeom prst="rect">
                      <a:avLst/>
                    </a:prstGeom>
                    <a:noFill/>
                    <a:ln>
                      <a:noFill/>
                    </a:ln>
                  </pic:spPr>
                </pic:pic>
              </a:graphicData>
            </a:graphic>
          </wp:inline>
        </w:drawing>
      </w:r>
      <w:r w:rsidR="004B7CD0" w:rsidRPr="00B439DD">
        <w:rPr>
          <w:rFonts w:ascii="Times New Roman" w:hAnsi="Times New Roman" w:cs="Times New Roman"/>
          <w:position w:val="-10"/>
          <w:sz w:val="28"/>
          <w:szCs w:val="28"/>
          <w:lang w:val="kk-KZ"/>
        </w:rPr>
        <w:t>.</w:t>
      </w:r>
    </w:p>
    <w:p w14:paraId="711B19A5" w14:textId="77777777" w:rsidR="004B7CD0" w:rsidRPr="00B439DD" w:rsidRDefault="004B7CD0" w:rsidP="00B439DD">
      <w:pPr>
        <w:spacing w:after="0" w:line="240" w:lineRule="auto"/>
        <w:rPr>
          <w:rFonts w:ascii="Times New Roman" w:hAnsi="Times New Roman" w:cs="Times New Roman"/>
          <w:sz w:val="28"/>
          <w:szCs w:val="28"/>
          <w:lang w:val="kk-KZ"/>
        </w:rPr>
      </w:pPr>
    </w:p>
    <w:p w14:paraId="3B3FC83A" w14:textId="4781BAD2" w:rsidR="004B7CD0" w:rsidRPr="00B439DD" w:rsidRDefault="00A135AE" w:rsidP="00EF52AB">
      <w:pPr>
        <w:spacing w:after="0" w:line="240" w:lineRule="auto"/>
        <w:ind w:firstLine="708"/>
        <w:jc w:val="both"/>
        <w:rPr>
          <w:rFonts w:ascii="Times New Roman" w:hAnsi="Times New Roman" w:cs="Times New Roman"/>
          <w:sz w:val="28"/>
          <w:szCs w:val="28"/>
          <w:lang w:val="kk-KZ"/>
        </w:rPr>
      </w:pPr>
      <w:r w:rsidRPr="00B439DD">
        <w:rPr>
          <w:rFonts w:ascii="Times New Roman" w:hAnsi="Times New Roman" w:cs="Times New Roman"/>
          <w:noProof/>
          <w:position w:val="-16"/>
          <w:sz w:val="28"/>
          <w:szCs w:val="28"/>
        </w:rPr>
        <w:drawing>
          <wp:inline distT="0" distB="0" distL="0" distR="0" wp14:anchorId="21C3E957" wp14:editId="45206A01">
            <wp:extent cx="462280" cy="250190"/>
            <wp:effectExtent l="0" t="0" r="0" b="0"/>
            <wp:docPr id="2202" name="Рисунок 2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2"/>
                    <pic:cNvPicPr>
                      <a:picLocks noChangeAspect="1" noChangeArrowheads="1"/>
                    </pic:cNvPicPr>
                  </pic:nvPicPr>
                  <pic:blipFill>
                    <a:blip r:embed="rId2981" cstate="print">
                      <a:extLst>
                        <a:ext uri="{28A0092B-C50C-407E-A947-70E740481C1C}">
                          <a14:useLocalDpi xmlns:a14="http://schemas.microsoft.com/office/drawing/2010/main" val="0"/>
                        </a:ext>
                      </a:extLst>
                    </a:blip>
                    <a:srcRect/>
                    <a:stretch>
                      <a:fillRect/>
                    </a:stretch>
                  </pic:blipFill>
                  <pic:spPr bwMode="auto">
                    <a:xfrm>
                      <a:off x="0" y="0"/>
                      <a:ext cx="462280" cy="250190"/>
                    </a:xfrm>
                    <a:prstGeom prst="rect">
                      <a:avLst/>
                    </a:prstGeom>
                    <a:noFill/>
                    <a:ln>
                      <a:noFill/>
                    </a:ln>
                  </pic:spPr>
                </pic:pic>
              </a:graphicData>
            </a:graphic>
          </wp:inline>
        </w:drawing>
      </w:r>
      <w:r w:rsidR="004B7CD0" w:rsidRPr="00B439DD">
        <w:rPr>
          <w:rFonts w:ascii="Times New Roman" w:hAnsi="Times New Roman" w:cs="Times New Roman"/>
          <w:sz w:val="28"/>
          <w:szCs w:val="28"/>
          <w:lang w:val="kk-KZ"/>
        </w:rPr>
        <w:t xml:space="preserve"> кеңістігінде кез-келген  </w:t>
      </w:r>
      <w:r w:rsidRPr="00B439DD">
        <w:rPr>
          <w:rFonts w:ascii="Times New Roman" w:hAnsi="Times New Roman" w:cs="Times New Roman"/>
          <w:noProof/>
          <w:position w:val="-12"/>
          <w:sz w:val="28"/>
          <w:szCs w:val="28"/>
        </w:rPr>
        <w:drawing>
          <wp:inline distT="0" distB="0" distL="0" distR="0" wp14:anchorId="73DB770F" wp14:editId="5E9EA21E">
            <wp:extent cx="760095" cy="231140"/>
            <wp:effectExtent l="0" t="0" r="1905" b="0"/>
            <wp:docPr id="2203" name="Рисунок 2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3"/>
                    <pic:cNvPicPr>
                      <a:picLocks noChangeAspect="1" noChangeArrowheads="1"/>
                    </pic:cNvPicPr>
                  </pic:nvPicPr>
                  <pic:blipFill>
                    <a:blip r:embed="rId2982" cstate="print">
                      <a:extLst>
                        <a:ext uri="{28A0092B-C50C-407E-A947-70E740481C1C}">
                          <a14:useLocalDpi xmlns:a14="http://schemas.microsoft.com/office/drawing/2010/main" val="0"/>
                        </a:ext>
                      </a:extLst>
                    </a:blip>
                    <a:srcRect/>
                    <a:stretch>
                      <a:fillRect/>
                    </a:stretch>
                  </pic:blipFill>
                  <pic:spPr bwMode="auto">
                    <a:xfrm>
                      <a:off x="0" y="0"/>
                      <a:ext cx="760095" cy="231140"/>
                    </a:xfrm>
                    <a:prstGeom prst="rect">
                      <a:avLst/>
                    </a:prstGeom>
                    <a:noFill/>
                    <a:ln>
                      <a:noFill/>
                    </a:ln>
                  </pic:spPr>
                </pic:pic>
              </a:graphicData>
            </a:graphic>
          </wp:inline>
        </w:drawing>
      </w:r>
      <w:r w:rsidR="004B7CD0" w:rsidRPr="00B439DD">
        <w:rPr>
          <w:rFonts w:ascii="Times New Roman" w:hAnsi="Times New Roman" w:cs="Times New Roman"/>
          <w:sz w:val="28"/>
          <w:szCs w:val="28"/>
          <w:lang w:val="kk-KZ"/>
        </w:rPr>
        <w:t xml:space="preserve"> шектелген тізбегінен </w:t>
      </w:r>
      <w:r w:rsidRPr="00B439DD">
        <w:rPr>
          <w:rFonts w:ascii="Times New Roman" w:hAnsi="Times New Roman" w:cs="Times New Roman"/>
          <w:noProof/>
          <w:position w:val="-12"/>
          <w:sz w:val="28"/>
          <w:szCs w:val="28"/>
        </w:rPr>
        <w:drawing>
          <wp:inline distT="0" distB="0" distL="0" distR="0" wp14:anchorId="45736D17" wp14:editId="31D2E7ED">
            <wp:extent cx="596900" cy="231140"/>
            <wp:effectExtent l="0" t="0" r="0" b="0"/>
            <wp:docPr id="2204" name="Рисунок 2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4"/>
                    <pic:cNvPicPr>
                      <a:picLocks noChangeAspect="1" noChangeArrowheads="1"/>
                    </pic:cNvPicPr>
                  </pic:nvPicPr>
                  <pic:blipFill>
                    <a:blip r:embed="rId2983" cstate="print">
                      <a:extLst>
                        <a:ext uri="{28A0092B-C50C-407E-A947-70E740481C1C}">
                          <a14:useLocalDpi xmlns:a14="http://schemas.microsoft.com/office/drawing/2010/main" val="0"/>
                        </a:ext>
                      </a:extLst>
                    </a:blip>
                    <a:srcRect/>
                    <a:stretch>
                      <a:fillRect/>
                    </a:stretch>
                  </pic:blipFill>
                  <pic:spPr bwMode="auto">
                    <a:xfrm>
                      <a:off x="0" y="0"/>
                      <a:ext cx="596900" cy="231140"/>
                    </a:xfrm>
                    <a:prstGeom prst="rect">
                      <a:avLst/>
                    </a:prstGeom>
                    <a:noFill/>
                    <a:ln>
                      <a:noFill/>
                    </a:ln>
                  </pic:spPr>
                </pic:pic>
              </a:graphicData>
            </a:graphic>
          </wp:inline>
        </w:drawing>
      </w:r>
      <w:r w:rsidR="004B7CD0" w:rsidRPr="00B439DD">
        <w:rPr>
          <w:rFonts w:ascii="Times New Roman" w:hAnsi="Times New Roman" w:cs="Times New Roman"/>
          <w:sz w:val="28"/>
          <w:szCs w:val="28"/>
          <w:lang w:val="kk-KZ"/>
        </w:rPr>
        <w:t xml:space="preserve"> жинақталатын тізбекше алуға болады. </w:t>
      </w:r>
      <w:r w:rsidRPr="00B439DD">
        <w:rPr>
          <w:rFonts w:ascii="Times New Roman" w:hAnsi="Times New Roman" w:cs="Times New Roman"/>
          <w:noProof/>
          <w:position w:val="-16"/>
          <w:sz w:val="28"/>
          <w:szCs w:val="28"/>
        </w:rPr>
        <w:drawing>
          <wp:inline distT="0" distB="0" distL="0" distR="0" wp14:anchorId="782CE1E5" wp14:editId="7CEE6319">
            <wp:extent cx="462280" cy="250190"/>
            <wp:effectExtent l="0" t="0" r="0" b="0"/>
            <wp:docPr id="2205" name="Рисунок 2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5"/>
                    <pic:cNvPicPr>
                      <a:picLocks noChangeAspect="1" noChangeArrowheads="1"/>
                    </pic:cNvPicPr>
                  </pic:nvPicPr>
                  <pic:blipFill>
                    <a:blip r:embed="rId2984" cstate="print">
                      <a:extLst>
                        <a:ext uri="{28A0092B-C50C-407E-A947-70E740481C1C}">
                          <a14:useLocalDpi xmlns:a14="http://schemas.microsoft.com/office/drawing/2010/main" val="0"/>
                        </a:ext>
                      </a:extLst>
                    </a:blip>
                    <a:srcRect/>
                    <a:stretch>
                      <a:fillRect/>
                    </a:stretch>
                  </pic:blipFill>
                  <pic:spPr bwMode="auto">
                    <a:xfrm>
                      <a:off x="0" y="0"/>
                      <a:ext cx="462280" cy="250190"/>
                    </a:xfrm>
                    <a:prstGeom prst="rect">
                      <a:avLst/>
                    </a:prstGeom>
                    <a:noFill/>
                    <a:ln>
                      <a:noFill/>
                    </a:ln>
                  </pic:spPr>
                </pic:pic>
              </a:graphicData>
            </a:graphic>
          </wp:inline>
        </w:drawing>
      </w:r>
      <w:r w:rsidR="004B7CD0" w:rsidRPr="00B439DD">
        <w:rPr>
          <w:rFonts w:ascii="Times New Roman" w:hAnsi="Times New Roman" w:cs="Times New Roman"/>
          <w:sz w:val="28"/>
          <w:szCs w:val="28"/>
          <w:lang w:val="kk-KZ"/>
        </w:rPr>
        <w:t xml:space="preserve"> кеңістігінде </w:t>
      </w:r>
      <w:r w:rsidRPr="00B439DD">
        <w:rPr>
          <w:rFonts w:ascii="Times New Roman" w:hAnsi="Times New Roman" w:cs="Times New Roman"/>
          <w:noProof/>
          <w:position w:val="-4"/>
          <w:sz w:val="28"/>
          <w:szCs w:val="28"/>
        </w:rPr>
        <w:drawing>
          <wp:inline distT="0" distB="0" distL="0" distR="0" wp14:anchorId="6CE30686" wp14:editId="6407DF38">
            <wp:extent cx="154305" cy="182880"/>
            <wp:effectExtent l="0" t="0" r="0" b="7620"/>
            <wp:docPr id="2206" name="Рисунок 2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6"/>
                    <pic:cNvPicPr>
                      <a:picLocks noChangeAspect="1" noChangeArrowheads="1"/>
                    </pic:cNvPicPr>
                  </pic:nvPicPr>
                  <pic:blipFill>
                    <a:blip r:embed="rId2985" cstate="print">
                      <a:extLst>
                        <a:ext uri="{28A0092B-C50C-407E-A947-70E740481C1C}">
                          <a14:useLocalDpi xmlns:a14="http://schemas.microsoft.com/office/drawing/2010/main" val="0"/>
                        </a:ext>
                      </a:extLst>
                    </a:blip>
                    <a:srcRect/>
                    <a:stretch>
                      <a:fillRect/>
                    </a:stretch>
                  </pic:blipFill>
                  <pic:spPr bwMode="auto">
                    <a:xfrm>
                      <a:off x="0" y="0"/>
                      <a:ext cx="154305" cy="182880"/>
                    </a:xfrm>
                    <a:prstGeom prst="rect">
                      <a:avLst/>
                    </a:prstGeom>
                    <a:noFill/>
                    <a:ln>
                      <a:noFill/>
                    </a:ln>
                  </pic:spPr>
                </pic:pic>
              </a:graphicData>
            </a:graphic>
          </wp:inline>
        </w:drawing>
      </w:r>
      <w:r w:rsidR="004B7CD0" w:rsidRPr="00B439DD">
        <w:rPr>
          <w:rFonts w:ascii="Times New Roman" w:hAnsi="Times New Roman" w:cs="Times New Roman"/>
          <w:sz w:val="28"/>
          <w:szCs w:val="28"/>
          <w:lang w:val="kk-KZ"/>
        </w:rPr>
        <w:t xml:space="preserve"> операторы  үзілісссіз екенін көрсетеді.</w:t>
      </w:r>
      <w:r w:rsidRPr="00B439DD">
        <w:rPr>
          <w:rFonts w:ascii="Times New Roman" w:hAnsi="Times New Roman" w:cs="Times New Roman"/>
          <w:noProof/>
          <w:position w:val="-4"/>
          <w:sz w:val="28"/>
          <w:szCs w:val="28"/>
        </w:rPr>
        <w:drawing>
          <wp:inline distT="0" distB="0" distL="0" distR="0" wp14:anchorId="5C7E3817" wp14:editId="63AFD12C">
            <wp:extent cx="154305" cy="182880"/>
            <wp:effectExtent l="0" t="0" r="0" b="7620"/>
            <wp:docPr id="2207" name="Рисунок 2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7"/>
                    <pic:cNvPicPr>
                      <a:picLocks noChangeAspect="1" noChangeArrowheads="1"/>
                    </pic:cNvPicPr>
                  </pic:nvPicPr>
                  <pic:blipFill>
                    <a:blip r:embed="rId2986" cstate="print">
                      <a:extLst>
                        <a:ext uri="{28A0092B-C50C-407E-A947-70E740481C1C}">
                          <a14:useLocalDpi xmlns:a14="http://schemas.microsoft.com/office/drawing/2010/main" val="0"/>
                        </a:ext>
                      </a:extLst>
                    </a:blip>
                    <a:srcRect/>
                    <a:stretch>
                      <a:fillRect/>
                    </a:stretch>
                  </pic:blipFill>
                  <pic:spPr bwMode="auto">
                    <a:xfrm>
                      <a:off x="0" y="0"/>
                      <a:ext cx="154305" cy="182880"/>
                    </a:xfrm>
                    <a:prstGeom prst="rect">
                      <a:avLst/>
                    </a:prstGeom>
                    <a:noFill/>
                    <a:ln>
                      <a:noFill/>
                    </a:ln>
                  </pic:spPr>
                </pic:pic>
              </a:graphicData>
            </a:graphic>
          </wp:inline>
        </w:drawing>
      </w:r>
      <w:r w:rsidR="004B7CD0" w:rsidRPr="00B439DD">
        <w:rPr>
          <w:rFonts w:ascii="Times New Roman" w:hAnsi="Times New Roman" w:cs="Times New Roman"/>
          <w:sz w:val="28"/>
          <w:szCs w:val="28"/>
          <w:lang w:val="kk-KZ"/>
        </w:rPr>
        <w:t xml:space="preserve">оператордың жеткілікті үзіліссіздігі </w:t>
      </w:r>
      <w:r w:rsidRPr="00B439DD">
        <w:rPr>
          <w:rFonts w:ascii="Times New Roman" w:hAnsi="Times New Roman" w:cs="Times New Roman"/>
          <w:noProof/>
          <w:position w:val="-16"/>
          <w:sz w:val="28"/>
          <w:szCs w:val="28"/>
        </w:rPr>
        <w:drawing>
          <wp:inline distT="0" distB="0" distL="0" distR="0" wp14:anchorId="713ABC78" wp14:editId="48990025">
            <wp:extent cx="462280" cy="250190"/>
            <wp:effectExtent l="0" t="0" r="0" b="0"/>
            <wp:docPr id="2208" name="Рисунок 2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8"/>
                    <pic:cNvPicPr>
                      <a:picLocks noChangeAspect="1" noChangeArrowheads="1"/>
                    </pic:cNvPicPr>
                  </pic:nvPicPr>
                  <pic:blipFill>
                    <a:blip r:embed="rId2987" cstate="print">
                      <a:extLst>
                        <a:ext uri="{28A0092B-C50C-407E-A947-70E740481C1C}">
                          <a14:useLocalDpi xmlns:a14="http://schemas.microsoft.com/office/drawing/2010/main" val="0"/>
                        </a:ext>
                      </a:extLst>
                    </a:blip>
                    <a:srcRect/>
                    <a:stretch>
                      <a:fillRect/>
                    </a:stretch>
                  </pic:blipFill>
                  <pic:spPr bwMode="auto">
                    <a:xfrm>
                      <a:off x="0" y="0"/>
                      <a:ext cx="462280" cy="250190"/>
                    </a:xfrm>
                    <a:prstGeom prst="rect">
                      <a:avLst/>
                    </a:prstGeom>
                    <a:noFill/>
                    <a:ln>
                      <a:noFill/>
                    </a:ln>
                  </pic:spPr>
                </pic:pic>
              </a:graphicData>
            </a:graphic>
          </wp:inline>
        </w:drawing>
      </w:r>
      <w:r w:rsidR="004B7CD0" w:rsidRPr="00B439DD">
        <w:rPr>
          <w:rFonts w:ascii="Times New Roman" w:hAnsi="Times New Roman" w:cs="Times New Roman"/>
          <w:sz w:val="28"/>
          <w:szCs w:val="28"/>
          <w:lang w:val="kk-KZ"/>
        </w:rPr>
        <w:t xml:space="preserve">кеңістікте үлкен радиусты шарын өзіне-өзін аударуы және Шаудер теоремасы бізге Т оператордың </w:t>
      </w:r>
      <w:r w:rsidRPr="00B439DD">
        <w:rPr>
          <w:rFonts w:ascii="Times New Roman" w:hAnsi="Times New Roman" w:cs="Times New Roman"/>
          <w:noProof/>
          <w:position w:val="-16"/>
          <w:sz w:val="28"/>
          <w:szCs w:val="28"/>
        </w:rPr>
        <w:drawing>
          <wp:inline distT="0" distB="0" distL="0" distR="0" wp14:anchorId="755D39EE" wp14:editId="161AFE2E">
            <wp:extent cx="462280" cy="250190"/>
            <wp:effectExtent l="0" t="0" r="0" b="0"/>
            <wp:docPr id="2209" name="Рисунок 2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9"/>
                    <pic:cNvPicPr>
                      <a:picLocks noChangeAspect="1" noChangeArrowheads="1"/>
                    </pic:cNvPicPr>
                  </pic:nvPicPr>
                  <pic:blipFill>
                    <a:blip r:embed="rId2988" cstate="print">
                      <a:extLst>
                        <a:ext uri="{28A0092B-C50C-407E-A947-70E740481C1C}">
                          <a14:useLocalDpi xmlns:a14="http://schemas.microsoft.com/office/drawing/2010/main" val="0"/>
                        </a:ext>
                      </a:extLst>
                    </a:blip>
                    <a:srcRect/>
                    <a:stretch>
                      <a:fillRect/>
                    </a:stretch>
                  </pic:blipFill>
                  <pic:spPr bwMode="auto">
                    <a:xfrm>
                      <a:off x="0" y="0"/>
                      <a:ext cx="462280" cy="250190"/>
                    </a:xfrm>
                    <a:prstGeom prst="rect">
                      <a:avLst/>
                    </a:prstGeom>
                    <a:noFill/>
                    <a:ln>
                      <a:noFill/>
                    </a:ln>
                  </pic:spPr>
                </pic:pic>
              </a:graphicData>
            </a:graphic>
          </wp:inline>
        </w:drawing>
      </w:r>
      <w:r w:rsidR="004B7CD0" w:rsidRPr="00B439DD">
        <w:rPr>
          <w:rFonts w:ascii="Times New Roman" w:hAnsi="Times New Roman" w:cs="Times New Roman"/>
          <w:sz w:val="28"/>
          <w:szCs w:val="28"/>
          <w:lang w:val="kk-KZ"/>
        </w:rPr>
        <w:t xml:space="preserve">кеңістікте қозғалмайтын нүктесі бар екенін береді. Бұл нүкте, яғни </w:t>
      </w:r>
      <w:r w:rsidRPr="00B439DD">
        <w:rPr>
          <w:rFonts w:ascii="Times New Roman" w:hAnsi="Times New Roman" w:cs="Times New Roman"/>
          <w:noProof/>
          <w:position w:val="-16"/>
          <w:sz w:val="28"/>
          <w:szCs w:val="28"/>
        </w:rPr>
        <w:drawing>
          <wp:inline distT="0" distB="0" distL="0" distR="0" wp14:anchorId="148466DC" wp14:editId="74DB4567">
            <wp:extent cx="462280" cy="250190"/>
            <wp:effectExtent l="0" t="0" r="0" b="0"/>
            <wp:docPr id="2210" name="Рисунок 2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0"/>
                    <pic:cNvPicPr>
                      <a:picLocks noChangeAspect="1" noChangeArrowheads="1"/>
                    </pic:cNvPicPr>
                  </pic:nvPicPr>
                  <pic:blipFill>
                    <a:blip r:embed="rId2989" cstate="print">
                      <a:extLst>
                        <a:ext uri="{28A0092B-C50C-407E-A947-70E740481C1C}">
                          <a14:useLocalDpi xmlns:a14="http://schemas.microsoft.com/office/drawing/2010/main" val="0"/>
                        </a:ext>
                      </a:extLst>
                    </a:blip>
                    <a:srcRect/>
                    <a:stretch>
                      <a:fillRect/>
                    </a:stretch>
                  </pic:blipFill>
                  <pic:spPr bwMode="auto">
                    <a:xfrm>
                      <a:off x="0" y="0"/>
                      <a:ext cx="462280" cy="250190"/>
                    </a:xfrm>
                    <a:prstGeom prst="rect">
                      <a:avLst/>
                    </a:prstGeom>
                    <a:noFill/>
                    <a:ln>
                      <a:noFill/>
                    </a:ln>
                  </pic:spPr>
                </pic:pic>
              </a:graphicData>
            </a:graphic>
          </wp:inline>
        </w:drawing>
      </w:r>
      <w:r w:rsidR="004B7CD0" w:rsidRPr="00B439DD">
        <w:rPr>
          <w:rFonts w:ascii="Times New Roman" w:hAnsi="Times New Roman" w:cs="Times New Roman"/>
          <w:sz w:val="28"/>
          <w:szCs w:val="28"/>
          <w:lang w:val="kk-KZ"/>
        </w:rPr>
        <w:t xml:space="preserve">кеңістікте  </w:t>
      </w:r>
      <w:r w:rsidRPr="00B439DD">
        <w:rPr>
          <w:rFonts w:ascii="Times New Roman" w:hAnsi="Times New Roman" w:cs="Times New Roman"/>
          <w:noProof/>
          <w:position w:val="-12"/>
          <w:sz w:val="28"/>
          <w:szCs w:val="28"/>
        </w:rPr>
        <w:drawing>
          <wp:inline distT="0" distB="0" distL="0" distR="0" wp14:anchorId="366AC217" wp14:editId="55FED579">
            <wp:extent cx="529590" cy="231140"/>
            <wp:effectExtent l="0" t="0" r="0" b="0"/>
            <wp:docPr id="2211" name="Рисунок 2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1"/>
                    <pic:cNvPicPr>
                      <a:picLocks noChangeAspect="1" noChangeArrowheads="1"/>
                    </pic:cNvPicPr>
                  </pic:nvPicPr>
                  <pic:blipFill>
                    <a:blip r:embed="rId2990" cstate="print">
                      <a:extLst>
                        <a:ext uri="{28A0092B-C50C-407E-A947-70E740481C1C}">
                          <a14:useLocalDpi xmlns:a14="http://schemas.microsoft.com/office/drawing/2010/main" val="0"/>
                        </a:ext>
                      </a:extLst>
                    </a:blip>
                    <a:srcRect/>
                    <a:stretch>
                      <a:fillRect/>
                    </a:stretch>
                  </pic:blipFill>
                  <pic:spPr bwMode="auto">
                    <a:xfrm>
                      <a:off x="0" y="0"/>
                      <a:ext cx="529590" cy="231140"/>
                    </a:xfrm>
                    <a:prstGeom prst="rect">
                      <a:avLst/>
                    </a:prstGeom>
                    <a:noFill/>
                    <a:ln>
                      <a:noFill/>
                    </a:ln>
                  </pic:spPr>
                </pic:pic>
              </a:graphicData>
            </a:graphic>
          </wp:inline>
        </w:drawing>
      </w:r>
      <w:r w:rsidR="00DF58EA" w:rsidRPr="00B439DD">
        <w:rPr>
          <w:rFonts w:ascii="Times New Roman" w:hAnsi="Times New Roman" w:cs="Times New Roman"/>
          <w:sz w:val="28"/>
          <w:szCs w:val="28"/>
          <w:lang w:val="kk-KZ"/>
        </w:rPr>
        <w:t xml:space="preserve">функциясы . (2.35), (2.31), </w:t>
      </w:r>
      <w:r w:rsidR="00DF58EA" w:rsidRPr="00B439DD">
        <w:rPr>
          <w:rFonts w:ascii="Times New Roman" w:hAnsi="Times New Roman" w:cs="Times New Roman"/>
          <w:position w:val="-12"/>
          <w:sz w:val="28"/>
          <w:szCs w:val="28"/>
          <w:lang w:val="kk-KZ"/>
        </w:rPr>
        <w:object w:dxaOrig="840" w:dyaOrig="380" w14:anchorId="33881A65">
          <v:shape id="_x0000_i2242" type="#_x0000_t75" style="width:43.5pt;height:18.2pt" o:ole="">
            <v:imagedata r:id="rId2934" o:title=""/>
          </v:shape>
          <o:OLEObject Type="Embed" ProgID="Equation.DSMT4" ShapeID="_x0000_i2242" DrawAspect="Content" ObjectID="_1840332696" r:id="rId2991"/>
        </w:object>
      </w:r>
      <w:r w:rsidR="00DF58EA" w:rsidRPr="00B439DD">
        <w:rPr>
          <w:rFonts w:ascii="Times New Roman" w:hAnsi="Times New Roman" w:cs="Times New Roman"/>
          <w:sz w:val="28"/>
          <w:szCs w:val="28"/>
          <w:lang w:val="kk-KZ"/>
        </w:rPr>
        <w:t xml:space="preserve"> </w:t>
      </w:r>
      <w:r w:rsidR="004B7CD0" w:rsidRPr="00B439DD">
        <w:rPr>
          <w:rFonts w:ascii="Times New Roman" w:hAnsi="Times New Roman" w:cs="Times New Roman"/>
          <w:sz w:val="28"/>
          <w:szCs w:val="28"/>
          <w:lang w:val="kk-KZ"/>
        </w:rPr>
        <w:t>шеттік есе</w:t>
      </w:r>
      <w:r w:rsidR="00DF58EA" w:rsidRPr="00B439DD">
        <w:rPr>
          <w:rFonts w:ascii="Times New Roman" w:hAnsi="Times New Roman" w:cs="Times New Roman"/>
          <w:sz w:val="28"/>
          <w:szCs w:val="28"/>
          <w:lang w:val="kk-KZ"/>
        </w:rPr>
        <w:t xml:space="preserve">бінің ізделінді шешімі болады. </w:t>
      </w:r>
      <w:r w:rsidR="004B7CD0" w:rsidRPr="00B439DD">
        <w:rPr>
          <w:rFonts w:ascii="Times New Roman" w:hAnsi="Times New Roman" w:cs="Times New Roman"/>
          <w:sz w:val="28"/>
          <w:szCs w:val="28"/>
          <w:lang w:val="kk-KZ"/>
        </w:rPr>
        <w:t>(</w:t>
      </w:r>
      <w:r w:rsidR="00DF58EA" w:rsidRPr="00B439DD">
        <w:rPr>
          <w:rFonts w:ascii="Times New Roman" w:hAnsi="Times New Roman" w:cs="Times New Roman"/>
          <w:sz w:val="28"/>
          <w:szCs w:val="28"/>
          <w:lang w:val="kk-KZ"/>
        </w:rPr>
        <w:t>2.3</w:t>
      </w:r>
      <w:r w:rsidR="004B7CD0" w:rsidRPr="00B439DD">
        <w:rPr>
          <w:rFonts w:ascii="Times New Roman" w:hAnsi="Times New Roman" w:cs="Times New Roman"/>
          <w:sz w:val="28"/>
          <w:szCs w:val="28"/>
          <w:lang w:val="kk-KZ"/>
        </w:rPr>
        <w:t xml:space="preserve">5) теңдеуде </w:t>
      </w:r>
      <w:r w:rsidRPr="00B439DD">
        <w:rPr>
          <w:rFonts w:ascii="Times New Roman" w:hAnsi="Times New Roman" w:cs="Times New Roman"/>
          <w:noProof/>
          <w:position w:val="-6"/>
          <w:sz w:val="28"/>
          <w:szCs w:val="28"/>
        </w:rPr>
        <w:drawing>
          <wp:inline distT="0" distB="0" distL="0" distR="0" wp14:anchorId="23826747" wp14:editId="33D82540">
            <wp:extent cx="154305" cy="154305"/>
            <wp:effectExtent l="0" t="0" r="0" b="0"/>
            <wp:docPr id="2213" name="Рисунок 2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3"/>
                    <pic:cNvPicPr>
                      <a:picLocks noChangeAspect="1" noChangeArrowheads="1"/>
                    </pic:cNvPicPr>
                  </pic:nvPicPr>
                  <pic:blipFill>
                    <a:blip r:embed="rId2992" cstate="print">
                      <a:extLst>
                        <a:ext uri="{28A0092B-C50C-407E-A947-70E740481C1C}">
                          <a14:useLocalDpi xmlns:a14="http://schemas.microsoft.com/office/drawing/2010/main" val="0"/>
                        </a:ext>
                      </a:extLst>
                    </a:blip>
                    <a:srcRect/>
                    <a:stretch>
                      <a:fillRect/>
                    </a:stretch>
                  </pic:blipFill>
                  <pic:spPr bwMode="auto">
                    <a:xfrm>
                      <a:off x="0" y="0"/>
                      <a:ext cx="154305" cy="154305"/>
                    </a:xfrm>
                    <a:prstGeom prst="rect">
                      <a:avLst/>
                    </a:prstGeom>
                    <a:noFill/>
                    <a:ln>
                      <a:noFill/>
                    </a:ln>
                  </pic:spPr>
                </pic:pic>
              </a:graphicData>
            </a:graphic>
          </wp:inline>
        </w:drawing>
      </w:r>
      <w:r w:rsidR="004B7CD0" w:rsidRPr="00B439DD">
        <w:rPr>
          <w:rFonts w:ascii="Times New Roman" w:hAnsi="Times New Roman" w:cs="Times New Roman"/>
          <w:sz w:val="28"/>
          <w:szCs w:val="28"/>
          <w:lang w:val="kk-KZ"/>
        </w:rPr>
        <w:t xml:space="preserve">бойынша  шекке көшу априорлық бағалаудан алынады. Нолге </w:t>
      </w:r>
      <w:r w:rsidR="004B7CD0" w:rsidRPr="00B439DD">
        <w:rPr>
          <w:rFonts w:ascii="Times New Roman" w:hAnsi="Times New Roman" w:cs="Times New Roman"/>
          <w:position w:val="-4"/>
          <w:sz w:val="28"/>
          <w:szCs w:val="28"/>
          <w:lang w:val="kk-KZ"/>
        </w:rPr>
        <w:t xml:space="preserve"> жинақталатын </w:t>
      </w:r>
      <w:r w:rsidRPr="00B439DD">
        <w:rPr>
          <w:rFonts w:ascii="Times New Roman" w:hAnsi="Times New Roman" w:cs="Times New Roman"/>
          <w:noProof/>
          <w:position w:val="-12"/>
          <w:sz w:val="28"/>
          <w:szCs w:val="28"/>
        </w:rPr>
        <w:drawing>
          <wp:inline distT="0" distB="0" distL="0" distR="0" wp14:anchorId="5CC0E21D" wp14:editId="06F5392E">
            <wp:extent cx="337185" cy="231140"/>
            <wp:effectExtent l="0" t="0" r="5715" b="0"/>
            <wp:docPr id="2214" name="Рисунок 2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4"/>
                    <pic:cNvPicPr>
                      <a:picLocks noChangeAspect="1" noChangeArrowheads="1"/>
                    </pic:cNvPicPr>
                  </pic:nvPicPr>
                  <pic:blipFill>
                    <a:blip r:embed="rId2993" cstate="print">
                      <a:extLst>
                        <a:ext uri="{28A0092B-C50C-407E-A947-70E740481C1C}">
                          <a14:useLocalDpi xmlns:a14="http://schemas.microsoft.com/office/drawing/2010/main" val="0"/>
                        </a:ext>
                      </a:extLst>
                    </a:blip>
                    <a:srcRect/>
                    <a:stretch>
                      <a:fillRect/>
                    </a:stretch>
                  </pic:blipFill>
                  <pic:spPr bwMode="auto">
                    <a:xfrm>
                      <a:off x="0" y="0"/>
                      <a:ext cx="337185" cy="231140"/>
                    </a:xfrm>
                    <a:prstGeom prst="rect">
                      <a:avLst/>
                    </a:prstGeom>
                    <a:noFill/>
                    <a:ln>
                      <a:noFill/>
                    </a:ln>
                  </pic:spPr>
                </pic:pic>
              </a:graphicData>
            </a:graphic>
          </wp:inline>
        </w:drawing>
      </w:r>
      <w:r w:rsidR="004B7CD0" w:rsidRPr="00B439DD">
        <w:rPr>
          <w:rFonts w:ascii="Times New Roman" w:hAnsi="Times New Roman" w:cs="Times New Roman"/>
          <w:sz w:val="28"/>
          <w:szCs w:val="28"/>
          <w:lang w:val="kk-KZ"/>
        </w:rPr>
        <w:t xml:space="preserve"> сандар тізбегін таңдап алайық. </w:t>
      </w:r>
      <w:r w:rsidR="00DF58EA" w:rsidRPr="00B439DD">
        <w:rPr>
          <w:rFonts w:ascii="Times New Roman" w:hAnsi="Times New Roman" w:cs="Times New Roman"/>
          <w:sz w:val="28"/>
          <w:szCs w:val="28"/>
          <w:lang w:val="kk-KZ"/>
        </w:rPr>
        <w:t xml:space="preserve">. (2.35), (2.31), </w:t>
      </w:r>
      <w:r w:rsidR="00DF58EA" w:rsidRPr="00B439DD">
        <w:rPr>
          <w:rFonts w:ascii="Times New Roman" w:hAnsi="Times New Roman" w:cs="Times New Roman"/>
          <w:position w:val="-12"/>
          <w:sz w:val="28"/>
          <w:szCs w:val="28"/>
          <w:lang w:val="kk-KZ"/>
        </w:rPr>
        <w:object w:dxaOrig="900" w:dyaOrig="380" w14:anchorId="7F600394">
          <v:shape id="_x0000_i2243" type="#_x0000_t75" style="width:45.9pt;height:18.2pt" o:ole="">
            <v:imagedata r:id="rId2994" o:title=""/>
          </v:shape>
          <o:OLEObject Type="Embed" ProgID="Equation.DSMT4" ShapeID="_x0000_i2243" DrawAspect="Content" ObjectID="_1840332697" r:id="rId2995"/>
        </w:object>
      </w:r>
      <w:r w:rsidR="004B7CD0" w:rsidRPr="00B439DD">
        <w:rPr>
          <w:rFonts w:ascii="Times New Roman" w:hAnsi="Times New Roman" w:cs="Times New Roman"/>
          <w:sz w:val="28"/>
          <w:szCs w:val="28"/>
          <w:lang w:val="kk-KZ"/>
        </w:rPr>
        <w:t xml:space="preserve">шеттік есебінің шешімдер </w:t>
      </w:r>
      <w:r w:rsidRPr="00B439DD">
        <w:rPr>
          <w:rFonts w:ascii="Times New Roman" w:hAnsi="Times New Roman" w:cs="Times New Roman"/>
          <w:noProof/>
          <w:position w:val="-12"/>
          <w:sz w:val="28"/>
          <w:szCs w:val="28"/>
        </w:rPr>
        <w:drawing>
          <wp:inline distT="0" distB="0" distL="0" distR="0" wp14:anchorId="55FAD195" wp14:editId="30A608A2">
            <wp:extent cx="760095" cy="231140"/>
            <wp:effectExtent l="0" t="0" r="1905" b="0"/>
            <wp:docPr id="2216" name="Рисунок 2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6"/>
                    <pic:cNvPicPr>
                      <a:picLocks noChangeAspect="1" noChangeArrowheads="1"/>
                    </pic:cNvPicPr>
                  </pic:nvPicPr>
                  <pic:blipFill>
                    <a:blip r:embed="rId2996" cstate="print">
                      <a:extLst>
                        <a:ext uri="{28A0092B-C50C-407E-A947-70E740481C1C}">
                          <a14:useLocalDpi xmlns:a14="http://schemas.microsoft.com/office/drawing/2010/main" val="0"/>
                        </a:ext>
                      </a:extLst>
                    </a:blip>
                    <a:srcRect/>
                    <a:stretch>
                      <a:fillRect/>
                    </a:stretch>
                  </pic:blipFill>
                  <pic:spPr bwMode="auto">
                    <a:xfrm>
                      <a:off x="0" y="0"/>
                      <a:ext cx="760095" cy="231140"/>
                    </a:xfrm>
                    <a:prstGeom prst="rect">
                      <a:avLst/>
                    </a:prstGeom>
                    <a:noFill/>
                    <a:ln>
                      <a:noFill/>
                    </a:ln>
                  </pic:spPr>
                </pic:pic>
              </a:graphicData>
            </a:graphic>
          </wp:inline>
        </w:drawing>
      </w:r>
      <w:r w:rsidR="004B7CD0" w:rsidRPr="00B439DD">
        <w:rPr>
          <w:rFonts w:ascii="Times New Roman" w:hAnsi="Times New Roman" w:cs="Times New Roman"/>
          <w:sz w:val="28"/>
          <w:szCs w:val="28"/>
          <w:lang w:val="kk-KZ"/>
        </w:rPr>
        <w:t xml:space="preserve"> тізбегінен </w:t>
      </w:r>
      <w:r w:rsidRPr="00B439DD">
        <w:rPr>
          <w:rFonts w:ascii="Times New Roman" w:hAnsi="Times New Roman" w:cs="Times New Roman"/>
          <w:noProof/>
          <w:position w:val="-12"/>
          <w:sz w:val="28"/>
          <w:szCs w:val="28"/>
        </w:rPr>
        <w:drawing>
          <wp:inline distT="0" distB="0" distL="0" distR="0" wp14:anchorId="12471547" wp14:editId="6524B2A4">
            <wp:extent cx="914400" cy="231140"/>
            <wp:effectExtent l="0" t="0" r="0" b="0"/>
            <wp:docPr id="2217" name="Рисунок 2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7"/>
                    <pic:cNvPicPr>
                      <a:picLocks noChangeAspect="1" noChangeArrowheads="1"/>
                    </pic:cNvPicPr>
                  </pic:nvPicPr>
                  <pic:blipFill>
                    <a:blip r:embed="rId2997" cstate="print">
                      <a:extLst>
                        <a:ext uri="{28A0092B-C50C-407E-A947-70E740481C1C}">
                          <a14:useLocalDpi xmlns:a14="http://schemas.microsoft.com/office/drawing/2010/main" val="0"/>
                        </a:ext>
                      </a:extLst>
                    </a:blip>
                    <a:srcRect/>
                    <a:stretch>
                      <a:fillRect/>
                    </a:stretch>
                  </pic:blipFill>
                  <pic:spPr bwMode="auto">
                    <a:xfrm>
                      <a:off x="0" y="0"/>
                      <a:ext cx="914400" cy="231140"/>
                    </a:xfrm>
                    <a:prstGeom prst="rect">
                      <a:avLst/>
                    </a:prstGeom>
                    <a:noFill/>
                    <a:ln>
                      <a:noFill/>
                    </a:ln>
                  </pic:spPr>
                </pic:pic>
              </a:graphicData>
            </a:graphic>
          </wp:inline>
        </w:drawing>
      </w:r>
      <w:r w:rsidR="004B7CD0" w:rsidRPr="00B439DD">
        <w:rPr>
          <w:rFonts w:ascii="Times New Roman" w:hAnsi="Times New Roman" w:cs="Times New Roman"/>
          <w:sz w:val="28"/>
          <w:szCs w:val="28"/>
          <w:lang w:val="kk-KZ"/>
        </w:rPr>
        <w:t xml:space="preserve"> болғанда, </w:t>
      </w:r>
      <w:r w:rsidRPr="00B439DD">
        <w:rPr>
          <w:rFonts w:ascii="Times New Roman" w:hAnsi="Times New Roman" w:cs="Times New Roman"/>
          <w:noProof/>
          <w:position w:val="-6"/>
          <w:sz w:val="28"/>
          <w:szCs w:val="28"/>
        </w:rPr>
        <w:drawing>
          <wp:inline distT="0" distB="0" distL="0" distR="0" wp14:anchorId="4C07F798" wp14:editId="72612B43">
            <wp:extent cx="529590" cy="182880"/>
            <wp:effectExtent l="0" t="0" r="3810" b="7620"/>
            <wp:docPr id="2218" name="Рисунок 2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8"/>
                    <pic:cNvPicPr>
                      <a:picLocks noChangeAspect="1" noChangeArrowheads="1"/>
                    </pic:cNvPicPr>
                  </pic:nvPicPr>
                  <pic:blipFill>
                    <a:blip r:embed="rId2998" cstate="print">
                      <a:extLst>
                        <a:ext uri="{28A0092B-C50C-407E-A947-70E740481C1C}">
                          <a14:useLocalDpi xmlns:a14="http://schemas.microsoft.com/office/drawing/2010/main" val="0"/>
                        </a:ext>
                      </a:extLst>
                    </a:blip>
                    <a:srcRect/>
                    <a:stretch>
                      <a:fillRect/>
                    </a:stretch>
                  </pic:blipFill>
                  <pic:spPr bwMode="auto">
                    <a:xfrm>
                      <a:off x="0" y="0"/>
                      <a:ext cx="529590" cy="182880"/>
                    </a:xfrm>
                    <a:prstGeom prst="rect">
                      <a:avLst/>
                    </a:prstGeom>
                    <a:noFill/>
                    <a:ln>
                      <a:noFill/>
                    </a:ln>
                  </pic:spPr>
                </pic:pic>
              </a:graphicData>
            </a:graphic>
          </wp:inline>
        </w:drawing>
      </w:r>
      <w:r w:rsidR="004B7CD0" w:rsidRPr="00B439DD">
        <w:rPr>
          <w:rFonts w:ascii="Times New Roman" w:hAnsi="Times New Roman" w:cs="Times New Roman"/>
          <w:sz w:val="28"/>
          <w:szCs w:val="28"/>
          <w:lang w:val="kk-KZ"/>
        </w:rPr>
        <w:t xml:space="preserve">орындалатын </w:t>
      </w:r>
      <w:r w:rsidRPr="00B439DD">
        <w:rPr>
          <w:rFonts w:ascii="Times New Roman" w:hAnsi="Times New Roman" w:cs="Times New Roman"/>
          <w:noProof/>
          <w:position w:val="-16"/>
          <w:sz w:val="28"/>
          <w:szCs w:val="28"/>
        </w:rPr>
        <w:drawing>
          <wp:inline distT="0" distB="0" distL="0" distR="0" wp14:anchorId="68B261E6" wp14:editId="6CDCE4FE">
            <wp:extent cx="817880" cy="250190"/>
            <wp:effectExtent l="0" t="0" r="1270" b="0"/>
            <wp:docPr id="2219" name="Рисунок 2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9"/>
                    <pic:cNvPicPr>
                      <a:picLocks noChangeAspect="1" noChangeArrowheads="1"/>
                    </pic:cNvPicPr>
                  </pic:nvPicPr>
                  <pic:blipFill>
                    <a:blip r:embed="rId2999" cstate="print">
                      <a:extLst>
                        <a:ext uri="{28A0092B-C50C-407E-A947-70E740481C1C}">
                          <a14:useLocalDpi xmlns:a14="http://schemas.microsoft.com/office/drawing/2010/main" val="0"/>
                        </a:ext>
                      </a:extLst>
                    </a:blip>
                    <a:srcRect/>
                    <a:stretch>
                      <a:fillRect/>
                    </a:stretch>
                  </pic:blipFill>
                  <pic:spPr bwMode="auto">
                    <a:xfrm>
                      <a:off x="0" y="0"/>
                      <a:ext cx="817880" cy="250190"/>
                    </a:xfrm>
                    <a:prstGeom prst="rect">
                      <a:avLst/>
                    </a:prstGeom>
                    <a:noFill/>
                    <a:ln>
                      <a:noFill/>
                    </a:ln>
                  </pic:spPr>
                </pic:pic>
              </a:graphicData>
            </a:graphic>
          </wp:inline>
        </w:drawing>
      </w:r>
      <w:r w:rsidR="004B7CD0" w:rsidRPr="00B439DD">
        <w:rPr>
          <w:rFonts w:ascii="Times New Roman" w:hAnsi="Times New Roman" w:cs="Times New Roman"/>
          <w:sz w:val="28"/>
          <w:szCs w:val="28"/>
          <w:lang w:val="kk-KZ"/>
        </w:rPr>
        <w:t xml:space="preserve"> тізбекшелер аламыз:</w:t>
      </w:r>
    </w:p>
    <w:p w14:paraId="18F13E73" w14:textId="77777777" w:rsidR="004B7CD0" w:rsidRPr="00B439DD" w:rsidRDefault="004B7CD0" w:rsidP="00B439DD">
      <w:pPr>
        <w:spacing w:after="0" w:line="240" w:lineRule="auto"/>
        <w:jc w:val="both"/>
        <w:rPr>
          <w:rFonts w:ascii="Times New Roman" w:hAnsi="Times New Roman" w:cs="Times New Roman"/>
          <w:position w:val="-4"/>
          <w:sz w:val="28"/>
          <w:szCs w:val="28"/>
          <w:lang w:val="kk-KZ"/>
        </w:rPr>
      </w:pPr>
    </w:p>
    <w:p w14:paraId="79F59266" w14:textId="18D67DE9" w:rsidR="004B7CD0" w:rsidRPr="00B439DD" w:rsidRDefault="004B7CD0" w:rsidP="00B439DD">
      <w:pPr>
        <w:spacing w:after="0" w:line="240" w:lineRule="auto"/>
        <w:jc w:val="both"/>
        <w:rPr>
          <w:rFonts w:ascii="Times New Roman" w:hAnsi="Times New Roman" w:cs="Times New Roman"/>
          <w:sz w:val="28"/>
          <w:szCs w:val="28"/>
          <w:lang w:val="kk-KZ"/>
        </w:rPr>
      </w:pPr>
      <w:r w:rsidRPr="00B439DD">
        <w:rPr>
          <w:rFonts w:ascii="Times New Roman" w:hAnsi="Times New Roman" w:cs="Times New Roman"/>
          <w:position w:val="-14"/>
          <w:sz w:val="28"/>
          <w:szCs w:val="28"/>
          <w:lang w:val="kk-KZ"/>
        </w:rPr>
        <w:tab/>
      </w:r>
      <w:r w:rsidR="00A135AE" w:rsidRPr="00B439DD">
        <w:rPr>
          <w:rFonts w:ascii="Times New Roman" w:hAnsi="Times New Roman" w:cs="Times New Roman"/>
          <w:noProof/>
          <w:position w:val="-16"/>
          <w:sz w:val="28"/>
          <w:szCs w:val="28"/>
        </w:rPr>
        <w:drawing>
          <wp:inline distT="0" distB="0" distL="0" distR="0" wp14:anchorId="1E62B309" wp14:editId="7A8D467F">
            <wp:extent cx="1376680" cy="250190"/>
            <wp:effectExtent l="0" t="0" r="0" b="0"/>
            <wp:docPr id="2220" name="Рисунок 2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0"/>
                    <pic:cNvPicPr>
                      <a:picLocks noChangeAspect="1" noChangeArrowheads="1"/>
                    </pic:cNvPicPr>
                  </pic:nvPicPr>
                  <pic:blipFill>
                    <a:blip r:embed="rId3000" cstate="print">
                      <a:extLst>
                        <a:ext uri="{28A0092B-C50C-407E-A947-70E740481C1C}">
                          <a14:useLocalDpi xmlns:a14="http://schemas.microsoft.com/office/drawing/2010/main" val="0"/>
                        </a:ext>
                      </a:extLst>
                    </a:blip>
                    <a:srcRect/>
                    <a:stretch>
                      <a:fillRect/>
                    </a:stretch>
                  </pic:blipFill>
                  <pic:spPr bwMode="auto">
                    <a:xfrm>
                      <a:off x="0" y="0"/>
                      <a:ext cx="1376680" cy="250190"/>
                    </a:xfrm>
                    <a:prstGeom prst="rect">
                      <a:avLst/>
                    </a:prstGeom>
                    <a:noFill/>
                    <a:ln>
                      <a:noFill/>
                    </a:ln>
                  </pic:spPr>
                </pic:pic>
              </a:graphicData>
            </a:graphic>
          </wp:inline>
        </w:drawing>
      </w:r>
      <w:r w:rsidRPr="00B439DD">
        <w:rPr>
          <w:rFonts w:ascii="Times New Roman" w:hAnsi="Times New Roman" w:cs="Times New Roman"/>
          <w:sz w:val="28"/>
          <w:szCs w:val="28"/>
          <w:lang w:val="kk-KZ"/>
        </w:rPr>
        <w:t xml:space="preserve"> әлсіз </w:t>
      </w:r>
      <w:r w:rsidR="00A135AE" w:rsidRPr="00B439DD">
        <w:rPr>
          <w:rFonts w:ascii="Times New Roman" w:hAnsi="Times New Roman" w:cs="Times New Roman"/>
          <w:noProof/>
          <w:position w:val="-12"/>
          <w:sz w:val="28"/>
          <w:szCs w:val="28"/>
        </w:rPr>
        <w:drawing>
          <wp:inline distT="0" distB="0" distL="0" distR="0" wp14:anchorId="4B7B2B1F" wp14:editId="4410101E">
            <wp:extent cx="529590" cy="231140"/>
            <wp:effectExtent l="0" t="0" r="3810" b="0"/>
            <wp:docPr id="2221" name="Рисунок 2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1"/>
                    <pic:cNvPicPr>
                      <a:picLocks noChangeAspect="1" noChangeArrowheads="1"/>
                    </pic:cNvPicPr>
                  </pic:nvPicPr>
                  <pic:blipFill>
                    <a:blip r:embed="rId3001" cstate="print">
                      <a:extLst>
                        <a:ext uri="{28A0092B-C50C-407E-A947-70E740481C1C}">
                          <a14:useLocalDpi xmlns:a14="http://schemas.microsoft.com/office/drawing/2010/main" val="0"/>
                        </a:ext>
                      </a:extLst>
                    </a:blip>
                    <a:srcRect/>
                    <a:stretch>
                      <a:fillRect/>
                    </a:stretch>
                  </pic:blipFill>
                  <pic:spPr bwMode="auto">
                    <a:xfrm>
                      <a:off x="0" y="0"/>
                      <a:ext cx="529590" cy="231140"/>
                    </a:xfrm>
                    <a:prstGeom prst="rect">
                      <a:avLst/>
                    </a:prstGeom>
                    <a:noFill/>
                    <a:ln>
                      <a:noFill/>
                    </a:ln>
                  </pic:spPr>
                </pic:pic>
              </a:graphicData>
            </a:graphic>
          </wp:inline>
        </w:drawing>
      </w:r>
    </w:p>
    <w:p w14:paraId="5CFE3DFA" w14:textId="6C10D078" w:rsidR="004B7CD0" w:rsidRPr="00B439DD" w:rsidRDefault="004B7CD0" w:rsidP="00B439DD">
      <w:pPr>
        <w:spacing w:after="0" w:line="240" w:lineRule="auto"/>
        <w:jc w:val="both"/>
        <w:rPr>
          <w:rFonts w:ascii="Times New Roman" w:hAnsi="Times New Roman" w:cs="Times New Roman"/>
          <w:sz w:val="28"/>
          <w:szCs w:val="28"/>
          <w:lang w:val="kk-KZ"/>
        </w:rPr>
      </w:pPr>
      <w:r w:rsidRPr="00B439DD">
        <w:rPr>
          <w:rFonts w:ascii="Times New Roman" w:hAnsi="Times New Roman" w:cs="Times New Roman"/>
          <w:position w:val="-14"/>
          <w:sz w:val="28"/>
          <w:szCs w:val="28"/>
          <w:lang w:val="kk-KZ"/>
        </w:rPr>
        <w:tab/>
      </w:r>
      <w:r w:rsidR="00A135AE" w:rsidRPr="00B439DD">
        <w:rPr>
          <w:rFonts w:ascii="Times New Roman" w:hAnsi="Times New Roman" w:cs="Times New Roman"/>
          <w:noProof/>
          <w:position w:val="-16"/>
          <w:sz w:val="28"/>
          <w:szCs w:val="28"/>
        </w:rPr>
        <w:drawing>
          <wp:inline distT="0" distB="0" distL="0" distR="0" wp14:anchorId="4F322FB5" wp14:editId="2CA5B4AB">
            <wp:extent cx="1780540" cy="250190"/>
            <wp:effectExtent l="0" t="0" r="0" b="0"/>
            <wp:docPr id="2222" name="Рисунок 2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2"/>
                    <pic:cNvPicPr>
                      <a:picLocks noChangeAspect="1" noChangeArrowheads="1"/>
                    </pic:cNvPicPr>
                  </pic:nvPicPr>
                  <pic:blipFill>
                    <a:blip r:embed="rId3002" cstate="print">
                      <a:extLst>
                        <a:ext uri="{28A0092B-C50C-407E-A947-70E740481C1C}">
                          <a14:useLocalDpi xmlns:a14="http://schemas.microsoft.com/office/drawing/2010/main" val="0"/>
                        </a:ext>
                      </a:extLst>
                    </a:blip>
                    <a:srcRect/>
                    <a:stretch>
                      <a:fillRect/>
                    </a:stretch>
                  </pic:blipFill>
                  <pic:spPr bwMode="auto">
                    <a:xfrm>
                      <a:off x="0" y="0"/>
                      <a:ext cx="1780540" cy="250190"/>
                    </a:xfrm>
                    <a:prstGeom prst="rect">
                      <a:avLst/>
                    </a:prstGeom>
                    <a:noFill/>
                    <a:ln>
                      <a:noFill/>
                    </a:ln>
                  </pic:spPr>
                </pic:pic>
              </a:graphicData>
            </a:graphic>
          </wp:inline>
        </w:drawing>
      </w:r>
      <w:r w:rsidRPr="00B439DD">
        <w:rPr>
          <w:rFonts w:ascii="Times New Roman" w:hAnsi="Times New Roman" w:cs="Times New Roman"/>
          <w:sz w:val="28"/>
          <w:szCs w:val="28"/>
          <w:lang w:val="kk-KZ"/>
        </w:rPr>
        <w:t xml:space="preserve"> әлсіз  </w:t>
      </w:r>
      <w:r w:rsidR="00A135AE" w:rsidRPr="00B439DD">
        <w:rPr>
          <w:rFonts w:ascii="Times New Roman" w:hAnsi="Times New Roman" w:cs="Times New Roman"/>
          <w:noProof/>
          <w:position w:val="-12"/>
          <w:sz w:val="28"/>
          <w:szCs w:val="28"/>
        </w:rPr>
        <w:drawing>
          <wp:inline distT="0" distB="0" distL="0" distR="0" wp14:anchorId="535D1EBA" wp14:editId="1488F598">
            <wp:extent cx="529590" cy="231140"/>
            <wp:effectExtent l="0" t="0" r="3810" b="0"/>
            <wp:docPr id="2223" name="Рисунок 2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3"/>
                    <pic:cNvPicPr>
                      <a:picLocks noChangeAspect="1" noChangeArrowheads="1"/>
                    </pic:cNvPicPr>
                  </pic:nvPicPr>
                  <pic:blipFill>
                    <a:blip r:embed="rId3003" cstate="print">
                      <a:extLst>
                        <a:ext uri="{28A0092B-C50C-407E-A947-70E740481C1C}">
                          <a14:useLocalDpi xmlns:a14="http://schemas.microsoft.com/office/drawing/2010/main" val="0"/>
                        </a:ext>
                      </a:extLst>
                    </a:blip>
                    <a:srcRect/>
                    <a:stretch>
                      <a:fillRect/>
                    </a:stretch>
                  </pic:blipFill>
                  <pic:spPr bwMode="auto">
                    <a:xfrm>
                      <a:off x="0" y="0"/>
                      <a:ext cx="529590" cy="231140"/>
                    </a:xfrm>
                    <a:prstGeom prst="rect">
                      <a:avLst/>
                    </a:prstGeom>
                    <a:noFill/>
                    <a:ln>
                      <a:noFill/>
                    </a:ln>
                  </pic:spPr>
                </pic:pic>
              </a:graphicData>
            </a:graphic>
          </wp:inline>
        </w:drawing>
      </w:r>
    </w:p>
    <w:p w14:paraId="209C8174" w14:textId="71291129" w:rsidR="004B7CD0" w:rsidRPr="00B439DD" w:rsidRDefault="004B7CD0" w:rsidP="00B439DD">
      <w:pPr>
        <w:spacing w:after="0" w:line="240" w:lineRule="auto"/>
        <w:jc w:val="both"/>
        <w:rPr>
          <w:rFonts w:ascii="Times New Roman" w:hAnsi="Times New Roman" w:cs="Times New Roman"/>
          <w:sz w:val="28"/>
          <w:szCs w:val="28"/>
          <w:lang w:val="kk-KZ"/>
        </w:rPr>
      </w:pPr>
      <w:r w:rsidRPr="00B439DD">
        <w:rPr>
          <w:rFonts w:ascii="Times New Roman" w:hAnsi="Times New Roman" w:cs="Times New Roman"/>
          <w:position w:val="-14"/>
          <w:sz w:val="28"/>
          <w:szCs w:val="28"/>
          <w:lang w:val="kk-KZ"/>
        </w:rPr>
        <w:tab/>
      </w:r>
      <w:r w:rsidR="00A135AE" w:rsidRPr="00B439DD">
        <w:rPr>
          <w:rFonts w:ascii="Times New Roman" w:hAnsi="Times New Roman" w:cs="Times New Roman"/>
          <w:noProof/>
          <w:position w:val="-16"/>
          <w:sz w:val="28"/>
          <w:szCs w:val="28"/>
        </w:rPr>
        <w:drawing>
          <wp:inline distT="0" distB="0" distL="0" distR="0" wp14:anchorId="36709598" wp14:editId="579102E6">
            <wp:extent cx="1491615" cy="250190"/>
            <wp:effectExtent l="0" t="0" r="0" b="0"/>
            <wp:docPr id="2224" name="Рисунок 2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4"/>
                    <pic:cNvPicPr>
                      <a:picLocks noChangeAspect="1" noChangeArrowheads="1"/>
                    </pic:cNvPicPr>
                  </pic:nvPicPr>
                  <pic:blipFill>
                    <a:blip r:embed="rId3004" cstate="print">
                      <a:extLst>
                        <a:ext uri="{28A0092B-C50C-407E-A947-70E740481C1C}">
                          <a14:useLocalDpi xmlns:a14="http://schemas.microsoft.com/office/drawing/2010/main" val="0"/>
                        </a:ext>
                      </a:extLst>
                    </a:blip>
                    <a:srcRect/>
                    <a:stretch>
                      <a:fillRect/>
                    </a:stretch>
                  </pic:blipFill>
                  <pic:spPr bwMode="auto">
                    <a:xfrm>
                      <a:off x="0" y="0"/>
                      <a:ext cx="1491615" cy="250190"/>
                    </a:xfrm>
                    <a:prstGeom prst="rect">
                      <a:avLst/>
                    </a:prstGeom>
                    <a:noFill/>
                    <a:ln>
                      <a:noFill/>
                    </a:ln>
                  </pic:spPr>
                </pic:pic>
              </a:graphicData>
            </a:graphic>
          </wp:inline>
        </w:drawing>
      </w:r>
      <w:r w:rsidRPr="00B439DD">
        <w:rPr>
          <w:rFonts w:ascii="Times New Roman" w:hAnsi="Times New Roman" w:cs="Times New Roman"/>
          <w:sz w:val="28"/>
          <w:szCs w:val="28"/>
          <w:lang w:val="kk-KZ"/>
        </w:rPr>
        <w:t xml:space="preserve"> әлсіз </w:t>
      </w:r>
      <w:r w:rsidR="00A135AE" w:rsidRPr="00B439DD">
        <w:rPr>
          <w:rFonts w:ascii="Times New Roman" w:hAnsi="Times New Roman" w:cs="Times New Roman"/>
          <w:noProof/>
          <w:position w:val="-12"/>
          <w:sz w:val="28"/>
          <w:szCs w:val="28"/>
        </w:rPr>
        <w:drawing>
          <wp:inline distT="0" distB="0" distL="0" distR="0" wp14:anchorId="1827C1C3" wp14:editId="75C41CEB">
            <wp:extent cx="529590" cy="231140"/>
            <wp:effectExtent l="0" t="0" r="3810" b="0"/>
            <wp:docPr id="2225" name="Рисунок 2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5"/>
                    <pic:cNvPicPr>
                      <a:picLocks noChangeAspect="1" noChangeArrowheads="1"/>
                    </pic:cNvPicPr>
                  </pic:nvPicPr>
                  <pic:blipFill>
                    <a:blip r:embed="rId3005" cstate="print">
                      <a:extLst>
                        <a:ext uri="{28A0092B-C50C-407E-A947-70E740481C1C}">
                          <a14:useLocalDpi xmlns:a14="http://schemas.microsoft.com/office/drawing/2010/main" val="0"/>
                        </a:ext>
                      </a:extLst>
                    </a:blip>
                    <a:srcRect/>
                    <a:stretch>
                      <a:fillRect/>
                    </a:stretch>
                  </pic:blipFill>
                  <pic:spPr bwMode="auto">
                    <a:xfrm>
                      <a:off x="0" y="0"/>
                      <a:ext cx="529590" cy="231140"/>
                    </a:xfrm>
                    <a:prstGeom prst="rect">
                      <a:avLst/>
                    </a:prstGeom>
                    <a:noFill/>
                    <a:ln>
                      <a:noFill/>
                    </a:ln>
                  </pic:spPr>
                </pic:pic>
              </a:graphicData>
            </a:graphic>
          </wp:inline>
        </w:drawing>
      </w:r>
    </w:p>
    <w:p w14:paraId="2F1F0C9E" w14:textId="66C38CBF" w:rsidR="004B7CD0" w:rsidRPr="00B439DD" w:rsidRDefault="004B7CD0" w:rsidP="00B439DD">
      <w:pPr>
        <w:spacing w:after="0" w:line="240" w:lineRule="auto"/>
        <w:jc w:val="both"/>
        <w:rPr>
          <w:rFonts w:ascii="Times New Roman" w:hAnsi="Times New Roman" w:cs="Times New Roman"/>
          <w:sz w:val="28"/>
          <w:szCs w:val="28"/>
          <w:lang w:val="kk-KZ"/>
        </w:rPr>
      </w:pPr>
      <w:r w:rsidRPr="00B439DD">
        <w:rPr>
          <w:rFonts w:ascii="Times New Roman" w:hAnsi="Times New Roman" w:cs="Times New Roman"/>
          <w:position w:val="-14"/>
          <w:sz w:val="28"/>
          <w:szCs w:val="28"/>
          <w:lang w:val="kk-KZ"/>
        </w:rPr>
        <w:tab/>
      </w:r>
      <w:r w:rsidR="00A135AE" w:rsidRPr="00B439DD">
        <w:rPr>
          <w:rFonts w:ascii="Times New Roman" w:hAnsi="Times New Roman" w:cs="Times New Roman"/>
          <w:noProof/>
          <w:position w:val="-16"/>
          <w:sz w:val="28"/>
          <w:szCs w:val="28"/>
        </w:rPr>
        <w:drawing>
          <wp:inline distT="0" distB="0" distL="0" distR="0" wp14:anchorId="48410BA3" wp14:editId="68E65123">
            <wp:extent cx="1376680" cy="250190"/>
            <wp:effectExtent l="0" t="0" r="0" b="0"/>
            <wp:docPr id="2226" name="Рисунок 2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6"/>
                    <pic:cNvPicPr>
                      <a:picLocks noChangeAspect="1" noChangeArrowheads="1"/>
                    </pic:cNvPicPr>
                  </pic:nvPicPr>
                  <pic:blipFill>
                    <a:blip r:embed="rId3006" cstate="print">
                      <a:extLst>
                        <a:ext uri="{28A0092B-C50C-407E-A947-70E740481C1C}">
                          <a14:useLocalDpi xmlns:a14="http://schemas.microsoft.com/office/drawing/2010/main" val="0"/>
                        </a:ext>
                      </a:extLst>
                    </a:blip>
                    <a:srcRect/>
                    <a:stretch>
                      <a:fillRect/>
                    </a:stretch>
                  </pic:blipFill>
                  <pic:spPr bwMode="auto">
                    <a:xfrm>
                      <a:off x="0" y="0"/>
                      <a:ext cx="1376680" cy="250190"/>
                    </a:xfrm>
                    <a:prstGeom prst="rect">
                      <a:avLst/>
                    </a:prstGeom>
                    <a:noFill/>
                    <a:ln>
                      <a:noFill/>
                    </a:ln>
                  </pic:spPr>
                </pic:pic>
              </a:graphicData>
            </a:graphic>
          </wp:inline>
        </w:drawing>
      </w:r>
      <w:r w:rsidRPr="00B439DD">
        <w:rPr>
          <w:rFonts w:ascii="Times New Roman" w:hAnsi="Times New Roman" w:cs="Times New Roman"/>
          <w:sz w:val="28"/>
          <w:szCs w:val="28"/>
          <w:lang w:val="kk-KZ"/>
        </w:rPr>
        <w:t xml:space="preserve"> әлді</w:t>
      </w:r>
      <w:r w:rsidR="00A135AE" w:rsidRPr="00B439DD">
        <w:rPr>
          <w:rFonts w:ascii="Times New Roman" w:hAnsi="Times New Roman" w:cs="Times New Roman"/>
          <w:noProof/>
          <w:position w:val="-12"/>
          <w:sz w:val="28"/>
          <w:szCs w:val="28"/>
        </w:rPr>
        <w:drawing>
          <wp:inline distT="0" distB="0" distL="0" distR="0" wp14:anchorId="02685618" wp14:editId="45349E88">
            <wp:extent cx="462280" cy="231140"/>
            <wp:effectExtent l="0" t="0" r="0" b="0"/>
            <wp:docPr id="2227" name="Рисунок 2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7"/>
                    <pic:cNvPicPr>
                      <a:picLocks noChangeAspect="1" noChangeArrowheads="1"/>
                    </pic:cNvPicPr>
                  </pic:nvPicPr>
                  <pic:blipFill>
                    <a:blip r:embed="rId3007" cstate="print">
                      <a:extLst>
                        <a:ext uri="{28A0092B-C50C-407E-A947-70E740481C1C}">
                          <a14:useLocalDpi xmlns:a14="http://schemas.microsoft.com/office/drawing/2010/main" val="0"/>
                        </a:ext>
                      </a:extLst>
                    </a:blip>
                    <a:srcRect/>
                    <a:stretch>
                      <a:fillRect/>
                    </a:stretch>
                  </pic:blipFill>
                  <pic:spPr bwMode="auto">
                    <a:xfrm>
                      <a:off x="0" y="0"/>
                      <a:ext cx="462280" cy="231140"/>
                    </a:xfrm>
                    <a:prstGeom prst="rect">
                      <a:avLst/>
                    </a:prstGeom>
                    <a:noFill/>
                    <a:ln>
                      <a:noFill/>
                    </a:ln>
                  </pic:spPr>
                </pic:pic>
              </a:graphicData>
            </a:graphic>
          </wp:inline>
        </w:drawing>
      </w:r>
    </w:p>
    <w:p w14:paraId="5533DC31" w14:textId="3DD74E71" w:rsidR="004B7CD0" w:rsidRPr="00B439DD" w:rsidRDefault="004B7CD0" w:rsidP="00B439DD">
      <w:pPr>
        <w:spacing w:after="0" w:line="240" w:lineRule="auto"/>
        <w:jc w:val="both"/>
        <w:rPr>
          <w:rFonts w:ascii="Times New Roman" w:hAnsi="Times New Roman" w:cs="Times New Roman"/>
          <w:sz w:val="28"/>
          <w:szCs w:val="28"/>
          <w:lang w:val="kk-KZ"/>
        </w:rPr>
      </w:pPr>
      <w:r w:rsidRPr="00B439DD">
        <w:rPr>
          <w:rFonts w:ascii="Times New Roman" w:hAnsi="Times New Roman" w:cs="Times New Roman"/>
          <w:position w:val="-14"/>
          <w:sz w:val="28"/>
          <w:szCs w:val="28"/>
          <w:lang w:val="kk-KZ"/>
        </w:rPr>
        <w:tab/>
      </w:r>
      <w:r w:rsidR="00A135AE" w:rsidRPr="00B439DD">
        <w:rPr>
          <w:rFonts w:ascii="Times New Roman" w:hAnsi="Times New Roman" w:cs="Times New Roman"/>
          <w:noProof/>
          <w:position w:val="-16"/>
          <w:sz w:val="28"/>
          <w:szCs w:val="28"/>
        </w:rPr>
        <w:drawing>
          <wp:inline distT="0" distB="0" distL="0" distR="0" wp14:anchorId="77BB7D14" wp14:editId="059EF2DA">
            <wp:extent cx="1328420" cy="250190"/>
            <wp:effectExtent l="0" t="0" r="5080" b="0"/>
            <wp:docPr id="2228" name="Рисунок 2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8"/>
                    <pic:cNvPicPr>
                      <a:picLocks noChangeAspect="1" noChangeArrowheads="1"/>
                    </pic:cNvPicPr>
                  </pic:nvPicPr>
                  <pic:blipFill>
                    <a:blip r:embed="rId3008" cstate="print">
                      <a:extLst>
                        <a:ext uri="{28A0092B-C50C-407E-A947-70E740481C1C}">
                          <a14:useLocalDpi xmlns:a14="http://schemas.microsoft.com/office/drawing/2010/main" val="0"/>
                        </a:ext>
                      </a:extLst>
                    </a:blip>
                    <a:srcRect/>
                    <a:stretch>
                      <a:fillRect/>
                    </a:stretch>
                  </pic:blipFill>
                  <pic:spPr bwMode="auto">
                    <a:xfrm>
                      <a:off x="0" y="0"/>
                      <a:ext cx="1328420" cy="250190"/>
                    </a:xfrm>
                    <a:prstGeom prst="rect">
                      <a:avLst/>
                    </a:prstGeom>
                    <a:noFill/>
                    <a:ln>
                      <a:noFill/>
                    </a:ln>
                  </pic:spPr>
                </pic:pic>
              </a:graphicData>
            </a:graphic>
          </wp:inline>
        </w:drawing>
      </w:r>
      <w:r w:rsidRPr="00B439DD">
        <w:rPr>
          <w:rFonts w:ascii="Times New Roman" w:hAnsi="Times New Roman" w:cs="Times New Roman"/>
          <w:sz w:val="28"/>
          <w:szCs w:val="28"/>
          <w:lang w:val="kk-KZ"/>
        </w:rPr>
        <w:t xml:space="preserve"> әлді</w:t>
      </w:r>
      <w:r w:rsidR="00A135AE" w:rsidRPr="00B439DD">
        <w:rPr>
          <w:rFonts w:ascii="Times New Roman" w:hAnsi="Times New Roman" w:cs="Times New Roman"/>
          <w:noProof/>
          <w:position w:val="-12"/>
          <w:sz w:val="28"/>
          <w:szCs w:val="28"/>
        </w:rPr>
        <w:drawing>
          <wp:inline distT="0" distB="0" distL="0" distR="0" wp14:anchorId="6EBA6878" wp14:editId="0B783FB1">
            <wp:extent cx="462280" cy="231140"/>
            <wp:effectExtent l="0" t="0" r="0" b="0"/>
            <wp:docPr id="2229" name="Рисунок 2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9"/>
                    <pic:cNvPicPr>
                      <a:picLocks noChangeAspect="1" noChangeArrowheads="1"/>
                    </pic:cNvPicPr>
                  </pic:nvPicPr>
                  <pic:blipFill>
                    <a:blip r:embed="rId3009" cstate="print">
                      <a:extLst>
                        <a:ext uri="{28A0092B-C50C-407E-A947-70E740481C1C}">
                          <a14:useLocalDpi xmlns:a14="http://schemas.microsoft.com/office/drawing/2010/main" val="0"/>
                        </a:ext>
                      </a:extLst>
                    </a:blip>
                    <a:srcRect/>
                    <a:stretch>
                      <a:fillRect/>
                    </a:stretch>
                  </pic:blipFill>
                  <pic:spPr bwMode="auto">
                    <a:xfrm>
                      <a:off x="0" y="0"/>
                      <a:ext cx="462280" cy="231140"/>
                    </a:xfrm>
                    <a:prstGeom prst="rect">
                      <a:avLst/>
                    </a:prstGeom>
                    <a:noFill/>
                    <a:ln>
                      <a:noFill/>
                    </a:ln>
                  </pic:spPr>
                </pic:pic>
              </a:graphicData>
            </a:graphic>
          </wp:inline>
        </w:drawing>
      </w:r>
    </w:p>
    <w:p w14:paraId="419338FD" w14:textId="04A4FA83" w:rsidR="004B7CD0" w:rsidRPr="00B439DD" w:rsidRDefault="004B7CD0" w:rsidP="00B439DD">
      <w:pPr>
        <w:spacing w:after="0" w:line="240" w:lineRule="auto"/>
        <w:jc w:val="both"/>
        <w:rPr>
          <w:rFonts w:ascii="Times New Roman" w:hAnsi="Times New Roman" w:cs="Times New Roman"/>
          <w:sz w:val="28"/>
          <w:szCs w:val="28"/>
          <w:lang w:val="kk-KZ"/>
        </w:rPr>
      </w:pPr>
      <w:r w:rsidRPr="00B439DD">
        <w:rPr>
          <w:rFonts w:ascii="Times New Roman" w:hAnsi="Times New Roman" w:cs="Times New Roman"/>
          <w:position w:val="-14"/>
          <w:sz w:val="28"/>
          <w:szCs w:val="28"/>
          <w:lang w:val="kk-KZ"/>
        </w:rPr>
        <w:tab/>
      </w:r>
      <w:r w:rsidR="00A135AE" w:rsidRPr="00B439DD">
        <w:rPr>
          <w:rFonts w:ascii="Times New Roman" w:hAnsi="Times New Roman" w:cs="Times New Roman"/>
          <w:noProof/>
          <w:position w:val="-16"/>
          <w:sz w:val="28"/>
          <w:szCs w:val="28"/>
        </w:rPr>
        <w:drawing>
          <wp:inline distT="0" distB="0" distL="0" distR="0" wp14:anchorId="0046AC46" wp14:editId="1EDFA40B">
            <wp:extent cx="1443990" cy="250190"/>
            <wp:effectExtent l="0" t="0" r="3810" b="0"/>
            <wp:docPr id="2230" name="Рисунок 2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0"/>
                    <pic:cNvPicPr>
                      <a:picLocks noChangeAspect="1" noChangeArrowheads="1"/>
                    </pic:cNvPicPr>
                  </pic:nvPicPr>
                  <pic:blipFill>
                    <a:blip r:embed="rId3010" cstate="print">
                      <a:extLst>
                        <a:ext uri="{28A0092B-C50C-407E-A947-70E740481C1C}">
                          <a14:useLocalDpi xmlns:a14="http://schemas.microsoft.com/office/drawing/2010/main" val="0"/>
                        </a:ext>
                      </a:extLst>
                    </a:blip>
                    <a:srcRect/>
                    <a:stretch>
                      <a:fillRect/>
                    </a:stretch>
                  </pic:blipFill>
                  <pic:spPr bwMode="auto">
                    <a:xfrm>
                      <a:off x="0" y="0"/>
                      <a:ext cx="1443990" cy="250190"/>
                    </a:xfrm>
                    <a:prstGeom prst="rect">
                      <a:avLst/>
                    </a:prstGeom>
                    <a:noFill/>
                    <a:ln>
                      <a:noFill/>
                    </a:ln>
                  </pic:spPr>
                </pic:pic>
              </a:graphicData>
            </a:graphic>
          </wp:inline>
        </w:drawing>
      </w:r>
      <w:r w:rsidRPr="00B439DD">
        <w:rPr>
          <w:rFonts w:ascii="Times New Roman" w:hAnsi="Times New Roman" w:cs="Times New Roman"/>
          <w:sz w:val="28"/>
          <w:szCs w:val="28"/>
          <w:lang w:val="kk-KZ"/>
        </w:rPr>
        <w:t xml:space="preserve"> әлді</w:t>
      </w:r>
      <w:r w:rsidR="00A135AE" w:rsidRPr="00B439DD">
        <w:rPr>
          <w:rFonts w:ascii="Times New Roman" w:hAnsi="Times New Roman" w:cs="Times New Roman"/>
          <w:noProof/>
          <w:position w:val="-12"/>
          <w:sz w:val="28"/>
          <w:szCs w:val="28"/>
        </w:rPr>
        <w:drawing>
          <wp:inline distT="0" distB="0" distL="0" distR="0" wp14:anchorId="324BA377" wp14:editId="74CBEA41">
            <wp:extent cx="414020" cy="231140"/>
            <wp:effectExtent l="0" t="0" r="5080" b="0"/>
            <wp:docPr id="2231" name="Рисунок 2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1"/>
                    <pic:cNvPicPr>
                      <a:picLocks noChangeAspect="1" noChangeArrowheads="1"/>
                    </pic:cNvPicPr>
                  </pic:nvPicPr>
                  <pic:blipFill>
                    <a:blip r:embed="rId3011" cstate="print">
                      <a:extLst>
                        <a:ext uri="{28A0092B-C50C-407E-A947-70E740481C1C}">
                          <a14:useLocalDpi xmlns:a14="http://schemas.microsoft.com/office/drawing/2010/main" val="0"/>
                        </a:ext>
                      </a:extLst>
                    </a:blip>
                    <a:srcRect/>
                    <a:stretch>
                      <a:fillRect/>
                    </a:stretch>
                  </pic:blipFill>
                  <pic:spPr bwMode="auto">
                    <a:xfrm>
                      <a:off x="0" y="0"/>
                      <a:ext cx="414020" cy="231140"/>
                    </a:xfrm>
                    <a:prstGeom prst="rect">
                      <a:avLst/>
                    </a:prstGeom>
                    <a:noFill/>
                    <a:ln>
                      <a:noFill/>
                    </a:ln>
                  </pic:spPr>
                </pic:pic>
              </a:graphicData>
            </a:graphic>
          </wp:inline>
        </w:drawing>
      </w:r>
      <w:r w:rsidRPr="00B439DD">
        <w:rPr>
          <w:rFonts w:ascii="Times New Roman" w:hAnsi="Times New Roman" w:cs="Times New Roman"/>
          <w:sz w:val="28"/>
          <w:szCs w:val="28"/>
          <w:lang w:val="kk-KZ"/>
        </w:rPr>
        <w:t>.</w:t>
      </w:r>
    </w:p>
    <w:p w14:paraId="47FE1F0C" w14:textId="77777777" w:rsidR="004B7CD0" w:rsidRPr="00B439DD" w:rsidRDefault="004B7CD0" w:rsidP="00B439DD">
      <w:pPr>
        <w:spacing w:after="0" w:line="240" w:lineRule="auto"/>
        <w:jc w:val="both"/>
        <w:rPr>
          <w:rFonts w:ascii="Times New Roman" w:hAnsi="Times New Roman" w:cs="Times New Roman"/>
          <w:sz w:val="28"/>
          <w:szCs w:val="28"/>
          <w:lang w:val="kk-KZ"/>
        </w:rPr>
      </w:pPr>
    </w:p>
    <w:p w14:paraId="7AF9E0BA" w14:textId="3E0C089A" w:rsidR="00514292" w:rsidRPr="00B439DD" w:rsidRDefault="00A135AE" w:rsidP="00EF52AB">
      <w:pPr>
        <w:spacing w:after="0" w:line="240" w:lineRule="auto"/>
        <w:ind w:firstLine="567"/>
        <w:jc w:val="both"/>
        <w:rPr>
          <w:rFonts w:ascii="Times New Roman" w:hAnsi="Times New Roman" w:cs="Times New Roman"/>
          <w:sz w:val="28"/>
          <w:szCs w:val="28"/>
          <w:lang w:val="kk-KZ"/>
        </w:rPr>
      </w:pPr>
      <w:r w:rsidRPr="00B439DD">
        <w:rPr>
          <w:rFonts w:ascii="Times New Roman" w:hAnsi="Times New Roman" w:cs="Times New Roman"/>
          <w:noProof/>
          <w:position w:val="-12"/>
          <w:sz w:val="28"/>
          <w:szCs w:val="28"/>
        </w:rPr>
        <w:drawing>
          <wp:inline distT="0" distB="0" distL="0" distR="0" wp14:anchorId="1ACAE241" wp14:editId="0495C789">
            <wp:extent cx="529590" cy="231140"/>
            <wp:effectExtent l="0" t="0" r="0" b="0"/>
            <wp:docPr id="2232" name="Рисунок 2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2"/>
                    <pic:cNvPicPr>
                      <a:picLocks noChangeAspect="1" noChangeArrowheads="1"/>
                    </pic:cNvPicPr>
                  </pic:nvPicPr>
                  <pic:blipFill>
                    <a:blip r:embed="rId3012" cstate="print">
                      <a:extLst>
                        <a:ext uri="{28A0092B-C50C-407E-A947-70E740481C1C}">
                          <a14:useLocalDpi xmlns:a14="http://schemas.microsoft.com/office/drawing/2010/main" val="0"/>
                        </a:ext>
                      </a:extLst>
                    </a:blip>
                    <a:srcRect/>
                    <a:stretch>
                      <a:fillRect/>
                    </a:stretch>
                  </pic:blipFill>
                  <pic:spPr bwMode="auto">
                    <a:xfrm>
                      <a:off x="0" y="0"/>
                      <a:ext cx="529590" cy="231140"/>
                    </a:xfrm>
                    <a:prstGeom prst="rect">
                      <a:avLst/>
                    </a:prstGeom>
                    <a:noFill/>
                    <a:ln>
                      <a:noFill/>
                    </a:ln>
                  </pic:spPr>
                </pic:pic>
              </a:graphicData>
            </a:graphic>
          </wp:inline>
        </w:drawing>
      </w:r>
      <w:r w:rsidR="004B7CD0" w:rsidRPr="00B439DD">
        <w:rPr>
          <w:rFonts w:ascii="Times New Roman" w:hAnsi="Times New Roman" w:cs="Times New Roman"/>
          <w:sz w:val="28"/>
          <w:szCs w:val="28"/>
          <w:lang w:val="kk-KZ"/>
        </w:rPr>
        <w:t xml:space="preserve"> шекті функциясы (</w:t>
      </w:r>
      <w:r w:rsidR="00DF58EA" w:rsidRPr="00B439DD">
        <w:rPr>
          <w:rFonts w:ascii="Times New Roman" w:hAnsi="Times New Roman" w:cs="Times New Roman"/>
          <w:sz w:val="28"/>
          <w:szCs w:val="28"/>
          <w:lang w:val="kk-KZ"/>
        </w:rPr>
        <w:t>2.30)-(2</w:t>
      </w:r>
      <w:r w:rsidR="004B7CD0" w:rsidRPr="00B439DD">
        <w:rPr>
          <w:rFonts w:ascii="Times New Roman" w:hAnsi="Times New Roman" w:cs="Times New Roman"/>
          <w:sz w:val="28"/>
          <w:szCs w:val="28"/>
          <w:lang w:val="kk-KZ"/>
        </w:rPr>
        <w:t>.3</w:t>
      </w:r>
      <w:r w:rsidR="00DF58EA" w:rsidRPr="00B439DD">
        <w:rPr>
          <w:rFonts w:ascii="Times New Roman" w:hAnsi="Times New Roman" w:cs="Times New Roman"/>
          <w:sz w:val="28"/>
          <w:szCs w:val="28"/>
          <w:lang w:val="kk-KZ"/>
        </w:rPr>
        <w:t>2</w:t>
      </w:r>
      <w:r w:rsidR="004B7CD0" w:rsidRPr="00B439DD">
        <w:rPr>
          <w:rFonts w:ascii="Times New Roman" w:hAnsi="Times New Roman" w:cs="Times New Roman"/>
          <w:sz w:val="28"/>
          <w:szCs w:val="28"/>
          <w:lang w:val="kk-KZ"/>
        </w:rPr>
        <w:t>) шеттік есебінің ізделінді шешімі болатыны шығады.  Осылайша, т</w:t>
      </w:r>
      <w:r w:rsidR="00DF58EA" w:rsidRPr="00B439DD">
        <w:rPr>
          <w:rFonts w:ascii="Times New Roman" w:hAnsi="Times New Roman" w:cs="Times New Roman"/>
          <w:sz w:val="28"/>
          <w:szCs w:val="28"/>
          <w:lang w:val="kk-KZ"/>
        </w:rPr>
        <w:t xml:space="preserve">еорема 2.4 </w:t>
      </w:r>
      <w:r w:rsidR="00514292" w:rsidRPr="00B439DD">
        <w:rPr>
          <w:rFonts w:ascii="Times New Roman" w:hAnsi="Times New Roman" w:cs="Times New Roman"/>
          <w:sz w:val="28"/>
          <w:szCs w:val="28"/>
          <w:lang w:val="kk-KZ"/>
        </w:rPr>
        <w:t>толығымен дәлелденді</w:t>
      </w:r>
      <w:r w:rsidR="00C926D8" w:rsidRPr="00B439DD">
        <w:rPr>
          <w:rFonts w:ascii="Times New Roman" w:hAnsi="Times New Roman" w:cs="Times New Roman"/>
          <w:sz w:val="28"/>
          <w:szCs w:val="28"/>
          <w:lang w:val="kk-KZ"/>
        </w:rPr>
        <w:t>.</w:t>
      </w:r>
    </w:p>
    <w:p w14:paraId="342F8F59" w14:textId="4DF9F60A" w:rsidR="004B7CD0" w:rsidRPr="00B439DD" w:rsidRDefault="00DF58EA" w:rsidP="00B439DD">
      <w:pPr>
        <w:pStyle w:val="af3"/>
        <w:ind w:firstLine="567"/>
        <w:jc w:val="both"/>
        <w:rPr>
          <w:b/>
          <w:bCs/>
          <w:position w:val="-16"/>
          <w:lang w:val="kk-KZ"/>
        </w:rPr>
      </w:pPr>
      <w:r w:rsidRPr="00B439DD">
        <w:rPr>
          <w:b/>
          <w:bCs/>
          <w:lang w:val="kk-KZ"/>
        </w:rPr>
        <w:t>2</w:t>
      </w:r>
      <w:r w:rsidR="004B7CD0" w:rsidRPr="00B439DD">
        <w:rPr>
          <w:b/>
          <w:bCs/>
          <w:lang w:val="kk-KZ"/>
        </w:rPr>
        <w:t xml:space="preserve">.2- есептің қойылымы. </w:t>
      </w:r>
      <w:r w:rsidR="004B7CD0" w:rsidRPr="00B439DD">
        <w:rPr>
          <w:lang w:val="kk-KZ"/>
        </w:rPr>
        <w:t>Айталық,</w:t>
      </w:r>
      <w:r w:rsidR="00E919FB" w:rsidRPr="00B439DD">
        <w:rPr>
          <w:lang w:val="kk-KZ"/>
        </w:rPr>
        <w:t xml:space="preserve"> </w:t>
      </w:r>
      <w:r w:rsidR="00E919FB" w:rsidRPr="00B439DD">
        <w:rPr>
          <w:position w:val="-12"/>
          <w:lang w:val="kk-KZ"/>
        </w:rPr>
        <w:object w:dxaOrig="3240" w:dyaOrig="360" w14:anchorId="5F927FA5">
          <v:shape id="_x0000_i2244" type="#_x0000_t75" style="width:162.2pt;height:18.2pt" o:ole="">
            <v:imagedata r:id="rId3013" o:title=""/>
          </v:shape>
          <o:OLEObject Type="Embed" ProgID="Equation.DSMT4" ShapeID="_x0000_i2244" DrawAspect="Content" ObjectID="_1840332698" r:id="rId3014"/>
        </w:object>
      </w:r>
      <w:r w:rsidR="004B7CD0" w:rsidRPr="00B439DD">
        <w:rPr>
          <w:lang w:val="kk-KZ"/>
        </w:rPr>
        <w:t xml:space="preserve"> цилиндр, </w:t>
      </w:r>
      <w:r w:rsidR="00A135AE" w:rsidRPr="00B439DD">
        <w:rPr>
          <w:noProof/>
          <w:position w:val="-12"/>
        </w:rPr>
        <w:drawing>
          <wp:inline distT="0" distB="0" distL="0" distR="0" wp14:anchorId="368D49C1" wp14:editId="265371DC">
            <wp:extent cx="1010920" cy="250190"/>
            <wp:effectExtent l="0" t="0" r="0" b="0"/>
            <wp:docPr id="2234" name="Рисунок 2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4"/>
                    <pic:cNvPicPr>
                      <a:picLocks noChangeAspect="1" noChangeArrowheads="1"/>
                    </pic:cNvPicPr>
                  </pic:nvPicPr>
                  <pic:blipFill>
                    <a:blip r:embed="rId3015" cstate="print">
                      <a:extLst>
                        <a:ext uri="{28A0092B-C50C-407E-A947-70E740481C1C}">
                          <a14:useLocalDpi xmlns:a14="http://schemas.microsoft.com/office/drawing/2010/main" val="0"/>
                        </a:ext>
                      </a:extLst>
                    </a:blip>
                    <a:srcRect/>
                    <a:stretch>
                      <a:fillRect/>
                    </a:stretch>
                  </pic:blipFill>
                  <pic:spPr bwMode="auto">
                    <a:xfrm>
                      <a:off x="0" y="0"/>
                      <a:ext cx="1010920" cy="250190"/>
                    </a:xfrm>
                    <a:prstGeom prst="rect">
                      <a:avLst/>
                    </a:prstGeom>
                    <a:noFill/>
                    <a:ln>
                      <a:noFill/>
                    </a:ln>
                  </pic:spPr>
                </pic:pic>
              </a:graphicData>
            </a:graphic>
          </wp:inline>
        </w:drawing>
      </w:r>
      <w:r w:rsidR="004B7CD0" w:rsidRPr="00B439DD">
        <w:rPr>
          <w:lang w:val="kk-KZ"/>
        </w:rPr>
        <w:t xml:space="preserve"> шектелген облыс, </w:t>
      </w:r>
      <w:r w:rsidR="00A135AE" w:rsidRPr="00B439DD">
        <w:rPr>
          <w:noProof/>
          <w:position w:val="-6"/>
        </w:rPr>
        <w:drawing>
          <wp:inline distT="0" distB="0" distL="0" distR="0" wp14:anchorId="65533AC4" wp14:editId="3FCD000E">
            <wp:extent cx="664210" cy="231140"/>
            <wp:effectExtent l="0" t="0" r="2540" b="0"/>
            <wp:docPr id="2235" name="Рисунок 2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5"/>
                    <pic:cNvPicPr>
                      <a:picLocks noChangeAspect="1" noChangeArrowheads="1"/>
                    </pic:cNvPicPr>
                  </pic:nvPicPr>
                  <pic:blipFill>
                    <a:blip r:embed="rId3016" cstate="print">
                      <a:extLst>
                        <a:ext uri="{28A0092B-C50C-407E-A947-70E740481C1C}">
                          <a14:useLocalDpi xmlns:a14="http://schemas.microsoft.com/office/drawing/2010/main" val="0"/>
                        </a:ext>
                      </a:extLst>
                    </a:blip>
                    <a:srcRect/>
                    <a:stretch>
                      <a:fillRect/>
                    </a:stretch>
                  </pic:blipFill>
                  <pic:spPr bwMode="auto">
                    <a:xfrm>
                      <a:off x="0" y="0"/>
                      <a:ext cx="664210" cy="231140"/>
                    </a:xfrm>
                    <a:prstGeom prst="rect">
                      <a:avLst/>
                    </a:prstGeom>
                    <a:noFill/>
                    <a:ln>
                      <a:noFill/>
                    </a:ln>
                  </pic:spPr>
                </pic:pic>
              </a:graphicData>
            </a:graphic>
          </wp:inline>
        </w:drawing>
      </w:r>
      <w:r w:rsidR="004B7CD0" w:rsidRPr="00B439DD">
        <w:rPr>
          <w:lang w:val="kk-KZ"/>
        </w:rPr>
        <w:t xml:space="preserve">тегіс шекарасы бар, </w:t>
      </w:r>
      <w:r w:rsidR="00A135AE" w:rsidRPr="00B439DD">
        <w:rPr>
          <w:noProof/>
          <w:position w:val="-12"/>
        </w:rPr>
        <w:drawing>
          <wp:inline distT="0" distB="0" distL="0" distR="0" wp14:anchorId="4502603F" wp14:editId="1254A372">
            <wp:extent cx="1010920" cy="231140"/>
            <wp:effectExtent l="0" t="0" r="0" b="0"/>
            <wp:docPr id="2236" name="Рисунок 2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6"/>
                    <pic:cNvPicPr>
                      <a:picLocks noChangeAspect="1" noChangeArrowheads="1"/>
                    </pic:cNvPicPr>
                  </pic:nvPicPr>
                  <pic:blipFill>
                    <a:blip r:embed="rId3017" cstate="print">
                      <a:extLst>
                        <a:ext uri="{28A0092B-C50C-407E-A947-70E740481C1C}">
                          <a14:useLocalDpi xmlns:a14="http://schemas.microsoft.com/office/drawing/2010/main" val="0"/>
                        </a:ext>
                      </a:extLst>
                    </a:blip>
                    <a:srcRect/>
                    <a:stretch>
                      <a:fillRect/>
                    </a:stretch>
                  </pic:blipFill>
                  <pic:spPr bwMode="auto">
                    <a:xfrm>
                      <a:off x="0" y="0"/>
                      <a:ext cx="1010920" cy="231140"/>
                    </a:xfrm>
                    <a:prstGeom prst="rect">
                      <a:avLst/>
                    </a:prstGeom>
                    <a:noFill/>
                    <a:ln>
                      <a:noFill/>
                    </a:ln>
                  </pic:spPr>
                </pic:pic>
              </a:graphicData>
            </a:graphic>
          </wp:inline>
        </w:drawing>
      </w:r>
      <w:r w:rsidR="004B7CD0" w:rsidRPr="00B439DD">
        <w:rPr>
          <w:lang w:val="kk-KZ"/>
        </w:rPr>
        <w:t xml:space="preserve"> цилиндрдің бүйір беті. </w:t>
      </w:r>
      <w:r w:rsidR="00A135AE" w:rsidRPr="00B439DD">
        <w:rPr>
          <w:noProof/>
          <w:position w:val="-12"/>
        </w:rPr>
        <w:drawing>
          <wp:inline distT="0" distB="0" distL="0" distR="0" wp14:anchorId="07333213" wp14:editId="1E256E09">
            <wp:extent cx="182880" cy="231140"/>
            <wp:effectExtent l="0" t="0" r="7620" b="0"/>
            <wp:docPr id="2237" name="Рисунок 2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7"/>
                    <pic:cNvPicPr>
                      <a:picLocks noChangeAspect="1" noChangeArrowheads="1"/>
                    </pic:cNvPicPr>
                  </pic:nvPicPr>
                  <pic:blipFill>
                    <a:blip r:embed="rId3018" cstate="print">
                      <a:extLst>
                        <a:ext uri="{28A0092B-C50C-407E-A947-70E740481C1C}">
                          <a14:useLocalDpi xmlns:a14="http://schemas.microsoft.com/office/drawing/2010/main" val="0"/>
                        </a:ext>
                      </a:extLst>
                    </a:blip>
                    <a:srcRect/>
                    <a:stretch>
                      <a:fillRect/>
                    </a:stretch>
                  </pic:blipFill>
                  <pic:spPr bwMode="auto">
                    <a:xfrm>
                      <a:off x="0" y="0"/>
                      <a:ext cx="182880" cy="231140"/>
                    </a:xfrm>
                    <a:prstGeom prst="rect">
                      <a:avLst/>
                    </a:prstGeom>
                    <a:noFill/>
                    <a:ln>
                      <a:noFill/>
                    </a:ln>
                  </pic:spPr>
                </pic:pic>
              </a:graphicData>
            </a:graphic>
          </wp:inline>
        </w:drawing>
      </w:r>
      <w:r w:rsidR="004B7CD0" w:rsidRPr="00B439DD">
        <w:rPr>
          <w:lang w:val="kk-KZ"/>
        </w:rPr>
        <w:t xml:space="preserve"> цилиндрде сызықтық емес теңдеуді қарастырайық</w:t>
      </w:r>
    </w:p>
    <w:p w14:paraId="1F9B1A8E" w14:textId="4CEBDE96" w:rsidR="00D33D27" w:rsidRPr="00B439DD" w:rsidRDefault="00D33D27" w:rsidP="00B439DD">
      <w:pPr>
        <w:spacing w:after="0" w:line="240" w:lineRule="auto"/>
        <w:ind w:firstLine="567"/>
        <w:jc w:val="both"/>
        <w:rPr>
          <w:rFonts w:ascii="Times New Roman" w:hAnsi="Times New Roman" w:cs="Times New Roman"/>
          <w:sz w:val="28"/>
          <w:szCs w:val="28"/>
          <w:lang w:val="kk-KZ"/>
        </w:rPr>
      </w:pPr>
    </w:p>
    <w:p w14:paraId="1C568F88" w14:textId="747645A5" w:rsidR="004B7CD0" w:rsidRPr="00B439DD" w:rsidRDefault="00A135AE" w:rsidP="00B439DD">
      <w:pPr>
        <w:spacing w:after="0" w:line="240" w:lineRule="auto"/>
        <w:jc w:val="right"/>
        <w:rPr>
          <w:rFonts w:ascii="Times New Roman" w:hAnsi="Times New Roman" w:cs="Times New Roman"/>
          <w:sz w:val="28"/>
          <w:szCs w:val="28"/>
          <w:lang w:val="kk-KZ"/>
        </w:rPr>
      </w:pPr>
      <w:r w:rsidRPr="00B439DD">
        <w:rPr>
          <w:rFonts w:ascii="Times New Roman" w:hAnsi="Times New Roman" w:cs="Times New Roman"/>
          <w:noProof/>
          <w:position w:val="-18"/>
          <w:sz w:val="28"/>
          <w:szCs w:val="28"/>
        </w:rPr>
        <w:drawing>
          <wp:inline distT="0" distB="0" distL="0" distR="0" wp14:anchorId="5214A691" wp14:editId="6E52F8D4">
            <wp:extent cx="2954655" cy="337185"/>
            <wp:effectExtent l="0" t="0" r="0" b="5715"/>
            <wp:docPr id="2238" name="Рисунок 2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8"/>
                    <pic:cNvPicPr>
                      <a:picLocks noChangeAspect="1" noChangeArrowheads="1"/>
                    </pic:cNvPicPr>
                  </pic:nvPicPr>
                  <pic:blipFill>
                    <a:blip r:embed="rId3019" cstate="print">
                      <a:extLst>
                        <a:ext uri="{28A0092B-C50C-407E-A947-70E740481C1C}">
                          <a14:useLocalDpi xmlns:a14="http://schemas.microsoft.com/office/drawing/2010/main" val="0"/>
                        </a:ext>
                      </a:extLst>
                    </a:blip>
                    <a:srcRect/>
                    <a:stretch>
                      <a:fillRect/>
                    </a:stretch>
                  </pic:blipFill>
                  <pic:spPr bwMode="auto">
                    <a:xfrm>
                      <a:off x="0" y="0"/>
                      <a:ext cx="2954655" cy="337185"/>
                    </a:xfrm>
                    <a:prstGeom prst="rect">
                      <a:avLst/>
                    </a:prstGeom>
                    <a:noFill/>
                    <a:ln>
                      <a:noFill/>
                    </a:ln>
                  </pic:spPr>
                </pic:pic>
              </a:graphicData>
            </a:graphic>
          </wp:inline>
        </w:drawing>
      </w:r>
      <w:r w:rsidR="004B7CD0" w:rsidRPr="00B439DD">
        <w:rPr>
          <w:rFonts w:ascii="Times New Roman" w:hAnsi="Times New Roman" w:cs="Times New Roman"/>
          <w:sz w:val="28"/>
          <w:szCs w:val="28"/>
          <w:lang w:val="kk-KZ"/>
        </w:rPr>
        <w:tab/>
      </w:r>
      <w:r w:rsidR="004B7CD0" w:rsidRPr="00B439DD">
        <w:rPr>
          <w:rFonts w:ascii="Times New Roman" w:hAnsi="Times New Roman" w:cs="Times New Roman"/>
          <w:sz w:val="28"/>
          <w:szCs w:val="28"/>
          <w:lang w:val="kk-KZ"/>
        </w:rPr>
        <w:tab/>
      </w:r>
      <w:r w:rsidR="004B7CD0" w:rsidRPr="00B439DD">
        <w:rPr>
          <w:rFonts w:ascii="Times New Roman" w:hAnsi="Times New Roman" w:cs="Times New Roman"/>
          <w:sz w:val="28"/>
          <w:szCs w:val="28"/>
          <w:lang w:val="kk-KZ"/>
        </w:rPr>
        <w:tab/>
      </w:r>
      <w:r w:rsidR="00E919FB" w:rsidRPr="00B439DD">
        <w:rPr>
          <w:rFonts w:ascii="Times New Roman" w:hAnsi="Times New Roman" w:cs="Times New Roman"/>
          <w:sz w:val="28"/>
          <w:szCs w:val="28"/>
          <w:lang w:val="kk-KZ"/>
        </w:rPr>
        <w:t>(2</w:t>
      </w:r>
      <w:r w:rsidR="004B7CD0" w:rsidRPr="00B439DD">
        <w:rPr>
          <w:rFonts w:ascii="Times New Roman" w:hAnsi="Times New Roman" w:cs="Times New Roman"/>
          <w:sz w:val="28"/>
          <w:szCs w:val="28"/>
          <w:lang w:val="kk-KZ"/>
        </w:rPr>
        <w:t>.</w:t>
      </w:r>
      <w:r w:rsidR="00E919FB" w:rsidRPr="00B439DD">
        <w:rPr>
          <w:rFonts w:ascii="Times New Roman" w:hAnsi="Times New Roman" w:cs="Times New Roman"/>
          <w:sz w:val="28"/>
          <w:szCs w:val="28"/>
          <w:lang w:val="kk-KZ"/>
        </w:rPr>
        <w:t>6</w:t>
      </w:r>
      <w:r w:rsidR="004B7CD0" w:rsidRPr="00B439DD">
        <w:rPr>
          <w:rFonts w:ascii="Times New Roman" w:hAnsi="Times New Roman" w:cs="Times New Roman"/>
          <w:sz w:val="28"/>
          <w:szCs w:val="28"/>
          <w:lang w:val="kk-KZ"/>
        </w:rPr>
        <w:t>1)</w:t>
      </w:r>
    </w:p>
    <w:p w14:paraId="3FCD14FF" w14:textId="77777777" w:rsidR="00D33D27" w:rsidRPr="00B439DD" w:rsidRDefault="00D33D27" w:rsidP="00B439DD">
      <w:pPr>
        <w:spacing w:after="0" w:line="240" w:lineRule="auto"/>
        <w:jc w:val="right"/>
        <w:rPr>
          <w:rFonts w:ascii="Times New Roman" w:hAnsi="Times New Roman" w:cs="Times New Roman"/>
          <w:sz w:val="28"/>
          <w:szCs w:val="28"/>
          <w:lang w:val="kk-KZ"/>
        </w:rPr>
      </w:pPr>
    </w:p>
    <w:p w14:paraId="39AB4424" w14:textId="77777777" w:rsidR="004B7CD0" w:rsidRPr="00B439DD" w:rsidRDefault="004B7CD0" w:rsidP="00B439DD">
      <w:pPr>
        <w:spacing w:after="0" w:line="240" w:lineRule="auto"/>
        <w:rPr>
          <w:rFonts w:ascii="Times New Roman" w:hAnsi="Times New Roman" w:cs="Times New Roman"/>
          <w:sz w:val="28"/>
          <w:szCs w:val="28"/>
          <w:lang w:val="kk-KZ"/>
        </w:rPr>
      </w:pPr>
      <w:r w:rsidRPr="00B439DD">
        <w:rPr>
          <w:rFonts w:ascii="Times New Roman" w:hAnsi="Times New Roman" w:cs="Times New Roman"/>
          <w:sz w:val="28"/>
          <w:szCs w:val="28"/>
          <w:lang w:val="kk-KZ"/>
        </w:rPr>
        <w:t xml:space="preserve">және  шеттік шарттары </w:t>
      </w:r>
    </w:p>
    <w:p w14:paraId="7A61FA2F" w14:textId="77777777" w:rsidR="00D33D27" w:rsidRPr="00B439DD" w:rsidRDefault="00D33D27" w:rsidP="00B439DD">
      <w:pPr>
        <w:spacing w:after="0" w:line="240" w:lineRule="auto"/>
        <w:rPr>
          <w:rFonts w:ascii="Times New Roman" w:hAnsi="Times New Roman" w:cs="Times New Roman"/>
          <w:sz w:val="28"/>
          <w:szCs w:val="28"/>
          <w:lang w:val="kk-KZ"/>
        </w:rPr>
      </w:pPr>
    </w:p>
    <w:p w14:paraId="1BC7C680" w14:textId="5992550E" w:rsidR="004B7CD0" w:rsidRPr="00B439DD" w:rsidRDefault="00A135AE" w:rsidP="00B439DD">
      <w:pPr>
        <w:spacing w:after="0" w:line="240" w:lineRule="auto"/>
        <w:jc w:val="right"/>
        <w:rPr>
          <w:rFonts w:ascii="Times New Roman" w:hAnsi="Times New Roman" w:cs="Times New Roman"/>
          <w:sz w:val="28"/>
          <w:szCs w:val="28"/>
          <w:lang w:val="kk-KZ"/>
        </w:rPr>
      </w:pPr>
      <w:r w:rsidRPr="00B439DD">
        <w:rPr>
          <w:rFonts w:ascii="Times New Roman" w:hAnsi="Times New Roman" w:cs="Times New Roman"/>
          <w:noProof/>
          <w:position w:val="-16"/>
          <w:sz w:val="28"/>
          <w:szCs w:val="28"/>
        </w:rPr>
        <w:drawing>
          <wp:inline distT="0" distB="0" distL="0" distR="0" wp14:anchorId="7D46F432" wp14:editId="5C131346">
            <wp:extent cx="1328420" cy="288925"/>
            <wp:effectExtent l="0" t="0" r="5080" b="0"/>
            <wp:docPr id="2239" name="Рисунок 2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9"/>
                    <pic:cNvPicPr>
                      <a:picLocks noChangeAspect="1" noChangeArrowheads="1"/>
                    </pic:cNvPicPr>
                  </pic:nvPicPr>
                  <pic:blipFill>
                    <a:blip r:embed="rId3020" cstate="print">
                      <a:extLst>
                        <a:ext uri="{28A0092B-C50C-407E-A947-70E740481C1C}">
                          <a14:useLocalDpi xmlns:a14="http://schemas.microsoft.com/office/drawing/2010/main" val="0"/>
                        </a:ext>
                      </a:extLst>
                    </a:blip>
                    <a:srcRect/>
                    <a:stretch>
                      <a:fillRect/>
                    </a:stretch>
                  </pic:blipFill>
                  <pic:spPr bwMode="auto">
                    <a:xfrm>
                      <a:off x="0" y="0"/>
                      <a:ext cx="1328420" cy="288925"/>
                    </a:xfrm>
                    <a:prstGeom prst="rect">
                      <a:avLst/>
                    </a:prstGeom>
                    <a:noFill/>
                    <a:ln>
                      <a:noFill/>
                    </a:ln>
                  </pic:spPr>
                </pic:pic>
              </a:graphicData>
            </a:graphic>
          </wp:inline>
        </w:drawing>
      </w:r>
      <w:r w:rsidR="004B7CD0" w:rsidRPr="00B439DD">
        <w:rPr>
          <w:rFonts w:ascii="Times New Roman" w:hAnsi="Times New Roman" w:cs="Times New Roman"/>
          <w:sz w:val="28"/>
          <w:szCs w:val="28"/>
          <w:lang w:val="kk-KZ"/>
        </w:rPr>
        <w:tab/>
      </w:r>
      <w:r w:rsidR="004B7CD0" w:rsidRPr="00B439DD">
        <w:rPr>
          <w:rFonts w:ascii="Times New Roman" w:hAnsi="Times New Roman" w:cs="Times New Roman"/>
          <w:sz w:val="28"/>
          <w:szCs w:val="28"/>
          <w:lang w:val="kk-KZ"/>
        </w:rPr>
        <w:tab/>
      </w:r>
      <w:r w:rsidR="004B7CD0" w:rsidRPr="00B439DD">
        <w:rPr>
          <w:rFonts w:ascii="Times New Roman" w:hAnsi="Times New Roman" w:cs="Times New Roman"/>
          <w:sz w:val="28"/>
          <w:szCs w:val="28"/>
          <w:lang w:val="kk-KZ"/>
        </w:rPr>
        <w:tab/>
      </w:r>
      <w:r w:rsidR="004B7CD0" w:rsidRPr="00B439DD">
        <w:rPr>
          <w:rFonts w:ascii="Times New Roman" w:hAnsi="Times New Roman" w:cs="Times New Roman"/>
          <w:sz w:val="28"/>
          <w:szCs w:val="28"/>
          <w:lang w:val="kk-KZ"/>
        </w:rPr>
        <w:tab/>
      </w:r>
      <w:r w:rsidR="004B7CD0" w:rsidRPr="00B439DD">
        <w:rPr>
          <w:rFonts w:ascii="Times New Roman" w:hAnsi="Times New Roman" w:cs="Times New Roman"/>
          <w:sz w:val="28"/>
          <w:szCs w:val="28"/>
          <w:lang w:val="kk-KZ"/>
        </w:rPr>
        <w:tab/>
      </w:r>
      <w:r w:rsidR="004B7CD0" w:rsidRPr="00B439DD">
        <w:rPr>
          <w:rFonts w:ascii="Times New Roman" w:hAnsi="Times New Roman" w:cs="Times New Roman"/>
          <w:sz w:val="28"/>
          <w:szCs w:val="28"/>
          <w:lang w:val="kk-KZ"/>
        </w:rPr>
        <w:tab/>
      </w:r>
      <w:r w:rsidR="00E919FB" w:rsidRPr="00B439DD">
        <w:rPr>
          <w:rFonts w:ascii="Times New Roman" w:hAnsi="Times New Roman" w:cs="Times New Roman"/>
          <w:sz w:val="28"/>
          <w:szCs w:val="28"/>
          <w:lang w:val="kk-KZ"/>
        </w:rPr>
        <w:t>(2</w:t>
      </w:r>
      <w:r w:rsidR="004B7CD0" w:rsidRPr="00B439DD">
        <w:rPr>
          <w:rFonts w:ascii="Times New Roman" w:hAnsi="Times New Roman" w:cs="Times New Roman"/>
          <w:sz w:val="28"/>
          <w:szCs w:val="28"/>
          <w:lang w:val="kk-KZ"/>
        </w:rPr>
        <w:t>.</w:t>
      </w:r>
      <w:r w:rsidR="00E919FB" w:rsidRPr="00B439DD">
        <w:rPr>
          <w:rFonts w:ascii="Times New Roman" w:hAnsi="Times New Roman" w:cs="Times New Roman"/>
          <w:sz w:val="28"/>
          <w:szCs w:val="28"/>
          <w:lang w:val="kk-KZ"/>
        </w:rPr>
        <w:t>6</w:t>
      </w:r>
      <w:r w:rsidR="004B7CD0" w:rsidRPr="00B439DD">
        <w:rPr>
          <w:rFonts w:ascii="Times New Roman" w:hAnsi="Times New Roman" w:cs="Times New Roman"/>
          <w:sz w:val="28"/>
          <w:szCs w:val="28"/>
          <w:lang w:val="kk-KZ"/>
        </w:rPr>
        <w:t>2)</w:t>
      </w:r>
    </w:p>
    <w:p w14:paraId="5A16E5DB" w14:textId="3CA02AF4" w:rsidR="004B7CD0" w:rsidRPr="00B439DD" w:rsidRDefault="00A135AE" w:rsidP="00B439DD">
      <w:pPr>
        <w:spacing w:after="0" w:line="240" w:lineRule="auto"/>
        <w:jc w:val="right"/>
        <w:rPr>
          <w:rFonts w:ascii="Times New Roman" w:hAnsi="Times New Roman" w:cs="Times New Roman"/>
          <w:sz w:val="28"/>
          <w:szCs w:val="28"/>
          <w:lang w:val="kk-KZ"/>
        </w:rPr>
      </w:pPr>
      <w:r w:rsidRPr="00B439DD">
        <w:rPr>
          <w:rFonts w:ascii="Times New Roman" w:hAnsi="Times New Roman" w:cs="Times New Roman"/>
          <w:noProof/>
          <w:position w:val="-12"/>
          <w:sz w:val="28"/>
          <w:szCs w:val="28"/>
        </w:rPr>
        <w:drawing>
          <wp:inline distT="0" distB="0" distL="0" distR="0" wp14:anchorId="2613151B" wp14:editId="105E0519">
            <wp:extent cx="2694940" cy="231140"/>
            <wp:effectExtent l="0" t="0" r="0" b="0"/>
            <wp:docPr id="2240" name="Рисунок 2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0"/>
                    <pic:cNvPicPr>
                      <a:picLocks noChangeAspect="1" noChangeArrowheads="1"/>
                    </pic:cNvPicPr>
                  </pic:nvPicPr>
                  <pic:blipFill>
                    <a:blip r:embed="rId3021" cstate="print">
                      <a:extLst>
                        <a:ext uri="{28A0092B-C50C-407E-A947-70E740481C1C}">
                          <a14:useLocalDpi xmlns:a14="http://schemas.microsoft.com/office/drawing/2010/main" val="0"/>
                        </a:ext>
                      </a:extLst>
                    </a:blip>
                    <a:srcRect/>
                    <a:stretch>
                      <a:fillRect/>
                    </a:stretch>
                  </pic:blipFill>
                  <pic:spPr bwMode="auto">
                    <a:xfrm>
                      <a:off x="0" y="0"/>
                      <a:ext cx="2694940" cy="231140"/>
                    </a:xfrm>
                    <a:prstGeom prst="rect">
                      <a:avLst/>
                    </a:prstGeom>
                    <a:noFill/>
                    <a:ln>
                      <a:noFill/>
                    </a:ln>
                  </pic:spPr>
                </pic:pic>
              </a:graphicData>
            </a:graphic>
          </wp:inline>
        </w:drawing>
      </w:r>
      <w:r w:rsidR="004B7CD0" w:rsidRPr="00B439DD">
        <w:rPr>
          <w:rFonts w:ascii="Times New Roman" w:hAnsi="Times New Roman" w:cs="Times New Roman"/>
          <w:sz w:val="28"/>
          <w:szCs w:val="28"/>
          <w:lang w:val="kk-KZ"/>
        </w:rPr>
        <w:tab/>
      </w:r>
      <w:r w:rsidR="004B7CD0" w:rsidRPr="00B439DD">
        <w:rPr>
          <w:rFonts w:ascii="Times New Roman" w:hAnsi="Times New Roman" w:cs="Times New Roman"/>
          <w:sz w:val="28"/>
          <w:szCs w:val="28"/>
          <w:lang w:val="kk-KZ"/>
        </w:rPr>
        <w:tab/>
      </w:r>
      <w:r w:rsidR="004B7CD0" w:rsidRPr="00B439DD">
        <w:rPr>
          <w:rFonts w:ascii="Times New Roman" w:hAnsi="Times New Roman" w:cs="Times New Roman"/>
          <w:sz w:val="28"/>
          <w:szCs w:val="28"/>
          <w:lang w:val="kk-KZ"/>
        </w:rPr>
        <w:tab/>
      </w:r>
      <w:r w:rsidR="00E919FB" w:rsidRPr="00B439DD">
        <w:rPr>
          <w:rFonts w:ascii="Times New Roman" w:hAnsi="Times New Roman" w:cs="Times New Roman"/>
          <w:sz w:val="28"/>
          <w:szCs w:val="28"/>
          <w:lang w:val="kk-KZ"/>
        </w:rPr>
        <w:t>(2</w:t>
      </w:r>
      <w:r w:rsidR="004B7CD0" w:rsidRPr="00B439DD">
        <w:rPr>
          <w:rFonts w:ascii="Times New Roman" w:hAnsi="Times New Roman" w:cs="Times New Roman"/>
          <w:sz w:val="28"/>
          <w:szCs w:val="28"/>
          <w:lang w:val="kk-KZ"/>
        </w:rPr>
        <w:t>.</w:t>
      </w:r>
      <w:r w:rsidR="00E919FB" w:rsidRPr="00B439DD">
        <w:rPr>
          <w:rFonts w:ascii="Times New Roman" w:hAnsi="Times New Roman" w:cs="Times New Roman"/>
          <w:sz w:val="28"/>
          <w:szCs w:val="28"/>
          <w:lang w:val="kk-KZ"/>
        </w:rPr>
        <w:t>6</w:t>
      </w:r>
      <w:r w:rsidR="004B7CD0" w:rsidRPr="00B439DD">
        <w:rPr>
          <w:rFonts w:ascii="Times New Roman" w:hAnsi="Times New Roman" w:cs="Times New Roman"/>
          <w:sz w:val="28"/>
          <w:szCs w:val="28"/>
          <w:lang w:val="kk-KZ"/>
        </w:rPr>
        <w:t>3)</w:t>
      </w:r>
    </w:p>
    <w:p w14:paraId="3B7CD5BB" w14:textId="77777777" w:rsidR="00D33D27" w:rsidRPr="00B439DD" w:rsidRDefault="00D33D27" w:rsidP="00B439DD">
      <w:pPr>
        <w:spacing w:after="0" w:line="240" w:lineRule="auto"/>
        <w:jc w:val="right"/>
        <w:rPr>
          <w:rFonts w:ascii="Times New Roman" w:hAnsi="Times New Roman" w:cs="Times New Roman"/>
          <w:sz w:val="28"/>
          <w:szCs w:val="28"/>
          <w:lang w:val="kk-KZ"/>
        </w:rPr>
      </w:pPr>
    </w:p>
    <w:p w14:paraId="3F20323D" w14:textId="14CBDE10" w:rsidR="004B7CD0" w:rsidRPr="00B439DD" w:rsidRDefault="004B7CD0" w:rsidP="00B439DD">
      <w:pPr>
        <w:spacing w:after="0" w:line="240" w:lineRule="auto"/>
        <w:jc w:val="both"/>
        <w:rPr>
          <w:rFonts w:ascii="Times New Roman" w:hAnsi="Times New Roman" w:cs="Times New Roman"/>
          <w:sz w:val="28"/>
          <w:szCs w:val="28"/>
          <w:lang w:val="kk-KZ"/>
        </w:rPr>
      </w:pPr>
      <w:r w:rsidRPr="00B439DD">
        <w:rPr>
          <w:rFonts w:ascii="Times New Roman" w:hAnsi="Times New Roman" w:cs="Times New Roman"/>
          <w:sz w:val="28"/>
          <w:szCs w:val="28"/>
          <w:lang w:val="kk-KZ"/>
        </w:rPr>
        <w:t xml:space="preserve">мұндағы  </w:t>
      </w:r>
      <w:r w:rsidR="00A135AE" w:rsidRPr="00B439DD">
        <w:rPr>
          <w:rFonts w:ascii="Times New Roman" w:hAnsi="Times New Roman" w:cs="Times New Roman"/>
          <w:noProof/>
          <w:position w:val="-12"/>
          <w:sz w:val="28"/>
          <w:szCs w:val="28"/>
        </w:rPr>
        <w:drawing>
          <wp:inline distT="0" distB="0" distL="0" distR="0" wp14:anchorId="451D78DC" wp14:editId="2E2D2407">
            <wp:extent cx="577215" cy="231140"/>
            <wp:effectExtent l="0" t="0" r="0" b="0"/>
            <wp:docPr id="2241" name="Рисунок 2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1"/>
                    <pic:cNvPicPr>
                      <a:picLocks noChangeAspect="1" noChangeArrowheads="1"/>
                    </pic:cNvPicPr>
                  </pic:nvPicPr>
                  <pic:blipFill>
                    <a:blip r:embed="rId3022" cstate="print">
                      <a:extLst>
                        <a:ext uri="{28A0092B-C50C-407E-A947-70E740481C1C}">
                          <a14:useLocalDpi xmlns:a14="http://schemas.microsoft.com/office/drawing/2010/main" val="0"/>
                        </a:ext>
                      </a:extLst>
                    </a:blip>
                    <a:srcRect/>
                    <a:stretch>
                      <a:fillRect/>
                    </a:stretch>
                  </pic:blipFill>
                  <pic:spPr bwMode="auto">
                    <a:xfrm>
                      <a:off x="0" y="0"/>
                      <a:ext cx="577215" cy="231140"/>
                    </a:xfrm>
                    <a:prstGeom prst="rect">
                      <a:avLst/>
                    </a:prstGeom>
                    <a:noFill/>
                    <a:ln>
                      <a:noFill/>
                    </a:ln>
                  </pic:spPr>
                </pic:pic>
              </a:graphicData>
            </a:graphic>
          </wp:inline>
        </w:drawing>
      </w:r>
      <w:r w:rsidRPr="00B439DD">
        <w:rPr>
          <w:rFonts w:ascii="Times New Roman" w:hAnsi="Times New Roman" w:cs="Times New Roman"/>
          <w:sz w:val="28"/>
          <w:szCs w:val="28"/>
          <w:lang w:val="kk-KZ"/>
        </w:rPr>
        <w:t xml:space="preserve"> берілген функция, </w:t>
      </w:r>
      <w:r w:rsidR="00A135AE" w:rsidRPr="00B439DD">
        <w:rPr>
          <w:rFonts w:ascii="Times New Roman" w:hAnsi="Times New Roman" w:cs="Times New Roman"/>
          <w:noProof/>
          <w:position w:val="-12"/>
          <w:sz w:val="28"/>
          <w:szCs w:val="28"/>
        </w:rPr>
        <w:drawing>
          <wp:inline distT="0" distB="0" distL="0" distR="0" wp14:anchorId="16B277C6" wp14:editId="237092A9">
            <wp:extent cx="885825" cy="231140"/>
            <wp:effectExtent l="0" t="0" r="9525" b="0"/>
            <wp:docPr id="2242" name="Рисунок 2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2"/>
                    <pic:cNvPicPr>
                      <a:picLocks noChangeAspect="1" noChangeArrowheads="1"/>
                    </pic:cNvPicPr>
                  </pic:nvPicPr>
                  <pic:blipFill>
                    <a:blip r:embed="rId3023" cstate="print">
                      <a:extLst>
                        <a:ext uri="{28A0092B-C50C-407E-A947-70E740481C1C}">
                          <a14:useLocalDpi xmlns:a14="http://schemas.microsoft.com/office/drawing/2010/main" val="0"/>
                        </a:ext>
                      </a:extLst>
                    </a:blip>
                    <a:srcRect/>
                    <a:stretch>
                      <a:fillRect/>
                    </a:stretch>
                  </pic:blipFill>
                  <pic:spPr bwMode="auto">
                    <a:xfrm>
                      <a:off x="0" y="0"/>
                      <a:ext cx="885825" cy="231140"/>
                    </a:xfrm>
                    <a:prstGeom prst="rect">
                      <a:avLst/>
                    </a:prstGeom>
                    <a:noFill/>
                    <a:ln>
                      <a:noFill/>
                    </a:ln>
                  </pic:spPr>
                </pic:pic>
              </a:graphicData>
            </a:graphic>
          </wp:inline>
        </w:drawing>
      </w:r>
      <w:r w:rsidRPr="00B439DD">
        <w:rPr>
          <w:rFonts w:ascii="Times New Roman" w:hAnsi="Times New Roman" w:cs="Times New Roman"/>
          <w:sz w:val="28"/>
          <w:szCs w:val="28"/>
          <w:lang w:val="kk-KZ"/>
        </w:rPr>
        <w:t xml:space="preserve"> және </w:t>
      </w:r>
      <w:r w:rsidR="00A135AE" w:rsidRPr="00B439DD">
        <w:rPr>
          <w:rFonts w:ascii="Times New Roman" w:hAnsi="Times New Roman" w:cs="Times New Roman"/>
          <w:noProof/>
          <w:position w:val="-6"/>
          <w:sz w:val="28"/>
          <w:szCs w:val="28"/>
        </w:rPr>
        <w:drawing>
          <wp:inline distT="0" distB="0" distL="0" distR="0" wp14:anchorId="57A9B754" wp14:editId="2ECBFE79">
            <wp:extent cx="414020" cy="182880"/>
            <wp:effectExtent l="0" t="0" r="5080" b="7620"/>
            <wp:docPr id="2243" name="Рисунок 2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3"/>
                    <pic:cNvPicPr>
                      <a:picLocks noChangeAspect="1" noChangeArrowheads="1"/>
                    </pic:cNvPicPr>
                  </pic:nvPicPr>
                  <pic:blipFill>
                    <a:blip r:embed="rId3024" cstate="print">
                      <a:extLst>
                        <a:ext uri="{28A0092B-C50C-407E-A947-70E740481C1C}">
                          <a14:useLocalDpi xmlns:a14="http://schemas.microsoft.com/office/drawing/2010/main" val="0"/>
                        </a:ext>
                      </a:extLst>
                    </a:blip>
                    <a:srcRect/>
                    <a:stretch>
                      <a:fillRect/>
                    </a:stretch>
                  </pic:blipFill>
                  <pic:spPr bwMode="auto">
                    <a:xfrm>
                      <a:off x="0" y="0"/>
                      <a:ext cx="414020" cy="182880"/>
                    </a:xfrm>
                    <a:prstGeom prst="rect">
                      <a:avLst/>
                    </a:prstGeom>
                    <a:noFill/>
                    <a:ln>
                      <a:noFill/>
                    </a:ln>
                  </pic:spPr>
                </pic:pic>
              </a:graphicData>
            </a:graphic>
          </wp:inline>
        </w:drawing>
      </w:r>
      <w:r w:rsidRPr="00B439DD">
        <w:rPr>
          <w:rFonts w:ascii="Times New Roman" w:hAnsi="Times New Roman" w:cs="Times New Roman"/>
          <w:sz w:val="28"/>
          <w:szCs w:val="28"/>
          <w:lang w:val="kk-KZ"/>
        </w:rPr>
        <w:t xml:space="preserve">  тұрақтылар, </w:t>
      </w:r>
    </w:p>
    <w:p w14:paraId="513416B1" w14:textId="6886E4EE" w:rsidR="004B7CD0" w:rsidRPr="00B439DD" w:rsidRDefault="00A135AE" w:rsidP="00B439DD">
      <w:pPr>
        <w:spacing w:after="0" w:line="240" w:lineRule="auto"/>
        <w:jc w:val="both"/>
        <w:rPr>
          <w:rFonts w:ascii="Times New Roman" w:hAnsi="Times New Roman" w:cs="Times New Roman"/>
          <w:sz w:val="28"/>
          <w:szCs w:val="28"/>
          <w:lang w:val="kk-KZ"/>
        </w:rPr>
      </w:pPr>
      <w:r w:rsidRPr="00B439DD">
        <w:rPr>
          <w:rFonts w:ascii="Times New Roman" w:hAnsi="Times New Roman" w:cs="Times New Roman"/>
          <w:noProof/>
          <w:position w:val="-34"/>
          <w:sz w:val="28"/>
          <w:szCs w:val="28"/>
        </w:rPr>
        <w:drawing>
          <wp:inline distT="0" distB="0" distL="0" distR="0" wp14:anchorId="24EAE789" wp14:editId="69331A5A">
            <wp:extent cx="1443990" cy="529590"/>
            <wp:effectExtent l="0" t="0" r="3810" b="3810"/>
            <wp:docPr id="2244" name="Рисунок 2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4"/>
                    <pic:cNvPicPr>
                      <a:picLocks noChangeAspect="1" noChangeArrowheads="1"/>
                    </pic:cNvPicPr>
                  </pic:nvPicPr>
                  <pic:blipFill>
                    <a:blip r:embed="rId3025" cstate="print">
                      <a:extLst>
                        <a:ext uri="{28A0092B-C50C-407E-A947-70E740481C1C}">
                          <a14:useLocalDpi xmlns:a14="http://schemas.microsoft.com/office/drawing/2010/main" val="0"/>
                        </a:ext>
                      </a:extLst>
                    </a:blip>
                    <a:srcRect/>
                    <a:stretch>
                      <a:fillRect/>
                    </a:stretch>
                  </pic:blipFill>
                  <pic:spPr bwMode="auto">
                    <a:xfrm>
                      <a:off x="0" y="0"/>
                      <a:ext cx="1443990" cy="529590"/>
                    </a:xfrm>
                    <a:prstGeom prst="rect">
                      <a:avLst/>
                    </a:prstGeom>
                    <a:noFill/>
                    <a:ln>
                      <a:noFill/>
                    </a:ln>
                  </pic:spPr>
                </pic:pic>
              </a:graphicData>
            </a:graphic>
          </wp:inline>
        </w:drawing>
      </w:r>
      <w:r w:rsidR="004B7CD0" w:rsidRPr="00B439DD">
        <w:rPr>
          <w:rFonts w:ascii="Times New Roman" w:hAnsi="Times New Roman" w:cs="Times New Roman"/>
          <w:sz w:val="28"/>
          <w:szCs w:val="28"/>
          <w:lang w:val="kk-KZ"/>
        </w:rPr>
        <w:t>.</w:t>
      </w:r>
    </w:p>
    <w:p w14:paraId="5657578C" w14:textId="77777777" w:rsidR="004B7CD0" w:rsidRPr="00B439DD" w:rsidRDefault="004B7CD0" w:rsidP="00B439DD">
      <w:pPr>
        <w:spacing w:after="0" w:line="240" w:lineRule="auto"/>
        <w:rPr>
          <w:rFonts w:ascii="Times New Roman" w:eastAsia="Times New Roman" w:hAnsi="Times New Roman" w:cs="Times New Roman"/>
          <w:bCs/>
          <w:sz w:val="28"/>
          <w:szCs w:val="28"/>
          <w:lang w:val="kk-KZ"/>
        </w:rPr>
      </w:pPr>
    </w:p>
    <w:p w14:paraId="2995A4C3" w14:textId="37CE580B" w:rsidR="00D33D27" w:rsidRDefault="00AC218E" w:rsidP="00585343">
      <w:pPr>
        <w:spacing w:after="0" w:line="240" w:lineRule="auto"/>
        <w:ind w:firstLine="567"/>
        <w:rPr>
          <w:rFonts w:ascii="Times New Roman" w:hAnsi="Times New Roman" w:cs="Times New Roman"/>
          <w:sz w:val="28"/>
          <w:szCs w:val="28"/>
          <w:lang w:val="kk-KZ"/>
        </w:rPr>
      </w:pPr>
      <m:oMath>
        <m:sSub>
          <m:sSubPr>
            <m:ctrlPr>
              <w:rPr>
                <w:rFonts w:ascii="Cambria Math" w:hAnsi="Cambria Math" w:cs="Times New Roman"/>
                <w:i/>
                <w:sz w:val="28"/>
                <w:szCs w:val="28"/>
              </w:rPr>
            </m:ctrlPr>
          </m:sSubPr>
          <m:e>
            <m:r>
              <w:rPr>
                <w:rFonts w:ascii="Cambria Math" w:hAnsi="Cambria Math" w:cs="Times New Roman"/>
                <w:sz w:val="28"/>
                <w:szCs w:val="28"/>
                <w:lang w:val="kk-KZ"/>
              </w:rPr>
              <m:t>V</m:t>
            </m:r>
          </m:e>
          <m:sub>
            <m:r>
              <w:rPr>
                <w:rFonts w:ascii="Cambria Math" w:hAnsi="Cambria Math" w:cs="Times New Roman"/>
                <w:sz w:val="28"/>
                <w:szCs w:val="28"/>
                <w:lang w:val="kk-KZ"/>
              </w:rPr>
              <m:t>p</m:t>
            </m:r>
          </m:sub>
        </m:sSub>
        <m:d>
          <m:dPr>
            <m:ctrlPr>
              <w:rPr>
                <w:rFonts w:ascii="Cambria Math" w:hAnsi="Cambria Math" w:cs="Times New Roman"/>
                <w:i/>
                <w:sz w:val="28"/>
                <w:szCs w:val="28"/>
              </w:rPr>
            </m:ctrlPr>
          </m:dPr>
          <m:e>
            <m:r>
              <w:rPr>
                <w:rFonts w:ascii="Cambria Math" w:hAnsi="Cambria Math" w:cs="Times New Roman"/>
                <w:sz w:val="28"/>
                <w:szCs w:val="28"/>
                <w:lang w:val="kk-KZ"/>
              </w:rPr>
              <m:t>Q</m:t>
            </m:r>
          </m:e>
        </m:d>
      </m:oMath>
      <w:r w:rsidR="004B7CD0" w:rsidRPr="00B439DD">
        <w:rPr>
          <w:rFonts w:ascii="Times New Roman" w:hAnsi="Times New Roman" w:cs="Times New Roman"/>
          <w:sz w:val="28"/>
          <w:szCs w:val="28"/>
          <w:lang w:val="kk-KZ"/>
        </w:rPr>
        <w:t xml:space="preserve"> кеңістіг</w:t>
      </w:r>
      <w:r w:rsidR="00585343">
        <w:rPr>
          <w:rFonts w:ascii="Times New Roman" w:hAnsi="Times New Roman" w:cs="Times New Roman"/>
          <w:sz w:val="28"/>
          <w:szCs w:val="28"/>
          <w:lang w:val="kk-KZ"/>
        </w:rPr>
        <w:t>ін төмендегідей анықтап алайық:</w:t>
      </w:r>
    </w:p>
    <w:p w14:paraId="021481E1" w14:textId="77777777" w:rsidR="00585343" w:rsidRPr="00B439DD" w:rsidRDefault="00585343" w:rsidP="00585343">
      <w:pPr>
        <w:spacing w:after="0" w:line="240" w:lineRule="auto"/>
        <w:ind w:firstLine="567"/>
        <w:rPr>
          <w:rFonts w:ascii="Times New Roman" w:hAnsi="Times New Roman" w:cs="Times New Roman"/>
          <w:sz w:val="28"/>
          <w:szCs w:val="28"/>
          <w:lang w:val="kk-KZ"/>
        </w:rPr>
      </w:pPr>
    </w:p>
    <w:p w14:paraId="6CDEA088" w14:textId="06277968" w:rsidR="004B7CD0" w:rsidRPr="00B439DD" w:rsidRDefault="00A135AE" w:rsidP="00B439DD">
      <w:pPr>
        <w:spacing w:after="0" w:line="240" w:lineRule="auto"/>
        <w:jc w:val="center"/>
        <w:rPr>
          <w:rFonts w:ascii="Times New Roman" w:hAnsi="Times New Roman" w:cs="Times New Roman"/>
          <w:position w:val="-18"/>
          <w:sz w:val="28"/>
          <w:szCs w:val="28"/>
        </w:rPr>
      </w:pPr>
      <w:r w:rsidRPr="00B439DD">
        <w:rPr>
          <w:rFonts w:ascii="Times New Roman" w:hAnsi="Times New Roman" w:cs="Times New Roman"/>
          <w:noProof/>
          <w:position w:val="-18"/>
          <w:sz w:val="28"/>
          <w:szCs w:val="28"/>
        </w:rPr>
        <w:drawing>
          <wp:inline distT="0" distB="0" distL="0" distR="0" wp14:anchorId="62C13A53" wp14:editId="43D2B99C">
            <wp:extent cx="3888740" cy="317500"/>
            <wp:effectExtent l="0" t="0" r="0" b="6350"/>
            <wp:docPr id="2245" name="Рисунок 2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5"/>
                    <pic:cNvPicPr>
                      <a:picLocks noChangeAspect="1" noChangeArrowheads="1"/>
                    </pic:cNvPicPr>
                  </pic:nvPicPr>
                  <pic:blipFill>
                    <a:blip r:embed="rId3026" cstate="print">
                      <a:extLst>
                        <a:ext uri="{28A0092B-C50C-407E-A947-70E740481C1C}">
                          <a14:useLocalDpi xmlns:a14="http://schemas.microsoft.com/office/drawing/2010/main" val="0"/>
                        </a:ext>
                      </a:extLst>
                    </a:blip>
                    <a:srcRect/>
                    <a:stretch>
                      <a:fillRect/>
                    </a:stretch>
                  </pic:blipFill>
                  <pic:spPr bwMode="auto">
                    <a:xfrm>
                      <a:off x="0" y="0"/>
                      <a:ext cx="3888740" cy="317500"/>
                    </a:xfrm>
                    <a:prstGeom prst="rect">
                      <a:avLst/>
                    </a:prstGeom>
                    <a:noFill/>
                    <a:ln>
                      <a:noFill/>
                    </a:ln>
                  </pic:spPr>
                </pic:pic>
              </a:graphicData>
            </a:graphic>
          </wp:inline>
        </w:drawing>
      </w:r>
    </w:p>
    <w:p w14:paraId="33C17D7D" w14:textId="77777777" w:rsidR="00D33D27" w:rsidRPr="00B439DD" w:rsidRDefault="00D33D27" w:rsidP="00585343">
      <w:pPr>
        <w:tabs>
          <w:tab w:val="left" w:pos="0"/>
        </w:tabs>
        <w:spacing w:after="0" w:line="240" w:lineRule="auto"/>
        <w:jc w:val="center"/>
        <w:rPr>
          <w:rFonts w:ascii="Times New Roman" w:hAnsi="Times New Roman" w:cs="Times New Roman"/>
          <w:position w:val="-18"/>
          <w:sz w:val="28"/>
          <w:szCs w:val="28"/>
        </w:rPr>
      </w:pPr>
    </w:p>
    <w:p w14:paraId="20F7F675" w14:textId="77777777" w:rsidR="004B7CD0" w:rsidRPr="00B439DD" w:rsidRDefault="004B7CD0" w:rsidP="00B439DD">
      <w:pPr>
        <w:spacing w:after="0" w:line="240" w:lineRule="auto"/>
        <w:rPr>
          <w:rFonts w:ascii="Times New Roman" w:hAnsi="Times New Roman" w:cs="Times New Roman"/>
          <w:position w:val="-18"/>
          <w:sz w:val="28"/>
          <w:szCs w:val="28"/>
          <w:lang w:val="kk-KZ"/>
        </w:rPr>
      </w:pPr>
      <w:r w:rsidRPr="00B439DD">
        <w:rPr>
          <w:rFonts w:ascii="Times New Roman" w:hAnsi="Times New Roman" w:cs="Times New Roman"/>
          <w:position w:val="-18"/>
          <w:sz w:val="28"/>
          <w:szCs w:val="28"/>
          <w:lang w:val="kk-KZ"/>
        </w:rPr>
        <w:t>және оның нормасы</w:t>
      </w:r>
    </w:p>
    <w:p w14:paraId="63B6BC5F" w14:textId="77777777" w:rsidR="00D33D27" w:rsidRPr="00B439DD" w:rsidRDefault="00D33D27" w:rsidP="00B439DD">
      <w:pPr>
        <w:spacing w:after="0" w:line="240" w:lineRule="auto"/>
        <w:rPr>
          <w:rFonts w:ascii="Times New Roman" w:hAnsi="Times New Roman" w:cs="Times New Roman"/>
          <w:position w:val="-18"/>
          <w:sz w:val="28"/>
          <w:szCs w:val="28"/>
          <w:lang w:val="kk-KZ"/>
        </w:rPr>
      </w:pPr>
    </w:p>
    <w:p w14:paraId="7465687E" w14:textId="4FE1BD5D" w:rsidR="004B7CD0" w:rsidRPr="00B439DD" w:rsidRDefault="00A135AE" w:rsidP="00B439DD">
      <w:pPr>
        <w:spacing w:after="0" w:line="240" w:lineRule="auto"/>
        <w:jc w:val="center"/>
        <w:rPr>
          <w:rFonts w:ascii="Times New Roman" w:hAnsi="Times New Roman" w:cs="Times New Roman"/>
          <w:position w:val="-106"/>
          <w:sz w:val="28"/>
          <w:szCs w:val="28"/>
        </w:rPr>
      </w:pPr>
      <w:r w:rsidRPr="00B439DD">
        <w:rPr>
          <w:rFonts w:ascii="Times New Roman" w:hAnsi="Times New Roman" w:cs="Times New Roman"/>
          <w:noProof/>
          <w:position w:val="-106"/>
          <w:sz w:val="28"/>
          <w:szCs w:val="28"/>
        </w:rPr>
        <w:drawing>
          <wp:inline distT="0" distB="0" distL="0" distR="0" wp14:anchorId="29E76DE7" wp14:editId="30372DB8">
            <wp:extent cx="4446905" cy="1443990"/>
            <wp:effectExtent l="0" t="0" r="0" b="3810"/>
            <wp:docPr id="2246" name="Рисунок 2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6"/>
                    <pic:cNvPicPr>
                      <a:picLocks noChangeAspect="1" noChangeArrowheads="1"/>
                    </pic:cNvPicPr>
                  </pic:nvPicPr>
                  <pic:blipFill>
                    <a:blip r:embed="rId3027" cstate="print">
                      <a:extLst>
                        <a:ext uri="{28A0092B-C50C-407E-A947-70E740481C1C}">
                          <a14:useLocalDpi xmlns:a14="http://schemas.microsoft.com/office/drawing/2010/main" val="0"/>
                        </a:ext>
                      </a:extLst>
                    </a:blip>
                    <a:srcRect/>
                    <a:stretch>
                      <a:fillRect/>
                    </a:stretch>
                  </pic:blipFill>
                  <pic:spPr bwMode="auto">
                    <a:xfrm>
                      <a:off x="0" y="0"/>
                      <a:ext cx="4446905" cy="1443990"/>
                    </a:xfrm>
                    <a:prstGeom prst="rect">
                      <a:avLst/>
                    </a:prstGeom>
                    <a:noFill/>
                    <a:ln>
                      <a:noFill/>
                    </a:ln>
                  </pic:spPr>
                </pic:pic>
              </a:graphicData>
            </a:graphic>
          </wp:inline>
        </w:drawing>
      </w:r>
    </w:p>
    <w:p w14:paraId="71669DC2" w14:textId="77777777" w:rsidR="00D33D27" w:rsidRPr="00B439DD" w:rsidRDefault="00D33D27" w:rsidP="00B439DD">
      <w:pPr>
        <w:spacing w:after="0" w:line="240" w:lineRule="auto"/>
        <w:jc w:val="center"/>
        <w:rPr>
          <w:rFonts w:ascii="Times New Roman" w:hAnsi="Times New Roman" w:cs="Times New Roman"/>
          <w:sz w:val="28"/>
          <w:szCs w:val="28"/>
          <w:lang w:val="kk-KZ"/>
        </w:rPr>
      </w:pPr>
    </w:p>
    <w:p w14:paraId="08BF2293" w14:textId="77777777" w:rsidR="004B7CD0" w:rsidRPr="00B439DD" w:rsidRDefault="004B7CD0" w:rsidP="00B439DD">
      <w:pPr>
        <w:spacing w:after="0" w:line="240" w:lineRule="auto"/>
        <w:rPr>
          <w:rFonts w:ascii="Times New Roman" w:hAnsi="Times New Roman" w:cs="Times New Roman"/>
          <w:sz w:val="28"/>
          <w:szCs w:val="28"/>
          <w:lang w:val="kk-KZ"/>
        </w:rPr>
      </w:pPr>
      <w:r w:rsidRPr="00B439DD">
        <w:rPr>
          <w:rFonts w:ascii="Times New Roman" w:hAnsi="Times New Roman" w:cs="Times New Roman"/>
          <w:position w:val="-18"/>
          <w:sz w:val="28"/>
          <w:szCs w:val="28"/>
          <w:lang w:val="kk-KZ"/>
        </w:rPr>
        <w:tab/>
      </w:r>
    </w:p>
    <w:p w14:paraId="279E2810" w14:textId="281375AE" w:rsidR="004B7CD0" w:rsidRPr="00B439DD" w:rsidRDefault="00E919FB" w:rsidP="00B439DD">
      <w:pPr>
        <w:spacing w:after="0" w:line="240" w:lineRule="auto"/>
        <w:ind w:firstLine="567"/>
        <w:rPr>
          <w:rFonts w:ascii="Times New Roman" w:hAnsi="Times New Roman" w:cs="Times New Roman"/>
          <w:sz w:val="28"/>
          <w:szCs w:val="28"/>
          <w:lang w:val="kk-KZ"/>
        </w:rPr>
      </w:pPr>
      <w:r w:rsidRPr="00B439DD">
        <w:rPr>
          <w:rFonts w:ascii="Times New Roman" w:hAnsi="Times New Roman" w:cs="Times New Roman"/>
          <w:b/>
          <w:sz w:val="28"/>
          <w:szCs w:val="28"/>
          <w:lang w:val="kk-KZ"/>
        </w:rPr>
        <w:t>Анықтама 2</w:t>
      </w:r>
      <w:r w:rsidR="004B7CD0" w:rsidRPr="00B439DD">
        <w:rPr>
          <w:rFonts w:ascii="Times New Roman" w:hAnsi="Times New Roman" w:cs="Times New Roman"/>
          <w:b/>
          <w:sz w:val="28"/>
          <w:szCs w:val="28"/>
          <w:lang w:val="kk-KZ"/>
        </w:rPr>
        <w:t>.1.</w:t>
      </w:r>
      <w:r w:rsidRPr="00B439DD">
        <w:rPr>
          <w:rFonts w:ascii="Times New Roman" w:hAnsi="Times New Roman" w:cs="Times New Roman"/>
          <w:sz w:val="28"/>
          <w:szCs w:val="28"/>
          <w:lang w:val="kk-KZ"/>
        </w:rPr>
        <w:t xml:space="preserve"> (2</w:t>
      </w:r>
      <w:r w:rsidR="004B7CD0" w:rsidRPr="00B439DD">
        <w:rPr>
          <w:rFonts w:ascii="Times New Roman" w:hAnsi="Times New Roman" w:cs="Times New Roman"/>
          <w:sz w:val="28"/>
          <w:szCs w:val="28"/>
          <w:lang w:val="kk-KZ"/>
        </w:rPr>
        <w:t>.</w:t>
      </w:r>
      <w:r w:rsidRPr="00B439DD">
        <w:rPr>
          <w:rFonts w:ascii="Times New Roman" w:hAnsi="Times New Roman" w:cs="Times New Roman"/>
          <w:sz w:val="28"/>
          <w:szCs w:val="28"/>
          <w:lang w:val="kk-KZ"/>
        </w:rPr>
        <w:t>61)-(2</w:t>
      </w:r>
      <w:r w:rsidR="004B7CD0" w:rsidRPr="00B439DD">
        <w:rPr>
          <w:rFonts w:ascii="Times New Roman" w:hAnsi="Times New Roman" w:cs="Times New Roman"/>
          <w:sz w:val="28"/>
          <w:szCs w:val="28"/>
          <w:lang w:val="kk-KZ"/>
        </w:rPr>
        <w:t>.</w:t>
      </w:r>
      <w:r w:rsidRPr="00B439DD">
        <w:rPr>
          <w:rFonts w:ascii="Times New Roman" w:hAnsi="Times New Roman" w:cs="Times New Roman"/>
          <w:sz w:val="28"/>
          <w:szCs w:val="28"/>
          <w:lang w:val="kk-KZ"/>
        </w:rPr>
        <w:t>6</w:t>
      </w:r>
      <w:r w:rsidR="004B7CD0" w:rsidRPr="00B439DD">
        <w:rPr>
          <w:rFonts w:ascii="Times New Roman" w:hAnsi="Times New Roman" w:cs="Times New Roman"/>
          <w:sz w:val="28"/>
          <w:szCs w:val="28"/>
          <w:lang w:val="kk-KZ"/>
        </w:rPr>
        <w:t xml:space="preserve">3) шеттік </w:t>
      </w:r>
      <w:r w:rsidRPr="00B439DD">
        <w:rPr>
          <w:rFonts w:ascii="Times New Roman" w:hAnsi="Times New Roman" w:cs="Times New Roman"/>
          <w:sz w:val="28"/>
          <w:szCs w:val="28"/>
          <w:lang w:val="kk-KZ"/>
        </w:rPr>
        <w:t>есебінің жалпылама шешімі деп (2</w:t>
      </w:r>
      <w:r w:rsidR="004B7CD0" w:rsidRPr="00B439DD">
        <w:rPr>
          <w:rFonts w:ascii="Times New Roman" w:hAnsi="Times New Roman" w:cs="Times New Roman"/>
          <w:sz w:val="28"/>
          <w:szCs w:val="28"/>
          <w:lang w:val="kk-KZ"/>
        </w:rPr>
        <w:t>.</w:t>
      </w:r>
      <w:r w:rsidRPr="00B439DD">
        <w:rPr>
          <w:rFonts w:ascii="Times New Roman" w:hAnsi="Times New Roman" w:cs="Times New Roman"/>
          <w:sz w:val="28"/>
          <w:szCs w:val="28"/>
          <w:lang w:val="kk-KZ"/>
        </w:rPr>
        <w:t>62), (2</w:t>
      </w:r>
      <w:r w:rsidR="004B7CD0" w:rsidRPr="00B439DD">
        <w:rPr>
          <w:rFonts w:ascii="Times New Roman" w:hAnsi="Times New Roman" w:cs="Times New Roman"/>
          <w:sz w:val="28"/>
          <w:szCs w:val="28"/>
          <w:lang w:val="kk-KZ"/>
        </w:rPr>
        <w:t>.</w:t>
      </w:r>
      <w:r w:rsidRPr="00B439DD">
        <w:rPr>
          <w:rFonts w:ascii="Times New Roman" w:hAnsi="Times New Roman" w:cs="Times New Roman"/>
          <w:sz w:val="28"/>
          <w:szCs w:val="28"/>
          <w:lang w:val="kk-KZ"/>
        </w:rPr>
        <w:t>6</w:t>
      </w:r>
      <w:r w:rsidR="004B7CD0" w:rsidRPr="00B439DD">
        <w:rPr>
          <w:rFonts w:ascii="Times New Roman" w:hAnsi="Times New Roman" w:cs="Times New Roman"/>
          <w:sz w:val="28"/>
          <w:szCs w:val="28"/>
          <w:lang w:val="kk-KZ"/>
        </w:rPr>
        <w:t xml:space="preserve">3) шарттарын және келесі интегралдық тепе-теңдігін қанағаттандыратын </w:t>
      </w:r>
      <w:r w:rsidR="00A135AE" w:rsidRPr="00B439DD">
        <w:rPr>
          <w:rFonts w:ascii="Times New Roman" w:hAnsi="Times New Roman" w:cs="Times New Roman"/>
          <w:noProof/>
          <w:position w:val="-14"/>
          <w:sz w:val="28"/>
          <w:szCs w:val="28"/>
        </w:rPr>
        <w:drawing>
          <wp:inline distT="0" distB="0" distL="0" distR="0" wp14:anchorId="2E6FF20A" wp14:editId="2BB8312F">
            <wp:extent cx="1289685" cy="288925"/>
            <wp:effectExtent l="0" t="0" r="5715" b="0"/>
            <wp:docPr id="2247" name="Рисунок 2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7"/>
                    <pic:cNvPicPr>
                      <a:picLocks noChangeAspect="1" noChangeArrowheads="1"/>
                    </pic:cNvPicPr>
                  </pic:nvPicPr>
                  <pic:blipFill>
                    <a:blip r:embed="rId3028" cstate="print">
                      <a:extLst>
                        <a:ext uri="{28A0092B-C50C-407E-A947-70E740481C1C}">
                          <a14:useLocalDpi xmlns:a14="http://schemas.microsoft.com/office/drawing/2010/main" val="0"/>
                        </a:ext>
                      </a:extLst>
                    </a:blip>
                    <a:srcRect/>
                    <a:stretch>
                      <a:fillRect/>
                    </a:stretch>
                  </pic:blipFill>
                  <pic:spPr bwMode="auto">
                    <a:xfrm>
                      <a:off x="0" y="0"/>
                      <a:ext cx="1289685" cy="288925"/>
                    </a:xfrm>
                    <a:prstGeom prst="rect">
                      <a:avLst/>
                    </a:prstGeom>
                    <a:noFill/>
                    <a:ln>
                      <a:noFill/>
                    </a:ln>
                  </pic:spPr>
                </pic:pic>
              </a:graphicData>
            </a:graphic>
          </wp:inline>
        </w:drawing>
      </w:r>
      <w:r w:rsidR="00A135AE" w:rsidRPr="00B439DD">
        <w:rPr>
          <w:rFonts w:ascii="Times New Roman" w:hAnsi="Times New Roman" w:cs="Times New Roman"/>
          <w:noProof/>
          <w:position w:val="-16"/>
          <w:sz w:val="28"/>
          <w:szCs w:val="28"/>
        </w:rPr>
        <w:drawing>
          <wp:inline distT="0" distB="0" distL="0" distR="0" wp14:anchorId="17A5292D" wp14:editId="32DA7489">
            <wp:extent cx="1328420" cy="288925"/>
            <wp:effectExtent l="0" t="0" r="5080" b="0"/>
            <wp:docPr id="2248" name="Рисунок 2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8"/>
                    <pic:cNvPicPr>
                      <a:picLocks noChangeAspect="1" noChangeArrowheads="1"/>
                    </pic:cNvPicPr>
                  </pic:nvPicPr>
                  <pic:blipFill>
                    <a:blip r:embed="rId3029" cstate="print">
                      <a:extLst>
                        <a:ext uri="{28A0092B-C50C-407E-A947-70E740481C1C}">
                          <a14:useLocalDpi xmlns:a14="http://schemas.microsoft.com/office/drawing/2010/main" val="0"/>
                        </a:ext>
                      </a:extLst>
                    </a:blip>
                    <a:srcRect/>
                    <a:stretch>
                      <a:fillRect/>
                    </a:stretch>
                  </pic:blipFill>
                  <pic:spPr bwMode="auto">
                    <a:xfrm>
                      <a:off x="0" y="0"/>
                      <a:ext cx="1328420" cy="288925"/>
                    </a:xfrm>
                    <a:prstGeom prst="rect">
                      <a:avLst/>
                    </a:prstGeom>
                    <a:noFill/>
                    <a:ln>
                      <a:noFill/>
                    </a:ln>
                  </pic:spPr>
                </pic:pic>
              </a:graphicData>
            </a:graphic>
          </wp:inline>
        </w:drawing>
      </w:r>
      <w:r w:rsidR="004B7CD0" w:rsidRPr="00B439DD">
        <w:rPr>
          <w:rFonts w:ascii="Times New Roman" w:hAnsi="Times New Roman" w:cs="Times New Roman"/>
          <w:sz w:val="28"/>
          <w:szCs w:val="28"/>
          <w:lang w:val="kk-KZ"/>
        </w:rPr>
        <w:t xml:space="preserve"> функциясын айтамыз:</w:t>
      </w:r>
    </w:p>
    <w:p w14:paraId="7973AC4D" w14:textId="77777777" w:rsidR="004B7CD0" w:rsidRPr="00B439DD" w:rsidRDefault="004B7CD0" w:rsidP="00B439DD">
      <w:pPr>
        <w:spacing w:after="0" w:line="240" w:lineRule="auto"/>
        <w:ind w:firstLine="567"/>
        <w:rPr>
          <w:rFonts w:ascii="Times New Roman" w:hAnsi="Times New Roman" w:cs="Times New Roman"/>
          <w:sz w:val="28"/>
          <w:szCs w:val="28"/>
          <w:lang w:val="kk-KZ"/>
        </w:rPr>
      </w:pPr>
    </w:p>
    <w:p w14:paraId="65A5F28B" w14:textId="742073CF" w:rsidR="004B7CD0" w:rsidRDefault="00A135AE" w:rsidP="00B439DD">
      <w:pPr>
        <w:spacing w:after="0" w:line="240" w:lineRule="auto"/>
        <w:jc w:val="center"/>
        <w:rPr>
          <w:rFonts w:ascii="Times New Roman" w:hAnsi="Times New Roman" w:cs="Times New Roman"/>
          <w:sz w:val="28"/>
          <w:szCs w:val="28"/>
          <w:lang w:val="kk-KZ"/>
        </w:rPr>
      </w:pPr>
      <w:r w:rsidRPr="00B439DD">
        <w:rPr>
          <w:rFonts w:ascii="Times New Roman" w:hAnsi="Times New Roman" w:cs="Times New Roman"/>
          <w:noProof/>
          <w:position w:val="-38"/>
          <w:sz w:val="28"/>
          <w:szCs w:val="28"/>
        </w:rPr>
        <w:drawing>
          <wp:inline distT="0" distB="0" distL="0" distR="0" wp14:anchorId="36295806" wp14:editId="7CE18E63">
            <wp:extent cx="3888740" cy="500380"/>
            <wp:effectExtent l="0" t="0" r="0" b="0"/>
            <wp:docPr id="2249" name="Рисунок 2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9"/>
                    <pic:cNvPicPr>
                      <a:picLocks noChangeAspect="1" noChangeArrowheads="1"/>
                    </pic:cNvPicPr>
                  </pic:nvPicPr>
                  <pic:blipFill>
                    <a:blip r:embed="rId3030" cstate="print">
                      <a:extLst>
                        <a:ext uri="{28A0092B-C50C-407E-A947-70E740481C1C}">
                          <a14:useLocalDpi xmlns:a14="http://schemas.microsoft.com/office/drawing/2010/main" val="0"/>
                        </a:ext>
                      </a:extLst>
                    </a:blip>
                    <a:srcRect/>
                    <a:stretch>
                      <a:fillRect/>
                    </a:stretch>
                  </pic:blipFill>
                  <pic:spPr bwMode="auto">
                    <a:xfrm>
                      <a:off x="0" y="0"/>
                      <a:ext cx="3888740" cy="500380"/>
                    </a:xfrm>
                    <a:prstGeom prst="rect">
                      <a:avLst/>
                    </a:prstGeom>
                    <a:noFill/>
                    <a:ln>
                      <a:noFill/>
                    </a:ln>
                  </pic:spPr>
                </pic:pic>
              </a:graphicData>
            </a:graphic>
          </wp:inline>
        </w:drawing>
      </w:r>
    </w:p>
    <w:p w14:paraId="10919F61" w14:textId="77777777" w:rsidR="00EF52AB" w:rsidRPr="00B439DD" w:rsidRDefault="00EF52AB" w:rsidP="00B439DD">
      <w:pPr>
        <w:spacing w:after="0" w:line="240" w:lineRule="auto"/>
        <w:jc w:val="center"/>
        <w:rPr>
          <w:rFonts w:ascii="Times New Roman" w:hAnsi="Times New Roman" w:cs="Times New Roman"/>
          <w:sz w:val="28"/>
          <w:szCs w:val="28"/>
          <w:lang w:val="kk-KZ"/>
        </w:rPr>
      </w:pPr>
    </w:p>
    <w:p w14:paraId="2A569FFB" w14:textId="0FD40C3C" w:rsidR="004B7CD0" w:rsidRPr="00B439DD" w:rsidRDefault="004B7CD0" w:rsidP="00B439DD">
      <w:pPr>
        <w:tabs>
          <w:tab w:val="center" w:pos="4678"/>
          <w:tab w:val="right" w:pos="9639"/>
        </w:tabs>
        <w:spacing w:after="0" w:line="240" w:lineRule="auto"/>
        <w:jc w:val="both"/>
        <w:rPr>
          <w:rFonts w:ascii="Times New Roman" w:hAnsi="Times New Roman" w:cs="Times New Roman"/>
          <w:b/>
          <w:sz w:val="28"/>
          <w:szCs w:val="28"/>
          <w:lang w:val="kk-KZ"/>
        </w:rPr>
      </w:pPr>
      <w:r w:rsidRPr="00B439DD">
        <w:rPr>
          <w:rFonts w:ascii="Times New Roman" w:hAnsi="Times New Roman" w:cs="Times New Roman"/>
          <w:sz w:val="28"/>
          <w:szCs w:val="28"/>
          <w:lang w:val="kk-KZ"/>
        </w:rPr>
        <w:t xml:space="preserve">мұндағы </w:t>
      </w:r>
      <w:r w:rsidR="00A135AE" w:rsidRPr="00B439DD">
        <w:rPr>
          <w:rFonts w:ascii="Times New Roman" w:hAnsi="Times New Roman" w:cs="Times New Roman"/>
          <w:noProof/>
          <w:position w:val="-14"/>
          <w:sz w:val="28"/>
          <w:szCs w:val="28"/>
        </w:rPr>
        <w:drawing>
          <wp:inline distT="0" distB="0" distL="0" distR="0" wp14:anchorId="6B22AC41" wp14:editId="08285F13">
            <wp:extent cx="866140" cy="288925"/>
            <wp:effectExtent l="0" t="0" r="0" b="0"/>
            <wp:docPr id="2250" name="Рисунок 2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0"/>
                    <pic:cNvPicPr>
                      <a:picLocks noChangeAspect="1" noChangeArrowheads="1"/>
                    </pic:cNvPicPr>
                  </pic:nvPicPr>
                  <pic:blipFill>
                    <a:blip r:embed="rId3031" cstate="print">
                      <a:extLst>
                        <a:ext uri="{28A0092B-C50C-407E-A947-70E740481C1C}">
                          <a14:useLocalDpi xmlns:a14="http://schemas.microsoft.com/office/drawing/2010/main" val="0"/>
                        </a:ext>
                      </a:extLst>
                    </a:blip>
                    <a:srcRect/>
                    <a:stretch>
                      <a:fillRect/>
                    </a:stretch>
                  </pic:blipFill>
                  <pic:spPr bwMode="auto">
                    <a:xfrm>
                      <a:off x="0" y="0"/>
                      <a:ext cx="866140" cy="288925"/>
                    </a:xfrm>
                    <a:prstGeom prst="rect">
                      <a:avLst/>
                    </a:prstGeom>
                    <a:noFill/>
                    <a:ln>
                      <a:noFill/>
                    </a:ln>
                  </pic:spPr>
                </pic:pic>
              </a:graphicData>
            </a:graphic>
          </wp:inline>
        </w:drawing>
      </w:r>
      <w:r w:rsidR="00A135AE" w:rsidRPr="00B439DD">
        <w:rPr>
          <w:rFonts w:ascii="Times New Roman" w:hAnsi="Times New Roman" w:cs="Times New Roman"/>
          <w:noProof/>
          <w:position w:val="-16"/>
          <w:sz w:val="28"/>
          <w:szCs w:val="28"/>
        </w:rPr>
        <w:drawing>
          <wp:inline distT="0" distB="0" distL="0" distR="0" wp14:anchorId="2C371DCB" wp14:editId="00489741">
            <wp:extent cx="1328420" cy="288925"/>
            <wp:effectExtent l="0" t="0" r="5080" b="0"/>
            <wp:docPr id="2251" name="Рисунок 2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1"/>
                    <pic:cNvPicPr>
                      <a:picLocks noChangeAspect="1" noChangeArrowheads="1"/>
                    </pic:cNvPicPr>
                  </pic:nvPicPr>
                  <pic:blipFill>
                    <a:blip r:embed="rId3032" cstate="print">
                      <a:extLst>
                        <a:ext uri="{28A0092B-C50C-407E-A947-70E740481C1C}">
                          <a14:useLocalDpi xmlns:a14="http://schemas.microsoft.com/office/drawing/2010/main" val="0"/>
                        </a:ext>
                      </a:extLst>
                    </a:blip>
                    <a:srcRect/>
                    <a:stretch>
                      <a:fillRect/>
                    </a:stretch>
                  </pic:blipFill>
                  <pic:spPr bwMode="auto">
                    <a:xfrm>
                      <a:off x="0" y="0"/>
                      <a:ext cx="1328420" cy="288925"/>
                    </a:xfrm>
                    <a:prstGeom prst="rect">
                      <a:avLst/>
                    </a:prstGeom>
                    <a:noFill/>
                    <a:ln>
                      <a:noFill/>
                    </a:ln>
                  </pic:spPr>
                </pic:pic>
              </a:graphicData>
            </a:graphic>
          </wp:inline>
        </w:drawing>
      </w:r>
      <w:r w:rsidR="00A135AE" w:rsidRPr="00B439DD">
        <w:rPr>
          <w:rFonts w:ascii="Times New Roman" w:hAnsi="Times New Roman" w:cs="Times New Roman"/>
          <w:noProof/>
          <w:position w:val="-12"/>
          <w:sz w:val="28"/>
          <w:szCs w:val="28"/>
        </w:rPr>
        <w:drawing>
          <wp:inline distT="0" distB="0" distL="0" distR="0" wp14:anchorId="597EC90A" wp14:editId="54F23D06">
            <wp:extent cx="2204085" cy="231140"/>
            <wp:effectExtent l="0" t="0" r="5715" b="0"/>
            <wp:docPr id="2252" name="Рисунок 2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2"/>
                    <pic:cNvPicPr>
                      <a:picLocks noChangeAspect="1" noChangeArrowheads="1"/>
                    </pic:cNvPicPr>
                  </pic:nvPicPr>
                  <pic:blipFill>
                    <a:blip r:embed="rId3033" cstate="print">
                      <a:extLst>
                        <a:ext uri="{28A0092B-C50C-407E-A947-70E740481C1C}">
                          <a14:useLocalDpi xmlns:a14="http://schemas.microsoft.com/office/drawing/2010/main" val="0"/>
                        </a:ext>
                      </a:extLst>
                    </a:blip>
                    <a:srcRect/>
                    <a:stretch>
                      <a:fillRect/>
                    </a:stretch>
                  </pic:blipFill>
                  <pic:spPr bwMode="auto">
                    <a:xfrm>
                      <a:off x="0" y="0"/>
                      <a:ext cx="2204085" cy="231140"/>
                    </a:xfrm>
                    <a:prstGeom prst="rect">
                      <a:avLst/>
                    </a:prstGeom>
                    <a:noFill/>
                    <a:ln>
                      <a:noFill/>
                    </a:ln>
                  </pic:spPr>
                </pic:pic>
              </a:graphicData>
            </a:graphic>
          </wp:inline>
        </w:drawing>
      </w:r>
      <w:r w:rsidRPr="00B439DD">
        <w:rPr>
          <w:rFonts w:ascii="Times New Roman" w:hAnsi="Times New Roman" w:cs="Times New Roman"/>
          <w:sz w:val="28"/>
          <w:szCs w:val="28"/>
          <w:lang w:val="kk-KZ"/>
        </w:rPr>
        <w:t>.</w:t>
      </w:r>
    </w:p>
    <w:p w14:paraId="58441FB9" w14:textId="77777777" w:rsidR="004B7CD0" w:rsidRPr="00B439DD" w:rsidRDefault="004B7CD0" w:rsidP="00B439DD">
      <w:pPr>
        <w:tabs>
          <w:tab w:val="center" w:pos="4678"/>
          <w:tab w:val="right" w:pos="9639"/>
        </w:tabs>
        <w:spacing w:after="0" w:line="240" w:lineRule="auto"/>
        <w:jc w:val="both"/>
        <w:rPr>
          <w:rFonts w:ascii="Times New Roman" w:hAnsi="Times New Roman" w:cs="Times New Roman"/>
          <w:b/>
          <w:sz w:val="28"/>
          <w:szCs w:val="28"/>
          <w:lang w:val="kk-KZ"/>
        </w:rPr>
      </w:pPr>
    </w:p>
    <w:p w14:paraId="4881D73F" w14:textId="1360F16B" w:rsidR="004B7CD0" w:rsidRPr="00B439DD" w:rsidRDefault="00EF52AB" w:rsidP="00B439DD">
      <w:pPr>
        <w:tabs>
          <w:tab w:val="center" w:pos="4678"/>
          <w:tab w:val="right" w:pos="9639"/>
        </w:tabs>
        <w:spacing w:after="0" w:line="240" w:lineRule="auto"/>
        <w:jc w:val="both"/>
        <w:rPr>
          <w:rFonts w:ascii="Times New Roman" w:hAnsi="Times New Roman" w:cs="Times New Roman"/>
          <w:position w:val="-6"/>
          <w:sz w:val="28"/>
          <w:szCs w:val="28"/>
          <w:lang w:val="kk-KZ"/>
        </w:rPr>
      </w:pPr>
      <w:r>
        <w:rPr>
          <w:rFonts w:ascii="Times New Roman" w:hAnsi="Times New Roman" w:cs="Times New Roman"/>
          <w:b/>
          <w:sz w:val="28"/>
          <w:szCs w:val="28"/>
          <w:lang w:val="kk-KZ"/>
        </w:rPr>
        <w:t xml:space="preserve">         </w:t>
      </w:r>
      <w:r w:rsidR="00E919FB" w:rsidRPr="00B439DD">
        <w:rPr>
          <w:rFonts w:ascii="Times New Roman" w:hAnsi="Times New Roman" w:cs="Times New Roman"/>
          <w:b/>
          <w:sz w:val="28"/>
          <w:szCs w:val="28"/>
          <w:lang w:val="kk-KZ"/>
        </w:rPr>
        <w:t>Теорема 2.6</w:t>
      </w:r>
      <w:r w:rsidR="004B7CD0" w:rsidRPr="00B439DD">
        <w:rPr>
          <w:rFonts w:ascii="Times New Roman" w:hAnsi="Times New Roman" w:cs="Times New Roman"/>
          <w:b/>
          <w:sz w:val="28"/>
          <w:szCs w:val="28"/>
          <w:lang w:val="kk-KZ"/>
        </w:rPr>
        <w:t xml:space="preserve">. </w:t>
      </w:r>
      <w:r w:rsidR="004B7CD0" w:rsidRPr="00B439DD">
        <w:rPr>
          <w:rFonts w:ascii="Times New Roman" w:hAnsi="Times New Roman" w:cs="Times New Roman"/>
          <w:sz w:val="28"/>
          <w:szCs w:val="28"/>
          <w:lang w:val="kk-KZ"/>
        </w:rPr>
        <w:t xml:space="preserve">Айталық,  </w:t>
      </w:r>
      <w:r w:rsidR="00A135AE" w:rsidRPr="00B439DD">
        <w:rPr>
          <w:rFonts w:ascii="Times New Roman" w:hAnsi="Times New Roman" w:cs="Times New Roman"/>
          <w:noProof/>
          <w:position w:val="-28"/>
          <w:sz w:val="28"/>
          <w:szCs w:val="28"/>
        </w:rPr>
        <w:drawing>
          <wp:inline distT="0" distB="0" distL="0" distR="0" wp14:anchorId="6FF36BBB" wp14:editId="33DA6D76">
            <wp:extent cx="1010920" cy="462280"/>
            <wp:effectExtent l="0" t="0" r="0" b="0"/>
            <wp:docPr id="2253" name="Рисунок 2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3"/>
                    <pic:cNvPicPr>
                      <a:picLocks noChangeAspect="1" noChangeArrowheads="1"/>
                    </pic:cNvPicPr>
                  </pic:nvPicPr>
                  <pic:blipFill>
                    <a:blip r:embed="rId3034" cstate="print">
                      <a:extLst>
                        <a:ext uri="{28A0092B-C50C-407E-A947-70E740481C1C}">
                          <a14:useLocalDpi xmlns:a14="http://schemas.microsoft.com/office/drawing/2010/main" val="0"/>
                        </a:ext>
                      </a:extLst>
                    </a:blip>
                    <a:srcRect/>
                    <a:stretch>
                      <a:fillRect/>
                    </a:stretch>
                  </pic:blipFill>
                  <pic:spPr bwMode="auto">
                    <a:xfrm>
                      <a:off x="0" y="0"/>
                      <a:ext cx="1010920" cy="462280"/>
                    </a:xfrm>
                    <a:prstGeom prst="rect">
                      <a:avLst/>
                    </a:prstGeom>
                    <a:noFill/>
                    <a:ln>
                      <a:noFill/>
                    </a:ln>
                  </pic:spPr>
                </pic:pic>
              </a:graphicData>
            </a:graphic>
          </wp:inline>
        </w:drawing>
      </w:r>
      <w:r w:rsidR="00A135AE" w:rsidRPr="00B439DD">
        <w:rPr>
          <w:rFonts w:ascii="Times New Roman" w:hAnsi="Times New Roman" w:cs="Times New Roman"/>
          <w:noProof/>
          <w:position w:val="-6"/>
          <w:sz w:val="28"/>
          <w:szCs w:val="28"/>
        </w:rPr>
        <w:drawing>
          <wp:inline distT="0" distB="0" distL="0" distR="0" wp14:anchorId="6878E2BC" wp14:editId="13D9F217">
            <wp:extent cx="692785" cy="182880"/>
            <wp:effectExtent l="0" t="0" r="0" b="7620"/>
            <wp:docPr id="2254" name="Рисунок 2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4"/>
                    <pic:cNvPicPr>
                      <a:picLocks noChangeAspect="1" noChangeArrowheads="1"/>
                    </pic:cNvPicPr>
                  </pic:nvPicPr>
                  <pic:blipFill>
                    <a:blip r:embed="rId3035" cstate="print">
                      <a:extLst>
                        <a:ext uri="{28A0092B-C50C-407E-A947-70E740481C1C}">
                          <a14:useLocalDpi xmlns:a14="http://schemas.microsoft.com/office/drawing/2010/main" val="0"/>
                        </a:ext>
                      </a:extLst>
                    </a:blip>
                    <a:srcRect/>
                    <a:stretch>
                      <a:fillRect/>
                    </a:stretch>
                  </pic:blipFill>
                  <pic:spPr bwMode="auto">
                    <a:xfrm>
                      <a:off x="0" y="0"/>
                      <a:ext cx="692785" cy="182880"/>
                    </a:xfrm>
                    <a:prstGeom prst="rect">
                      <a:avLst/>
                    </a:prstGeom>
                    <a:noFill/>
                    <a:ln>
                      <a:noFill/>
                    </a:ln>
                  </pic:spPr>
                </pic:pic>
              </a:graphicData>
            </a:graphic>
          </wp:inline>
        </w:drawing>
      </w:r>
    </w:p>
    <w:p w14:paraId="382B59F6" w14:textId="77777777" w:rsidR="004B7CD0" w:rsidRPr="00B439DD" w:rsidRDefault="004B7CD0" w:rsidP="00B439DD">
      <w:pPr>
        <w:tabs>
          <w:tab w:val="center" w:pos="4678"/>
          <w:tab w:val="right" w:pos="9639"/>
        </w:tabs>
        <w:spacing w:after="0" w:line="240" w:lineRule="auto"/>
        <w:jc w:val="both"/>
        <w:rPr>
          <w:rFonts w:ascii="Times New Roman" w:hAnsi="Times New Roman" w:cs="Times New Roman"/>
          <w:position w:val="-10"/>
          <w:sz w:val="28"/>
          <w:szCs w:val="28"/>
          <w:lang w:val="kk-KZ"/>
        </w:rPr>
      </w:pPr>
    </w:p>
    <w:p w14:paraId="7227168B" w14:textId="778B411F" w:rsidR="004B7CD0" w:rsidRPr="00B439DD" w:rsidRDefault="00A135AE" w:rsidP="00B439DD">
      <w:pPr>
        <w:tabs>
          <w:tab w:val="center" w:pos="5387"/>
          <w:tab w:val="right" w:pos="9356"/>
        </w:tabs>
        <w:spacing w:after="0" w:line="240" w:lineRule="auto"/>
        <w:jc w:val="right"/>
        <w:rPr>
          <w:rFonts w:ascii="Times New Roman" w:hAnsi="Times New Roman" w:cs="Times New Roman"/>
          <w:sz w:val="28"/>
          <w:szCs w:val="28"/>
          <w:lang w:val="kk-KZ"/>
        </w:rPr>
      </w:pPr>
      <w:r w:rsidRPr="00B439DD">
        <w:rPr>
          <w:rFonts w:ascii="Times New Roman" w:hAnsi="Times New Roman" w:cs="Times New Roman"/>
          <w:noProof/>
          <w:position w:val="-16"/>
          <w:sz w:val="28"/>
          <w:szCs w:val="28"/>
        </w:rPr>
        <w:lastRenderedPageBreak/>
        <w:drawing>
          <wp:inline distT="0" distB="0" distL="0" distR="0" wp14:anchorId="009F459B" wp14:editId="7412F805">
            <wp:extent cx="1203325" cy="250190"/>
            <wp:effectExtent l="0" t="0" r="0" b="0"/>
            <wp:docPr id="2255" name="Рисунок 2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5"/>
                    <pic:cNvPicPr>
                      <a:picLocks noChangeAspect="1" noChangeArrowheads="1"/>
                    </pic:cNvPicPr>
                  </pic:nvPicPr>
                  <pic:blipFill>
                    <a:blip r:embed="rId3036" cstate="print">
                      <a:extLst>
                        <a:ext uri="{28A0092B-C50C-407E-A947-70E740481C1C}">
                          <a14:useLocalDpi xmlns:a14="http://schemas.microsoft.com/office/drawing/2010/main" val="0"/>
                        </a:ext>
                      </a:extLst>
                    </a:blip>
                    <a:srcRect/>
                    <a:stretch>
                      <a:fillRect/>
                    </a:stretch>
                  </pic:blipFill>
                  <pic:spPr bwMode="auto">
                    <a:xfrm>
                      <a:off x="0" y="0"/>
                      <a:ext cx="1203325" cy="250190"/>
                    </a:xfrm>
                    <a:prstGeom prst="rect">
                      <a:avLst/>
                    </a:prstGeom>
                    <a:noFill/>
                    <a:ln>
                      <a:noFill/>
                    </a:ln>
                  </pic:spPr>
                </pic:pic>
              </a:graphicData>
            </a:graphic>
          </wp:inline>
        </w:drawing>
      </w:r>
      <w:r w:rsidR="004B7CD0" w:rsidRPr="00B439DD">
        <w:rPr>
          <w:rFonts w:ascii="Times New Roman" w:hAnsi="Times New Roman" w:cs="Times New Roman"/>
          <w:sz w:val="28"/>
          <w:szCs w:val="28"/>
          <w:lang w:val="kk-KZ"/>
        </w:rPr>
        <w:tab/>
        <w:t xml:space="preserve">                  </w:t>
      </w:r>
      <w:r w:rsidR="00E919FB" w:rsidRPr="00B439DD">
        <w:rPr>
          <w:rFonts w:ascii="Times New Roman" w:hAnsi="Times New Roman" w:cs="Times New Roman"/>
          <w:sz w:val="28"/>
          <w:szCs w:val="28"/>
          <w:lang w:val="kk-KZ"/>
        </w:rPr>
        <w:t xml:space="preserve">                          (2</w:t>
      </w:r>
      <w:r w:rsidR="004B7CD0" w:rsidRPr="00B439DD">
        <w:rPr>
          <w:rFonts w:ascii="Times New Roman" w:hAnsi="Times New Roman" w:cs="Times New Roman"/>
          <w:sz w:val="28"/>
          <w:szCs w:val="28"/>
          <w:lang w:val="kk-KZ"/>
        </w:rPr>
        <w:t>.</w:t>
      </w:r>
      <w:r w:rsidR="00E919FB" w:rsidRPr="00B439DD">
        <w:rPr>
          <w:rFonts w:ascii="Times New Roman" w:hAnsi="Times New Roman" w:cs="Times New Roman"/>
          <w:sz w:val="28"/>
          <w:szCs w:val="28"/>
          <w:lang w:val="kk-KZ"/>
        </w:rPr>
        <w:t>6</w:t>
      </w:r>
      <w:r w:rsidR="004B7CD0" w:rsidRPr="00B439DD">
        <w:rPr>
          <w:rFonts w:ascii="Times New Roman" w:hAnsi="Times New Roman" w:cs="Times New Roman"/>
          <w:sz w:val="28"/>
          <w:szCs w:val="28"/>
          <w:lang w:val="kk-KZ"/>
        </w:rPr>
        <w:t>4)</w:t>
      </w:r>
    </w:p>
    <w:p w14:paraId="6098CD14" w14:textId="77777777" w:rsidR="004B7CD0" w:rsidRPr="00B439DD" w:rsidRDefault="004B7CD0" w:rsidP="00B439DD">
      <w:pPr>
        <w:tabs>
          <w:tab w:val="center" w:pos="5387"/>
          <w:tab w:val="right" w:pos="9356"/>
        </w:tabs>
        <w:spacing w:after="0" w:line="240" w:lineRule="auto"/>
        <w:jc w:val="right"/>
        <w:rPr>
          <w:rFonts w:ascii="Times New Roman" w:hAnsi="Times New Roman" w:cs="Times New Roman"/>
          <w:sz w:val="28"/>
          <w:szCs w:val="28"/>
          <w:lang w:val="kk-KZ"/>
        </w:rPr>
      </w:pPr>
    </w:p>
    <w:p w14:paraId="61005866" w14:textId="09FA1D0C" w:rsidR="004B7CD0" w:rsidRPr="00B439DD" w:rsidRDefault="00E919FB" w:rsidP="00B439DD">
      <w:pPr>
        <w:tabs>
          <w:tab w:val="center" w:pos="4678"/>
          <w:tab w:val="right" w:pos="9639"/>
        </w:tabs>
        <w:spacing w:after="0" w:line="240" w:lineRule="auto"/>
        <w:jc w:val="both"/>
        <w:rPr>
          <w:rFonts w:ascii="Times New Roman" w:hAnsi="Times New Roman" w:cs="Times New Roman"/>
          <w:sz w:val="28"/>
          <w:szCs w:val="28"/>
          <w:lang w:val="kk-KZ"/>
        </w:rPr>
      </w:pPr>
      <w:r w:rsidRPr="00B439DD">
        <w:rPr>
          <w:rFonts w:ascii="Times New Roman" w:hAnsi="Times New Roman" w:cs="Times New Roman"/>
          <w:sz w:val="28"/>
          <w:szCs w:val="28"/>
          <w:lang w:val="kk-KZ"/>
        </w:rPr>
        <w:t>шарттары орындалсын, онда (2</w:t>
      </w:r>
      <w:r w:rsidR="004B7CD0" w:rsidRPr="00B439DD">
        <w:rPr>
          <w:rFonts w:ascii="Times New Roman" w:hAnsi="Times New Roman" w:cs="Times New Roman"/>
          <w:sz w:val="28"/>
          <w:szCs w:val="28"/>
          <w:lang w:val="kk-KZ"/>
        </w:rPr>
        <w:t>.</w:t>
      </w:r>
      <w:r w:rsidRPr="00B439DD">
        <w:rPr>
          <w:rFonts w:ascii="Times New Roman" w:hAnsi="Times New Roman" w:cs="Times New Roman"/>
          <w:sz w:val="28"/>
          <w:szCs w:val="28"/>
          <w:lang w:val="kk-KZ"/>
        </w:rPr>
        <w:t>31)-(2</w:t>
      </w:r>
      <w:r w:rsidR="004B7CD0" w:rsidRPr="00B439DD">
        <w:rPr>
          <w:rFonts w:ascii="Times New Roman" w:hAnsi="Times New Roman" w:cs="Times New Roman"/>
          <w:sz w:val="28"/>
          <w:szCs w:val="28"/>
          <w:lang w:val="kk-KZ"/>
        </w:rPr>
        <w:t>.3</w:t>
      </w:r>
      <w:r w:rsidRPr="00B439DD">
        <w:rPr>
          <w:rFonts w:ascii="Times New Roman" w:hAnsi="Times New Roman" w:cs="Times New Roman"/>
          <w:sz w:val="28"/>
          <w:szCs w:val="28"/>
          <w:lang w:val="kk-KZ"/>
        </w:rPr>
        <w:t>2</w:t>
      </w:r>
      <w:r w:rsidR="004B7CD0" w:rsidRPr="00B439DD">
        <w:rPr>
          <w:rFonts w:ascii="Times New Roman" w:hAnsi="Times New Roman" w:cs="Times New Roman"/>
          <w:sz w:val="28"/>
          <w:szCs w:val="28"/>
          <w:lang w:val="kk-KZ"/>
        </w:rPr>
        <w:t xml:space="preserve">) локалді емес шеттік есептің </w:t>
      </w:r>
      <m:oMath>
        <m:r>
          <w:rPr>
            <w:rFonts w:ascii="Cambria Math" w:hAnsi="Cambria Math" w:cs="Times New Roman"/>
            <w:sz w:val="28"/>
            <w:szCs w:val="28"/>
            <w:lang w:val="kk-KZ"/>
          </w:rPr>
          <m:t>u</m:t>
        </m:r>
        <m:d>
          <m:dPr>
            <m:ctrlPr>
              <w:rPr>
                <w:rFonts w:ascii="Cambria Math" w:hAnsi="Cambria Math" w:cs="Times New Roman"/>
                <w:i/>
                <w:sz w:val="28"/>
                <w:szCs w:val="28"/>
                <w:lang w:val="kk-KZ"/>
              </w:rPr>
            </m:ctrlPr>
          </m:dPr>
          <m:e>
            <m:r>
              <w:rPr>
                <w:rFonts w:ascii="Cambria Math" w:hAnsi="Cambria Math" w:cs="Times New Roman"/>
                <w:sz w:val="28"/>
                <w:szCs w:val="28"/>
                <w:lang w:val="kk-KZ"/>
              </w:rPr>
              <m:t>x,y</m:t>
            </m:r>
          </m:e>
        </m:d>
        <m:r>
          <w:rPr>
            <w:rFonts w:ascii="Cambria Math" w:hAnsi="Cambria Math" w:cs="Times New Roman"/>
            <w:sz w:val="28"/>
            <w:szCs w:val="28"/>
            <w:lang w:val="kk-KZ"/>
          </w:rPr>
          <m:t>∈</m:t>
        </m:r>
        <m:sSubSup>
          <m:sSubSupPr>
            <m:ctrlPr>
              <w:rPr>
                <w:rFonts w:ascii="Cambria Math" w:hAnsi="Cambria Math" w:cs="Times New Roman"/>
                <w:i/>
                <w:sz w:val="28"/>
                <w:szCs w:val="28"/>
              </w:rPr>
            </m:ctrlPr>
          </m:sSubSupPr>
          <m:e>
            <m:r>
              <w:rPr>
                <w:rFonts w:ascii="Cambria Math" w:hAnsi="Cambria Math" w:cs="Times New Roman"/>
                <w:sz w:val="28"/>
                <w:szCs w:val="28"/>
                <w:lang w:val="kk-KZ"/>
              </w:rPr>
              <m:t>W</m:t>
            </m:r>
          </m:e>
          <m:sub>
            <m:r>
              <w:rPr>
                <w:rFonts w:ascii="Cambria Math" w:hAnsi="Cambria Math" w:cs="Times New Roman"/>
                <w:sz w:val="28"/>
                <w:szCs w:val="28"/>
                <w:lang w:val="kk-KZ"/>
              </w:rPr>
              <m:t>2</m:t>
            </m:r>
          </m:sub>
          <m:sup>
            <m:r>
              <w:rPr>
                <w:rFonts w:ascii="Cambria Math" w:hAnsi="Cambria Math" w:cs="Times New Roman"/>
                <w:sz w:val="28"/>
                <w:szCs w:val="28"/>
                <w:lang w:val="kk-KZ"/>
              </w:rPr>
              <m:t>2</m:t>
            </m:r>
          </m:sup>
        </m:sSubSup>
        <m:d>
          <m:dPr>
            <m:ctrlPr>
              <w:rPr>
                <w:rFonts w:ascii="Cambria Math" w:hAnsi="Cambria Math" w:cs="Times New Roman"/>
                <w:i/>
                <w:sz w:val="28"/>
                <w:szCs w:val="28"/>
              </w:rPr>
            </m:ctrlPr>
          </m:dPr>
          <m:e>
            <m:r>
              <w:rPr>
                <w:rFonts w:ascii="Cambria Math" w:hAnsi="Cambria Math" w:cs="Times New Roman"/>
                <w:sz w:val="28"/>
                <w:szCs w:val="28"/>
                <w:lang w:val="kk-KZ"/>
              </w:rPr>
              <m:t>Q</m:t>
            </m:r>
          </m:e>
        </m:d>
        <m:r>
          <w:rPr>
            <w:rFonts w:ascii="Cambria Math" w:hAnsi="Cambria Math" w:cs="Times New Roman"/>
            <w:sz w:val="28"/>
            <w:szCs w:val="28"/>
            <w:lang w:val="kk-KZ"/>
          </w:rPr>
          <m:t>,</m:t>
        </m:r>
      </m:oMath>
      <w:r w:rsidR="004B7CD0" w:rsidRPr="00B439DD">
        <w:rPr>
          <w:rFonts w:ascii="Times New Roman" w:hAnsi="Times New Roman" w:cs="Times New Roman"/>
          <w:sz w:val="28"/>
          <w:szCs w:val="28"/>
          <w:lang w:val="kk-KZ"/>
        </w:rPr>
        <w:t xml:space="preserve"> </w:t>
      </w:r>
      <m:oMath>
        <m:r>
          <w:rPr>
            <w:rFonts w:ascii="Cambria Math" w:hAnsi="Cambria Math" w:cs="Times New Roman"/>
            <w:sz w:val="28"/>
            <w:szCs w:val="28"/>
            <w:lang w:val="kk-KZ"/>
          </w:rPr>
          <m:t>∆u(x,y)∈</m:t>
        </m:r>
        <m:sSub>
          <m:sSubPr>
            <m:ctrlPr>
              <w:rPr>
                <w:rFonts w:ascii="Cambria Math" w:hAnsi="Cambria Math" w:cs="Times New Roman"/>
                <w:i/>
                <w:sz w:val="28"/>
                <w:szCs w:val="28"/>
              </w:rPr>
            </m:ctrlPr>
          </m:sSubPr>
          <m:e>
            <m:r>
              <w:rPr>
                <w:rFonts w:ascii="Cambria Math" w:hAnsi="Cambria Math" w:cs="Times New Roman"/>
                <w:sz w:val="28"/>
                <w:szCs w:val="28"/>
                <w:lang w:val="kk-KZ"/>
              </w:rPr>
              <m:t>L</m:t>
            </m:r>
          </m:e>
          <m:sub>
            <m:r>
              <w:rPr>
                <w:rFonts w:ascii="Cambria Math" w:hAnsi="Cambria Math" w:cs="Times New Roman"/>
                <w:sz w:val="28"/>
                <w:szCs w:val="28"/>
                <w:lang w:val="kk-KZ"/>
              </w:rPr>
              <m:t>p</m:t>
            </m:r>
          </m:sub>
        </m:sSub>
        <m:r>
          <w:rPr>
            <w:rFonts w:ascii="Cambria Math" w:hAnsi="Cambria Math" w:cs="Times New Roman"/>
            <w:sz w:val="28"/>
            <w:szCs w:val="28"/>
            <w:lang w:val="kk-KZ"/>
          </w:rPr>
          <m:t>(Q)</m:t>
        </m:r>
      </m:oMath>
      <w:r w:rsidR="004B7CD0" w:rsidRPr="00B439DD">
        <w:rPr>
          <w:rFonts w:ascii="Times New Roman" w:hAnsi="Times New Roman" w:cs="Times New Roman"/>
          <w:sz w:val="28"/>
          <w:szCs w:val="28"/>
          <w:lang w:val="kk-KZ"/>
        </w:rPr>
        <w:t>жалғыз ғана шешімі бар.</w:t>
      </w:r>
    </w:p>
    <w:p w14:paraId="654C1C9D" w14:textId="140497FC" w:rsidR="004B7CD0" w:rsidRPr="00B439DD" w:rsidRDefault="004B7CD0" w:rsidP="00EF52AB">
      <w:pPr>
        <w:spacing w:after="0" w:line="240" w:lineRule="auto"/>
        <w:ind w:firstLine="708"/>
        <w:jc w:val="both"/>
        <w:rPr>
          <w:rFonts w:ascii="Times New Roman" w:hAnsi="Times New Roman" w:cs="Times New Roman"/>
          <w:sz w:val="28"/>
          <w:szCs w:val="28"/>
          <w:lang w:val="kk-KZ"/>
        </w:rPr>
      </w:pPr>
      <w:r w:rsidRPr="00B439DD">
        <w:rPr>
          <w:rFonts w:ascii="Times New Roman" w:hAnsi="Times New Roman" w:cs="Times New Roman"/>
          <w:i/>
          <w:sz w:val="28"/>
          <w:szCs w:val="28"/>
          <w:lang w:val="kk-KZ"/>
        </w:rPr>
        <w:t xml:space="preserve">Дәлелдеуі. </w:t>
      </w:r>
      <w:r w:rsidRPr="00B439DD">
        <w:rPr>
          <w:rFonts w:ascii="Times New Roman" w:hAnsi="Times New Roman" w:cs="Times New Roman"/>
          <w:iCs/>
          <w:sz w:val="28"/>
          <w:szCs w:val="28"/>
          <w:lang w:val="kk-KZ"/>
        </w:rPr>
        <w:t>Бұл теореманы</w:t>
      </w:r>
      <w:r w:rsidRPr="00B439DD">
        <w:rPr>
          <w:rFonts w:ascii="Times New Roman" w:hAnsi="Times New Roman" w:cs="Times New Roman"/>
          <w:i/>
          <w:sz w:val="28"/>
          <w:szCs w:val="28"/>
          <w:lang w:val="kk-KZ"/>
        </w:rPr>
        <w:t xml:space="preserve"> </w:t>
      </w:r>
      <w:r w:rsidRPr="00B439DD">
        <w:rPr>
          <w:rFonts w:ascii="Times New Roman" w:hAnsi="Times New Roman" w:cs="Times New Roman"/>
          <w:sz w:val="28"/>
          <w:szCs w:val="28"/>
          <w:lang w:val="kk-KZ"/>
        </w:rPr>
        <w:t xml:space="preserve">жоғарыдағы бөлімдегідей регуляризация және параметр бойынша жалғастыру әдісімен дәлелдейміз. </w:t>
      </w:r>
      <w:r w:rsidR="00A135AE" w:rsidRPr="00B439DD">
        <w:rPr>
          <w:rFonts w:ascii="Times New Roman" w:hAnsi="Times New Roman" w:cs="Times New Roman"/>
          <w:noProof/>
          <w:position w:val="-6"/>
          <w:sz w:val="28"/>
          <w:szCs w:val="28"/>
        </w:rPr>
        <w:drawing>
          <wp:inline distT="0" distB="0" distL="0" distR="0" wp14:anchorId="793DEFB8" wp14:editId="51506376">
            <wp:extent cx="414020" cy="182880"/>
            <wp:effectExtent l="0" t="0" r="5080" b="7620"/>
            <wp:docPr id="2256" name="Рисунок 2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6"/>
                    <pic:cNvPicPr>
                      <a:picLocks noChangeAspect="1" noChangeArrowheads="1"/>
                    </pic:cNvPicPr>
                  </pic:nvPicPr>
                  <pic:blipFill>
                    <a:blip r:embed="rId3037" cstate="print">
                      <a:extLst>
                        <a:ext uri="{28A0092B-C50C-407E-A947-70E740481C1C}">
                          <a14:useLocalDpi xmlns:a14="http://schemas.microsoft.com/office/drawing/2010/main" val="0"/>
                        </a:ext>
                      </a:extLst>
                    </a:blip>
                    <a:srcRect/>
                    <a:stretch>
                      <a:fillRect/>
                    </a:stretch>
                  </pic:blipFill>
                  <pic:spPr bwMode="auto">
                    <a:xfrm>
                      <a:off x="0" y="0"/>
                      <a:ext cx="414020" cy="182880"/>
                    </a:xfrm>
                    <a:prstGeom prst="rect">
                      <a:avLst/>
                    </a:prstGeom>
                    <a:noFill/>
                    <a:ln>
                      <a:noFill/>
                    </a:ln>
                  </pic:spPr>
                </pic:pic>
              </a:graphicData>
            </a:graphic>
          </wp:inline>
        </w:drawing>
      </w:r>
      <w:r w:rsidRPr="00B439DD">
        <w:rPr>
          <w:rFonts w:ascii="Times New Roman" w:hAnsi="Times New Roman" w:cs="Times New Roman"/>
          <w:sz w:val="28"/>
          <w:szCs w:val="28"/>
          <w:lang w:val="kk-KZ"/>
        </w:rPr>
        <w:t xml:space="preserve"> және </w:t>
      </w:r>
      <w:r w:rsidR="00A135AE" w:rsidRPr="00B439DD">
        <w:rPr>
          <w:rFonts w:ascii="Times New Roman" w:hAnsi="Times New Roman" w:cs="Times New Roman"/>
          <w:noProof/>
          <w:position w:val="-10"/>
          <w:sz w:val="28"/>
          <w:szCs w:val="28"/>
        </w:rPr>
        <w:drawing>
          <wp:inline distT="0" distB="0" distL="0" distR="0" wp14:anchorId="582270B0" wp14:editId="18B3DD2E">
            <wp:extent cx="664210" cy="211455"/>
            <wp:effectExtent l="0" t="0" r="2540" b="0"/>
            <wp:docPr id="2257" name="Рисунок 2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7"/>
                    <pic:cNvPicPr>
                      <a:picLocks noChangeAspect="1" noChangeArrowheads="1"/>
                    </pic:cNvPicPr>
                  </pic:nvPicPr>
                  <pic:blipFill>
                    <a:blip r:embed="rId3038" cstate="print">
                      <a:extLst>
                        <a:ext uri="{28A0092B-C50C-407E-A947-70E740481C1C}">
                          <a14:useLocalDpi xmlns:a14="http://schemas.microsoft.com/office/drawing/2010/main" val="0"/>
                        </a:ext>
                      </a:extLst>
                    </a:blip>
                    <a:srcRect/>
                    <a:stretch>
                      <a:fillRect/>
                    </a:stretch>
                  </pic:blipFill>
                  <pic:spPr bwMode="auto">
                    <a:xfrm>
                      <a:off x="0" y="0"/>
                      <a:ext cx="664210" cy="211455"/>
                    </a:xfrm>
                    <a:prstGeom prst="rect">
                      <a:avLst/>
                    </a:prstGeom>
                    <a:noFill/>
                    <a:ln>
                      <a:noFill/>
                    </a:ln>
                  </pic:spPr>
                </pic:pic>
              </a:graphicData>
            </a:graphic>
          </wp:inline>
        </w:drawing>
      </w:r>
      <w:r w:rsidRPr="00B439DD">
        <w:rPr>
          <w:rFonts w:ascii="Times New Roman" w:hAnsi="Times New Roman" w:cs="Times New Roman"/>
          <w:sz w:val="28"/>
          <w:szCs w:val="28"/>
          <w:lang w:val="kk-KZ"/>
        </w:rPr>
        <w:t xml:space="preserve"> үшін </w:t>
      </w:r>
      <w:r w:rsidR="00A135AE" w:rsidRPr="00B439DD">
        <w:rPr>
          <w:rFonts w:ascii="Times New Roman" w:hAnsi="Times New Roman" w:cs="Times New Roman"/>
          <w:noProof/>
          <w:position w:val="-12"/>
          <w:sz w:val="28"/>
          <w:szCs w:val="28"/>
        </w:rPr>
        <w:drawing>
          <wp:inline distT="0" distB="0" distL="0" distR="0" wp14:anchorId="3C49E548" wp14:editId="40C0FE6D">
            <wp:extent cx="182880" cy="231140"/>
            <wp:effectExtent l="0" t="0" r="7620" b="0"/>
            <wp:docPr id="2258" name="Рисунок 2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8"/>
                    <pic:cNvPicPr>
                      <a:picLocks noChangeAspect="1" noChangeArrowheads="1"/>
                    </pic:cNvPicPr>
                  </pic:nvPicPr>
                  <pic:blipFill>
                    <a:blip r:embed="rId3039" cstate="print">
                      <a:extLst>
                        <a:ext uri="{28A0092B-C50C-407E-A947-70E740481C1C}">
                          <a14:useLocalDpi xmlns:a14="http://schemas.microsoft.com/office/drawing/2010/main" val="0"/>
                        </a:ext>
                      </a:extLst>
                    </a:blip>
                    <a:srcRect/>
                    <a:stretch>
                      <a:fillRect/>
                    </a:stretch>
                  </pic:blipFill>
                  <pic:spPr bwMode="auto">
                    <a:xfrm>
                      <a:off x="0" y="0"/>
                      <a:ext cx="182880" cy="231140"/>
                    </a:xfrm>
                    <a:prstGeom prst="rect">
                      <a:avLst/>
                    </a:prstGeom>
                    <a:noFill/>
                    <a:ln>
                      <a:noFill/>
                    </a:ln>
                  </pic:spPr>
                </pic:pic>
              </a:graphicData>
            </a:graphic>
          </wp:inline>
        </w:drawing>
      </w:r>
      <w:r w:rsidRPr="00B439DD">
        <w:rPr>
          <w:rFonts w:ascii="Times New Roman" w:hAnsi="Times New Roman" w:cs="Times New Roman"/>
          <w:sz w:val="28"/>
          <w:szCs w:val="28"/>
          <w:lang w:val="kk-KZ"/>
        </w:rPr>
        <w:t xml:space="preserve"> цилиндрінде келесі шеттік есебін қарастырайық:</w:t>
      </w:r>
    </w:p>
    <w:p w14:paraId="33F2B1E4" w14:textId="77777777" w:rsidR="004B7CD0" w:rsidRPr="00B439DD" w:rsidRDefault="004B7CD0" w:rsidP="00B439DD">
      <w:pPr>
        <w:spacing w:after="0" w:line="240" w:lineRule="auto"/>
        <w:jc w:val="both"/>
        <w:rPr>
          <w:rFonts w:ascii="Times New Roman" w:hAnsi="Times New Roman" w:cs="Times New Roman"/>
          <w:sz w:val="28"/>
          <w:szCs w:val="28"/>
          <w:lang w:val="kk-KZ"/>
        </w:rPr>
      </w:pPr>
    </w:p>
    <w:p w14:paraId="009F3F2A" w14:textId="3CC202A2" w:rsidR="004B7CD0" w:rsidRPr="00B439DD" w:rsidRDefault="00A135AE" w:rsidP="00B439DD">
      <w:pPr>
        <w:spacing w:after="0" w:line="240" w:lineRule="auto"/>
        <w:jc w:val="right"/>
        <w:rPr>
          <w:rFonts w:ascii="Times New Roman" w:hAnsi="Times New Roman" w:cs="Times New Roman"/>
          <w:sz w:val="28"/>
          <w:szCs w:val="28"/>
          <w:lang w:val="kk-KZ"/>
        </w:rPr>
      </w:pPr>
      <w:r w:rsidRPr="00B439DD">
        <w:rPr>
          <w:rFonts w:ascii="Times New Roman" w:hAnsi="Times New Roman" w:cs="Times New Roman"/>
          <w:noProof/>
          <w:position w:val="-18"/>
          <w:sz w:val="28"/>
          <w:szCs w:val="28"/>
        </w:rPr>
        <w:drawing>
          <wp:inline distT="0" distB="0" distL="0" distR="0" wp14:anchorId="79EDD0B9" wp14:editId="615F2D6E">
            <wp:extent cx="3474720" cy="337185"/>
            <wp:effectExtent l="0" t="0" r="0" b="5715"/>
            <wp:docPr id="2259" name="Рисунок 2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9"/>
                    <pic:cNvPicPr>
                      <a:picLocks noChangeAspect="1" noChangeArrowheads="1"/>
                    </pic:cNvPicPr>
                  </pic:nvPicPr>
                  <pic:blipFill>
                    <a:blip r:embed="rId3040" cstate="print">
                      <a:extLst>
                        <a:ext uri="{28A0092B-C50C-407E-A947-70E740481C1C}">
                          <a14:useLocalDpi xmlns:a14="http://schemas.microsoft.com/office/drawing/2010/main" val="0"/>
                        </a:ext>
                      </a:extLst>
                    </a:blip>
                    <a:srcRect/>
                    <a:stretch>
                      <a:fillRect/>
                    </a:stretch>
                  </pic:blipFill>
                  <pic:spPr bwMode="auto">
                    <a:xfrm>
                      <a:off x="0" y="0"/>
                      <a:ext cx="3474720" cy="337185"/>
                    </a:xfrm>
                    <a:prstGeom prst="rect">
                      <a:avLst/>
                    </a:prstGeom>
                    <a:noFill/>
                    <a:ln>
                      <a:noFill/>
                    </a:ln>
                  </pic:spPr>
                </pic:pic>
              </a:graphicData>
            </a:graphic>
          </wp:inline>
        </w:drawing>
      </w:r>
      <w:r w:rsidR="007E17DE" w:rsidRPr="00B439DD">
        <w:rPr>
          <w:rFonts w:ascii="Times New Roman" w:hAnsi="Times New Roman" w:cs="Times New Roman"/>
          <w:sz w:val="28"/>
          <w:szCs w:val="28"/>
          <w:lang w:val="kk-KZ"/>
        </w:rPr>
        <w:tab/>
      </w:r>
      <w:r w:rsidR="007E17DE" w:rsidRPr="00B439DD">
        <w:rPr>
          <w:rFonts w:ascii="Times New Roman" w:hAnsi="Times New Roman" w:cs="Times New Roman"/>
          <w:sz w:val="28"/>
          <w:szCs w:val="28"/>
          <w:lang w:val="kk-KZ"/>
        </w:rPr>
        <w:tab/>
      </w:r>
      <w:r w:rsidR="007E17DE" w:rsidRPr="00B439DD">
        <w:rPr>
          <w:rFonts w:ascii="Times New Roman" w:hAnsi="Times New Roman" w:cs="Times New Roman"/>
          <w:sz w:val="28"/>
          <w:szCs w:val="28"/>
          <w:lang w:val="kk-KZ"/>
        </w:rPr>
        <w:tab/>
        <w:t>(2</w:t>
      </w:r>
      <w:r w:rsidR="004B7CD0" w:rsidRPr="00B439DD">
        <w:rPr>
          <w:rFonts w:ascii="Times New Roman" w:hAnsi="Times New Roman" w:cs="Times New Roman"/>
          <w:sz w:val="28"/>
          <w:szCs w:val="28"/>
          <w:lang w:val="kk-KZ"/>
        </w:rPr>
        <w:t>.</w:t>
      </w:r>
      <w:r w:rsidR="007E17DE" w:rsidRPr="00B439DD">
        <w:rPr>
          <w:rFonts w:ascii="Times New Roman" w:hAnsi="Times New Roman" w:cs="Times New Roman"/>
          <w:sz w:val="28"/>
          <w:szCs w:val="28"/>
          <w:lang w:val="kk-KZ"/>
        </w:rPr>
        <w:t>6</w:t>
      </w:r>
      <w:r w:rsidR="004B7CD0" w:rsidRPr="00B439DD">
        <w:rPr>
          <w:rFonts w:ascii="Times New Roman" w:hAnsi="Times New Roman" w:cs="Times New Roman"/>
          <w:sz w:val="28"/>
          <w:szCs w:val="28"/>
          <w:lang w:val="kk-KZ"/>
        </w:rPr>
        <w:t>5)</w:t>
      </w:r>
    </w:p>
    <w:p w14:paraId="7846DEBC" w14:textId="77777777" w:rsidR="00D33D27" w:rsidRPr="00B439DD" w:rsidRDefault="00D33D27" w:rsidP="00B439DD">
      <w:pPr>
        <w:spacing w:after="0" w:line="240" w:lineRule="auto"/>
        <w:jc w:val="right"/>
        <w:rPr>
          <w:rFonts w:ascii="Times New Roman" w:hAnsi="Times New Roman" w:cs="Times New Roman"/>
          <w:sz w:val="28"/>
          <w:szCs w:val="28"/>
          <w:lang w:val="kk-KZ"/>
        </w:rPr>
      </w:pPr>
    </w:p>
    <w:p w14:paraId="51DBC024" w14:textId="77777777" w:rsidR="00D33D27" w:rsidRPr="00B439DD" w:rsidRDefault="00D33D27" w:rsidP="00B439DD">
      <w:pPr>
        <w:spacing w:after="0" w:line="240" w:lineRule="auto"/>
        <w:jc w:val="right"/>
        <w:rPr>
          <w:rFonts w:ascii="Times New Roman" w:hAnsi="Times New Roman" w:cs="Times New Roman"/>
          <w:sz w:val="28"/>
          <w:szCs w:val="28"/>
          <w:lang w:val="kk-KZ"/>
        </w:rPr>
      </w:pPr>
    </w:p>
    <w:p w14:paraId="76671565" w14:textId="4DA9050A" w:rsidR="004B7CD0" w:rsidRPr="00B439DD" w:rsidRDefault="007E17DE" w:rsidP="00B439DD">
      <w:pPr>
        <w:spacing w:after="0" w:line="240" w:lineRule="auto"/>
        <w:rPr>
          <w:rFonts w:ascii="Times New Roman" w:hAnsi="Times New Roman" w:cs="Times New Roman"/>
          <w:sz w:val="28"/>
          <w:szCs w:val="28"/>
          <w:lang w:val="kk-KZ"/>
        </w:rPr>
      </w:pPr>
      <w:r w:rsidRPr="00B439DD">
        <w:rPr>
          <w:rFonts w:ascii="Times New Roman" w:hAnsi="Times New Roman" w:cs="Times New Roman"/>
          <w:sz w:val="28"/>
          <w:szCs w:val="28"/>
          <w:lang w:val="kk-KZ"/>
        </w:rPr>
        <w:t>(2</w:t>
      </w:r>
      <w:r w:rsidR="004B7CD0" w:rsidRPr="00B439DD">
        <w:rPr>
          <w:rFonts w:ascii="Times New Roman" w:hAnsi="Times New Roman" w:cs="Times New Roman"/>
          <w:sz w:val="28"/>
          <w:szCs w:val="28"/>
          <w:lang w:val="kk-KZ"/>
        </w:rPr>
        <w:t>.</w:t>
      </w:r>
      <w:r w:rsidRPr="00B439DD">
        <w:rPr>
          <w:rFonts w:ascii="Times New Roman" w:hAnsi="Times New Roman" w:cs="Times New Roman"/>
          <w:sz w:val="28"/>
          <w:szCs w:val="28"/>
          <w:lang w:val="kk-KZ"/>
        </w:rPr>
        <w:t>6</w:t>
      </w:r>
      <w:r w:rsidR="004B7CD0" w:rsidRPr="00B439DD">
        <w:rPr>
          <w:rFonts w:ascii="Times New Roman" w:hAnsi="Times New Roman" w:cs="Times New Roman"/>
          <w:sz w:val="28"/>
          <w:szCs w:val="28"/>
          <w:lang w:val="kk-KZ"/>
        </w:rPr>
        <w:t>2) шеттік шарттарымен және</w:t>
      </w:r>
    </w:p>
    <w:p w14:paraId="6BACA83E" w14:textId="77777777" w:rsidR="004B7CD0" w:rsidRPr="00B439DD" w:rsidRDefault="004B7CD0" w:rsidP="00B439DD">
      <w:pPr>
        <w:spacing w:after="0" w:line="240" w:lineRule="auto"/>
        <w:rPr>
          <w:rFonts w:ascii="Times New Roman" w:hAnsi="Times New Roman" w:cs="Times New Roman"/>
          <w:sz w:val="28"/>
          <w:szCs w:val="28"/>
          <w:lang w:val="kk-KZ"/>
        </w:rPr>
      </w:pPr>
    </w:p>
    <w:p w14:paraId="59BF49BC" w14:textId="62045F91" w:rsidR="004B7CD0" w:rsidRPr="00B439DD" w:rsidRDefault="00A135AE" w:rsidP="00A24934">
      <w:pPr>
        <w:spacing w:after="0" w:line="240" w:lineRule="auto"/>
        <w:jc w:val="right"/>
        <w:rPr>
          <w:rFonts w:ascii="Times New Roman" w:hAnsi="Times New Roman" w:cs="Times New Roman"/>
          <w:sz w:val="28"/>
          <w:szCs w:val="28"/>
          <w:lang w:val="kk-KZ"/>
        </w:rPr>
      </w:pPr>
      <w:r w:rsidRPr="00B439DD">
        <w:rPr>
          <w:rFonts w:ascii="Times New Roman" w:hAnsi="Times New Roman" w:cs="Times New Roman"/>
          <w:noProof/>
          <w:position w:val="-12"/>
          <w:sz w:val="28"/>
          <w:szCs w:val="28"/>
        </w:rPr>
        <w:drawing>
          <wp:inline distT="0" distB="0" distL="0" distR="0" wp14:anchorId="336D33AE" wp14:editId="7479F8F5">
            <wp:extent cx="2820035" cy="231140"/>
            <wp:effectExtent l="0" t="0" r="0" b="0"/>
            <wp:docPr id="2260" name="Рисунок 2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0"/>
                    <pic:cNvPicPr>
                      <a:picLocks noChangeAspect="1" noChangeArrowheads="1"/>
                    </pic:cNvPicPr>
                  </pic:nvPicPr>
                  <pic:blipFill>
                    <a:blip r:embed="rId3041" cstate="print">
                      <a:extLst>
                        <a:ext uri="{28A0092B-C50C-407E-A947-70E740481C1C}">
                          <a14:useLocalDpi xmlns:a14="http://schemas.microsoft.com/office/drawing/2010/main" val="0"/>
                        </a:ext>
                      </a:extLst>
                    </a:blip>
                    <a:srcRect/>
                    <a:stretch>
                      <a:fillRect/>
                    </a:stretch>
                  </pic:blipFill>
                  <pic:spPr bwMode="auto">
                    <a:xfrm>
                      <a:off x="0" y="0"/>
                      <a:ext cx="2820035" cy="231140"/>
                    </a:xfrm>
                    <a:prstGeom prst="rect">
                      <a:avLst/>
                    </a:prstGeom>
                    <a:noFill/>
                    <a:ln>
                      <a:noFill/>
                    </a:ln>
                  </pic:spPr>
                </pic:pic>
              </a:graphicData>
            </a:graphic>
          </wp:inline>
        </w:drawing>
      </w:r>
      <w:r w:rsidR="00A24934">
        <w:rPr>
          <w:rFonts w:ascii="Times New Roman" w:hAnsi="Times New Roman" w:cs="Times New Roman"/>
          <w:position w:val="-12"/>
          <w:sz w:val="28"/>
          <w:szCs w:val="28"/>
          <w:lang w:val="kk-KZ"/>
        </w:rPr>
        <w:t xml:space="preserve">    </w:t>
      </w:r>
      <w:r w:rsidR="00752016">
        <w:rPr>
          <w:rFonts w:ascii="Times New Roman" w:hAnsi="Times New Roman" w:cs="Times New Roman"/>
          <w:position w:val="-12"/>
          <w:sz w:val="28"/>
          <w:szCs w:val="28"/>
          <w:lang w:val="kk-KZ"/>
        </w:rPr>
        <w:t xml:space="preserve">                 </w:t>
      </w:r>
      <w:r w:rsidR="007E17DE" w:rsidRPr="00B439DD">
        <w:rPr>
          <w:rFonts w:ascii="Times New Roman" w:hAnsi="Times New Roman" w:cs="Times New Roman"/>
          <w:position w:val="-12"/>
          <w:sz w:val="28"/>
          <w:szCs w:val="28"/>
          <w:lang w:val="kk-KZ"/>
        </w:rPr>
        <w:object w:dxaOrig="900" w:dyaOrig="380" w14:anchorId="44A4C760">
          <v:shape id="_x0000_i2245" type="#_x0000_t75" style="width:45.9pt;height:18.2pt" o:ole="">
            <v:imagedata r:id="rId3042" o:title=""/>
          </v:shape>
          <o:OLEObject Type="Embed" ProgID="Equation.DSMT4" ShapeID="_x0000_i2245" DrawAspect="Content" ObjectID="_1840332699" r:id="rId3043"/>
        </w:object>
      </w:r>
    </w:p>
    <w:p w14:paraId="1A7C8AD7" w14:textId="77777777" w:rsidR="004B7CD0" w:rsidRPr="00B439DD" w:rsidRDefault="004B7CD0" w:rsidP="00B439DD">
      <w:pPr>
        <w:spacing w:after="0" w:line="240" w:lineRule="auto"/>
        <w:jc w:val="right"/>
        <w:rPr>
          <w:rFonts w:ascii="Times New Roman" w:hAnsi="Times New Roman" w:cs="Times New Roman"/>
          <w:sz w:val="28"/>
          <w:szCs w:val="28"/>
          <w:lang w:val="kk-KZ"/>
        </w:rPr>
      </w:pPr>
    </w:p>
    <w:p w14:paraId="36E70FE8" w14:textId="1AF50E18" w:rsidR="004B7CD0" w:rsidRPr="00B439DD" w:rsidRDefault="007E17DE" w:rsidP="00B439DD">
      <w:pPr>
        <w:spacing w:after="0" w:line="240" w:lineRule="auto"/>
        <w:jc w:val="both"/>
        <w:rPr>
          <w:rFonts w:ascii="Times New Roman" w:hAnsi="Times New Roman" w:cs="Times New Roman"/>
          <w:sz w:val="28"/>
          <w:szCs w:val="28"/>
          <w:lang w:val="kk-KZ"/>
        </w:rPr>
      </w:pPr>
      <w:r w:rsidRPr="00B439DD">
        <w:rPr>
          <w:rFonts w:ascii="Times New Roman" w:hAnsi="Times New Roman" w:cs="Times New Roman"/>
          <w:sz w:val="28"/>
          <w:szCs w:val="28"/>
          <w:lang w:val="kk-KZ"/>
        </w:rPr>
        <w:t xml:space="preserve">(2.65), (2.62), </w:t>
      </w:r>
      <w:r w:rsidRPr="00B439DD">
        <w:rPr>
          <w:rFonts w:ascii="Times New Roman" w:hAnsi="Times New Roman" w:cs="Times New Roman"/>
          <w:position w:val="-12"/>
          <w:sz w:val="28"/>
          <w:szCs w:val="28"/>
          <w:lang w:val="kk-KZ"/>
        </w:rPr>
        <w:object w:dxaOrig="900" w:dyaOrig="380" w14:anchorId="67F86EB5">
          <v:shape id="_x0000_i2246" type="#_x0000_t75" style="width:45.9pt;height:18.2pt" o:ole="">
            <v:imagedata r:id="rId3042" o:title=""/>
          </v:shape>
          <o:OLEObject Type="Embed" ProgID="Equation.DSMT4" ShapeID="_x0000_i2246" DrawAspect="Content" ObjectID="_1840332700" r:id="rId3044"/>
        </w:object>
      </w:r>
      <w:r w:rsidR="004B7CD0" w:rsidRPr="00B439DD">
        <w:rPr>
          <w:rFonts w:ascii="Times New Roman" w:hAnsi="Times New Roman" w:cs="Times New Roman"/>
          <w:sz w:val="28"/>
          <w:szCs w:val="28"/>
          <w:lang w:val="kk-KZ"/>
        </w:rPr>
        <w:t xml:space="preserve"> шеттік есептерінің шешімділігін [55,71,72] параметр бойынша жалғастыру әдісін қолданып дәлелдейік. </w:t>
      </w:r>
      <w:r w:rsidR="00A135AE" w:rsidRPr="00B439DD">
        <w:rPr>
          <w:rFonts w:ascii="Times New Roman" w:hAnsi="Times New Roman" w:cs="Times New Roman"/>
          <w:noProof/>
          <w:position w:val="-16"/>
          <w:sz w:val="28"/>
          <w:szCs w:val="28"/>
        </w:rPr>
        <w:drawing>
          <wp:inline distT="0" distB="0" distL="0" distR="0" wp14:anchorId="580841BD" wp14:editId="67D45947">
            <wp:extent cx="462280" cy="250190"/>
            <wp:effectExtent l="0" t="0" r="0" b="0"/>
            <wp:docPr id="2263" name="Рисунок 2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3"/>
                    <pic:cNvPicPr>
                      <a:picLocks noChangeAspect="1" noChangeArrowheads="1"/>
                    </pic:cNvPicPr>
                  </pic:nvPicPr>
                  <pic:blipFill>
                    <a:blip r:embed="rId3045" cstate="print">
                      <a:extLst>
                        <a:ext uri="{28A0092B-C50C-407E-A947-70E740481C1C}">
                          <a14:useLocalDpi xmlns:a14="http://schemas.microsoft.com/office/drawing/2010/main" val="0"/>
                        </a:ext>
                      </a:extLst>
                    </a:blip>
                    <a:srcRect/>
                    <a:stretch>
                      <a:fillRect/>
                    </a:stretch>
                  </pic:blipFill>
                  <pic:spPr bwMode="auto">
                    <a:xfrm>
                      <a:off x="0" y="0"/>
                      <a:ext cx="462280" cy="250190"/>
                    </a:xfrm>
                    <a:prstGeom prst="rect">
                      <a:avLst/>
                    </a:prstGeom>
                    <a:noFill/>
                    <a:ln>
                      <a:noFill/>
                    </a:ln>
                  </pic:spPr>
                </pic:pic>
              </a:graphicData>
            </a:graphic>
          </wp:inline>
        </w:drawing>
      </w:r>
      <w:r w:rsidR="004B7CD0" w:rsidRPr="00B439DD">
        <w:rPr>
          <w:rFonts w:ascii="Times New Roman" w:hAnsi="Times New Roman" w:cs="Times New Roman"/>
          <w:sz w:val="28"/>
          <w:szCs w:val="28"/>
          <w:lang w:val="kk-KZ"/>
        </w:rPr>
        <w:t xml:space="preserve"> кеңістігінде </w:t>
      </w:r>
      <w:r w:rsidRPr="00B439DD">
        <w:rPr>
          <w:rFonts w:ascii="Times New Roman" w:hAnsi="Times New Roman" w:cs="Times New Roman"/>
          <w:sz w:val="28"/>
          <w:szCs w:val="28"/>
          <w:lang w:val="kk-KZ"/>
        </w:rPr>
        <w:t xml:space="preserve">(2.65), (2.62), </w:t>
      </w:r>
      <w:r w:rsidRPr="00B439DD">
        <w:rPr>
          <w:rFonts w:ascii="Times New Roman" w:hAnsi="Times New Roman" w:cs="Times New Roman"/>
          <w:position w:val="-12"/>
          <w:sz w:val="28"/>
          <w:szCs w:val="28"/>
          <w:lang w:val="kk-KZ"/>
        </w:rPr>
        <w:object w:dxaOrig="900" w:dyaOrig="380" w14:anchorId="6E1DC223">
          <v:shape id="_x0000_i2247" type="#_x0000_t75" style="width:45.9pt;height:18.2pt" o:ole="">
            <v:imagedata r:id="rId3042" o:title=""/>
          </v:shape>
          <o:OLEObject Type="Embed" ProgID="Equation.DSMT4" ShapeID="_x0000_i2247" DrawAspect="Content" ObjectID="_1840332701" r:id="rId3046"/>
        </w:object>
      </w:r>
      <w:r w:rsidR="004B7CD0" w:rsidRPr="00B439DD">
        <w:rPr>
          <w:rFonts w:ascii="Times New Roman" w:hAnsi="Times New Roman" w:cs="Times New Roman"/>
          <w:sz w:val="28"/>
          <w:szCs w:val="28"/>
          <w:lang w:val="kk-KZ"/>
        </w:rPr>
        <w:t xml:space="preserve"> шеттік есептерінің </w:t>
      </w:r>
      <w:r w:rsidR="00A135AE" w:rsidRPr="00B439DD">
        <w:rPr>
          <w:rFonts w:ascii="Times New Roman" w:hAnsi="Times New Roman" w:cs="Times New Roman"/>
          <w:noProof/>
          <w:position w:val="-10"/>
          <w:sz w:val="28"/>
          <w:szCs w:val="28"/>
        </w:rPr>
        <w:drawing>
          <wp:inline distT="0" distB="0" distL="0" distR="0" wp14:anchorId="4C9913B6" wp14:editId="49529CD0">
            <wp:extent cx="337185" cy="211455"/>
            <wp:effectExtent l="0" t="0" r="5715" b="0"/>
            <wp:docPr id="2265" name="Рисунок 2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5"/>
                    <pic:cNvPicPr>
                      <a:picLocks noChangeAspect="1" noChangeArrowheads="1"/>
                    </pic:cNvPicPr>
                  </pic:nvPicPr>
                  <pic:blipFill>
                    <a:blip r:embed="rId3047" cstate="print">
                      <a:extLst>
                        <a:ext uri="{28A0092B-C50C-407E-A947-70E740481C1C}">
                          <a14:useLocalDpi xmlns:a14="http://schemas.microsoft.com/office/drawing/2010/main" val="0"/>
                        </a:ext>
                      </a:extLst>
                    </a:blip>
                    <a:srcRect/>
                    <a:stretch>
                      <a:fillRect/>
                    </a:stretch>
                  </pic:blipFill>
                  <pic:spPr bwMode="auto">
                    <a:xfrm>
                      <a:off x="0" y="0"/>
                      <a:ext cx="337185" cy="211455"/>
                    </a:xfrm>
                    <a:prstGeom prst="rect">
                      <a:avLst/>
                    </a:prstGeom>
                    <a:noFill/>
                    <a:ln>
                      <a:noFill/>
                    </a:ln>
                  </pic:spPr>
                </pic:pic>
              </a:graphicData>
            </a:graphic>
          </wp:inline>
        </w:drawing>
      </w:r>
      <w:r w:rsidR="004B7CD0" w:rsidRPr="00B439DD">
        <w:rPr>
          <w:rFonts w:ascii="Times New Roman" w:hAnsi="Times New Roman" w:cs="Times New Roman"/>
          <w:sz w:val="28"/>
          <w:szCs w:val="28"/>
          <w:lang w:val="kk-KZ"/>
        </w:rPr>
        <w:t xml:space="preserve"> кесіндісінде шешімді болатын </w:t>
      </w:r>
      <w:r w:rsidR="00A135AE" w:rsidRPr="00B439DD">
        <w:rPr>
          <w:rFonts w:ascii="Times New Roman" w:hAnsi="Times New Roman" w:cs="Times New Roman"/>
          <w:noProof/>
          <w:position w:val="-6"/>
          <w:sz w:val="28"/>
          <w:szCs w:val="28"/>
        </w:rPr>
        <w:drawing>
          <wp:inline distT="0" distB="0" distL="0" distR="0" wp14:anchorId="2796199D" wp14:editId="0DF197B8">
            <wp:extent cx="154305" cy="182880"/>
            <wp:effectExtent l="0" t="0" r="0" b="7620"/>
            <wp:docPr id="2266" name="Рисунок 2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6"/>
                    <pic:cNvPicPr>
                      <a:picLocks noChangeAspect="1" noChangeArrowheads="1"/>
                    </pic:cNvPicPr>
                  </pic:nvPicPr>
                  <pic:blipFill>
                    <a:blip r:embed="rId3048" cstate="print">
                      <a:extLst>
                        <a:ext uri="{28A0092B-C50C-407E-A947-70E740481C1C}">
                          <a14:useLocalDpi xmlns:a14="http://schemas.microsoft.com/office/drawing/2010/main" val="0"/>
                        </a:ext>
                      </a:extLst>
                    </a:blip>
                    <a:srcRect/>
                    <a:stretch>
                      <a:fillRect/>
                    </a:stretch>
                  </pic:blipFill>
                  <pic:spPr bwMode="auto">
                    <a:xfrm>
                      <a:off x="0" y="0"/>
                      <a:ext cx="154305" cy="182880"/>
                    </a:xfrm>
                    <a:prstGeom prst="rect">
                      <a:avLst/>
                    </a:prstGeom>
                    <a:noFill/>
                    <a:ln>
                      <a:noFill/>
                    </a:ln>
                  </pic:spPr>
                </pic:pic>
              </a:graphicData>
            </a:graphic>
          </wp:inline>
        </w:drawing>
      </w:r>
      <w:r w:rsidR="004B7CD0" w:rsidRPr="00B439DD">
        <w:rPr>
          <w:rFonts w:ascii="Times New Roman" w:hAnsi="Times New Roman" w:cs="Times New Roman"/>
          <w:sz w:val="28"/>
          <w:szCs w:val="28"/>
          <w:lang w:val="kk-KZ"/>
        </w:rPr>
        <w:t xml:space="preserve"> мәндерін </w:t>
      </w:r>
      <w:r w:rsidR="00A135AE" w:rsidRPr="00B439DD">
        <w:rPr>
          <w:rFonts w:ascii="Times New Roman" w:hAnsi="Times New Roman" w:cs="Times New Roman"/>
          <w:noProof/>
          <w:position w:val="-4"/>
          <w:sz w:val="28"/>
          <w:szCs w:val="28"/>
        </w:rPr>
        <w:drawing>
          <wp:inline distT="0" distB="0" distL="0" distR="0" wp14:anchorId="44617679" wp14:editId="7BC55284">
            <wp:extent cx="182880" cy="182880"/>
            <wp:effectExtent l="0" t="0" r="7620" b="7620"/>
            <wp:docPr id="2267" name="Рисунок 2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7"/>
                    <pic:cNvPicPr>
                      <a:picLocks noChangeAspect="1" noChangeArrowheads="1"/>
                    </pic:cNvPicPr>
                  </pic:nvPicPr>
                  <pic:blipFill>
                    <a:blip r:embed="rId3049"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004B7CD0" w:rsidRPr="00B439DD">
        <w:rPr>
          <w:rFonts w:ascii="Times New Roman" w:hAnsi="Times New Roman" w:cs="Times New Roman"/>
          <w:sz w:val="28"/>
          <w:szCs w:val="28"/>
          <w:lang w:val="kk-KZ"/>
        </w:rPr>
        <w:t xml:space="preserve">жиынымен белгілейміз. Егер </w:t>
      </w:r>
      <w:r w:rsidR="00A135AE" w:rsidRPr="00B439DD">
        <w:rPr>
          <w:rFonts w:ascii="Times New Roman" w:hAnsi="Times New Roman" w:cs="Times New Roman"/>
          <w:noProof/>
          <w:position w:val="-4"/>
          <w:sz w:val="28"/>
          <w:szCs w:val="28"/>
        </w:rPr>
        <w:drawing>
          <wp:inline distT="0" distB="0" distL="0" distR="0" wp14:anchorId="6A0AE303" wp14:editId="5A5F10E8">
            <wp:extent cx="182880" cy="182880"/>
            <wp:effectExtent l="0" t="0" r="7620" b="7620"/>
            <wp:docPr id="2268" name="Рисунок 2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8"/>
                    <pic:cNvPicPr>
                      <a:picLocks noChangeAspect="1" noChangeArrowheads="1"/>
                    </pic:cNvPicPr>
                  </pic:nvPicPr>
                  <pic:blipFill>
                    <a:blip r:embed="rId3050"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004B7CD0" w:rsidRPr="00B439DD">
        <w:rPr>
          <w:rFonts w:ascii="Times New Roman" w:hAnsi="Times New Roman" w:cs="Times New Roman"/>
          <w:sz w:val="28"/>
          <w:szCs w:val="28"/>
          <w:lang w:val="kk-KZ"/>
        </w:rPr>
        <w:t xml:space="preserve">бос жиын емес болса, бірмезгілде ашық және тұйық болса, онда жиын </w:t>
      </w:r>
      <w:r w:rsidR="00A135AE" w:rsidRPr="00B439DD">
        <w:rPr>
          <w:rFonts w:ascii="Times New Roman" w:hAnsi="Times New Roman" w:cs="Times New Roman"/>
          <w:noProof/>
          <w:position w:val="-10"/>
          <w:sz w:val="28"/>
          <w:szCs w:val="28"/>
        </w:rPr>
        <w:drawing>
          <wp:inline distT="0" distB="0" distL="0" distR="0" wp14:anchorId="3EB3C8E0" wp14:editId="1A5371A8">
            <wp:extent cx="337185" cy="211455"/>
            <wp:effectExtent l="0" t="0" r="5715" b="0"/>
            <wp:docPr id="2269" name="Рисунок 2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9"/>
                    <pic:cNvPicPr>
                      <a:picLocks noChangeAspect="1" noChangeArrowheads="1"/>
                    </pic:cNvPicPr>
                  </pic:nvPicPr>
                  <pic:blipFill>
                    <a:blip r:embed="rId3051" cstate="print">
                      <a:extLst>
                        <a:ext uri="{28A0092B-C50C-407E-A947-70E740481C1C}">
                          <a14:useLocalDpi xmlns:a14="http://schemas.microsoft.com/office/drawing/2010/main" val="0"/>
                        </a:ext>
                      </a:extLst>
                    </a:blip>
                    <a:srcRect/>
                    <a:stretch>
                      <a:fillRect/>
                    </a:stretch>
                  </pic:blipFill>
                  <pic:spPr bwMode="auto">
                    <a:xfrm>
                      <a:off x="0" y="0"/>
                      <a:ext cx="337185" cy="211455"/>
                    </a:xfrm>
                    <a:prstGeom prst="rect">
                      <a:avLst/>
                    </a:prstGeom>
                    <a:noFill/>
                    <a:ln>
                      <a:noFill/>
                    </a:ln>
                  </pic:spPr>
                </pic:pic>
              </a:graphicData>
            </a:graphic>
          </wp:inline>
        </w:drawing>
      </w:r>
      <w:r w:rsidR="004B7CD0" w:rsidRPr="00B439DD">
        <w:rPr>
          <w:rFonts w:ascii="Times New Roman" w:hAnsi="Times New Roman" w:cs="Times New Roman"/>
          <w:sz w:val="28"/>
          <w:szCs w:val="28"/>
          <w:lang w:val="kk-KZ"/>
        </w:rPr>
        <w:t xml:space="preserve"> кесіндісімен толығымен (сәйкес) беттесетіні анық. </w:t>
      </w:r>
      <w:r w:rsidRPr="00B439DD">
        <w:rPr>
          <w:rFonts w:ascii="Times New Roman" w:hAnsi="Times New Roman" w:cs="Times New Roman"/>
          <w:sz w:val="28"/>
          <w:szCs w:val="28"/>
          <w:lang w:val="kk-KZ"/>
        </w:rPr>
        <w:t xml:space="preserve">(2.65), (2.62), </w:t>
      </w:r>
      <w:r w:rsidRPr="00B439DD">
        <w:rPr>
          <w:rFonts w:ascii="Times New Roman" w:hAnsi="Times New Roman" w:cs="Times New Roman"/>
          <w:position w:val="-12"/>
          <w:sz w:val="28"/>
          <w:szCs w:val="28"/>
          <w:lang w:val="kk-KZ"/>
        </w:rPr>
        <w:object w:dxaOrig="900" w:dyaOrig="380" w14:anchorId="41F32068">
          <v:shape id="_x0000_i2248" type="#_x0000_t75" style="width:45.9pt;height:18.2pt" o:ole="">
            <v:imagedata r:id="rId3042" o:title=""/>
          </v:shape>
          <o:OLEObject Type="Embed" ProgID="Equation.DSMT4" ShapeID="_x0000_i2248" DrawAspect="Content" ObjectID="_1840332702" r:id="rId3052"/>
        </w:object>
      </w:r>
      <w:r w:rsidRPr="00B439DD">
        <w:rPr>
          <w:rFonts w:ascii="Times New Roman" w:hAnsi="Times New Roman" w:cs="Times New Roman"/>
          <w:sz w:val="28"/>
          <w:szCs w:val="28"/>
          <w:lang w:val="kk-KZ"/>
        </w:rPr>
        <w:t xml:space="preserve"> </w:t>
      </w:r>
      <w:r w:rsidR="004B7CD0" w:rsidRPr="00B439DD">
        <w:rPr>
          <w:rFonts w:ascii="Times New Roman" w:hAnsi="Times New Roman" w:cs="Times New Roman"/>
          <w:sz w:val="28"/>
          <w:szCs w:val="28"/>
          <w:lang w:val="kk-KZ"/>
        </w:rPr>
        <w:t xml:space="preserve">шеттік есебінің </w:t>
      </w:r>
      <w:r w:rsidR="00A135AE" w:rsidRPr="00B439DD">
        <w:rPr>
          <w:rFonts w:ascii="Times New Roman" w:hAnsi="Times New Roman" w:cs="Times New Roman"/>
          <w:noProof/>
          <w:position w:val="-16"/>
          <w:sz w:val="28"/>
          <w:szCs w:val="28"/>
        </w:rPr>
        <w:drawing>
          <wp:inline distT="0" distB="0" distL="0" distR="0" wp14:anchorId="0B596587" wp14:editId="35314D8F">
            <wp:extent cx="462280" cy="250190"/>
            <wp:effectExtent l="0" t="0" r="0" b="0"/>
            <wp:docPr id="2271" name="Рисунок 2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1"/>
                    <pic:cNvPicPr>
                      <a:picLocks noChangeAspect="1" noChangeArrowheads="1"/>
                    </pic:cNvPicPr>
                  </pic:nvPicPr>
                  <pic:blipFill>
                    <a:blip r:embed="rId3053" cstate="print">
                      <a:extLst>
                        <a:ext uri="{28A0092B-C50C-407E-A947-70E740481C1C}">
                          <a14:useLocalDpi xmlns:a14="http://schemas.microsoft.com/office/drawing/2010/main" val="0"/>
                        </a:ext>
                      </a:extLst>
                    </a:blip>
                    <a:srcRect/>
                    <a:stretch>
                      <a:fillRect/>
                    </a:stretch>
                  </pic:blipFill>
                  <pic:spPr bwMode="auto">
                    <a:xfrm>
                      <a:off x="0" y="0"/>
                      <a:ext cx="462280" cy="250190"/>
                    </a:xfrm>
                    <a:prstGeom prst="rect">
                      <a:avLst/>
                    </a:prstGeom>
                    <a:noFill/>
                    <a:ln>
                      <a:noFill/>
                    </a:ln>
                  </pic:spPr>
                </pic:pic>
              </a:graphicData>
            </a:graphic>
          </wp:inline>
        </w:drawing>
      </w:r>
      <w:r w:rsidR="004B7CD0" w:rsidRPr="00B439DD">
        <w:rPr>
          <w:rFonts w:ascii="Times New Roman" w:hAnsi="Times New Roman" w:cs="Times New Roman"/>
          <w:sz w:val="28"/>
          <w:szCs w:val="28"/>
          <w:lang w:val="kk-KZ"/>
        </w:rPr>
        <w:t xml:space="preserve"> кең</w:t>
      </w:r>
      <w:r w:rsidRPr="00B439DD">
        <w:rPr>
          <w:rFonts w:ascii="Times New Roman" w:hAnsi="Times New Roman" w:cs="Times New Roman"/>
          <w:sz w:val="28"/>
          <w:szCs w:val="28"/>
          <w:lang w:val="kk-KZ"/>
        </w:rPr>
        <w:t>істігінде шешімі бар. Ал, бұл (2.30)-(2</w:t>
      </w:r>
      <w:r w:rsidR="004B7CD0" w:rsidRPr="00B439DD">
        <w:rPr>
          <w:rFonts w:ascii="Times New Roman" w:hAnsi="Times New Roman" w:cs="Times New Roman"/>
          <w:sz w:val="28"/>
          <w:szCs w:val="28"/>
          <w:lang w:val="kk-KZ"/>
        </w:rPr>
        <w:t>.3</w:t>
      </w:r>
      <w:r w:rsidRPr="00B439DD">
        <w:rPr>
          <w:rFonts w:ascii="Times New Roman" w:hAnsi="Times New Roman" w:cs="Times New Roman"/>
          <w:sz w:val="28"/>
          <w:szCs w:val="28"/>
          <w:lang w:val="kk-KZ"/>
        </w:rPr>
        <w:t>2</w:t>
      </w:r>
      <w:r w:rsidR="004B7CD0" w:rsidRPr="00B439DD">
        <w:rPr>
          <w:rFonts w:ascii="Times New Roman" w:hAnsi="Times New Roman" w:cs="Times New Roman"/>
          <w:sz w:val="28"/>
          <w:szCs w:val="28"/>
          <w:lang w:val="kk-KZ"/>
        </w:rPr>
        <w:t xml:space="preserve">). шеттік есебінің </w:t>
      </w:r>
      <w:r w:rsidR="00A135AE" w:rsidRPr="00B439DD">
        <w:rPr>
          <w:rFonts w:ascii="Times New Roman" w:hAnsi="Times New Roman" w:cs="Times New Roman"/>
          <w:noProof/>
          <w:position w:val="-12"/>
          <w:sz w:val="28"/>
          <w:szCs w:val="28"/>
        </w:rPr>
        <w:drawing>
          <wp:inline distT="0" distB="0" distL="0" distR="0" wp14:anchorId="7F98ACA1" wp14:editId="0FA06972">
            <wp:extent cx="539115" cy="250190"/>
            <wp:effectExtent l="0" t="0" r="0" b="0"/>
            <wp:docPr id="2272" name="Рисунок 2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2"/>
                    <pic:cNvPicPr>
                      <a:picLocks noChangeAspect="1" noChangeArrowheads="1"/>
                    </pic:cNvPicPr>
                  </pic:nvPicPr>
                  <pic:blipFill>
                    <a:blip r:embed="rId3054" cstate="print">
                      <a:extLst>
                        <a:ext uri="{28A0092B-C50C-407E-A947-70E740481C1C}">
                          <a14:useLocalDpi xmlns:a14="http://schemas.microsoft.com/office/drawing/2010/main" val="0"/>
                        </a:ext>
                      </a:extLst>
                    </a:blip>
                    <a:srcRect/>
                    <a:stretch>
                      <a:fillRect/>
                    </a:stretch>
                  </pic:blipFill>
                  <pic:spPr bwMode="auto">
                    <a:xfrm>
                      <a:off x="0" y="0"/>
                      <a:ext cx="539115" cy="250190"/>
                    </a:xfrm>
                    <a:prstGeom prst="rect">
                      <a:avLst/>
                    </a:prstGeom>
                    <a:noFill/>
                    <a:ln>
                      <a:noFill/>
                    </a:ln>
                  </pic:spPr>
                </pic:pic>
              </a:graphicData>
            </a:graphic>
          </wp:inline>
        </w:drawing>
      </w:r>
      <w:r w:rsidR="004B7CD0" w:rsidRPr="00B439DD">
        <w:rPr>
          <w:rFonts w:ascii="Times New Roman" w:hAnsi="Times New Roman" w:cs="Times New Roman"/>
          <w:sz w:val="28"/>
          <w:szCs w:val="28"/>
          <w:lang w:val="kk-KZ"/>
        </w:rPr>
        <w:t xml:space="preserve"> кеңістігінде шешімі бар екенін көрсетеді. </w:t>
      </w:r>
    </w:p>
    <w:p w14:paraId="6BF70A78" w14:textId="091A63BA" w:rsidR="004B7CD0" w:rsidRPr="00EF52AB" w:rsidRDefault="004B7CD0" w:rsidP="00EF52AB">
      <w:pPr>
        <w:spacing w:after="0" w:line="240" w:lineRule="auto"/>
        <w:ind w:firstLine="708"/>
        <w:jc w:val="both"/>
        <w:rPr>
          <w:rFonts w:ascii="Times New Roman" w:hAnsi="Times New Roman" w:cs="Times New Roman"/>
          <w:position w:val="-12"/>
          <w:sz w:val="28"/>
          <w:szCs w:val="28"/>
          <w:lang w:val="kk-KZ"/>
        </w:rPr>
      </w:pPr>
      <w:r w:rsidRPr="00B439DD">
        <w:rPr>
          <w:rFonts w:ascii="Times New Roman" w:hAnsi="Times New Roman" w:cs="Times New Roman"/>
          <w:sz w:val="28"/>
          <w:szCs w:val="28"/>
          <w:lang w:val="kk-KZ"/>
        </w:rPr>
        <w:t xml:space="preserve">Енді </w:t>
      </w:r>
      <w:r w:rsidR="00A135AE" w:rsidRPr="00B439DD">
        <w:rPr>
          <w:rFonts w:ascii="Times New Roman" w:hAnsi="Times New Roman" w:cs="Times New Roman"/>
          <w:noProof/>
          <w:position w:val="-4"/>
          <w:sz w:val="28"/>
          <w:szCs w:val="28"/>
        </w:rPr>
        <w:drawing>
          <wp:inline distT="0" distB="0" distL="0" distR="0" wp14:anchorId="1F238C5C" wp14:editId="57E1F4A7">
            <wp:extent cx="182880" cy="182880"/>
            <wp:effectExtent l="0" t="0" r="7620" b="7620"/>
            <wp:docPr id="2273" name="Рисунок 2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3"/>
                    <pic:cNvPicPr>
                      <a:picLocks noChangeAspect="1" noChangeArrowheads="1"/>
                    </pic:cNvPicPr>
                  </pic:nvPicPr>
                  <pic:blipFill>
                    <a:blip r:embed="rId3055"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B439DD">
        <w:rPr>
          <w:rFonts w:ascii="Times New Roman" w:hAnsi="Times New Roman" w:cs="Times New Roman"/>
          <w:sz w:val="28"/>
          <w:szCs w:val="28"/>
          <w:lang w:val="kk-KZ"/>
        </w:rPr>
        <w:t>бос емес жиын екенін, біруақытта  ашық және тұйық болатынын дәлелдеуіміз қажет.</w:t>
      </w:r>
      <w:r w:rsidR="00A135AE" w:rsidRPr="00B439DD">
        <w:rPr>
          <w:rFonts w:ascii="Times New Roman" w:hAnsi="Times New Roman" w:cs="Times New Roman"/>
          <w:noProof/>
          <w:position w:val="-4"/>
          <w:sz w:val="28"/>
          <w:szCs w:val="28"/>
        </w:rPr>
        <w:drawing>
          <wp:inline distT="0" distB="0" distL="0" distR="0" wp14:anchorId="31CC603E" wp14:editId="615891DA">
            <wp:extent cx="182880" cy="182880"/>
            <wp:effectExtent l="0" t="0" r="7620" b="7620"/>
            <wp:docPr id="2274" name="Рисунок 2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4"/>
                    <pic:cNvPicPr>
                      <a:picLocks noChangeAspect="1" noChangeArrowheads="1"/>
                    </pic:cNvPicPr>
                  </pic:nvPicPr>
                  <pic:blipFill>
                    <a:blip r:embed="rId3056"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B439DD">
        <w:rPr>
          <w:rFonts w:ascii="Times New Roman" w:hAnsi="Times New Roman" w:cs="Times New Roman"/>
          <w:sz w:val="28"/>
          <w:szCs w:val="28"/>
          <w:lang w:val="kk-KZ"/>
        </w:rPr>
        <w:t xml:space="preserve"> бос жиын емес екенін дәлелдеу үшін 0 саны </w:t>
      </w:r>
      <w:r w:rsidR="00A135AE" w:rsidRPr="00B439DD">
        <w:rPr>
          <w:rFonts w:ascii="Times New Roman" w:hAnsi="Times New Roman" w:cs="Times New Roman"/>
          <w:noProof/>
          <w:position w:val="-4"/>
          <w:sz w:val="28"/>
          <w:szCs w:val="28"/>
        </w:rPr>
        <w:drawing>
          <wp:inline distT="0" distB="0" distL="0" distR="0" wp14:anchorId="0894F48E" wp14:editId="55921678">
            <wp:extent cx="182880" cy="182880"/>
            <wp:effectExtent l="0" t="0" r="7620" b="7620"/>
            <wp:docPr id="2275" name="Рисунок 2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5"/>
                    <pic:cNvPicPr>
                      <a:picLocks noChangeAspect="1" noChangeArrowheads="1"/>
                    </pic:cNvPicPr>
                  </pic:nvPicPr>
                  <pic:blipFill>
                    <a:blip r:embed="rId3057"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007E17DE" w:rsidRPr="00B439DD">
        <w:rPr>
          <w:rFonts w:ascii="Times New Roman" w:hAnsi="Times New Roman" w:cs="Times New Roman"/>
          <w:sz w:val="28"/>
          <w:szCs w:val="28"/>
          <w:lang w:val="kk-KZ"/>
        </w:rPr>
        <w:t xml:space="preserve"> </w:t>
      </w:r>
      <w:r w:rsidRPr="00B439DD">
        <w:rPr>
          <w:rFonts w:ascii="Times New Roman" w:hAnsi="Times New Roman" w:cs="Times New Roman"/>
          <w:sz w:val="28"/>
          <w:szCs w:val="28"/>
          <w:lang w:val="kk-KZ"/>
        </w:rPr>
        <w:t>жиынында жататынын көрсетейік.</w:t>
      </w:r>
    </w:p>
    <w:p w14:paraId="7F599DCB" w14:textId="54707F7B" w:rsidR="004B7CD0" w:rsidRPr="00B439DD" w:rsidRDefault="004B7CD0" w:rsidP="00EF52AB">
      <w:pPr>
        <w:spacing w:after="0" w:line="240" w:lineRule="auto"/>
        <w:ind w:firstLine="708"/>
        <w:jc w:val="both"/>
        <w:rPr>
          <w:rFonts w:ascii="Times New Roman" w:hAnsi="Times New Roman" w:cs="Times New Roman"/>
          <w:sz w:val="28"/>
          <w:szCs w:val="28"/>
          <w:lang w:val="kk-KZ"/>
        </w:rPr>
      </w:pPr>
      <w:r w:rsidRPr="00B439DD">
        <w:rPr>
          <w:rFonts w:ascii="Times New Roman" w:hAnsi="Times New Roman" w:cs="Times New Roman"/>
          <w:sz w:val="28"/>
          <w:szCs w:val="28"/>
          <w:lang w:val="kk-KZ"/>
        </w:rPr>
        <w:t xml:space="preserve">Айталық, </w:t>
      </w:r>
      <w:r w:rsidR="007E17DE" w:rsidRPr="00B439DD">
        <w:rPr>
          <w:rFonts w:ascii="Times New Roman" w:hAnsi="Times New Roman" w:cs="Times New Roman"/>
          <w:sz w:val="28"/>
          <w:szCs w:val="28"/>
          <w:lang w:val="kk-KZ"/>
        </w:rPr>
        <w:t xml:space="preserve">(2.65), (2.62), </w:t>
      </w:r>
      <w:r w:rsidR="007E17DE" w:rsidRPr="00B439DD">
        <w:rPr>
          <w:rFonts w:ascii="Times New Roman" w:hAnsi="Times New Roman" w:cs="Times New Roman"/>
          <w:position w:val="-12"/>
          <w:sz w:val="28"/>
          <w:szCs w:val="28"/>
          <w:lang w:val="kk-KZ"/>
        </w:rPr>
        <w:object w:dxaOrig="900" w:dyaOrig="380" w14:anchorId="3E7618A0">
          <v:shape id="_x0000_i2249" type="#_x0000_t75" style="width:45.9pt;height:18.2pt" o:ole="">
            <v:imagedata r:id="rId3042" o:title=""/>
          </v:shape>
          <o:OLEObject Type="Embed" ProgID="Equation.DSMT4" ShapeID="_x0000_i2249" DrawAspect="Content" ObjectID="_1840332703" r:id="rId3058"/>
        </w:object>
      </w:r>
      <w:r w:rsidR="007E17DE" w:rsidRPr="00B439DD">
        <w:rPr>
          <w:rFonts w:ascii="Times New Roman" w:hAnsi="Times New Roman" w:cs="Times New Roman"/>
          <w:sz w:val="28"/>
          <w:szCs w:val="28"/>
          <w:lang w:val="kk-KZ"/>
        </w:rPr>
        <w:t xml:space="preserve"> </w:t>
      </w:r>
      <w:r w:rsidRPr="00B439DD">
        <w:rPr>
          <w:rFonts w:ascii="Times New Roman" w:hAnsi="Times New Roman" w:cs="Times New Roman"/>
          <w:sz w:val="28"/>
          <w:szCs w:val="28"/>
          <w:lang w:val="kk-KZ"/>
        </w:rPr>
        <w:t xml:space="preserve">есебіне  </w:t>
      </w:r>
      <w:r w:rsidR="00A135AE" w:rsidRPr="00B439DD">
        <w:rPr>
          <w:rFonts w:ascii="Times New Roman" w:hAnsi="Times New Roman" w:cs="Times New Roman"/>
          <w:noProof/>
          <w:position w:val="-6"/>
          <w:sz w:val="28"/>
          <w:szCs w:val="28"/>
        </w:rPr>
        <w:drawing>
          <wp:inline distT="0" distB="0" distL="0" distR="0" wp14:anchorId="45675BF7" wp14:editId="30F17BE6">
            <wp:extent cx="414020" cy="182880"/>
            <wp:effectExtent l="0" t="0" r="5080" b="7620"/>
            <wp:docPr id="2277" name="Рисунок 2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7"/>
                    <pic:cNvPicPr>
                      <a:picLocks noChangeAspect="1" noChangeArrowheads="1"/>
                    </pic:cNvPicPr>
                  </pic:nvPicPr>
                  <pic:blipFill>
                    <a:blip r:embed="rId3059" cstate="print">
                      <a:extLst>
                        <a:ext uri="{28A0092B-C50C-407E-A947-70E740481C1C}">
                          <a14:useLocalDpi xmlns:a14="http://schemas.microsoft.com/office/drawing/2010/main" val="0"/>
                        </a:ext>
                      </a:extLst>
                    </a:blip>
                    <a:srcRect/>
                    <a:stretch>
                      <a:fillRect/>
                    </a:stretch>
                  </pic:blipFill>
                  <pic:spPr bwMode="auto">
                    <a:xfrm>
                      <a:off x="0" y="0"/>
                      <a:ext cx="414020" cy="182880"/>
                    </a:xfrm>
                    <a:prstGeom prst="rect">
                      <a:avLst/>
                    </a:prstGeom>
                    <a:noFill/>
                    <a:ln>
                      <a:noFill/>
                    </a:ln>
                  </pic:spPr>
                </pic:pic>
              </a:graphicData>
            </a:graphic>
          </wp:inline>
        </w:drawing>
      </w:r>
      <w:r w:rsidRPr="00B439DD">
        <w:rPr>
          <w:rFonts w:ascii="Times New Roman" w:hAnsi="Times New Roman" w:cs="Times New Roman"/>
          <w:sz w:val="28"/>
          <w:szCs w:val="28"/>
          <w:lang w:val="kk-KZ"/>
        </w:rPr>
        <w:t xml:space="preserve"> болғанда </w:t>
      </w:r>
      <w:r w:rsidR="00A135AE" w:rsidRPr="00B439DD">
        <w:rPr>
          <w:rFonts w:ascii="Times New Roman" w:hAnsi="Times New Roman" w:cs="Times New Roman"/>
          <w:noProof/>
          <w:position w:val="-12"/>
          <w:sz w:val="28"/>
          <w:szCs w:val="28"/>
        </w:rPr>
        <w:drawing>
          <wp:inline distT="0" distB="0" distL="0" distR="0" wp14:anchorId="293FDEA2" wp14:editId="0A3CD378">
            <wp:extent cx="2059940" cy="231140"/>
            <wp:effectExtent l="0" t="0" r="0" b="0"/>
            <wp:docPr id="2278" name="Рисунок 2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8"/>
                    <pic:cNvPicPr>
                      <a:picLocks noChangeAspect="1" noChangeArrowheads="1"/>
                    </pic:cNvPicPr>
                  </pic:nvPicPr>
                  <pic:blipFill>
                    <a:blip r:embed="rId3060" cstate="print">
                      <a:extLst>
                        <a:ext uri="{28A0092B-C50C-407E-A947-70E740481C1C}">
                          <a14:useLocalDpi xmlns:a14="http://schemas.microsoft.com/office/drawing/2010/main" val="0"/>
                        </a:ext>
                      </a:extLst>
                    </a:blip>
                    <a:srcRect/>
                    <a:stretch>
                      <a:fillRect/>
                    </a:stretch>
                  </pic:blipFill>
                  <pic:spPr bwMode="auto">
                    <a:xfrm>
                      <a:off x="0" y="0"/>
                      <a:ext cx="2059940" cy="231140"/>
                    </a:xfrm>
                    <a:prstGeom prst="rect">
                      <a:avLst/>
                    </a:prstGeom>
                    <a:noFill/>
                    <a:ln>
                      <a:noFill/>
                    </a:ln>
                  </pic:spPr>
                </pic:pic>
              </a:graphicData>
            </a:graphic>
          </wp:inline>
        </w:drawing>
      </w:r>
      <w:r w:rsidRPr="00B439DD">
        <w:rPr>
          <w:rFonts w:ascii="Times New Roman" w:hAnsi="Times New Roman" w:cs="Times New Roman"/>
          <w:sz w:val="28"/>
          <w:szCs w:val="28"/>
          <w:lang w:val="kk-KZ"/>
        </w:rPr>
        <w:t xml:space="preserve"> цилиндрде төмендегі шеттік есебін аламыз:  </w:t>
      </w:r>
    </w:p>
    <w:p w14:paraId="2C076CDC" w14:textId="77777777" w:rsidR="004B7CD0" w:rsidRPr="00B439DD" w:rsidRDefault="004B7CD0" w:rsidP="00B439DD">
      <w:pPr>
        <w:spacing w:after="0" w:line="240" w:lineRule="auto"/>
        <w:jc w:val="both"/>
        <w:rPr>
          <w:rFonts w:ascii="Times New Roman" w:hAnsi="Times New Roman" w:cs="Times New Roman"/>
          <w:sz w:val="28"/>
          <w:szCs w:val="28"/>
          <w:lang w:val="kk-KZ"/>
        </w:rPr>
      </w:pPr>
    </w:p>
    <w:p w14:paraId="33E7EDFE" w14:textId="7B3A99E0" w:rsidR="004B7CD0" w:rsidRPr="00B439DD" w:rsidRDefault="00A135AE" w:rsidP="00B439DD">
      <w:pPr>
        <w:spacing w:after="0" w:line="240" w:lineRule="auto"/>
        <w:jc w:val="right"/>
        <w:rPr>
          <w:rFonts w:ascii="Times New Roman" w:hAnsi="Times New Roman" w:cs="Times New Roman"/>
          <w:sz w:val="28"/>
          <w:szCs w:val="28"/>
          <w:lang w:val="kk-KZ"/>
        </w:rPr>
      </w:pPr>
      <w:r w:rsidRPr="00B439DD">
        <w:rPr>
          <w:rFonts w:ascii="Times New Roman" w:hAnsi="Times New Roman" w:cs="Times New Roman"/>
          <w:noProof/>
          <w:position w:val="-18"/>
          <w:sz w:val="28"/>
          <w:szCs w:val="28"/>
        </w:rPr>
        <w:drawing>
          <wp:inline distT="0" distB="0" distL="0" distR="0" wp14:anchorId="124CC6C5" wp14:editId="30EE6B51">
            <wp:extent cx="3474720" cy="337185"/>
            <wp:effectExtent l="0" t="0" r="0" b="5715"/>
            <wp:docPr id="2279" name="Рисунок 2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9"/>
                    <pic:cNvPicPr>
                      <a:picLocks noChangeAspect="1" noChangeArrowheads="1"/>
                    </pic:cNvPicPr>
                  </pic:nvPicPr>
                  <pic:blipFill>
                    <a:blip r:embed="rId3061" cstate="print">
                      <a:extLst>
                        <a:ext uri="{28A0092B-C50C-407E-A947-70E740481C1C}">
                          <a14:useLocalDpi xmlns:a14="http://schemas.microsoft.com/office/drawing/2010/main" val="0"/>
                        </a:ext>
                      </a:extLst>
                    </a:blip>
                    <a:srcRect/>
                    <a:stretch>
                      <a:fillRect/>
                    </a:stretch>
                  </pic:blipFill>
                  <pic:spPr bwMode="auto">
                    <a:xfrm>
                      <a:off x="0" y="0"/>
                      <a:ext cx="3474720" cy="337185"/>
                    </a:xfrm>
                    <a:prstGeom prst="rect">
                      <a:avLst/>
                    </a:prstGeom>
                    <a:noFill/>
                    <a:ln>
                      <a:noFill/>
                    </a:ln>
                  </pic:spPr>
                </pic:pic>
              </a:graphicData>
            </a:graphic>
          </wp:inline>
        </w:drawing>
      </w:r>
      <w:r w:rsidR="007E17DE" w:rsidRPr="00B439DD">
        <w:rPr>
          <w:rFonts w:ascii="Times New Roman" w:hAnsi="Times New Roman" w:cs="Times New Roman"/>
          <w:sz w:val="28"/>
          <w:szCs w:val="28"/>
          <w:lang w:val="kk-KZ"/>
        </w:rPr>
        <w:tab/>
      </w:r>
      <w:r w:rsidR="007E17DE" w:rsidRPr="00B439DD">
        <w:rPr>
          <w:rFonts w:ascii="Times New Roman" w:hAnsi="Times New Roman" w:cs="Times New Roman"/>
          <w:sz w:val="28"/>
          <w:szCs w:val="28"/>
          <w:lang w:val="kk-KZ"/>
        </w:rPr>
        <w:tab/>
      </w:r>
      <w:r w:rsidR="007E17DE" w:rsidRPr="00B439DD">
        <w:rPr>
          <w:rFonts w:ascii="Times New Roman" w:hAnsi="Times New Roman" w:cs="Times New Roman"/>
          <w:sz w:val="28"/>
          <w:szCs w:val="28"/>
          <w:lang w:val="kk-KZ"/>
        </w:rPr>
        <w:tab/>
        <w:t>(2</w:t>
      </w:r>
      <w:r w:rsidR="004B7CD0" w:rsidRPr="00B439DD">
        <w:rPr>
          <w:rFonts w:ascii="Times New Roman" w:hAnsi="Times New Roman" w:cs="Times New Roman"/>
          <w:sz w:val="28"/>
          <w:szCs w:val="28"/>
          <w:lang w:val="kk-KZ"/>
        </w:rPr>
        <w:t>.</w:t>
      </w:r>
      <w:r w:rsidR="007E17DE" w:rsidRPr="00B439DD">
        <w:rPr>
          <w:rFonts w:ascii="Times New Roman" w:hAnsi="Times New Roman" w:cs="Times New Roman"/>
          <w:sz w:val="28"/>
          <w:szCs w:val="28"/>
          <w:lang w:val="kk-KZ"/>
        </w:rPr>
        <w:t>6</w:t>
      </w:r>
      <w:r w:rsidR="004B7CD0" w:rsidRPr="00B439DD">
        <w:rPr>
          <w:rFonts w:ascii="Times New Roman" w:hAnsi="Times New Roman" w:cs="Times New Roman"/>
          <w:sz w:val="28"/>
          <w:szCs w:val="28"/>
          <w:lang w:val="kk-KZ"/>
        </w:rPr>
        <w:t>5)</w:t>
      </w:r>
    </w:p>
    <w:p w14:paraId="63A1FA58" w14:textId="1550C241" w:rsidR="004B7CD0" w:rsidRPr="00B439DD" w:rsidRDefault="00A135AE" w:rsidP="00B439DD">
      <w:pPr>
        <w:spacing w:after="0" w:line="240" w:lineRule="auto"/>
        <w:jc w:val="right"/>
        <w:rPr>
          <w:rFonts w:ascii="Times New Roman" w:hAnsi="Times New Roman" w:cs="Times New Roman"/>
          <w:sz w:val="28"/>
          <w:szCs w:val="28"/>
          <w:lang w:val="kk-KZ"/>
        </w:rPr>
      </w:pPr>
      <w:r w:rsidRPr="00B439DD">
        <w:rPr>
          <w:rFonts w:ascii="Times New Roman" w:hAnsi="Times New Roman" w:cs="Times New Roman"/>
          <w:noProof/>
          <w:position w:val="-16"/>
          <w:sz w:val="28"/>
          <w:szCs w:val="28"/>
        </w:rPr>
        <w:drawing>
          <wp:inline distT="0" distB="0" distL="0" distR="0" wp14:anchorId="267225D8" wp14:editId="4482BDDC">
            <wp:extent cx="1328420" cy="288925"/>
            <wp:effectExtent l="0" t="0" r="5080" b="0"/>
            <wp:docPr id="2280" name="Рисунок 2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0"/>
                    <pic:cNvPicPr>
                      <a:picLocks noChangeAspect="1" noChangeArrowheads="1"/>
                    </pic:cNvPicPr>
                  </pic:nvPicPr>
                  <pic:blipFill>
                    <a:blip r:embed="rId3062" cstate="print">
                      <a:extLst>
                        <a:ext uri="{28A0092B-C50C-407E-A947-70E740481C1C}">
                          <a14:useLocalDpi xmlns:a14="http://schemas.microsoft.com/office/drawing/2010/main" val="0"/>
                        </a:ext>
                      </a:extLst>
                    </a:blip>
                    <a:srcRect/>
                    <a:stretch>
                      <a:fillRect/>
                    </a:stretch>
                  </pic:blipFill>
                  <pic:spPr bwMode="auto">
                    <a:xfrm>
                      <a:off x="0" y="0"/>
                      <a:ext cx="1328420" cy="288925"/>
                    </a:xfrm>
                    <a:prstGeom prst="rect">
                      <a:avLst/>
                    </a:prstGeom>
                    <a:noFill/>
                    <a:ln>
                      <a:noFill/>
                    </a:ln>
                  </pic:spPr>
                </pic:pic>
              </a:graphicData>
            </a:graphic>
          </wp:inline>
        </w:drawing>
      </w:r>
      <w:r w:rsidR="007E17DE" w:rsidRPr="00B439DD">
        <w:rPr>
          <w:rFonts w:ascii="Times New Roman" w:hAnsi="Times New Roman" w:cs="Times New Roman"/>
          <w:sz w:val="28"/>
          <w:szCs w:val="28"/>
          <w:lang w:val="kk-KZ"/>
        </w:rPr>
        <w:tab/>
      </w:r>
      <w:r w:rsidR="007E17DE" w:rsidRPr="00B439DD">
        <w:rPr>
          <w:rFonts w:ascii="Times New Roman" w:hAnsi="Times New Roman" w:cs="Times New Roman"/>
          <w:sz w:val="28"/>
          <w:szCs w:val="28"/>
          <w:lang w:val="kk-KZ"/>
        </w:rPr>
        <w:tab/>
      </w:r>
      <w:r w:rsidR="007E17DE" w:rsidRPr="00B439DD">
        <w:rPr>
          <w:rFonts w:ascii="Times New Roman" w:hAnsi="Times New Roman" w:cs="Times New Roman"/>
          <w:sz w:val="28"/>
          <w:szCs w:val="28"/>
          <w:lang w:val="kk-KZ"/>
        </w:rPr>
        <w:tab/>
      </w:r>
      <w:r w:rsidR="007E17DE" w:rsidRPr="00B439DD">
        <w:rPr>
          <w:rFonts w:ascii="Times New Roman" w:hAnsi="Times New Roman" w:cs="Times New Roman"/>
          <w:sz w:val="28"/>
          <w:szCs w:val="28"/>
          <w:lang w:val="kk-KZ"/>
        </w:rPr>
        <w:tab/>
      </w:r>
      <w:r w:rsidR="007E17DE" w:rsidRPr="00B439DD">
        <w:rPr>
          <w:rFonts w:ascii="Times New Roman" w:hAnsi="Times New Roman" w:cs="Times New Roman"/>
          <w:sz w:val="28"/>
          <w:szCs w:val="28"/>
          <w:lang w:val="kk-KZ"/>
        </w:rPr>
        <w:tab/>
      </w:r>
      <w:r w:rsidR="007E17DE" w:rsidRPr="00B439DD">
        <w:rPr>
          <w:rFonts w:ascii="Times New Roman" w:hAnsi="Times New Roman" w:cs="Times New Roman"/>
          <w:sz w:val="28"/>
          <w:szCs w:val="28"/>
          <w:lang w:val="kk-KZ"/>
        </w:rPr>
        <w:tab/>
        <w:t>(2</w:t>
      </w:r>
      <w:r w:rsidR="004B7CD0" w:rsidRPr="00B439DD">
        <w:rPr>
          <w:rFonts w:ascii="Times New Roman" w:hAnsi="Times New Roman" w:cs="Times New Roman"/>
          <w:sz w:val="28"/>
          <w:szCs w:val="28"/>
          <w:lang w:val="kk-KZ"/>
        </w:rPr>
        <w:t>.</w:t>
      </w:r>
      <w:r w:rsidR="007E17DE" w:rsidRPr="00B439DD">
        <w:rPr>
          <w:rFonts w:ascii="Times New Roman" w:hAnsi="Times New Roman" w:cs="Times New Roman"/>
          <w:sz w:val="28"/>
          <w:szCs w:val="28"/>
          <w:lang w:val="kk-KZ"/>
        </w:rPr>
        <w:t>6</w:t>
      </w:r>
      <w:r w:rsidR="004B7CD0" w:rsidRPr="00B439DD">
        <w:rPr>
          <w:rFonts w:ascii="Times New Roman" w:hAnsi="Times New Roman" w:cs="Times New Roman"/>
          <w:sz w:val="28"/>
          <w:szCs w:val="28"/>
          <w:lang w:val="kk-KZ"/>
        </w:rPr>
        <w:t>2)</w:t>
      </w:r>
    </w:p>
    <w:p w14:paraId="580DF056" w14:textId="7433F85A" w:rsidR="004B7CD0" w:rsidRPr="00B439DD" w:rsidRDefault="00A135AE" w:rsidP="00B439DD">
      <w:pPr>
        <w:spacing w:after="0" w:line="240" w:lineRule="auto"/>
        <w:jc w:val="right"/>
        <w:rPr>
          <w:rFonts w:ascii="Times New Roman" w:hAnsi="Times New Roman" w:cs="Times New Roman"/>
          <w:sz w:val="28"/>
          <w:szCs w:val="28"/>
          <w:lang w:val="kk-KZ"/>
        </w:rPr>
      </w:pPr>
      <w:r w:rsidRPr="00B439DD">
        <w:rPr>
          <w:rFonts w:ascii="Times New Roman" w:hAnsi="Times New Roman" w:cs="Times New Roman"/>
          <w:noProof/>
          <w:position w:val="-12"/>
          <w:sz w:val="28"/>
          <w:szCs w:val="28"/>
        </w:rPr>
        <w:drawing>
          <wp:inline distT="0" distB="0" distL="0" distR="0" wp14:anchorId="0422A4BE" wp14:editId="50D2F30D">
            <wp:extent cx="2242820" cy="231140"/>
            <wp:effectExtent l="0" t="0" r="5080" b="0"/>
            <wp:docPr id="2281" name="Рисунок 2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1"/>
                    <pic:cNvPicPr>
                      <a:picLocks noChangeAspect="1" noChangeArrowheads="1"/>
                    </pic:cNvPicPr>
                  </pic:nvPicPr>
                  <pic:blipFill>
                    <a:blip r:embed="rId3063" cstate="print">
                      <a:extLst>
                        <a:ext uri="{28A0092B-C50C-407E-A947-70E740481C1C}">
                          <a14:useLocalDpi xmlns:a14="http://schemas.microsoft.com/office/drawing/2010/main" val="0"/>
                        </a:ext>
                      </a:extLst>
                    </a:blip>
                    <a:srcRect/>
                    <a:stretch>
                      <a:fillRect/>
                    </a:stretch>
                  </pic:blipFill>
                  <pic:spPr bwMode="auto">
                    <a:xfrm>
                      <a:off x="0" y="0"/>
                      <a:ext cx="2242820" cy="231140"/>
                    </a:xfrm>
                    <a:prstGeom prst="rect">
                      <a:avLst/>
                    </a:prstGeom>
                    <a:noFill/>
                    <a:ln>
                      <a:noFill/>
                    </a:ln>
                  </pic:spPr>
                </pic:pic>
              </a:graphicData>
            </a:graphic>
          </wp:inline>
        </w:drawing>
      </w:r>
      <w:r w:rsidR="007E17DE" w:rsidRPr="00B439DD">
        <w:rPr>
          <w:rFonts w:ascii="Times New Roman" w:hAnsi="Times New Roman" w:cs="Times New Roman"/>
          <w:sz w:val="28"/>
          <w:szCs w:val="28"/>
          <w:lang w:val="kk-KZ"/>
        </w:rPr>
        <w:tab/>
      </w:r>
      <w:r w:rsidR="007E17DE" w:rsidRPr="00B439DD">
        <w:rPr>
          <w:rFonts w:ascii="Times New Roman" w:hAnsi="Times New Roman" w:cs="Times New Roman"/>
          <w:sz w:val="28"/>
          <w:szCs w:val="28"/>
          <w:lang w:val="kk-KZ"/>
        </w:rPr>
        <w:tab/>
      </w:r>
      <w:r w:rsidR="007E17DE" w:rsidRPr="00B439DD">
        <w:rPr>
          <w:rFonts w:ascii="Times New Roman" w:hAnsi="Times New Roman" w:cs="Times New Roman"/>
          <w:sz w:val="28"/>
          <w:szCs w:val="28"/>
          <w:lang w:val="kk-KZ"/>
        </w:rPr>
        <w:tab/>
      </w:r>
      <w:r w:rsidR="007E17DE" w:rsidRPr="00B439DD">
        <w:rPr>
          <w:rFonts w:ascii="Times New Roman" w:hAnsi="Times New Roman" w:cs="Times New Roman"/>
          <w:sz w:val="28"/>
          <w:szCs w:val="28"/>
          <w:lang w:val="kk-KZ"/>
        </w:rPr>
        <w:tab/>
        <w:t xml:space="preserve"> (2.66</w:t>
      </w:r>
      <w:r w:rsidR="007E17DE" w:rsidRPr="00B439DD">
        <w:rPr>
          <w:rFonts w:ascii="Times New Roman" w:hAnsi="Times New Roman" w:cs="Times New Roman"/>
          <w:sz w:val="28"/>
          <w:szCs w:val="28"/>
          <w:vertAlign w:val="subscript"/>
          <w:lang w:val="kk-KZ"/>
        </w:rPr>
        <w:t>0</w:t>
      </w:r>
      <w:r w:rsidR="004B7CD0" w:rsidRPr="00B439DD">
        <w:rPr>
          <w:rFonts w:ascii="Times New Roman" w:hAnsi="Times New Roman" w:cs="Times New Roman"/>
          <w:sz w:val="28"/>
          <w:szCs w:val="28"/>
          <w:lang w:val="kk-KZ"/>
        </w:rPr>
        <w:t>)</w:t>
      </w:r>
    </w:p>
    <w:p w14:paraId="29CA0270" w14:textId="77777777" w:rsidR="004B7CD0" w:rsidRPr="00B439DD" w:rsidRDefault="004B7CD0" w:rsidP="00B439DD">
      <w:pPr>
        <w:spacing w:after="0" w:line="240" w:lineRule="auto"/>
        <w:jc w:val="right"/>
        <w:rPr>
          <w:rFonts w:ascii="Times New Roman" w:hAnsi="Times New Roman" w:cs="Times New Roman"/>
          <w:sz w:val="28"/>
          <w:szCs w:val="28"/>
          <w:lang w:val="kk-KZ"/>
        </w:rPr>
      </w:pPr>
    </w:p>
    <w:p w14:paraId="45CC4B71" w14:textId="4A8764D6" w:rsidR="004B7CD0" w:rsidRPr="00B439DD" w:rsidRDefault="00A135AE" w:rsidP="00752016">
      <w:pPr>
        <w:spacing w:after="0" w:line="240" w:lineRule="auto"/>
        <w:jc w:val="both"/>
        <w:rPr>
          <w:rFonts w:ascii="Times New Roman" w:hAnsi="Times New Roman" w:cs="Times New Roman"/>
          <w:sz w:val="28"/>
          <w:szCs w:val="28"/>
          <w:lang w:val="kk-KZ"/>
        </w:rPr>
      </w:pPr>
      <w:r w:rsidRPr="00B439DD">
        <w:rPr>
          <w:rFonts w:ascii="Times New Roman" w:hAnsi="Times New Roman" w:cs="Times New Roman"/>
          <w:noProof/>
          <w:position w:val="-16"/>
          <w:sz w:val="28"/>
          <w:szCs w:val="28"/>
        </w:rPr>
        <w:drawing>
          <wp:inline distT="0" distB="0" distL="0" distR="0" wp14:anchorId="42349392" wp14:editId="22B827F1">
            <wp:extent cx="529590" cy="288925"/>
            <wp:effectExtent l="0" t="0" r="0" b="0"/>
            <wp:docPr id="2283" name="Рисунок 2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3"/>
                    <pic:cNvPicPr>
                      <a:picLocks noChangeAspect="1" noChangeArrowheads="1"/>
                    </pic:cNvPicPr>
                  </pic:nvPicPr>
                  <pic:blipFill>
                    <a:blip r:embed="rId3064" cstate="print">
                      <a:extLst>
                        <a:ext uri="{28A0092B-C50C-407E-A947-70E740481C1C}">
                          <a14:useLocalDpi xmlns:a14="http://schemas.microsoft.com/office/drawing/2010/main" val="0"/>
                        </a:ext>
                      </a:extLst>
                    </a:blip>
                    <a:srcRect/>
                    <a:stretch>
                      <a:fillRect/>
                    </a:stretch>
                  </pic:blipFill>
                  <pic:spPr bwMode="auto">
                    <a:xfrm>
                      <a:off x="0" y="0"/>
                      <a:ext cx="529590" cy="288925"/>
                    </a:xfrm>
                    <a:prstGeom prst="rect">
                      <a:avLst/>
                    </a:prstGeom>
                    <a:noFill/>
                    <a:ln>
                      <a:noFill/>
                    </a:ln>
                  </pic:spPr>
                </pic:pic>
              </a:graphicData>
            </a:graphic>
          </wp:inline>
        </w:drawing>
      </w:r>
      <w:r w:rsidR="001F7319" w:rsidRPr="00B439DD">
        <w:rPr>
          <w:rFonts w:ascii="Times New Roman" w:hAnsi="Times New Roman" w:cs="Times New Roman"/>
          <w:sz w:val="28"/>
          <w:szCs w:val="28"/>
          <w:lang w:val="kk-KZ"/>
        </w:rPr>
        <w:t>.</w:t>
      </w:r>
      <w:r w:rsidR="004B7CD0" w:rsidRPr="00B439DD">
        <w:rPr>
          <w:rFonts w:ascii="Times New Roman" w:hAnsi="Times New Roman" w:cs="Times New Roman"/>
          <w:sz w:val="28"/>
          <w:szCs w:val="28"/>
          <w:lang w:val="kk-KZ"/>
        </w:rPr>
        <w:t xml:space="preserve">кеңістігінде </w:t>
      </w:r>
      <w:r w:rsidR="007E17DE" w:rsidRPr="00B439DD">
        <w:rPr>
          <w:rFonts w:ascii="Times New Roman" w:hAnsi="Times New Roman" w:cs="Times New Roman"/>
          <w:sz w:val="28"/>
          <w:szCs w:val="28"/>
          <w:lang w:val="kk-KZ"/>
        </w:rPr>
        <w:t xml:space="preserve">(2.65), (2.62), </w:t>
      </w:r>
      <w:r w:rsidR="001F7319" w:rsidRPr="00B439DD">
        <w:rPr>
          <w:rFonts w:ascii="Times New Roman" w:hAnsi="Times New Roman" w:cs="Times New Roman"/>
          <w:position w:val="-12"/>
          <w:sz w:val="28"/>
          <w:szCs w:val="28"/>
          <w:lang w:val="kk-KZ"/>
        </w:rPr>
        <w:object w:dxaOrig="880" w:dyaOrig="380" w14:anchorId="39E9A104">
          <v:shape id="_x0000_i2250" type="#_x0000_t75" style="width:44.3pt;height:18.2pt" o:ole="">
            <v:imagedata r:id="rId3065" o:title=""/>
          </v:shape>
          <o:OLEObject Type="Embed" ProgID="Equation.DSMT4" ShapeID="_x0000_i2250" DrawAspect="Content" ObjectID="_1840332704" r:id="rId3066"/>
        </w:object>
      </w:r>
      <w:r w:rsidR="007E17DE" w:rsidRPr="00B439DD">
        <w:rPr>
          <w:rFonts w:ascii="Times New Roman" w:hAnsi="Times New Roman" w:cs="Times New Roman"/>
          <w:sz w:val="28"/>
          <w:szCs w:val="28"/>
          <w:lang w:val="kk-KZ"/>
        </w:rPr>
        <w:t xml:space="preserve"> </w:t>
      </w:r>
      <w:r w:rsidR="001F7319" w:rsidRPr="00B439DD">
        <w:rPr>
          <w:rFonts w:ascii="Times New Roman" w:hAnsi="Times New Roman" w:cs="Times New Roman"/>
          <w:sz w:val="28"/>
          <w:szCs w:val="28"/>
          <w:lang w:val="kk-KZ"/>
        </w:rPr>
        <w:t>шеттік есебінің б</w:t>
      </w:r>
      <w:r w:rsidR="00752016">
        <w:rPr>
          <w:rFonts w:ascii="Times New Roman" w:hAnsi="Times New Roman" w:cs="Times New Roman"/>
          <w:sz w:val="28"/>
          <w:szCs w:val="28"/>
          <w:lang w:val="kk-KZ"/>
        </w:rPr>
        <w:t xml:space="preserve">ірмәнді </w:t>
      </w:r>
      <w:r w:rsidR="001F7319" w:rsidRPr="00B439DD">
        <w:rPr>
          <w:rFonts w:ascii="Times New Roman" w:hAnsi="Times New Roman" w:cs="Times New Roman"/>
          <w:sz w:val="28"/>
          <w:szCs w:val="28"/>
          <w:lang w:val="kk-KZ"/>
        </w:rPr>
        <w:t>шешімділікке</w:t>
      </w:r>
      <w:r w:rsidR="004B7CD0" w:rsidRPr="00B439DD">
        <w:rPr>
          <w:rFonts w:ascii="Times New Roman" w:hAnsi="Times New Roman" w:cs="Times New Roman"/>
          <w:sz w:val="28"/>
          <w:szCs w:val="28"/>
          <w:lang w:val="kk-KZ"/>
        </w:rPr>
        <w:t xml:space="preserve"> дәлелдейік.</w:t>
      </w:r>
    </w:p>
    <w:p w14:paraId="49771633" w14:textId="18A93778" w:rsidR="004B7CD0" w:rsidRPr="00B439DD" w:rsidRDefault="00EF52AB" w:rsidP="004B7CD0">
      <w:pPr>
        <w:tabs>
          <w:tab w:val="left" w:pos="567"/>
        </w:tabs>
        <w:spacing w:after="0"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ab/>
      </w:r>
      <w:r w:rsidR="004B7CD0" w:rsidRPr="00B439DD">
        <w:rPr>
          <w:rFonts w:ascii="Times New Roman" w:hAnsi="Times New Roman" w:cs="Times New Roman"/>
          <w:b/>
          <w:sz w:val="28"/>
          <w:szCs w:val="28"/>
          <w:lang w:val="kk-KZ"/>
        </w:rPr>
        <w:t>Анықтама 2.</w:t>
      </w:r>
      <w:r w:rsidR="007E17DE" w:rsidRPr="00B439DD">
        <w:rPr>
          <w:rFonts w:ascii="Times New Roman" w:hAnsi="Times New Roman" w:cs="Times New Roman"/>
          <w:b/>
          <w:sz w:val="28"/>
          <w:szCs w:val="28"/>
          <w:lang w:val="kk-KZ"/>
        </w:rPr>
        <w:t>2</w:t>
      </w:r>
      <w:r w:rsidR="004B7CD0" w:rsidRPr="00B439DD">
        <w:rPr>
          <w:rFonts w:ascii="Times New Roman" w:hAnsi="Times New Roman" w:cs="Times New Roman"/>
          <w:sz w:val="28"/>
          <w:szCs w:val="28"/>
          <w:lang w:val="kk-KZ"/>
        </w:rPr>
        <w:t xml:space="preserve"> </w:t>
      </w:r>
      <w:r w:rsidR="001F7319" w:rsidRPr="00B439DD">
        <w:rPr>
          <w:rFonts w:ascii="Times New Roman" w:hAnsi="Times New Roman" w:cs="Times New Roman"/>
          <w:sz w:val="28"/>
          <w:szCs w:val="28"/>
          <w:lang w:val="kk-KZ"/>
        </w:rPr>
        <w:t xml:space="preserve">(2.65), (2.62), </w:t>
      </w:r>
      <w:r w:rsidR="001F7319" w:rsidRPr="00B439DD">
        <w:rPr>
          <w:rFonts w:ascii="Times New Roman" w:hAnsi="Times New Roman" w:cs="Times New Roman"/>
          <w:position w:val="-12"/>
          <w:sz w:val="28"/>
          <w:szCs w:val="28"/>
          <w:lang w:val="kk-KZ"/>
        </w:rPr>
        <w:object w:dxaOrig="880" w:dyaOrig="380" w14:anchorId="3D591800">
          <v:shape id="_x0000_i2251" type="#_x0000_t75" style="width:44.3pt;height:18.2pt" o:ole="">
            <v:imagedata r:id="rId3065" o:title=""/>
          </v:shape>
          <o:OLEObject Type="Embed" ProgID="Equation.DSMT4" ShapeID="_x0000_i2251" DrawAspect="Content" ObjectID="_1840332705" r:id="rId3067"/>
        </w:object>
      </w:r>
      <w:r w:rsidR="001F7319" w:rsidRPr="00B439DD">
        <w:rPr>
          <w:rFonts w:ascii="Times New Roman" w:hAnsi="Times New Roman" w:cs="Times New Roman"/>
          <w:sz w:val="28"/>
          <w:szCs w:val="28"/>
          <w:lang w:val="kk-KZ"/>
        </w:rPr>
        <w:t xml:space="preserve"> </w:t>
      </w:r>
      <w:r w:rsidR="004B7CD0" w:rsidRPr="00B439DD">
        <w:rPr>
          <w:rFonts w:ascii="Times New Roman" w:hAnsi="Times New Roman" w:cs="Times New Roman"/>
          <w:sz w:val="28"/>
          <w:szCs w:val="28"/>
          <w:lang w:val="kk-KZ"/>
        </w:rPr>
        <w:t>шет</w:t>
      </w:r>
      <w:r w:rsidR="001F7319" w:rsidRPr="00B439DD">
        <w:rPr>
          <w:rFonts w:ascii="Times New Roman" w:hAnsi="Times New Roman" w:cs="Times New Roman"/>
          <w:sz w:val="28"/>
          <w:szCs w:val="28"/>
          <w:lang w:val="kk-KZ"/>
        </w:rPr>
        <w:t xml:space="preserve">тік есебінің жалпы шешімі деп (2.62), </w:t>
      </w:r>
      <w:r w:rsidR="001F7319" w:rsidRPr="00B439DD">
        <w:rPr>
          <w:rFonts w:ascii="Times New Roman" w:hAnsi="Times New Roman" w:cs="Times New Roman"/>
          <w:position w:val="-12"/>
          <w:sz w:val="28"/>
          <w:szCs w:val="28"/>
          <w:lang w:val="kk-KZ"/>
        </w:rPr>
        <w:object w:dxaOrig="880" w:dyaOrig="380" w14:anchorId="75EFD3D7">
          <v:shape id="_x0000_i2252" type="#_x0000_t75" style="width:44.3pt;height:18.2pt" o:ole="">
            <v:imagedata r:id="rId3065" o:title=""/>
          </v:shape>
          <o:OLEObject Type="Embed" ProgID="Equation.DSMT4" ShapeID="_x0000_i2252" DrawAspect="Content" ObjectID="_1840332706" r:id="rId3068"/>
        </w:object>
      </w:r>
      <w:r w:rsidR="001F7319" w:rsidRPr="00B439DD">
        <w:rPr>
          <w:rFonts w:ascii="Times New Roman" w:hAnsi="Times New Roman" w:cs="Times New Roman"/>
          <w:sz w:val="28"/>
          <w:szCs w:val="28"/>
          <w:lang w:val="kk-KZ"/>
        </w:rPr>
        <w:t xml:space="preserve"> </w:t>
      </w:r>
      <w:r w:rsidR="004B7CD0" w:rsidRPr="00B439DD">
        <w:rPr>
          <w:rFonts w:ascii="Times New Roman" w:hAnsi="Times New Roman" w:cs="Times New Roman"/>
          <w:sz w:val="28"/>
          <w:szCs w:val="28"/>
          <w:lang w:val="kk-KZ"/>
        </w:rPr>
        <w:t xml:space="preserve">шарттарын және келесі интегралдық тепе-теңдігін қанағаттандыратын </w:t>
      </w:r>
      <w:r w:rsidR="00A135AE" w:rsidRPr="00B439DD">
        <w:rPr>
          <w:rFonts w:ascii="Times New Roman" w:hAnsi="Times New Roman" w:cs="Times New Roman"/>
          <w:noProof/>
          <w:position w:val="-16"/>
          <w:sz w:val="28"/>
          <w:szCs w:val="28"/>
        </w:rPr>
        <w:drawing>
          <wp:inline distT="0" distB="0" distL="0" distR="0" wp14:anchorId="52E4B747" wp14:editId="341C2710">
            <wp:extent cx="1145540" cy="288925"/>
            <wp:effectExtent l="0" t="0" r="0" b="0"/>
            <wp:docPr id="2287" name="Рисунок 2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7"/>
                    <pic:cNvPicPr>
                      <a:picLocks noChangeAspect="1" noChangeArrowheads="1"/>
                    </pic:cNvPicPr>
                  </pic:nvPicPr>
                  <pic:blipFill>
                    <a:blip r:embed="rId3069" cstate="print">
                      <a:extLst>
                        <a:ext uri="{28A0092B-C50C-407E-A947-70E740481C1C}">
                          <a14:useLocalDpi xmlns:a14="http://schemas.microsoft.com/office/drawing/2010/main" val="0"/>
                        </a:ext>
                      </a:extLst>
                    </a:blip>
                    <a:srcRect/>
                    <a:stretch>
                      <a:fillRect/>
                    </a:stretch>
                  </pic:blipFill>
                  <pic:spPr bwMode="auto">
                    <a:xfrm>
                      <a:off x="0" y="0"/>
                      <a:ext cx="1145540" cy="288925"/>
                    </a:xfrm>
                    <a:prstGeom prst="rect">
                      <a:avLst/>
                    </a:prstGeom>
                    <a:noFill/>
                    <a:ln>
                      <a:noFill/>
                    </a:ln>
                  </pic:spPr>
                </pic:pic>
              </a:graphicData>
            </a:graphic>
          </wp:inline>
        </w:drawing>
      </w:r>
      <w:r w:rsidR="004B7CD0" w:rsidRPr="00B439DD">
        <w:rPr>
          <w:rFonts w:ascii="Times New Roman" w:hAnsi="Times New Roman" w:cs="Times New Roman"/>
          <w:sz w:val="28"/>
          <w:szCs w:val="28"/>
          <w:lang w:val="kk-KZ"/>
        </w:rPr>
        <w:t xml:space="preserve"> функциясын айтамыз:</w:t>
      </w:r>
    </w:p>
    <w:p w14:paraId="789B8ECC" w14:textId="77777777" w:rsidR="004B7CD0" w:rsidRPr="00B439DD" w:rsidRDefault="004B7CD0" w:rsidP="004B7CD0">
      <w:pPr>
        <w:tabs>
          <w:tab w:val="left" w:pos="567"/>
        </w:tabs>
        <w:spacing w:after="0" w:line="240" w:lineRule="auto"/>
        <w:jc w:val="both"/>
        <w:rPr>
          <w:rFonts w:ascii="Times New Roman" w:hAnsi="Times New Roman" w:cs="Times New Roman"/>
          <w:sz w:val="28"/>
          <w:szCs w:val="28"/>
          <w:lang w:val="kk-KZ"/>
        </w:rPr>
      </w:pPr>
    </w:p>
    <w:p w14:paraId="02C21403" w14:textId="0A0C9561" w:rsidR="004B7CD0" w:rsidRPr="00B439DD" w:rsidRDefault="00A135AE" w:rsidP="004B7CD0">
      <w:pPr>
        <w:spacing w:after="0" w:line="240" w:lineRule="auto"/>
        <w:jc w:val="right"/>
        <w:rPr>
          <w:rFonts w:ascii="Times New Roman" w:hAnsi="Times New Roman" w:cs="Times New Roman"/>
          <w:sz w:val="28"/>
          <w:szCs w:val="28"/>
          <w:lang w:val="kk-KZ"/>
        </w:rPr>
      </w:pPr>
      <w:r w:rsidRPr="00B439DD">
        <w:rPr>
          <w:rFonts w:ascii="Times New Roman" w:hAnsi="Times New Roman" w:cs="Times New Roman"/>
          <w:noProof/>
          <w:position w:val="-38"/>
          <w:sz w:val="28"/>
          <w:szCs w:val="28"/>
        </w:rPr>
        <w:drawing>
          <wp:inline distT="0" distB="0" distL="0" distR="0" wp14:anchorId="2B58115C" wp14:editId="64DCB890">
            <wp:extent cx="4417695" cy="500380"/>
            <wp:effectExtent l="0" t="0" r="1905" b="0"/>
            <wp:docPr id="2288" name="Рисунок 2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8"/>
                    <pic:cNvPicPr>
                      <a:picLocks noChangeAspect="1" noChangeArrowheads="1"/>
                    </pic:cNvPicPr>
                  </pic:nvPicPr>
                  <pic:blipFill>
                    <a:blip r:embed="rId3070" cstate="print">
                      <a:extLst>
                        <a:ext uri="{28A0092B-C50C-407E-A947-70E740481C1C}">
                          <a14:useLocalDpi xmlns:a14="http://schemas.microsoft.com/office/drawing/2010/main" val="0"/>
                        </a:ext>
                      </a:extLst>
                    </a:blip>
                    <a:srcRect/>
                    <a:stretch>
                      <a:fillRect/>
                    </a:stretch>
                  </pic:blipFill>
                  <pic:spPr bwMode="auto">
                    <a:xfrm>
                      <a:off x="0" y="0"/>
                      <a:ext cx="4417695" cy="500380"/>
                    </a:xfrm>
                    <a:prstGeom prst="rect">
                      <a:avLst/>
                    </a:prstGeom>
                    <a:noFill/>
                    <a:ln>
                      <a:noFill/>
                    </a:ln>
                  </pic:spPr>
                </pic:pic>
              </a:graphicData>
            </a:graphic>
          </wp:inline>
        </w:drawing>
      </w:r>
      <w:r w:rsidR="001F7319" w:rsidRPr="00B439DD">
        <w:rPr>
          <w:rFonts w:ascii="Times New Roman" w:hAnsi="Times New Roman" w:cs="Times New Roman"/>
          <w:sz w:val="28"/>
          <w:szCs w:val="28"/>
          <w:lang w:val="kk-KZ"/>
        </w:rPr>
        <w:tab/>
      </w:r>
      <w:r w:rsidR="001F7319" w:rsidRPr="00B439DD">
        <w:rPr>
          <w:rFonts w:ascii="Times New Roman" w:hAnsi="Times New Roman" w:cs="Times New Roman"/>
          <w:sz w:val="28"/>
          <w:szCs w:val="28"/>
          <w:lang w:val="kk-KZ"/>
        </w:rPr>
        <w:tab/>
        <w:t>(2</w:t>
      </w:r>
      <w:r w:rsidR="004B7CD0" w:rsidRPr="00B439DD">
        <w:rPr>
          <w:rFonts w:ascii="Times New Roman" w:hAnsi="Times New Roman" w:cs="Times New Roman"/>
          <w:sz w:val="28"/>
          <w:szCs w:val="28"/>
          <w:lang w:val="kk-KZ"/>
        </w:rPr>
        <w:t>.</w:t>
      </w:r>
      <w:r w:rsidR="001F7319" w:rsidRPr="00B439DD">
        <w:rPr>
          <w:rFonts w:ascii="Times New Roman" w:hAnsi="Times New Roman" w:cs="Times New Roman"/>
          <w:sz w:val="28"/>
          <w:szCs w:val="28"/>
          <w:lang w:val="kk-KZ"/>
        </w:rPr>
        <w:t>6</w:t>
      </w:r>
      <w:r w:rsidR="004B7CD0" w:rsidRPr="00B439DD">
        <w:rPr>
          <w:rFonts w:ascii="Times New Roman" w:hAnsi="Times New Roman" w:cs="Times New Roman"/>
          <w:sz w:val="28"/>
          <w:szCs w:val="28"/>
          <w:lang w:val="kk-KZ"/>
        </w:rPr>
        <w:t>7)</w:t>
      </w:r>
    </w:p>
    <w:p w14:paraId="6A8659C8" w14:textId="77777777" w:rsidR="004B7CD0" w:rsidRPr="00B439DD" w:rsidRDefault="004B7CD0" w:rsidP="004B7CD0">
      <w:pPr>
        <w:spacing w:after="0" w:line="240" w:lineRule="auto"/>
        <w:jc w:val="right"/>
        <w:rPr>
          <w:rFonts w:ascii="Times New Roman" w:hAnsi="Times New Roman" w:cs="Times New Roman"/>
          <w:sz w:val="28"/>
          <w:szCs w:val="28"/>
          <w:lang w:val="kk-KZ"/>
        </w:rPr>
      </w:pPr>
    </w:p>
    <w:p w14:paraId="3F2F2B52" w14:textId="481C557D" w:rsidR="004B7CD0" w:rsidRPr="00B439DD" w:rsidRDefault="004B7CD0" w:rsidP="004B7CD0">
      <w:pPr>
        <w:spacing w:after="0" w:line="240" w:lineRule="auto"/>
        <w:rPr>
          <w:rFonts w:ascii="Times New Roman" w:hAnsi="Times New Roman" w:cs="Times New Roman"/>
          <w:sz w:val="28"/>
          <w:szCs w:val="28"/>
          <w:lang w:val="kk-KZ"/>
        </w:rPr>
      </w:pPr>
      <w:r w:rsidRPr="00B439DD">
        <w:rPr>
          <w:rFonts w:ascii="Times New Roman" w:hAnsi="Times New Roman" w:cs="Times New Roman"/>
          <w:sz w:val="28"/>
          <w:szCs w:val="28"/>
          <w:lang w:val="kk-KZ"/>
        </w:rPr>
        <w:t xml:space="preserve">мұндағы </w:t>
      </w:r>
      <w:r w:rsidR="00A135AE" w:rsidRPr="00B439DD">
        <w:rPr>
          <w:rFonts w:ascii="Times New Roman" w:hAnsi="Times New Roman" w:cs="Times New Roman"/>
          <w:noProof/>
          <w:position w:val="-14"/>
          <w:sz w:val="28"/>
          <w:szCs w:val="28"/>
        </w:rPr>
        <w:drawing>
          <wp:inline distT="0" distB="0" distL="0" distR="0" wp14:anchorId="6C9EC5D8" wp14:editId="57AAA22C">
            <wp:extent cx="885825" cy="288925"/>
            <wp:effectExtent l="0" t="0" r="9525" b="0"/>
            <wp:docPr id="2289" name="Рисунок 2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9"/>
                    <pic:cNvPicPr>
                      <a:picLocks noChangeAspect="1" noChangeArrowheads="1"/>
                    </pic:cNvPicPr>
                  </pic:nvPicPr>
                  <pic:blipFill>
                    <a:blip r:embed="rId3071" cstate="print">
                      <a:extLst>
                        <a:ext uri="{28A0092B-C50C-407E-A947-70E740481C1C}">
                          <a14:useLocalDpi xmlns:a14="http://schemas.microsoft.com/office/drawing/2010/main" val="0"/>
                        </a:ext>
                      </a:extLst>
                    </a:blip>
                    <a:srcRect/>
                    <a:stretch>
                      <a:fillRect/>
                    </a:stretch>
                  </pic:blipFill>
                  <pic:spPr bwMode="auto">
                    <a:xfrm>
                      <a:off x="0" y="0"/>
                      <a:ext cx="885825" cy="288925"/>
                    </a:xfrm>
                    <a:prstGeom prst="rect">
                      <a:avLst/>
                    </a:prstGeom>
                    <a:noFill/>
                    <a:ln>
                      <a:noFill/>
                    </a:ln>
                  </pic:spPr>
                </pic:pic>
              </a:graphicData>
            </a:graphic>
          </wp:inline>
        </w:drawing>
      </w:r>
      <w:r w:rsidR="00A135AE" w:rsidRPr="00B439DD">
        <w:rPr>
          <w:rFonts w:ascii="Times New Roman" w:hAnsi="Times New Roman" w:cs="Times New Roman"/>
          <w:noProof/>
          <w:position w:val="-16"/>
          <w:sz w:val="28"/>
          <w:szCs w:val="28"/>
        </w:rPr>
        <w:drawing>
          <wp:inline distT="0" distB="0" distL="0" distR="0" wp14:anchorId="2218DDFD" wp14:editId="1E8BB707">
            <wp:extent cx="1328420" cy="288925"/>
            <wp:effectExtent l="0" t="0" r="5080" b="0"/>
            <wp:docPr id="2290" name="Рисунок 2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0"/>
                    <pic:cNvPicPr>
                      <a:picLocks noChangeAspect="1" noChangeArrowheads="1"/>
                    </pic:cNvPicPr>
                  </pic:nvPicPr>
                  <pic:blipFill>
                    <a:blip r:embed="rId3072" cstate="print">
                      <a:extLst>
                        <a:ext uri="{28A0092B-C50C-407E-A947-70E740481C1C}">
                          <a14:useLocalDpi xmlns:a14="http://schemas.microsoft.com/office/drawing/2010/main" val="0"/>
                        </a:ext>
                      </a:extLst>
                    </a:blip>
                    <a:srcRect/>
                    <a:stretch>
                      <a:fillRect/>
                    </a:stretch>
                  </pic:blipFill>
                  <pic:spPr bwMode="auto">
                    <a:xfrm>
                      <a:off x="0" y="0"/>
                      <a:ext cx="1328420" cy="288925"/>
                    </a:xfrm>
                    <a:prstGeom prst="rect">
                      <a:avLst/>
                    </a:prstGeom>
                    <a:noFill/>
                    <a:ln>
                      <a:noFill/>
                    </a:ln>
                  </pic:spPr>
                </pic:pic>
              </a:graphicData>
            </a:graphic>
          </wp:inline>
        </w:drawing>
      </w:r>
      <w:r w:rsidR="00A135AE" w:rsidRPr="00B439DD">
        <w:rPr>
          <w:rFonts w:ascii="Times New Roman" w:hAnsi="Times New Roman" w:cs="Times New Roman"/>
          <w:noProof/>
          <w:position w:val="-12"/>
          <w:sz w:val="28"/>
          <w:szCs w:val="28"/>
        </w:rPr>
        <w:drawing>
          <wp:inline distT="0" distB="0" distL="0" distR="0" wp14:anchorId="2F0909C1" wp14:editId="48B157D1">
            <wp:extent cx="2204085" cy="231140"/>
            <wp:effectExtent l="0" t="0" r="5715" b="0"/>
            <wp:docPr id="2291" name="Рисунок 2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1"/>
                    <pic:cNvPicPr>
                      <a:picLocks noChangeAspect="1" noChangeArrowheads="1"/>
                    </pic:cNvPicPr>
                  </pic:nvPicPr>
                  <pic:blipFill>
                    <a:blip r:embed="rId3073" cstate="print">
                      <a:extLst>
                        <a:ext uri="{28A0092B-C50C-407E-A947-70E740481C1C}">
                          <a14:useLocalDpi xmlns:a14="http://schemas.microsoft.com/office/drawing/2010/main" val="0"/>
                        </a:ext>
                      </a:extLst>
                    </a:blip>
                    <a:srcRect/>
                    <a:stretch>
                      <a:fillRect/>
                    </a:stretch>
                  </pic:blipFill>
                  <pic:spPr bwMode="auto">
                    <a:xfrm>
                      <a:off x="0" y="0"/>
                      <a:ext cx="2204085" cy="231140"/>
                    </a:xfrm>
                    <a:prstGeom prst="rect">
                      <a:avLst/>
                    </a:prstGeom>
                    <a:noFill/>
                    <a:ln>
                      <a:noFill/>
                    </a:ln>
                  </pic:spPr>
                </pic:pic>
              </a:graphicData>
            </a:graphic>
          </wp:inline>
        </w:drawing>
      </w:r>
      <w:r w:rsidRPr="00B439DD">
        <w:rPr>
          <w:rFonts w:ascii="Times New Roman" w:hAnsi="Times New Roman" w:cs="Times New Roman"/>
          <w:sz w:val="28"/>
          <w:szCs w:val="28"/>
          <w:lang w:val="kk-KZ"/>
        </w:rPr>
        <w:t>.</w:t>
      </w:r>
    </w:p>
    <w:p w14:paraId="0F9DB538" w14:textId="77777777" w:rsidR="004B7CD0" w:rsidRPr="00B439DD" w:rsidRDefault="004B7CD0" w:rsidP="004B7CD0">
      <w:pPr>
        <w:spacing w:after="0" w:line="240" w:lineRule="auto"/>
        <w:rPr>
          <w:rFonts w:ascii="Times New Roman" w:hAnsi="Times New Roman" w:cs="Times New Roman"/>
          <w:sz w:val="28"/>
          <w:szCs w:val="28"/>
          <w:lang w:val="kk-KZ"/>
        </w:rPr>
      </w:pPr>
    </w:p>
    <w:p w14:paraId="303DE350" w14:textId="2EC1B84F" w:rsidR="004B7CD0" w:rsidRPr="00B439DD" w:rsidRDefault="00EF52AB" w:rsidP="00EF52AB">
      <w:pPr>
        <w:spacing w:after="0" w:line="240" w:lineRule="auto"/>
        <w:jc w:val="both"/>
        <w:rPr>
          <w:rFonts w:ascii="Times New Roman" w:hAnsi="Times New Roman" w:cs="Times New Roman"/>
          <w:sz w:val="28"/>
          <w:szCs w:val="28"/>
          <w:lang w:val="kk-KZ"/>
        </w:rPr>
      </w:pPr>
      <w:r>
        <w:rPr>
          <w:rFonts w:ascii="Times New Roman" w:hAnsi="Times New Roman" w:cs="Times New Roman"/>
          <w:b/>
          <w:bCs/>
          <w:sz w:val="28"/>
          <w:szCs w:val="28"/>
          <w:lang w:val="kk-KZ"/>
        </w:rPr>
        <w:t xml:space="preserve">         </w:t>
      </w:r>
      <w:r w:rsidR="001F7319" w:rsidRPr="00B439DD">
        <w:rPr>
          <w:rFonts w:ascii="Times New Roman" w:hAnsi="Times New Roman" w:cs="Times New Roman"/>
          <w:b/>
          <w:bCs/>
          <w:sz w:val="28"/>
          <w:szCs w:val="28"/>
          <w:lang w:val="kk-KZ"/>
        </w:rPr>
        <w:t>Теорема 2.6</w:t>
      </w:r>
      <w:r w:rsidR="004B7CD0" w:rsidRPr="00B439DD">
        <w:rPr>
          <w:rFonts w:ascii="Times New Roman" w:hAnsi="Times New Roman" w:cs="Times New Roman"/>
          <w:b/>
          <w:bCs/>
          <w:sz w:val="28"/>
          <w:szCs w:val="28"/>
          <w:lang w:val="kk-KZ"/>
        </w:rPr>
        <w:t>.</w:t>
      </w:r>
      <w:r w:rsidR="001F7319" w:rsidRPr="00B439DD">
        <w:rPr>
          <w:rFonts w:ascii="Times New Roman" w:hAnsi="Times New Roman" w:cs="Times New Roman"/>
          <w:sz w:val="28"/>
          <w:szCs w:val="28"/>
          <w:lang w:val="kk-KZ"/>
        </w:rPr>
        <w:t xml:space="preserve"> 2.5</w:t>
      </w:r>
      <w:r w:rsidR="004B7CD0" w:rsidRPr="00B439DD">
        <w:rPr>
          <w:rFonts w:ascii="Times New Roman" w:hAnsi="Times New Roman" w:cs="Times New Roman"/>
          <w:sz w:val="28"/>
          <w:szCs w:val="28"/>
          <w:lang w:val="kk-KZ"/>
        </w:rPr>
        <w:t xml:space="preserve">-ші теореманың шарттары орындалсын, онда </w:t>
      </w:r>
      <w:r w:rsidR="005152DC" w:rsidRPr="00B439DD">
        <w:rPr>
          <w:rFonts w:ascii="Times New Roman" w:hAnsi="Times New Roman" w:cs="Times New Roman"/>
          <w:sz w:val="28"/>
          <w:szCs w:val="28"/>
          <w:lang w:val="kk-KZ"/>
        </w:rPr>
        <w:t xml:space="preserve">(2.65), (2.62), </w:t>
      </w:r>
      <w:r w:rsidR="005152DC" w:rsidRPr="00B439DD">
        <w:rPr>
          <w:rFonts w:ascii="Times New Roman" w:hAnsi="Times New Roman" w:cs="Times New Roman"/>
          <w:position w:val="-12"/>
          <w:sz w:val="28"/>
          <w:szCs w:val="28"/>
          <w:lang w:val="kk-KZ"/>
        </w:rPr>
        <w:object w:dxaOrig="880" w:dyaOrig="380" w14:anchorId="1C96C18C">
          <v:shape id="_x0000_i2253" type="#_x0000_t75" style="width:44.3pt;height:18.2pt" o:ole="">
            <v:imagedata r:id="rId3065" o:title=""/>
          </v:shape>
          <o:OLEObject Type="Embed" ProgID="Equation.DSMT4" ShapeID="_x0000_i2253" DrawAspect="Content" ObjectID="_1840332707" r:id="rId3074"/>
        </w:object>
      </w:r>
      <w:r w:rsidR="005152DC" w:rsidRPr="00B439DD">
        <w:rPr>
          <w:rFonts w:ascii="Times New Roman" w:hAnsi="Times New Roman" w:cs="Times New Roman"/>
          <w:sz w:val="28"/>
          <w:szCs w:val="28"/>
          <w:lang w:val="kk-KZ"/>
        </w:rPr>
        <w:t xml:space="preserve"> </w:t>
      </w:r>
      <w:r w:rsidR="004B7CD0" w:rsidRPr="00B439DD">
        <w:rPr>
          <w:rFonts w:ascii="Times New Roman" w:hAnsi="Times New Roman" w:cs="Times New Roman"/>
          <w:sz w:val="28"/>
          <w:szCs w:val="28"/>
          <w:lang w:val="kk-KZ"/>
        </w:rPr>
        <w:t xml:space="preserve"> шеттік есебінің </w:t>
      </w:r>
      <w:r w:rsidR="00A135AE" w:rsidRPr="00B439DD">
        <w:rPr>
          <w:rFonts w:ascii="Times New Roman" w:hAnsi="Times New Roman" w:cs="Times New Roman"/>
          <w:noProof/>
          <w:position w:val="-16"/>
          <w:sz w:val="28"/>
          <w:szCs w:val="28"/>
        </w:rPr>
        <w:drawing>
          <wp:inline distT="0" distB="0" distL="0" distR="0" wp14:anchorId="7A98C3FE" wp14:editId="5BDC322C">
            <wp:extent cx="731520" cy="250190"/>
            <wp:effectExtent l="0" t="0" r="0" b="0"/>
            <wp:docPr id="2293" name="Рисунок 2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3"/>
                    <pic:cNvPicPr>
                      <a:picLocks noChangeAspect="1" noChangeArrowheads="1"/>
                    </pic:cNvPicPr>
                  </pic:nvPicPr>
                  <pic:blipFill>
                    <a:blip r:embed="rId3075" cstate="print">
                      <a:extLst>
                        <a:ext uri="{28A0092B-C50C-407E-A947-70E740481C1C}">
                          <a14:useLocalDpi xmlns:a14="http://schemas.microsoft.com/office/drawing/2010/main" val="0"/>
                        </a:ext>
                      </a:extLst>
                    </a:blip>
                    <a:srcRect/>
                    <a:stretch>
                      <a:fillRect/>
                    </a:stretch>
                  </pic:blipFill>
                  <pic:spPr bwMode="auto">
                    <a:xfrm>
                      <a:off x="0" y="0"/>
                      <a:ext cx="731520" cy="250190"/>
                    </a:xfrm>
                    <a:prstGeom prst="rect">
                      <a:avLst/>
                    </a:prstGeom>
                    <a:noFill/>
                    <a:ln>
                      <a:noFill/>
                    </a:ln>
                  </pic:spPr>
                </pic:pic>
              </a:graphicData>
            </a:graphic>
          </wp:inline>
        </w:drawing>
      </w:r>
      <w:r w:rsidR="004B7CD0" w:rsidRPr="00B439DD">
        <w:rPr>
          <w:rFonts w:ascii="Times New Roman" w:hAnsi="Times New Roman" w:cs="Times New Roman"/>
          <w:sz w:val="28"/>
          <w:szCs w:val="28"/>
          <w:lang w:val="kk-KZ"/>
        </w:rPr>
        <w:t xml:space="preserve"> жалғыз ғана жалпылама шешімі бар болады. </w:t>
      </w:r>
    </w:p>
    <w:p w14:paraId="51462FDB" w14:textId="58C86DA3" w:rsidR="004B7CD0" w:rsidRPr="00B439DD" w:rsidRDefault="00EF52AB" w:rsidP="004B7CD0">
      <w:pPr>
        <w:spacing w:after="0" w:line="240" w:lineRule="auto"/>
        <w:jc w:val="both"/>
        <w:rPr>
          <w:rFonts w:ascii="Times New Roman" w:hAnsi="Times New Roman" w:cs="Times New Roman"/>
          <w:sz w:val="28"/>
          <w:szCs w:val="28"/>
          <w:lang w:val="kk-KZ"/>
        </w:rPr>
      </w:pPr>
      <w:r>
        <w:rPr>
          <w:rFonts w:ascii="Times New Roman" w:hAnsi="Times New Roman" w:cs="Times New Roman"/>
          <w:b/>
          <w:bCs/>
          <w:sz w:val="28"/>
          <w:szCs w:val="28"/>
          <w:lang w:val="kk-KZ"/>
        </w:rPr>
        <w:t xml:space="preserve">         </w:t>
      </w:r>
      <w:r w:rsidR="004B7CD0" w:rsidRPr="00EF52AB">
        <w:rPr>
          <w:rFonts w:ascii="Times New Roman" w:hAnsi="Times New Roman" w:cs="Times New Roman"/>
          <w:bCs/>
          <w:i/>
          <w:sz w:val="28"/>
          <w:szCs w:val="28"/>
          <w:lang w:val="kk-KZ"/>
        </w:rPr>
        <w:t>Дәлелдеуі.</w:t>
      </w:r>
      <w:r w:rsidR="004B7CD0" w:rsidRPr="00B439DD">
        <w:rPr>
          <w:rFonts w:ascii="Times New Roman" w:hAnsi="Times New Roman" w:cs="Times New Roman"/>
          <w:b/>
          <w:bCs/>
          <w:sz w:val="28"/>
          <w:szCs w:val="28"/>
          <w:lang w:val="kk-KZ"/>
        </w:rPr>
        <w:t xml:space="preserve"> </w:t>
      </w:r>
      <w:r w:rsidR="00A135AE" w:rsidRPr="00B439DD">
        <w:rPr>
          <w:rFonts w:ascii="Times New Roman" w:hAnsi="Times New Roman" w:cs="Times New Roman"/>
          <w:noProof/>
          <w:position w:val="-16"/>
          <w:sz w:val="28"/>
          <w:szCs w:val="28"/>
        </w:rPr>
        <w:drawing>
          <wp:inline distT="0" distB="0" distL="0" distR="0" wp14:anchorId="51A3F33D" wp14:editId="286098CA">
            <wp:extent cx="529590" cy="288925"/>
            <wp:effectExtent l="0" t="0" r="0" b="0"/>
            <wp:docPr id="2294" name="Рисунок 2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4"/>
                    <pic:cNvPicPr>
                      <a:picLocks noChangeAspect="1" noChangeArrowheads="1"/>
                    </pic:cNvPicPr>
                  </pic:nvPicPr>
                  <pic:blipFill>
                    <a:blip r:embed="rId3076" cstate="print">
                      <a:extLst>
                        <a:ext uri="{28A0092B-C50C-407E-A947-70E740481C1C}">
                          <a14:useLocalDpi xmlns:a14="http://schemas.microsoft.com/office/drawing/2010/main" val="0"/>
                        </a:ext>
                      </a:extLst>
                    </a:blip>
                    <a:srcRect/>
                    <a:stretch>
                      <a:fillRect/>
                    </a:stretch>
                  </pic:blipFill>
                  <pic:spPr bwMode="auto">
                    <a:xfrm>
                      <a:off x="0" y="0"/>
                      <a:ext cx="529590" cy="288925"/>
                    </a:xfrm>
                    <a:prstGeom prst="rect">
                      <a:avLst/>
                    </a:prstGeom>
                    <a:noFill/>
                    <a:ln>
                      <a:noFill/>
                    </a:ln>
                  </pic:spPr>
                </pic:pic>
              </a:graphicData>
            </a:graphic>
          </wp:inline>
        </w:drawing>
      </w:r>
      <w:r w:rsidR="004B7CD0" w:rsidRPr="00B439DD">
        <w:rPr>
          <w:rFonts w:ascii="Times New Roman" w:hAnsi="Times New Roman" w:cs="Times New Roman"/>
          <w:sz w:val="28"/>
          <w:szCs w:val="28"/>
          <w:lang w:val="kk-KZ"/>
        </w:rPr>
        <w:t xml:space="preserve"> кеңістігінде </w:t>
      </w:r>
      <w:r w:rsidR="005152DC" w:rsidRPr="00B439DD">
        <w:rPr>
          <w:rFonts w:ascii="Times New Roman" w:hAnsi="Times New Roman" w:cs="Times New Roman"/>
          <w:sz w:val="28"/>
          <w:szCs w:val="28"/>
          <w:lang w:val="kk-KZ"/>
        </w:rPr>
        <w:t xml:space="preserve">(2.65), (2.62), </w:t>
      </w:r>
      <w:r w:rsidR="005152DC" w:rsidRPr="00B439DD">
        <w:rPr>
          <w:rFonts w:ascii="Times New Roman" w:hAnsi="Times New Roman" w:cs="Times New Roman"/>
          <w:position w:val="-12"/>
          <w:sz w:val="28"/>
          <w:szCs w:val="28"/>
          <w:lang w:val="kk-KZ"/>
        </w:rPr>
        <w:object w:dxaOrig="880" w:dyaOrig="380" w14:anchorId="2560167E">
          <v:shape id="_x0000_i2254" type="#_x0000_t75" style="width:44.3pt;height:18.2pt" o:ole="">
            <v:imagedata r:id="rId3065" o:title=""/>
          </v:shape>
          <o:OLEObject Type="Embed" ProgID="Equation.DSMT4" ShapeID="_x0000_i2254" DrawAspect="Content" ObjectID="_1840332708" r:id="rId3077"/>
        </w:object>
      </w:r>
      <w:r w:rsidR="005152DC" w:rsidRPr="00B439DD">
        <w:rPr>
          <w:rFonts w:ascii="Times New Roman" w:hAnsi="Times New Roman" w:cs="Times New Roman"/>
          <w:sz w:val="28"/>
          <w:szCs w:val="28"/>
          <w:lang w:val="kk-KZ"/>
        </w:rPr>
        <w:t xml:space="preserve"> </w:t>
      </w:r>
      <w:r w:rsidR="004B7CD0" w:rsidRPr="00B439DD">
        <w:rPr>
          <w:rFonts w:ascii="Times New Roman" w:hAnsi="Times New Roman" w:cs="Times New Roman"/>
          <w:sz w:val="28"/>
          <w:szCs w:val="28"/>
          <w:lang w:val="kk-KZ"/>
        </w:rPr>
        <w:t xml:space="preserve">шеттік есебінің шешімділігін Галеркин әдісімен дәлелдейміз. </w:t>
      </w:r>
      <w:r w:rsidR="00A135AE" w:rsidRPr="00B439DD">
        <w:rPr>
          <w:rFonts w:ascii="Times New Roman" w:hAnsi="Times New Roman" w:cs="Times New Roman"/>
          <w:noProof/>
          <w:position w:val="-12"/>
          <w:sz w:val="28"/>
          <w:szCs w:val="28"/>
        </w:rPr>
        <w:drawing>
          <wp:inline distT="0" distB="0" distL="0" distR="0" wp14:anchorId="289F4E80" wp14:editId="70229FB8">
            <wp:extent cx="596900" cy="250190"/>
            <wp:effectExtent l="0" t="0" r="0" b="0"/>
            <wp:docPr id="2296" name="Рисунок 2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6"/>
                    <pic:cNvPicPr>
                      <a:picLocks noChangeAspect="1" noChangeArrowheads="1"/>
                    </pic:cNvPicPr>
                  </pic:nvPicPr>
                  <pic:blipFill>
                    <a:blip r:embed="rId3078" cstate="print">
                      <a:extLst>
                        <a:ext uri="{28A0092B-C50C-407E-A947-70E740481C1C}">
                          <a14:useLocalDpi xmlns:a14="http://schemas.microsoft.com/office/drawing/2010/main" val="0"/>
                        </a:ext>
                      </a:extLst>
                    </a:blip>
                    <a:srcRect/>
                    <a:stretch>
                      <a:fillRect/>
                    </a:stretch>
                  </pic:blipFill>
                  <pic:spPr bwMode="auto">
                    <a:xfrm>
                      <a:off x="0" y="0"/>
                      <a:ext cx="596900" cy="250190"/>
                    </a:xfrm>
                    <a:prstGeom prst="rect">
                      <a:avLst/>
                    </a:prstGeom>
                    <a:noFill/>
                    <a:ln>
                      <a:noFill/>
                    </a:ln>
                  </pic:spPr>
                </pic:pic>
              </a:graphicData>
            </a:graphic>
          </wp:inline>
        </w:drawing>
      </w:r>
      <w:r w:rsidR="004B7CD0" w:rsidRPr="00B439DD">
        <w:rPr>
          <w:rFonts w:ascii="Times New Roman" w:hAnsi="Times New Roman" w:cs="Times New Roman"/>
          <w:sz w:val="28"/>
          <w:szCs w:val="28"/>
          <w:lang w:val="kk-KZ"/>
        </w:rPr>
        <w:t xml:space="preserve"> жуық шешімдерін келесі түрде іздейміз:</w:t>
      </w:r>
    </w:p>
    <w:p w14:paraId="0CA6BC74" w14:textId="77777777" w:rsidR="00C06151" w:rsidRPr="00B439DD" w:rsidRDefault="00C06151" w:rsidP="004B7CD0">
      <w:pPr>
        <w:spacing w:after="0" w:line="240" w:lineRule="auto"/>
        <w:jc w:val="both"/>
        <w:rPr>
          <w:rFonts w:ascii="Times New Roman" w:hAnsi="Times New Roman" w:cs="Times New Roman"/>
          <w:sz w:val="28"/>
          <w:szCs w:val="28"/>
          <w:lang w:val="kk-KZ"/>
        </w:rPr>
      </w:pPr>
    </w:p>
    <w:p w14:paraId="73986416" w14:textId="79BF2B41" w:rsidR="004B7CD0" w:rsidRPr="00B439DD" w:rsidRDefault="00A135AE" w:rsidP="004B7CD0">
      <w:pPr>
        <w:spacing w:after="0" w:line="240" w:lineRule="auto"/>
        <w:jc w:val="right"/>
        <w:rPr>
          <w:rFonts w:ascii="Times New Roman" w:hAnsi="Times New Roman" w:cs="Times New Roman"/>
          <w:sz w:val="28"/>
          <w:szCs w:val="28"/>
          <w:lang w:val="kk-KZ"/>
        </w:rPr>
      </w:pPr>
      <w:r w:rsidRPr="00B439DD">
        <w:rPr>
          <w:rFonts w:ascii="Times New Roman" w:hAnsi="Times New Roman" w:cs="Times New Roman"/>
          <w:noProof/>
          <w:position w:val="-36"/>
          <w:sz w:val="28"/>
          <w:szCs w:val="28"/>
        </w:rPr>
        <w:drawing>
          <wp:inline distT="0" distB="0" distL="0" distR="0" wp14:anchorId="029340D2" wp14:editId="68947F46">
            <wp:extent cx="1905635" cy="529590"/>
            <wp:effectExtent l="0" t="0" r="0" b="3810"/>
            <wp:docPr id="2297" name="Рисунок 2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7"/>
                    <pic:cNvPicPr>
                      <a:picLocks noChangeAspect="1" noChangeArrowheads="1"/>
                    </pic:cNvPicPr>
                  </pic:nvPicPr>
                  <pic:blipFill>
                    <a:blip r:embed="rId3079" cstate="print">
                      <a:extLst>
                        <a:ext uri="{28A0092B-C50C-407E-A947-70E740481C1C}">
                          <a14:useLocalDpi xmlns:a14="http://schemas.microsoft.com/office/drawing/2010/main" val="0"/>
                        </a:ext>
                      </a:extLst>
                    </a:blip>
                    <a:srcRect/>
                    <a:stretch>
                      <a:fillRect/>
                    </a:stretch>
                  </pic:blipFill>
                  <pic:spPr bwMode="auto">
                    <a:xfrm>
                      <a:off x="0" y="0"/>
                      <a:ext cx="1905635" cy="529590"/>
                    </a:xfrm>
                    <a:prstGeom prst="rect">
                      <a:avLst/>
                    </a:prstGeom>
                    <a:noFill/>
                    <a:ln>
                      <a:noFill/>
                    </a:ln>
                  </pic:spPr>
                </pic:pic>
              </a:graphicData>
            </a:graphic>
          </wp:inline>
        </w:drawing>
      </w:r>
      <w:r w:rsidR="005152DC" w:rsidRPr="00B439DD">
        <w:rPr>
          <w:rFonts w:ascii="Times New Roman" w:hAnsi="Times New Roman" w:cs="Times New Roman"/>
          <w:sz w:val="28"/>
          <w:szCs w:val="28"/>
          <w:lang w:val="kk-KZ"/>
        </w:rPr>
        <w:tab/>
      </w:r>
      <w:r w:rsidR="005152DC" w:rsidRPr="00B439DD">
        <w:rPr>
          <w:rFonts w:ascii="Times New Roman" w:hAnsi="Times New Roman" w:cs="Times New Roman"/>
          <w:sz w:val="28"/>
          <w:szCs w:val="28"/>
          <w:lang w:val="kk-KZ"/>
        </w:rPr>
        <w:tab/>
      </w:r>
      <w:r w:rsidR="005152DC" w:rsidRPr="00B439DD">
        <w:rPr>
          <w:rFonts w:ascii="Times New Roman" w:hAnsi="Times New Roman" w:cs="Times New Roman"/>
          <w:sz w:val="28"/>
          <w:szCs w:val="28"/>
          <w:lang w:val="kk-KZ"/>
        </w:rPr>
        <w:tab/>
      </w:r>
      <w:r w:rsidR="005152DC" w:rsidRPr="00B439DD">
        <w:rPr>
          <w:rFonts w:ascii="Times New Roman" w:hAnsi="Times New Roman" w:cs="Times New Roman"/>
          <w:sz w:val="28"/>
          <w:szCs w:val="28"/>
          <w:lang w:val="kk-KZ"/>
        </w:rPr>
        <w:tab/>
      </w:r>
      <w:r w:rsidR="005152DC" w:rsidRPr="00B439DD">
        <w:rPr>
          <w:rFonts w:ascii="Times New Roman" w:hAnsi="Times New Roman" w:cs="Times New Roman"/>
          <w:sz w:val="28"/>
          <w:szCs w:val="28"/>
          <w:lang w:val="kk-KZ"/>
        </w:rPr>
        <w:tab/>
        <w:t>(2</w:t>
      </w:r>
      <w:r w:rsidR="004B7CD0" w:rsidRPr="00B439DD">
        <w:rPr>
          <w:rFonts w:ascii="Times New Roman" w:hAnsi="Times New Roman" w:cs="Times New Roman"/>
          <w:sz w:val="28"/>
          <w:szCs w:val="28"/>
          <w:lang w:val="kk-KZ"/>
        </w:rPr>
        <w:t>.</w:t>
      </w:r>
      <w:r w:rsidR="005152DC" w:rsidRPr="00B439DD">
        <w:rPr>
          <w:rFonts w:ascii="Times New Roman" w:hAnsi="Times New Roman" w:cs="Times New Roman"/>
          <w:sz w:val="28"/>
          <w:szCs w:val="28"/>
          <w:lang w:val="kk-KZ"/>
        </w:rPr>
        <w:t>6</w:t>
      </w:r>
      <w:r w:rsidR="004B7CD0" w:rsidRPr="00B439DD">
        <w:rPr>
          <w:rFonts w:ascii="Times New Roman" w:hAnsi="Times New Roman" w:cs="Times New Roman"/>
          <w:sz w:val="28"/>
          <w:szCs w:val="28"/>
          <w:lang w:val="kk-KZ"/>
        </w:rPr>
        <w:t>8)</w:t>
      </w:r>
    </w:p>
    <w:p w14:paraId="384497CE" w14:textId="77777777" w:rsidR="004B7CD0" w:rsidRPr="00B439DD" w:rsidRDefault="004B7CD0" w:rsidP="004B7CD0">
      <w:pPr>
        <w:spacing w:after="0" w:line="240" w:lineRule="auto"/>
        <w:jc w:val="right"/>
        <w:rPr>
          <w:rFonts w:ascii="Times New Roman" w:hAnsi="Times New Roman" w:cs="Times New Roman"/>
          <w:sz w:val="28"/>
          <w:szCs w:val="28"/>
          <w:lang w:val="kk-KZ"/>
        </w:rPr>
      </w:pPr>
    </w:p>
    <w:p w14:paraId="3A807E65" w14:textId="4D5F29BD" w:rsidR="004B7CD0" w:rsidRPr="00B439DD" w:rsidRDefault="004B7CD0" w:rsidP="004B7CD0">
      <w:pPr>
        <w:spacing w:after="0" w:line="240" w:lineRule="auto"/>
        <w:jc w:val="both"/>
        <w:rPr>
          <w:rFonts w:ascii="Times New Roman" w:hAnsi="Times New Roman" w:cs="Times New Roman"/>
          <w:sz w:val="28"/>
          <w:szCs w:val="28"/>
          <w:lang w:val="kk-KZ"/>
        </w:rPr>
      </w:pPr>
      <w:r w:rsidRPr="00B439DD">
        <w:rPr>
          <w:rFonts w:ascii="Times New Roman" w:hAnsi="Times New Roman" w:cs="Times New Roman"/>
          <w:sz w:val="28"/>
          <w:szCs w:val="28"/>
          <w:lang w:val="kk-KZ"/>
        </w:rPr>
        <w:t xml:space="preserve">мұндағы, </w:t>
      </w:r>
      <w:r w:rsidR="00A135AE" w:rsidRPr="00B439DD">
        <w:rPr>
          <w:rFonts w:ascii="Times New Roman" w:hAnsi="Times New Roman" w:cs="Times New Roman"/>
          <w:noProof/>
          <w:position w:val="-16"/>
          <w:sz w:val="28"/>
          <w:szCs w:val="28"/>
        </w:rPr>
        <w:drawing>
          <wp:inline distT="0" distB="0" distL="0" distR="0" wp14:anchorId="662A743B" wp14:editId="3613C967">
            <wp:extent cx="760095" cy="250190"/>
            <wp:effectExtent l="0" t="0" r="1905" b="0"/>
            <wp:docPr id="2298" name="Рисунок 2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8"/>
                    <pic:cNvPicPr>
                      <a:picLocks noChangeAspect="1" noChangeArrowheads="1"/>
                    </pic:cNvPicPr>
                  </pic:nvPicPr>
                  <pic:blipFill>
                    <a:blip r:embed="rId3080" cstate="print">
                      <a:extLst>
                        <a:ext uri="{28A0092B-C50C-407E-A947-70E740481C1C}">
                          <a14:useLocalDpi xmlns:a14="http://schemas.microsoft.com/office/drawing/2010/main" val="0"/>
                        </a:ext>
                      </a:extLst>
                    </a:blip>
                    <a:srcRect/>
                    <a:stretch>
                      <a:fillRect/>
                    </a:stretch>
                  </pic:blipFill>
                  <pic:spPr bwMode="auto">
                    <a:xfrm>
                      <a:off x="0" y="0"/>
                      <a:ext cx="760095" cy="250190"/>
                    </a:xfrm>
                    <a:prstGeom prst="rect">
                      <a:avLst/>
                    </a:prstGeom>
                    <a:noFill/>
                    <a:ln>
                      <a:noFill/>
                    </a:ln>
                  </pic:spPr>
                </pic:pic>
              </a:graphicData>
            </a:graphic>
          </wp:inline>
        </w:drawing>
      </w:r>
      <w:r w:rsidR="005152DC" w:rsidRPr="00B439DD">
        <w:rPr>
          <w:rFonts w:ascii="Times New Roman" w:hAnsi="Times New Roman" w:cs="Times New Roman"/>
          <w:sz w:val="28"/>
          <w:szCs w:val="28"/>
          <w:lang w:val="kk-KZ"/>
        </w:rPr>
        <w:t xml:space="preserve"> - </w:t>
      </w:r>
      <w:r w:rsidR="00A135AE" w:rsidRPr="00B439DD">
        <w:rPr>
          <w:rFonts w:ascii="Times New Roman" w:hAnsi="Times New Roman" w:cs="Times New Roman"/>
          <w:noProof/>
          <w:position w:val="-14"/>
          <w:sz w:val="28"/>
          <w:szCs w:val="28"/>
        </w:rPr>
        <w:drawing>
          <wp:inline distT="0" distB="0" distL="0" distR="0" wp14:anchorId="05B9E144" wp14:editId="02525547">
            <wp:extent cx="1231900" cy="384810"/>
            <wp:effectExtent l="0" t="0" r="6350" b="0"/>
            <wp:docPr id="2299" name="Рисунок 2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9"/>
                    <pic:cNvPicPr>
                      <a:picLocks noChangeAspect="1" noChangeArrowheads="1"/>
                    </pic:cNvPicPr>
                  </pic:nvPicPr>
                  <pic:blipFill>
                    <a:blip r:embed="rId3081" cstate="print">
                      <a:extLst>
                        <a:ext uri="{28A0092B-C50C-407E-A947-70E740481C1C}">
                          <a14:useLocalDpi xmlns:a14="http://schemas.microsoft.com/office/drawing/2010/main" val="0"/>
                        </a:ext>
                      </a:extLst>
                    </a:blip>
                    <a:srcRect/>
                    <a:stretch>
                      <a:fillRect/>
                    </a:stretch>
                  </pic:blipFill>
                  <pic:spPr bwMode="auto">
                    <a:xfrm>
                      <a:off x="0" y="0"/>
                      <a:ext cx="1231900" cy="384810"/>
                    </a:xfrm>
                    <a:prstGeom prst="rect">
                      <a:avLst/>
                    </a:prstGeom>
                    <a:noFill/>
                    <a:ln>
                      <a:noFill/>
                    </a:ln>
                  </pic:spPr>
                </pic:pic>
              </a:graphicData>
            </a:graphic>
          </wp:inline>
        </w:drawing>
      </w:r>
      <w:r w:rsidRPr="00B439DD">
        <w:rPr>
          <w:rFonts w:ascii="Times New Roman" w:hAnsi="Times New Roman" w:cs="Times New Roman"/>
          <w:sz w:val="28"/>
          <w:szCs w:val="28"/>
          <w:lang w:val="kk-KZ"/>
        </w:rPr>
        <w:t xml:space="preserve"> кеңістігінің базисі, бұлар төмендегі шеттік есебінің меншікті функцияларынан құралған:</w:t>
      </w:r>
    </w:p>
    <w:p w14:paraId="6E7DCA3F" w14:textId="77777777" w:rsidR="004B7CD0" w:rsidRPr="00B439DD" w:rsidRDefault="004B7CD0" w:rsidP="00D33D27">
      <w:pPr>
        <w:spacing w:after="0" w:line="240" w:lineRule="auto"/>
        <w:jc w:val="center"/>
        <w:rPr>
          <w:rFonts w:ascii="Times New Roman" w:hAnsi="Times New Roman" w:cs="Times New Roman"/>
          <w:sz w:val="28"/>
          <w:szCs w:val="28"/>
          <w:lang w:val="kk-KZ"/>
        </w:rPr>
      </w:pPr>
    </w:p>
    <w:p w14:paraId="6AC4BFC1" w14:textId="267AF394" w:rsidR="004B7CD0" w:rsidRPr="00B439DD" w:rsidRDefault="00A135AE" w:rsidP="00D33D27">
      <w:pPr>
        <w:spacing w:after="0" w:line="240" w:lineRule="auto"/>
        <w:jc w:val="center"/>
        <w:rPr>
          <w:rFonts w:ascii="Times New Roman" w:hAnsi="Times New Roman" w:cs="Times New Roman"/>
          <w:position w:val="-68"/>
          <w:sz w:val="28"/>
          <w:szCs w:val="28"/>
        </w:rPr>
      </w:pPr>
      <w:r w:rsidRPr="00B439DD">
        <w:rPr>
          <w:rFonts w:ascii="Times New Roman" w:hAnsi="Times New Roman" w:cs="Times New Roman"/>
          <w:noProof/>
          <w:position w:val="-68"/>
          <w:sz w:val="28"/>
          <w:szCs w:val="28"/>
        </w:rPr>
        <w:drawing>
          <wp:inline distT="0" distB="0" distL="0" distR="0" wp14:anchorId="4703B26A" wp14:editId="5BD571C8">
            <wp:extent cx="2954655" cy="942975"/>
            <wp:effectExtent l="0" t="0" r="0" b="9525"/>
            <wp:docPr id="2300" name="Рисунок 2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0"/>
                    <pic:cNvPicPr>
                      <a:picLocks noChangeAspect="1" noChangeArrowheads="1"/>
                    </pic:cNvPicPr>
                  </pic:nvPicPr>
                  <pic:blipFill>
                    <a:blip r:embed="rId3082" cstate="print">
                      <a:extLst>
                        <a:ext uri="{28A0092B-C50C-407E-A947-70E740481C1C}">
                          <a14:useLocalDpi xmlns:a14="http://schemas.microsoft.com/office/drawing/2010/main" val="0"/>
                        </a:ext>
                      </a:extLst>
                    </a:blip>
                    <a:srcRect/>
                    <a:stretch>
                      <a:fillRect/>
                    </a:stretch>
                  </pic:blipFill>
                  <pic:spPr bwMode="auto">
                    <a:xfrm>
                      <a:off x="0" y="0"/>
                      <a:ext cx="2954655" cy="942975"/>
                    </a:xfrm>
                    <a:prstGeom prst="rect">
                      <a:avLst/>
                    </a:prstGeom>
                    <a:noFill/>
                    <a:ln>
                      <a:noFill/>
                    </a:ln>
                  </pic:spPr>
                </pic:pic>
              </a:graphicData>
            </a:graphic>
          </wp:inline>
        </w:drawing>
      </w:r>
    </w:p>
    <w:p w14:paraId="18FD4C79" w14:textId="77777777" w:rsidR="00D33D27" w:rsidRPr="00B439DD" w:rsidRDefault="00D33D27" w:rsidP="00D33D27">
      <w:pPr>
        <w:spacing w:after="0" w:line="240" w:lineRule="auto"/>
        <w:jc w:val="center"/>
        <w:rPr>
          <w:rFonts w:ascii="Times New Roman" w:hAnsi="Times New Roman" w:cs="Times New Roman"/>
          <w:sz w:val="28"/>
          <w:szCs w:val="28"/>
        </w:rPr>
      </w:pPr>
    </w:p>
    <w:p w14:paraId="486B6D16" w14:textId="044D247B" w:rsidR="004B7CD0" w:rsidRPr="00B439DD" w:rsidRDefault="00EF52AB" w:rsidP="00D33D27">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н</w:t>
      </w:r>
      <w:r w:rsidR="004B7CD0" w:rsidRPr="00B439DD">
        <w:rPr>
          <w:rFonts w:ascii="Times New Roman" w:hAnsi="Times New Roman" w:cs="Times New Roman"/>
          <w:sz w:val="28"/>
          <w:szCs w:val="28"/>
          <w:lang w:val="kk-KZ"/>
        </w:rPr>
        <w:t>емесе</w:t>
      </w:r>
    </w:p>
    <w:p w14:paraId="5C44C87F" w14:textId="77777777" w:rsidR="00D33D27" w:rsidRPr="00B439DD" w:rsidRDefault="00D33D27" w:rsidP="00D33D27">
      <w:pPr>
        <w:spacing w:after="0" w:line="240" w:lineRule="auto"/>
        <w:jc w:val="center"/>
        <w:rPr>
          <w:rFonts w:ascii="Times New Roman" w:hAnsi="Times New Roman" w:cs="Times New Roman"/>
          <w:sz w:val="28"/>
          <w:szCs w:val="28"/>
          <w:lang w:val="kk-KZ"/>
        </w:rPr>
      </w:pPr>
    </w:p>
    <w:p w14:paraId="55CC925E" w14:textId="638BD4D3" w:rsidR="004B7CD0" w:rsidRPr="00B439DD" w:rsidRDefault="00334E54" w:rsidP="00334E54">
      <w:pPr>
        <w:spacing w:after="0" w:line="240" w:lineRule="auto"/>
        <w:rPr>
          <w:rFonts w:ascii="Times New Roman" w:hAnsi="Times New Roman" w:cs="Times New Roman"/>
          <w:sz w:val="28"/>
          <w:szCs w:val="28"/>
        </w:rPr>
      </w:pPr>
      <w:r w:rsidRPr="00B439DD">
        <w:rPr>
          <w:rFonts w:ascii="Times New Roman" w:hAnsi="Times New Roman" w:cs="Times New Roman"/>
          <w:position w:val="-40"/>
          <w:sz w:val="28"/>
          <w:szCs w:val="28"/>
          <w:lang w:val="kk-KZ"/>
        </w:rPr>
        <w:t xml:space="preserve">               </w:t>
      </w:r>
      <w:r w:rsidR="005B5F0F" w:rsidRPr="00B439DD">
        <w:rPr>
          <w:rFonts w:ascii="Times New Roman" w:hAnsi="Times New Roman" w:cs="Times New Roman"/>
          <w:position w:val="-40"/>
          <w:sz w:val="28"/>
          <w:szCs w:val="28"/>
          <w:lang w:val="kk-KZ"/>
        </w:rPr>
        <w:t xml:space="preserve">                       </w:t>
      </w:r>
      <w:r w:rsidR="00752016">
        <w:rPr>
          <w:rFonts w:ascii="Times New Roman" w:hAnsi="Times New Roman" w:cs="Times New Roman"/>
          <w:position w:val="-40"/>
          <w:sz w:val="28"/>
          <w:szCs w:val="28"/>
          <w:lang w:val="kk-KZ"/>
        </w:rPr>
        <w:t xml:space="preserve">   </w:t>
      </w:r>
      <w:r w:rsidRPr="00B439DD">
        <w:rPr>
          <w:rFonts w:ascii="Times New Roman" w:hAnsi="Times New Roman" w:cs="Times New Roman"/>
          <w:position w:val="-40"/>
          <w:sz w:val="28"/>
          <w:szCs w:val="28"/>
          <w:lang w:val="kk-KZ"/>
        </w:rPr>
        <w:t xml:space="preserve"> </w:t>
      </w:r>
      <w:r w:rsidR="00A135AE" w:rsidRPr="00B439DD">
        <w:rPr>
          <w:rFonts w:ascii="Times New Roman" w:hAnsi="Times New Roman" w:cs="Times New Roman"/>
          <w:noProof/>
          <w:position w:val="-40"/>
          <w:sz w:val="28"/>
          <w:szCs w:val="28"/>
        </w:rPr>
        <w:drawing>
          <wp:inline distT="0" distB="0" distL="0" distR="0" wp14:anchorId="73E055A3" wp14:editId="4AA88151">
            <wp:extent cx="1645920" cy="596900"/>
            <wp:effectExtent l="0" t="0" r="0" b="0"/>
            <wp:docPr id="2301" name="Рисунок 2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1"/>
                    <pic:cNvPicPr>
                      <a:picLocks noChangeAspect="1" noChangeArrowheads="1"/>
                    </pic:cNvPicPr>
                  </pic:nvPicPr>
                  <pic:blipFill>
                    <a:blip r:embed="rId3083" cstate="print">
                      <a:extLst>
                        <a:ext uri="{28A0092B-C50C-407E-A947-70E740481C1C}">
                          <a14:useLocalDpi xmlns:a14="http://schemas.microsoft.com/office/drawing/2010/main" val="0"/>
                        </a:ext>
                      </a:extLst>
                    </a:blip>
                    <a:srcRect/>
                    <a:stretch>
                      <a:fillRect/>
                    </a:stretch>
                  </pic:blipFill>
                  <pic:spPr bwMode="auto">
                    <a:xfrm>
                      <a:off x="0" y="0"/>
                      <a:ext cx="1645920" cy="596900"/>
                    </a:xfrm>
                    <a:prstGeom prst="rect">
                      <a:avLst/>
                    </a:prstGeom>
                    <a:noFill/>
                    <a:ln>
                      <a:noFill/>
                    </a:ln>
                  </pic:spPr>
                </pic:pic>
              </a:graphicData>
            </a:graphic>
          </wp:inline>
        </w:drawing>
      </w:r>
    </w:p>
    <w:p w14:paraId="2417FF02" w14:textId="77777777" w:rsidR="004B7CD0" w:rsidRPr="00B439DD" w:rsidRDefault="004B7CD0" w:rsidP="00D33D27">
      <w:pPr>
        <w:spacing w:after="0" w:line="240" w:lineRule="auto"/>
        <w:jc w:val="center"/>
        <w:rPr>
          <w:rFonts w:ascii="Times New Roman" w:hAnsi="Times New Roman" w:cs="Times New Roman"/>
          <w:sz w:val="28"/>
          <w:szCs w:val="28"/>
        </w:rPr>
      </w:pPr>
    </w:p>
    <w:p w14:paraId="479EC7EB" w14:textId="526BD587" w:rsidR="004B7CD0" w:rsidRPr="00B439DD" w:rsidRDefault="005B5F0F" w:rsidP="005B5F0F">
      <w:pPr>
        <w:spacing w:after="0" w:line="240" w:lineRule="auto"/>
        <w:rPr>
          <w:rFonts w:ascii="Times New Roman" w:hAnsi="Times New Roman" w:cs="Times New Roman"/>
          <w:sz w:val="28"/>
          <w:szCs w:val="28"/>
        </w:rPr>
      </w:pPr>
      <w:r w:rsidRPr="00B439DD">
        <w:rPr>
          <w:rFonts w:ascii="Times New Roman" w:hAnsi="Times New Roman" w:cs="Times New Roman"/>
          <w:position w:val="-44"/>
          <w:sz w:val="28"/>
          <w:szCs w:val="28"/>
          <w:lang w:val="kk-KZ"/>
        </w:rPr>
        <w:t xml:space="preserve">                 </w:t>
      </w:r>
      <w:r w:rsidR="00752016">
        <w:rPr>
          <w:rFonts w:ascii="Times New Roman" w:hAnsi="Times New Roman" w:cs="Times New Roman"/>
          <w:position w:val="-44"/>
          <w:sz w:val="28"/>
          <w:szCs w:val="28"/>
          <w:lang w:val="kk-KZ"/>
        </w:rPr>
        <w:t xml:space="preserve">                       </w:t>
      </w:r>
      <w:r w:rsidRPr="00B439DD">
        <w:rPr>
          <w:rFonts w:ascii="Times New Roman" w:hAnsi="Times New Roman" w:cs="Times New Roman"/>
          <w:position w:val="-44"/>
          <w:sz w:val="28"/>
          <w:szCs w:val="28"/>
          <w:lang w:val="kk-KZ"/>
        </w:rPr>
        <w:t xml:space="preserve"> </w:t>
      </w:r>
      <w:r w:rsidR="00A135AE" w:rsidRPr="00B439DD">
        <w:rPr>
          <w:rFonts w:ascii="Times New Roman" w:hAnsi="Times New Roman" w:cs="Times New Roman"/>
          <w:noProof/>
          <w:position w:val="-44"/>
          <w:sz w:val="28"/>
          <w:szCs w:val="28"/>
        </w:rPr>
        <w:drawing>
          <wp:inline distT="0" distB="0" distL="0" distR="0" wp14:anchorId="004232D9" wp14:editId="05E6DE8E">
            <wp:extent cx="2213610" cy="664210"/>
            <wp:effectExtent l="0" t="0" r="0" b="2540"/>
            <wp:docPr id="2302" name="Рисунок 2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2"/>
                    <pic:cNvPicPr>
                      <a:picLocks noChangeAspect="1" noChangeArrowheads="1"/>
                    </pic:cNvPicPr>
                  </pic:nvPicPr>
                  <pic:blipFill>
                    <a:blip r:embed="rId3084" cstate="print">
                      <a:extLst>
                        <a:ext uri="{28A0092B-C50C-407E-A947-70E740481C1C}">
                          <a14:useLocalDpi xmlns:a14="http://schemas.microsoft.com/office/drawing/2010/main" val="0"/>
                        </a:ext>
                      </a:extLst>
                    </a:blip>
                    <a:srcRect/>
                    <a:stretch>
                      <a:fillRect/>
                    </a:stretch>
                  </pic:blipFill>
                  <pic:spPr bwMode="auto">
                    <a:xfrm>
                      <a:off x="0" y="0"/>
                      <a:ext cx="2213610" cy="664210"/>
                    </a:xfrm>
                    <a:prstGeom prst="rect">
                      <a:avLst/>
                    </a:prstGeom>
                    <a:noFill/>
                    <a:ln>
                      <a:noFill/>
                    </a:ln>
                  </pic:spPr>
                </pic:pic>
              </a:graphicData>
            </a:graphic>
          </wp:inline>
        </w:drawing>
      </w:r>
    </w:p>
    <w:p w14:paraId="31685432" w14:textId="77777777" w:rsidR="004B7CD0" w:rsidRPr="00B439DD" w:rsidRDefault="004B7CD0" w:rsidP="004B7CD0">
      <w:pPr>
        <w:spacing w:after="0" w:line="240" w:lineRule="auto"/>
        <w:jc w:val="right"/>
        <w:rPr>
          <w:rFonts w:ascii="Times New Roman" w:hAnsi="Times New Roman" w:cs="Times New Roman"/>
          <w:sz w:val="28"/>
          <w:szCs w:val="28"/>
        </w:rPr>
      </w:pPr>
    </w:p>
    <w:p w14:paraId="0A72C321" w14:textId="5F55C9DA" w:rsidR="004B7CD0" w:rsidRPr="00B439DD" w:rsidRDefault="00A135AE" w:rsidP="004B7CD0">
      <w:pPr>
        <w:spacing w:after="0" w:line="240" w:lineRule="auto"/>
        <w:jc w:val="both"/>
        <w:rPr>
          <w:rFonts w:ascii="Times New Roman" w:hAnsi="Times New Roman" w:cs="Times New Roman"/>
          <w:position w:val="-16"/>
          <w:sz w:val="28"/>
          <w:szCs w:val="28"/>
          <w:lang w:val="kk-KZ"/>
        </w:rPr>
      </w:pPr>
      <w:r w:rsidRPr="00B439DD">
        <w:rPr>
          <w:rFonts w:ascii="Times New Roman" w:hAnsi="Times New Roman" w:cs="Times New Roman"/>
          <w:noProof/>
          <w:position w:val="-16"/>
          <w:sz w:val="28"/>
          <w:szCs w:val="28"/>
        </w:rPr>
        <w:drawing>
          <wp:inline distT="0" distB="0" distL="0" distR="0" wp14:anchorId="06A56037" wp14:editId="66C2EEF3">
            <wp:extent cx="250190" cy="250190"/>
            <wp:effectExtent l="0" t="0" r="0" b="0"/>
            <wp:docPr id="2303" name="Рисунок 2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3"/>
                    <pic:cNvPicPr>
                      <a:picLocks noChangeAspect="1" noChangeArrowheads="1"/>
                    </pic:cNvPicPr>
                  </pic:nvPicPr>
                  <pic:blipFill>
                    <a:blip r:embed="rId3085" cstate="print">
                      <a:extLst>
                        <a:ext uri="{28A0092B-C50C-407E-A947-70E740481C1C}">
                          <a14:useLocalDpi xmlns:a14="http://schemas.microsoft.com/office/drawing/2010/main" val="0"/>
                        </a:ext>
                      </a:extLst>
                    </a:blip>
                    <a:srcRect/>
                    <a:stretch>
                      <a:fillRect/>
                    </a:stretch>
                  </pic:blipFill>
                  <pic:spPr bwMode="auto">
                    <a:xfrm>
                      <a:off x="0" y="0"/>
                      <a:ext cx="250190" cy="250190"/>
                    </a:xfrm>
                    <a:prstGeom prst="rect">
                      <a:avLst/>
                    </a:prstGeom>
                    <a:noFill/>
                    <a:ln>
                      <a:noFill/>
                    </a:ln>
                  </pic:spPr>
                </pic:pic>
              </a:graphicData>
            </a:graphic>
          </wp:inline>
        </w:drawing>
      </w:r>
      <w:r w:rsidR="004B7CD0" w:rsidRPr="00B439DD">
        <w:rPr>
          <w:rFonts w:ascii="Times New Roman" w:hAnsi="Times New Roman" w:cs="Times New Roman"/>
          <w:position w:val="-14"/>
          <w:sz w:val="28"/>
          <w:szCs w:val="28"/>
        </w:rPr>
        <w:t xml:space="preserve"> </w:t>
      </w:r>
      <w:r w:rsidR="004B7CD0" w:rsidRPr="00B439DD">
        <w:rPr>
          <w:rFonts w:ascii="Times New Roman" w:hAnsi="Times New Roman" w:cs="Times New Roman"/>
          <w:sz w:val="28"/>
          <w:szCs w:val="28"/>
          <w:lang w:val="kk-KZ"/>
        </w:rPr>
        <w:t xml:space="preserve">белгісіз коэффициенттерін </w:t>
      </w:r>
      <w:r w:rsidRPr="00B439DD">
        <w:rPr>
          <w:rFonts w:ascii="Times New Roman" w:hAnsi="Times New Roman" w:cs="Times New Roman"/>
          <w:noProof/>
          <w:position w:val="-6"/>
          <w:sz w:val="28"/>
          <w:szCs w:val="28"/>
        </w:rPr>
        <w:drawing>
          <wp:inline distT="0" distB="0" distL="0" distR="0" wp14:anchorId="1168C5FF" wp14:editId="6D12D7AD">
            <wp:extent cx="182880" cy="182880"/>
            <wp:effectExtent l="0" t="0" r="7620" b="7620"/>
            <wp:docPr id="2304" name="Рисунок 2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4"/>
                    <pic:cNvPicPr>
                      <a:picLocks noChangeAspect="1" noChangeArrowheads="1"/>
                    </pic:cNvPicPr>
                  </pic:nvPicPr>
                  <pic:blipFill>
                    <a:blip r:embed="rId3086"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004B7CD0" w:rsidRPr="00B439DD">
        <w:rPr>
          <w:rFonts w:ascii="Times New Roman" w:hAnsi="Times New Roman" w:cs="Times New Roman"/>
          <w:sz w:val="28"/>
          <w:szCs w:val="28"/>
        </w:rPr>
        <w:t xml:space="preserve"> </w:t>
      </w:r>
      <w:r w:rsidR="004B7CD0" w:rsidRPr="00B439DD">
        <w:rPr>
          <w:rFonts w:ascii="Times New Roman" w:hAnsi="Times New Roman" w:cs="Times New Roman"/>
          <w:sz w:val="28"/>
          <w:szCs w:val="28"/>
          <w:lang w:val="kk-KZ"/>
        </w:rPr>
        <w:t>алгебралық теңдеулер жүйелерінен анықтаймыз:</w:t>
      </w:r>
    </w:p>
    <w:p w14:paraId="6FB48EF8" w14:textId="77777777" w:rsidR="004B7CD0" w:rsidRPr="00B439DD" w:rsidRDefault="004B7CD0" w:rsidP="004B7CD0">
      <w:pPr>
        <w:spacing w:after="0" w:line="240" w:lineRule="auto"/>
        <w:jc w:val="both"/>
        <w:rPr>
          <w:rFonts w:ascii="Times New Roman" w:hAnsi="Times New Roman" w:cs="Times New Roman"/>
          <w:sz w:val="28"/>
          <w:szCs w:val="28"/>
          <w:lang w:val="kk-KZ"/>
        </w:rPr>
      </w:pPr>
    </w:p>
    <w:p w14:paraId="7CDDB2F5" w14:textId="78C62E99" w:rsidR="004B7CD0" w:rsidRPr="00B439DD" w:rsidRDefault="00A135AE" w:rsidP="004B7CD0">
      <w:pPr>
        <w:spacing w:after="0" w:line="240" w:lineRule="auto"/>
        <w:jc w:val="right"/>
        <w:rPr>
          <w:rFonts w:ascii="Times New Roman" w:hAnsi="Times New Roman" w:cs="Times New Roman"/>
          <w:sz w:val="28"/>
          <w:szCs w:val="28"/>
          <w:lang w:val="kk-KZ"/>
        </w:rPr>
      </w:pPr>
      <w:r w:rsidRPr="00B439DD">
        <w:rPr>
          <w:rFonts w:ascii="Times New Roman" w:hAnsi="Times New Roman" w:cs="Times New Roman"/>
          <w:noProof/>
          <w:position w:val="-124"/>
          <w:sz w:val="28"/>
          <w:szCs w:val="28"/>
        </w:rPr>
        <w:lastRenderedPageBreak/>
        <w:drawing>
          <wp:inline distT="0" distB="0" distL="0" distR="0" wp14:anchorId="7B808955" wp14:editId="20181ACC">
            <wp:extent cx="3340100" cy="1674495"/>
            <wp:effectExtent l="0" t="0" r="0" b="1905"/>
            <wp:docPr id="2305" name="Рисунок 2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5"/>
                    <pic:cNvPicPr>
                      <a:picLocks noChangeAspect="1" noChangeArrowheads="1"/>
                    </pic:cNvPicPr>
                  </pic:nvPicPr>
                  <pic:blipFill>
                    <a:blip r:embed="rId3087" cstate="print">
                      <a:extLst>
                        <a:ext uri="{28A0092B-C50C-407E-A947-70E740481C1C}">
                          <a14:useLocalDpi xmlns:a14="http://schemas.microsoft.com/office/drawing/2010/main" val="0"/>
                        </a:ext>
                      </a:extLst>
                    </a:blip>
                    <a:srcRect/>
                    <a:stretch>
                      <a:fillRect/>
                    </a:stretch>
                  </pic:blipFill>
                  <pic:spPr bwMode="auto">
                    <a:xfrm>
                      <a:off x="0" y="0"/>
                      <a:ext cx="3340100" cy="1674495"/>
                    </a:xfrm>
                    <a:prstGeom prst="rect">
                      <a:avLst/>
                    </a:prstGeom>
                    <a:noFill/>
                    <a:ln>
                      <a:noFill/>
                    </a:ln>
                  </pic:spPr>
                </pic:pic>
              </a:graphicData>
            </a:graphic>
          </wp:inline>
        </w:drawing>
      </w:r>
      <w:r w:rsidR="004B7CD0" w:rsidRPr="00B439DD">
        <w:rPr>
          <w:rFonts w:ascii="Times New Roman" w:hAnsi="Times New Roman" w:cs="Times New Roman"/>
          <w:position w:val="-80"/>
          <w:sz w:val="28"/>
          <w:szCs w:val="28"/>
          <w:lang w:val="kk-KZ"/>
        </w:rPr>
        <w:tab/>
      </w:r>
      <w:r w:rsidR="004B7CD0" w:rsidRPr="00B439DD">
        <w:rPr>
          <w:rFonts w:ascii="Times New Roman" w:hAnsi="Times New Roman" w:cs="Times New Roman"/>
          <w:position w:val="-80"/>
          <w:sz w:val="28"/>
          <w:szCs w:val="28"/>
          <w:lang w:val="kk-KZ"/>
        </w:rPr>
        <w:tab/>
      </w:r>
      <w:r w:rsidR="004B7CD0" w:rsidRPr="00B439DD">
        <w:rPr>
          <w:rFonts w:ascii="Times New Roman" w:hAnsi="Times New Roman" w:cs="Times New Roman"/>
          <w:position w:val="-80"/>
          <w:sz w:val="28"/>
          <w:szCs w:val="28"/>
          <w:lang w:val="kk-KZ"/>
        </w:rPr>
        <w:tab/>
      </w:r>
      <w:r w:rsidR="005152DC" w:rsidRPr="00B439DD">
        <w:rPr>
          <w:rFonts w:ascii="Times New Roman" w:hAnsi="Times New Roman" w:cs="Times New Roman"/>
          <w:sz w:val="28"/>
          <w:szCs w:val="28"/>
          <w:lang w:val="kk-KZ"/>
        </w:rPr>
        <w:t>(2</w:t>
      </w:r>
      <w:r w:rsidR="004B7CD0" w:rsidRPr="00B439DD">
        <w:rPr>
          <w:rFonts w:ascii="Times New Roman" w:hAnsi="Times New Roman" w:cs="Times New Roman"/>
          <w:sz w:val="28"/>
          <w:szCs w:val="28"/>
          <w:lang w:val="kk-KZ"/>
        </w:rPr>
        <w:t>.</w:t>
      </w:r>
      <w:r w:rsidR="005152DC" w:rsidRPr="00B439DD">
        <w:rPr>
          <w:rFonts w:ascii="Times New Roman" w:hAnsi="Times New Roman" w:cs="Times New Roman"/>
          <w:sz w:val="28"/>
          <w:szCs w:val="28"/>
          <w:lang w:val="kk-KZ"/>
        </w:rPr>
        <w:t>6</w:t>
      </w:r>
      <w:r w:rsidR="004B7CD0" w:rsidRPr="00B439DD">
        <w:rPr>
          <w:rFonts w:ascii="Times New Roman" w:hAnsi="Times New Roman" w:cs="Times New Roman"/>
          <w:sz w:val="28"/>
          <w:szCs w:val="28"/>
          <w:lang w:val="kk-KZ"/>
        </w:rPr>
        <w:t>9)</w:t>
      </w:r>
    </w:p>
    <w:p w14:paraId="60274C60" w14:textId="77777777" w:rsidR="00D33D27" w:rsidRPr="00B439DD" w:rsidRDefault="00D33D27" w:rsidP="004B7CD0">
      <w:pPr>
        <w:spacing w:after="0" w:line="240" w:lineRule="auto"/>
        <w:jc w:val="right"/>
        <w:rPr>
          <w:rFonts w:ascii="Times New Roman" w:hAnsi="Times New Roman" w:cs="Times New Roman"/>
          <w:sz w:val="28"/>
          <w:szCs w:val="28"/>
          <w:lang w:val="kk-KZ"/>
        </w:rPr>
      </w:pPr>
    </w:p>
    <w:p w14:paraId="5EA9E3F4" w14:textId="1E83E03F" w:rsidR="004B7CD0" w:rsidRPr="00B439DD" w:rsidRDefault="004B7CD0" w:rsidP="00EF52AB">
      <w:pPr>
        <w:spacing w:after="0" w:line="240" w:lineRule="auto"/>
        <w:jc w:val="both"/>
        <w:rPr>
          <w:rFonts w:ascii="Times New Roman" w:hAnsi="Times New Roman" w:cs="Times New Roman"/>
          <w:sz w:val="28"/>
          <w:szCs w:val="28"/>
          <w:lang w:val="kk-KZ"/>
        </w:rPr>
      </w:pPr>
      <w:r w:rsidRPr="00B439DD">
        <w:rPr>
          <w:rFonts w:ascii="Times New Roman" w:hAnsi="Times New Roman" w:cs="Times New Roman"/>
          <w:sz w:val="28"/>
          <w:szCs w:val="28"/>
          <w:lang w:val="kk-KZ"/>
        </w:rPr>
        <w:t>Галеркин жуықтаулар (</w:t>
      </w:r>
      <w:r w:rsidR="005152DC" w:rsidRPr="00B439DD">
        <w:rPr>
          <w:rFonts w:ascii="Times New Roman" w:hAnsi="Times New Roman" w:cs="Times New Roman"/>
          <w:sz w:val="28"/>
          <w:szCs w:val="28"/>
          <w:lang w:val="kk-KZ"/>
        </w:rPr>
        <w:t>2.6</w:t>
      </w:r>
      <w:r w:rsidRPr="00B439DD">
        <w:rPr>
          <w:rFonts w:ascii="Times New Roman" w:hAnsi="Times New Roman" w:cs="Times New Roman"/>
          <w:sz w:val="28"/>
          <w:szCs w:val="28"/>
          <w:lang w:val="kk-KZ"/>
        </w:rPr>
        <w:t xml:space="preserve">9) жүйенің </w:t>
      </w:r>
      <w:r w:rsidR="00A135AE" w:rsidRPr="00B439DD">
        <w:rPr>
          <w:rFonts w:ascii="Times New Roman" w:hAnsi="Times New Roman" w:cs="Times New Roman"/>
          <w:noProof/>
          <w:position w:val="-16"/>
          <w:sz w:val="28"/>
          <w:szCs w:val="28"/>
        </w:rPr>
        <w:drawing>
          <wp:inline distT="0" distB="0" distL="0" distR="0" wp14:anchorId="0D2176A8" wp14:editId="01B493E6">
            <wp:extent cx="2646680" cy="317500"/>
            <wp:effectExtent l="0" t="0" r="1270" b="6350"/>
            <wp:docPr id="2306" name="Рисунок 2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6"/>
                    <pic:cNvPicPr>
                      <a:picLocks noChangeAspect="1" noChangeArrowheads="1"/>
                    </pic:cNvPicPr>
                  </pic:nvPicPr>
                  <pic:blipFill>
                    <a:blip r:embed="rId3088" cstate="print">
                      <a:extLst>
                        <a:ext uri="{28A0092B-C50C-407E-A947-70E740481C1C}">
                          <a14:useLocalDpi xmlns:a14="http://schemas.microsoft.com/office/drawing/2010/main" val="0"/>
                        </a:ext>
                      </a:extLst>
                    </a:blip>
                    <a:srcRect/>
                    <a:stretch>
                      <a:fillRect/>
                    </a:stretch>
                  </pic:blipFill>
                  <pic:spPr bwMode="auto">
                    <a:xfrm>
                      <a:off x="0" y="0"/>
                      <a:ext cx="2646680" cy="317500"/>
                    </a:xfrm>
                    <a:prstGeom prst="rect">
                      <a:avLst/>
                    </a:prstGeom>
                    <a:noFill/>
                    <a:ln>
                      <a:noFill/>
                    </a:ln>
                  </pic:spPr>
                </pic:pic>
              </a:graphicData>
            </a:graphic>
          </wp:inline>
        </w:drawing>
      </w:r>
      <w:r w:rsidRPr="00B439DD">
        <w:rPr>
          <w:rFonts w:ascii="Times New Roman" w:hAnsi="Times New Roman" w:cs="Times New Roman"/>
          <w:sz w:val="28"/>
          <w:szCs w:val="28"/>
          <w:lang w:val="kk-KZ"/>
        </w:rPr>
        <w:t xml:space="preserve"> шешімінің бар болуын дәлелдеу үшін сүйір бұрыш туралы лемманы қолданамыз. </w:t>
      </w:r>
    </w:p>
    <w:p w14:paraId="369AE2C1" w14:textId="573B71A6" w:rsidR="004B7CD0" w:rsidRPr="00B439DD" w:rsidRDefault="005152DC" w:rsidP="00B439DD">
      <w:pPr>
        <w:spacing w:after="0" w:line="240" w:lineRule="auto"/>
        <w:ind w:firstLine="708"/>
        <w:jc w:val="both"/>
        <w:rPr>
          <w:rFonts w:ascii="Times New Roman" w:hAnsi="Times New Roman" w:cs="Times New Roman"/>
          <w:sz w:val="28"/>
          <w:szCs w:val="28"/>
          <w:lang w:val="kk-KZ"/>
        </w:rPr>
      </w:pPr>
      <w:r w:rsidRPr="00B439DD">
        <w:rPr>
          <w:rFonts w:ascii="Times New Roman" w:hAnsi="Times New Roman" w:cs="Times New Roman"/>
          <w:b/>
          <w:sz w:val="28"/>
          <w:szCs w:val="28"/>
          <w:lang w:val="kk-KZ"/>
        </w:rPr>
        <w:t>Лемма 2.4</w:t>
      </w:r>
      <w:r w:rsidR="004B7CD0" w:rsidRPr="00B439DD">
        <w:rPr>
          <w:rFonts w:ascii="Times New Roman" w:hAnsi="Times New Roman" w:cs="Times New Roman"/>
          <w:b/>
          <w:sz w:val="28"/>
          <w:szCs w:val="28"/>
          <w:lang w:val="kk-KZ"/>
        </w:rPr>
        <w:t>.</w:t>
      </w:r>
      <w:r w:rsidRPr="00B439DD">
        <w:rPr>
          <w:rFonts w:ascii="Times New Roman" w:hAnsi="Times New Roman" w:cs="Times New Roman"/>
          <w:sz w:val="28"/>
          <w:szCs w:val="28"/>
          <w:lang w:val="kk-KZ"/>
        </w:rPr>
        <w:t xml:space="preserve"> Галеркин жуықтаулар (2</w:t>
      </w:r>
      <w:r w:rsidR="004B7CD0" w:rsidRPr="00B439DD">
        <w:rPr>
          <w:rFonts w:ascii="Times New Roman" w:hAnsi="Times New Roman" w:cs="Times New Roman"/>
          <w:sz w:val="28"/>
          <w:szCs w:val="28"/>
          <w:lang w:val="kk-KZ"/>
        </w:rPr>
        <w:t>.</w:t>
      </w:r>
      <w:r w:rsidRPr="00B439DD">
        <w:rPr>
          <w:rFonts w:ascii="Times New Roman" w:hAnsi="Times New Roman" w:cs="Times New Roman"/>
          <w:sz w:val="28"/>
          <w:szCs w:val="28"/>
          <w:lang w:val="kk-KZ"/>
        </w:rPr>
        <w:t>6</w:t>
      </w:r>
      <w:r w:rsidR="004B7CD0" w:rsidRPr="00B439DD">
        <w:rPr>
          <w:rFonts w:ascii="Times New Roman" w:hAnsi="Times New Roman" w:cs="Times New Roman"/>
          <w:sz w:val="28"/>
          <w:szCs w:val="28"/>
          <w:lang w:val="kk-KZ"/>
        </w:rPr>
        <w:t xml:space="preserve">9) жүйенің әрбір </w:t>
      </w:r>
      <w:r w:rsidR="00A135AE" w:rsidRPr="00B439DD">
        <w:rPr>
          <w:rFonts w:ascii="Times New Roman" w:hAnsi="Times New Roman" w:cs="Times New Roman"/>
          <w:noProof/>
          <w:position w:val="-6"/>
          <w:sz w:val="28"/>
          <w:szCs w:val="28"/>
        </w:rPr>
        <w:drawing>
          <wp:inline distT="0" distB="0" distL="0" distR="0" wp14:anchorId="57D1D522" wp14:editId="69A2CEF9">
            <wp:extent cx="182880" cy="182880"/>
            <wp:effectExtent l="0" t="0" r="7620" b="7620"/>
            <wp:docPr id="2307" name="Рисунок 2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7"/>
                    <pic:cNvPicPr>
                      <a:picLocks noChangeAspect="1" noChangeArrowheads="1"/>
                    </pic:cNvPicPr>
                  </pic:nvPicPr>
                  <pic:blipFill>
                    <a:blip r:embed="rId3089"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004B7CD0" w:rsidRPr="00B439DD">
        <w:rPr>
          <w:rFonts w:ascii="Times New Roman" w:hAnsi="Times New Roman" w:cs="Times New Roman"/>
          <w:sz w:val="28"/>
          <w:szCs w:val="28"/>
          <w:lang w:val="kk-KZ"/>
        </w:rPr>
        <w:t xml:space="preserve"> үшін </w:t>
      </w:r>
      <w:r w:rsidR="00A135AE" w:rsidRPr="00B439DD">
        <w:rPr>
          <w:rFonts w:ascii="Times New Roman" w:hAnsi="Times New Roman" w:cs="Times New Roman"/>
          <w:noProof/>
          <w:position w:val="-12"/>
          <w:sz w:val="28"/>
          <w:szCs w:val="28"/>
        </w:rPr>
        <w:drawing>
          <wp:inline distT="0" distB="0" distL="0" distR="0" wp14:anchorId="27EA6BD8" wp14:editId="44E37B4A">
            <wp:extent cx="664210" cy="288925"/>
            <wp:effectExtent l="0" t="0" r="2540" b="0"/>
            <wp:docPr id="2308" name="Рисунок 2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8"/>
                    <pic:cNvPicPr>
                      <a:picLocks noChangeAspect="1" noChangeArrowheads="1"/>
                    </pic:cNvPicPr>
                  </pic:nvPicPr>
                  <pic:blipFill>
                    <a:blip r:embed="rId3090" cstate="print">
                      <a:extLst>
                        <a:ext uri="{28A0092B-C50C-407E-A947-70E740481C1C}">
                          <a14:useLocalDpi xmlns:a14="http://schemas.microsoft.com/office/drawing/2010/main" val="0"/>
                        </a:ext>
                      </a:extLst>
                    </a:blip>
                    <a:srcRect/>
                    <a:stretch>
                      <a:fillRect/>
                    </a:stretch>
                  </pic:blipFill>
                  <pic:spPr bwMode="auto">
                    <a:xfrm>
                      <a:off x="0" y="0"/>
                      <a:ext cx="664210" cy="288925"/>
                    </a:xfrm>
                    <a:prstGeom prst="rect">
                      <a:avLst/>
                    </a:prstGeom>
                    <a:noFill/>
                    <a:ln>
                      <a:noFill/>
                    </a:ln>
                  </pic:spPr>
                </pic:pic>
              </a:graphicData>
            </a:graphic>
          </wp:inline>
        </w:drawing>
      </w:r>
      <w:r w:rsidR="004B7CD0" w:rsidRPr="00B439DD">
        <w:rPr>
          <w:rFonts w:ascii="Times New Roman" w:hAnsi="Times New Roman" w:cs="Times New Roman"/>
          <w:sz w:val="28"/>
          <w:szCs w:val="28"/>
          <w:lang w:val="kk-KZ"/>
        </w:rPr>
        <w:t xml:space="preserve"> шешімі бар.</w:t>
      </w:r>
    </w:p>
    <w:p w14:paraId="6EF9DB28" w14:textId="04C5BA38" w:rsidR="004B7CD0" w:rsidRDefault="004B7CD0" w:rsidP="00B439DD">
      <w:pPr>
        <w:spacing w:after="0" w:line="240" w:lineRule="auto"/>
        <w:ind w:firstLine="708"/>
        <w:jc w:val="both"/>
        <w:rPr>
          <w:rFonts w:ascii="Times New Roman" w:hAnsi="Times New Roman" w:cs="Times New Roman"/>
          <w:sz w:val="28"/>
          <w:szCs w:val="28"/>
          <w:lang w:val="kk-KZ"/>
        </w:rPr>
      </w:pPr>
      <w:r w:rsidRPr="00B439DD">
        <w:rPr>
          <w:rFonts w:ascii="Times New Roman" w:hAnsi="Times New Roman" w:cs="Times New Roman"/>
          <w:i/>
          <w:sz w:val="28"/>
          <w:szCs w:val="28"/>
          <w:lang w:val="kk-KZ"/>
        </w:rPr>
        <w:t>Дәлелдеу.</w:t>
      </w:r>
      <w:r w:rsidRPr="00B439DD">
        <w:rPr>
          <w:rFonts w:ascii="Times New Roman" w:hAnsi="Times New Roman" w:cs="Times New Roman"/>
          <w:sz w:val="28"/>
          <w:szCs w:val="28"/>
          <w:lang w:val="kk-KZ"/>
        </w:rPr>
        <w:t xml:space="preserve"> Сүйір бұрыш туралы лемманы қолданайық. Алдымен келесі белгілеулерді енгізейік: </w:t>
      </w:r>
      <w:r w:rsidR="00A135AE" w:rsidRPr="00B439DD">
        <w:rPr>
          <w:rFonts w:ascii="Times New Roman" w:hAnsi="Times New Roman" w:cs="Times New Roman"/>
          <w:noProof/>
          <w:position w:val="-16"/>
          <w:sz w:val="28"/>
          <w:szCs w:val="28"/>
        </w:rPr>
        <w:drawing>
          <wp:inline distT="0" distB="0" distL="0" distR="0" wp14:anchorId="673805EC" wp14:editId="62AF5E6E">
            <wp:extent cx="2646680" cy="317500"/>
            <wp:effectExtent l="0" t="0" r="1270" b="6350"/>
            <wp:docPr id="2309" name="Рисунок 2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9"/>
                    <pic:cNvPicPr>
                      <a:picLocks noChangeAspect="1" noChangeArrowheads="1"/>
                    </pic:cNvPicPr>
                  </pic:nvPicPr>
                  <pic:blipFill>
                    <a:blip r:embed="rId3091" cstate="print">
                      <a:extLst>
                        <a:ext uri="{28A0092B-C50C-407E-A947-70E740481C1C}">
                          <a14:useLocalDpi xmlns:a14="http://schemas.microsoft.com/office/drawing/2010/main" val="0"/>
                        </a:ext>
                      </a:extLst>
                    </a:blip>
                    <a:srcRect/>
                    <a:stretch>
                      <a:fillRect/>
                    </a:stretch>
                  </pic:blipFill>
                  <pic:spPr bwMode="auto">
                    <a:xfrm>
                      <a:off x="0" y="0"/>
                      <a:ext cx="2646680" cy="317500"/>
                    </a:xfrm>
                    <a:prstGeom prst="rect">
                      <a:avLst/>
                    </a:prstGeom>
                    <a:noFill/>
                    <a:ln>
                      <a:noFill/>
                    </a:ln>
                  </pic:spPr>
                </pic:pic>
              </a:graphicData>
            </a:graphic>
          </wp:inline>
        </w:drawing>
      </w:r>
      <w:r w:rsidRPr="00B439DD">
        <w:rPr>
          <w:rFonts w:ascii="Times New Roman" w:hAnsi="Times New Roman" w:cs="Times New Roman"/>
          <w:sz w:val="28"/>
          <w:szCs w:val="28"/>
          <w:lang w:val="kk-KZ"/>
        </w:rPr>
        <w:t xml:space="preserve"> векторына  </w:t>
      </w:r>
      <w:r w:rsidR="00A135AE" w:rsidRPr="00B439DD">
        <w:rPr>
          <w:rFonts w:ascii="Times New Roman" w:hAnsi="Times New Roman" w:cs="Times New Roman"/>
          <w:noProof/>
          <w:position w:val="-36"/>
          <w:sz w:val="28"/>
          <w:szCs w:val="28"/>
        </w:rPr>
        <w:drawing>
          <wp:inline distT="0" distB="0" distL="0" distR="0" wp14:anchorId="6B48215F" wp14:editId="54C67311">
            <wp:extent cx="1828800" cy="529590"/>
            <wp:effectExtent l="0" t="0" r="0" b="3810"/>
            <wp:docPr id="2310" name="Рисунок 2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0"/>
                    <pic:cNvPicPr>
                      <a:picLocks noChangeAspect="1" noChangeArrowheads="1"/>
                    </pic:cNvPicPr>
                  </pic:nvPicPr>
                  <pic:blipFill>
                    <a:blip r:embed="rId3092" cstate="print">
                      <a:extLst>
                        <a:ext uri="{28A0092B-C50C-407E-A947-70E740481C1C}">
                          <a14:useLocalDpi xmlns:a14="http://schemas.microsoft.com/office/drawing/2010/main" val="0"/>
                        </a:ext>
                      </a:extLst>
                    </a:blip>
                    <a:srcRect/>
                    <a:stretch>
                      <a:fillRect/>
                    </a:stretch>
                  </pic:blipFill>
                  <pic:spPr bwMode="auto">
                    <a:xfrm>
                      <a:off x="0" y="0"/>
                      <a:ext cx="1828800" cy="529590"/>
                    </a:xfrm>
                    <a:prstGeom prst="rect">
                      <a:avLst/>
                    </a:prstGeom>
                    <a:noFill/>
                    <a:ln>
                      <a:noFill/>
                    </a:ln>
                  </pic:spPr>
                </pic:pic>
              </a:graphicData>
            </a:graphic>
          </wp:inline>
        </w:drawing>
      </w:r>
      <w:r w:rsidRPr="00B439DD">
        <w:rPr>
          <w:rFonts w:ascii="Times New Roman" w:hAnsi="Times New Roman" w:cs="Times New Roman"/>
          <w:sz w:val="28"/>
          <w:szCs w:val="28"/>
          <w:lang w:val="kk-KZ"/>
        </w:rPr>
        <w:t xml:space="preserve"> сәйкестендірейік және  </w:t>
      </w:r>
      <m:oMath>
        <m:sSub>
          <m:sSubPr>
            <m:ctrlPr>
              <w:rPr>
                <w:rFonts w:ascii="Cambria Math" w:hAnsi="Cambria Math" w:cs="Times New Roman"/>
                <w:i/>
                <w:sz w:val="28"/>
                <w:szCs w:val="28"/>
              </w:rPr>
            </m:ctrlPr>
          </m:sSubPr>
          <m:e>
            <m:r>
              <w:rPr>
                <w:rFonts w:ascii="Cambria Math" w:hAnsi="Cambria Math" w:cs="Times New Roman"/>
                <w:sz w:val="28"/>
                <w:szCs w:val="28"/>
                <w:lang w:val="kk-KZ"/>
              </w:rPr>
              <m:t>μ</m:t>
            </m:r>
          </m:e>
          <m:sub>
            <m:r>
              <w:rPr>
                <w:rFonts w:ascii="Cambria Math" w:hAnsi="Cambria Math" w:cs="Times New Roman"/>
                <w:sz w:val="28"/>
                <w:szCs w:val="28"/>
                <w:lang w:val="kk-KZ"/>
              </w:rPr>
              <m:t>j</m:t>
            </m:r>
          </m:sub>
        </m:sSub>
        <m:r>
          <w:rPr>
            <w:rFonts w:ascii="Cambria Math" w:hAnsi="Cambria Math" w:cs="Times New Roman"/>
            <w:sz w:val="28"/>
            <w:szCs w:val="28"/>
            <w:lang w:val="kk-KZ"/>
          </w:rPr>
          <m:t>-</m:t>
        </m:r>
        <m:sSub>
          <m:sSubPr>
            <m:ctrlPr>
              <w:rPr>
                <w:rFonts w:ascii="Cambria Math" w:hAnsi="Cambria Math" w:cs="Times New Roman"/>
                <w:i/>
                <w:sz w:val="28"/>
                <w:szCs w:val="28"/>
              </w:rPr>
            </m:ctrlPr>
          </m:sSubPr>
          <m:e>
            <m:r>
              <w:rPr>
                <w:rFonts w:ascii="Cambria Math" w:hAnsi="Cambria Math" w:cs="Times New Roman"/>
                <w:sz w:val="28"/>
                <w:szCs w:val="28"/>
                <w:lang w:val="kk-KZ"/>
              </w:rPr>
              <m:t>η</m:t>
            </m:r>
          </m:e>
          <m:sub>
            <m:r>
              <w:rPr>
                <w:rFonts w:ascii="Cambria Math" w:hAnsi="Cambria Math" w:cs="Times New Roman"/>
                <w:sz w:val="28"/>
                <w:szCs w:val="28"/>
                <w:lang w:val="kk-KZ"/>
              </w:rPr>
              <m:t>j</m:t>
            </m:r>
          </m:sub>
        </m:sSub>
        <m:r>
          <w:rPr>
            <w:rFonts w:ascii="Cambria Math" w:hAnsi="Cambria Math" w:cs="Times New Roman"/>
            <w:sz w:val="28"/>
            <w:szCs w:val="28"/>
            <w:lang w:val="kk-KZ"/>
          </w:rPr>
          <m:t>&gt;0,  j=1,2,…</m:t>
        </m:r>
      </m:oMath>
      <w:r w:rsidRPr="00B439DD">
        <w:rPr>
          <w:rFonts w:ascii="Times New Roman" w:hAnsi="Times New Roman" w:cs="Times New Roman"/>
          <w:sz w:val="28"/>
          <w:szCs w:val="28"/>
          <w:lang w:val="kk-KZ"/>
        </w:rPr>
        <w:t xml:space="preserve">  үшін</w:t>
      </w:r>
    </w:p>
    <w:p w14:paraId="7141445F" w14:textId="77777777" w:rsidR="0070140D" w:rsidRPr="00B439DD" w:rsidRDefault="0070140D" w:rsidP="00B439DD">
      <w:pPr>
        <w:spacing w:after="0" w:line="240" w:lineRule="auto"/>
        <w:ind w:firstLine="708"/>
        <w:jc w:val="both"/>
        <w:rPr>
          <w:rFonts w:ascii="Times New Roman" w:hAnsi="Times New Roman" w:cs="Times New Roman"/>
          <w:i/>
          <w:sz w:val="28"/>
          <w:szCs w:val="28"/>
          <w:lang w:val="kk-KZ"/>
        </w:rPr>
      </w:pPr>
    </w:p>
    <w:p w14:paraId="02596D98" w14:textId="77777777" w:rsidR="004B7CD0" w:rsidRPr="00B439DD" w:rsidRDefault="00AC218E" w:rsidP="004B7CD0">
      <w:pPr>
        <w:spacing w:after="0" w:line="240" w:lineRule="auto"/>
        <w:jc w:val="center"/>
        <w:rPr>
          <w:rFonts w:ascii="Times New Roman" w:hAnsi="Times New Roman" w:cs="Times New Roman"/>
          <w:sz w:val="28"/>
          <w:szCs w:val="28"/>
          <w:lang w:val="kk-KZ"/>
        </w:rPr>
      </w:pPr>
      <m:oMathPara>
        <m:oMath>
          <m:sSub>
            <m:sSubPr>
              <m:ctrlPr>
                <w:rPr>
                  <w:rFonts w:ascii="Cambria Math" w:hAnsi="Cambria Math" w:cs="Times New Roman"/>
                  <w:i/>
                  <w:sz w:val="28"/>
                  <w:szCs w:val="28"/>
                </w:rPr>
              </m:ctrlPr>
            </m:sSubPr>
            <m:e>
              <m:r>
                <w:rPr>
                  <w:rFonts w:ascii="Cambria Math" w:hAnsi="Cambria Math" w:cs="Times New Roman"/>
                  <w:sz w:val="28"/>
                  <w:szCs w:val="28"/>
                </w:rPr>
                <m:t>η</m:t>
              </m:r>
            </m:e>
            <m:sub>
              <m:r>
                <w:rPr>
                  <w:rFonts w:ascii="Cambria Math" w:hAnsi="Cambria Math" w:cs="Times New Roman"/>
                  <w:sz w:val="28"/>
                  <w:szCs w:val="28"/>
                </w:rPr>
                <m:t>j</m:t>
              </m:r>
            </m:sub>
          </m:sSub>
          <m:r>
            <w:rPr>
              <w:rFonts w:ascii="Cambria Math" w:hAnsi="Cambria Math" w:cs="Times New Roman"/>
              <w:sz w:val="28"/>
              <w:szCs w:val="28"/>
            </w:rPr>
            <m:t>=</m:t>
          </m:r>
          <m:nary>
            <m:naryPr>
              <m:supHide m:val="1"/>
              <m:ctrlPr>
                <w:rPr>
                  <w:rFonts w:ascii="Cambria Math" w:hAnsi="Cambria Math" w:cs="Times New Roman"/>
                  <w:i/>
                  <w:sz w:val="28"/>
                  <w:szCs w:val="28"/>
                </w:rPr>
              </m:ctrlPr>
            </m:naryPr>
            <m:sub>
              <m:r>
                <w:rPr>
                  <w:rFonts w:ascii="Cambria Math" w:hAnsi="Cambria Math" w:cs="Times New Roman"/>
                  <w:sz w:val="28"/>
                  <w:szCs w:val="28"/>
                </w:rPr>
                <m:t>Q</m:t>
              </m:r>
            </m:sub>
            <m:sup/>
            <m:e>
              <m:d>
                <m:dPr>
                  <m:ctrlPr>
                    <w:rPr>
                      <w:rFonts w:ascii="Cambria Math" w:hAnsi="Cambria Math" w:cs="Times New Roman"/>
                      <w:i/>
                      <w:sz w:val="28"/>
                      <w:szCs w:val="28"/>
                    </w:rPr>
                  </m:ctrlPr>
                </m:dPr>
                <m:e>
                  <m:r>
                    <w:rPr>
                      <w:rFonts w:ascii="Cambria Math" w:hAnsi="Cambria Math" w:cs="Times New Roman"/>
                      <w:sz w:val="28"/>
                      <w:szCs w:val="28"/>
                    </w:rPr>
                    <m:t>ε</m:t>
                  </m:r>
                  <m:sSub>
                    <m:sSubPr>
                      <m:ctrlPr>
                        <w:rPr>
                          <w:rFonts w:ascii="Cambria Math" w:hAnsi="Cambria Math" w:cs="Times New Roman"/>
                          <w:i/>
                          <w:sz w:val="28"/>
                          <w:szCs w:val="28"/>
                        </w:rPr>
                      </m:ctrlPr>
                    </m:sSubPr>
                    <m:e>
                      <m:r>
                        <w:rPr>
                          <w:rFonts w:ascii="Cambria Math" w:hAnsi="Cambria Math" w:cs="Times New Roman"/>
                          <w:sz w:val="28"/>
                          <w:szCs w:val="28"/>
                        </w:rPr>
                        <m:t>Δ</m:t>
                      </m:r>
                    </m:e>
                    <m:sub>
                      <m:r>
                        <w:rPr>
                          <w:rFonts w:ascii="Cambria Math" w:hAnsi="Cambria Math" w:cs="Times New Roman"/>
                          <w:sz w:val="28"/>
                          <w:szCs w:val="28"/>
                        </w:rPr>
                        <m:t>y</m:t>
                      </m:r>
                    </m:sub>
                  </m:sSub>
                  <m:sSub>
                    <m:sSubPr>
                      <m:ctrlPr>
                        <w:rPr>
                          <w:rFonts w:ascii="Cambria Math" w:hAnsi="Cambria Math" w:cs="Times New Roman"/>
                          <w:i/>
                          <w:sz w:val="28"/>
                          <w:szCs w:val="28"/>
                        </w:rPr>
                      </m:ctrlPr>
                    </m:sSubPr>
                    <m:e>
                      <m:r>
                        <w:rPr>
                          <w:rFonts w:ascii="Cambria Math" w:hAnsi="Cambria Math" w:cs="Times New Roman"/>
                          <w:sz w:val="28"/>
                          <w:szCs w:val="28"/>
                        </w:rPr>
                        <m:t>u</m:t>
                      </m:r>
                    </m:e>
                    <m:sub>
                      <m:r>
                        <w:rPr>
                          <w:rFonts w:ascii="Cambria Math" w:hAnsi="Cambria Math" w:cs="Times New Roman"/>
                          <w:sz w:val="28"/>
                          <w:szCs w:val="28"/>
                        </w:rPr>
                        <m:t>Nxx</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u</m:t>
                      </m:r>
                    </m:e>
                    <m:sub>
                      <m:r>
                        <w:rPr>
                          <w:rFonts w:ascii="Cambria Math" w:hAnsi="Cambria Math" w:cs="Times New Roman"/>
                          <w:sz w:val="28"/>
                          <w:szCs w:val="28"/>
                        </w:rPr>
                        <m:t>Nxx</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Δ</m:t>
                      </m:r>
                    </m:e>
                    <m:sub>
                      <m:r>
                        <w:rPr>
                          <w:rFonts w:ascii="Cambria Math" w:hAnsi="Cambria Math" w:cs="Times New Roman"/>
                          <w:sz w:val="28"/>
                          <w:szCs w:val="28"/>
                        </w:rPr>
                        <m:t>y</m:t>
                      </m:r>
                    </m:sub>
                  </m:sSub>
                  <m:sSub>
                    <m:sSubPr>
                      <m:ctrlPr>
                        <w:rPr>
                          <w:rFonts w:ascii="Cambria Math" w:hAnsi="Cambria Math" w:cs="Times New Roman"/>
                          <w:i/>
                          <w:sz w:val="28"/>
                          <w:szCs w:val="28"/>
                        </w:rPr>
                      </m:ctrlPr>
                    </m:sSubPr>
                    <m:e>
                      <m:r>
                        <w:rPr>
                          <w:rFonts w:ascii="Cambria Math" w:hAnsi="Cambria Math" w:cs="Times New Roman"/>
                          <w:sz w:val="28"/>
                          <w:szCs w:val="28"/>
                        </w:rPr>
                        <m:t>u</m:t>
                      </m:r>
                    </m:e>
                    <m:sub>
                      <m:r>
                        <w:rPr>
                          <w:rFonts w:ascii="Cambria Math" w:hAnsi="Cambria Math" w:cs="Times New Roman"/>
                          <w:sz w:val="28"/>
                          <w:szCs w:val="28"/>
                        </w:rPr>
                        <m:t>N</m:t>
                      </m:r>
                    </m:sub>
                  </m:sSub>
                  <m:r>
                    <w:rPr>
                      <w:rFonts w:ascii="Cambria Math" w:hAnsi="Cambria Math" w:cs="Times New Roman"/>
                      <w:sz w:val="28"/>
                      <w:szCs w:val="28"/>
                    </w:rPr>
                    <m:t>-</m:t>
                  </m:r>
                  <m:sSup>
                    <m:sSupPr>
                      <m:ctrlPr>
                        <w:rPr>
                          <w:rFonts w:ascii="Cambria Math" w:hAnsi="Cambria Math" w:cs="Times New Roman"/>
                          <w:i/>
                          <w:sz w:val="28"/>
                          <w:szCs w:val="28"/>
                        </w:rPr>
                      </m:ctrlPr>
                    </m:sSupPr>
                    <m:e>
                      <m:d>
                        <m:dPr>
                          <m:begChr m:val="|"/>
                          <m:endChr m:val="|"/>
                          <m:ctrlPr>
                            <w:rPr>
                              <w:rFonts w:ascii="Cambria Math" w:hAnsi="Cambria Math" w:cs="Times New Roman"/>
                              <w:i/>
                              <w:sz w:val="28"/>
                              <w:szCs w:val="28"/>
                            </w:rPr>
                          </m:ctrlPr>
                        </m:dPr>
                        <m:e>
                          <m:sSub>
                            <m:sSubPr>
                              <m:ctrlPr>
                                <w:rPr>
                                  <w:rFonts w:ascii="Cambria Math" w:hAnsi="Cambria Math" w:cs="Times New Roman"/>
                                  <w:i/>
                                  <w:sz w:val="28"/>
                                  <w:szCs w:val="28"/>
                                </w:rPr>
                              </m:ctrlPr>
                            </m:sSubPr>
                            <m:e>
                              <m:sSub>
                                <m:sSubPr>
                                  <m:ctrlPr>
                                    <w:rPr>
                                      <w:rFonts w:ascii="Cambria Math" w:hAnsi="Cambria Math" w:cs="Times New Roman"/>
                                      <w:i/>
                                      <w:sz w:val="28"/>
                                      <w:szCs w:val="28"/>
                                    </w:rPr>
                                  </m:ctrlPr>
                                </m:sSubPr>
                                <m:e>
                                  <m:r>
                                    <w:rPr>
                                      <w:rFonts w:ascii="Cambria Math" w:hAnsi="Cambria Math" w:cs="Times New Roman"/>
                                      <w:sz w:val="28"/>
                                      <w:szCs w:val="28"/>
                                    </w:rPr>
                                    <m:t>Δ</m:t>
                                  </m:r>
                                </m:e>
                                <m:sub>
                                  <m:r>
                                    <w:rPr>
                                      <w:rFonts w:ascii="Cambria Math" w:hAnsi="Cambria Math" w:cs="Times New Roman"/>
                                      <w:sz w:val="28"/>
                                      <w:szCs w:val="28"/>
                                    </w:rPr>
                                    <m:t>y</m:t>
                                  </m:r>
                                </m:sub>
                              </m:sSub>
                              <m:r>
                                <w:rPr>
                                  <w:rFonts w:ascii="Cambria Math" w:hAnsi="Cambria Math" w:cs="Times New Roman"/>
                                  <w:sz w:val="28"/>
                                  <w:szCs w:val="28"/>
                                </w:rPr>
                                <m:t>u</m:t>
                              </m:r>
                            </m:e>
                            <m:sub>
                              <m:r>
                                <w:rPr>
                                  <w:rFonts w:ascii="Cambria Math" w:hAnsi="Cambria Math" w:cs="Times New Roman"/>
                                  <w:sz w:val="28"/>
                                  <w:szCs w:val="28"/>
                                </w:rPr>
                                <m:t>N</m:t>
                              </m:r>
                            </m:sub>
                          </m:sSub>
                        </m:e>
                      </m:d>
                    </m:e>
                    <m:sup>
                      <m:r>
                        <w:rPr>
                          <w:rFonts w:ascii="Cambria Math" w:hAnsi="Cambria Math" w:cs="Times New Roman"/>
                          <w:sz w:val="28"/>
                          <w:szCs w:val="28"/>
                        </w:rPr>
                        <m:t>p-2</m:t>
                      </m:r>
                    </m:sup>
                  </m:sSup>
                  <m:sSub>
                    <m:sSubPr>
                      <m:ctrlPr>
                        <w:rPr>
                          <w:rFonts w:ascii="Cambria Math" w:hAnsi="Cambria Math" w:cs="Times New Roman"/>
                          <w:i/>
                          <w:sz w:val="28"/>
                          <w:szCs w:val="28"/>
                        </w:rPr>
                      </m:ctrlPr>
                    </m:sSubPr>
                    <m:e>
                      <m:r>
                        <w:rPr>
                          <w:rFonts w:ascii="Cambria Math" w:hAnsi="Cambria Math" w:cs="Times New Roman"/>
                          <w:sz w:val="28"/>
                          <w:szCs w:val="28"/>
                        </w:rPr>
                        <m:t>Δ</m:t>
                      </m:r>
                    </m:e>
                    <m:sub>
                      <m:r>
                        <w:rPr>
                          <w:rFonts w:ascii="Cambria Math" w:hAnsi="Cambria Math" w:cs="Times New Roman"/>
                          <w:sz w:val="28"/>
                          <w:szCs w:val="28"/>
                        </w:rPr>
                        <m:t>y</m:t>
                      </m:r>
                    </m:sub>
                  </m:sSub>
                  <m:sSub>
                    <m:sSubPr>
                      <m:ctrlPr>
                        <w:rPr>
                          <w:rFonts w:ascii="Cambria Math" w:hAnsi="Cambria Math" w:cs="Times New Roman"/>
                          <w:i/>
                          <w:sz w:val="28"/>
                          <w:szCs w:val="28"/>
                        </w:rPr>
                      </m:ctrlPr>
                    </m:sSubPr>
                    <m:e>
                      <m:r>
                        <w:rPr>
                          <w:rFonts w:ascii="Cambria Math" w:hAnsi="Cambria Math" w:cs="Times New Roman"/>
                          <w:sz w:val="28"/>
                          <w:szCs w:val="28"/>
                        </w:rPr>
                        <m:t>u</m:t>
                      </m:r>
                    </m:e>
                    <m:sub>
                      <m:r>
                        <w:rPr>
                          <w:rFonts w:ascii="Cambria Math" w:hAnsi="Cambria Math" w:cs="Times New Roman"/>
                          <w:sz w:val="28"/>
                          <w:szCs w:val="28"/>
                        </w:rPr>
                        <m:t>N</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c</m:t>
                      </m:r>
                    </m:e>
                    <m:sub>
                      <m:r>
                        <w:rPr>
                          <w:rFonts w:ascii="Cambria Math" w:hAnsi="Cambria Math" w:cs="Times New Roman"/>
                          <w:sz w:val="28"/>
                          <w:szCs w:val="28"/>
                        </w:rPr>
                        <m:t>0</m:t>
                      </m:r>
                    </m:sub>
                  </m:sSub>
                  <m:sSub>
                    <m:sSubPr>
                      <m:ctrlPr>
                        <w:rPr>
                          <w:rFonts w:ascii="Cambria Math" w:hAnsi="Cambria Math" w:cs="Times New Roman"/>
                          <w:i/>
                          <w:sz w:val="28"/>
                          <w:szCs w:val="28"/>
                        </w:rPr>
                      </m:ctrlPr>
                    </m:sSubPr>
                    <m:e>
                      <m:r>
                        <w:rPr>
                          <w:rFonts w:ascii="Cambria Math" w:hAnsi="Cambria Math" w:cs="Times New Roman"/>
                          <w:sz w:val="28"/>
                          <w:szCs w:val="28"/>
                        </w:rPr>
                        <m:t>u</m:t>
                      </m:r>
                    </m:e>
                    <m:sub>
                      <m:r>
                        <w:rPr>
                          <w:rFonts w:ascii="Cambria Math" w:hAnsi="Cambria Math" w:cs="Times New Roman"/>
                          <w:sz w:val="28"/>
                          <w:szCs w:val="28"/>
                        </w:rPr>
                        <m:t>N</m:t>
                      </m:r>
                    </m:sub>
                  </m:sSub>
                </m:e>
              </m:d>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μ</m:t>
                  </m:r>
                </m:e>
                <m:sub>
                  <m:r>
                    <w:rPr>
                      <w:rFonts w:ascii="Cambria Math" w:hAnsi="Cambria Math" w:cs="Times New Roman"/>
                      <w:sz w:val="28"/>
                      <w:szCs w:val="28"/>
                    </w:rPr>
                    <m:t>j</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η</m:t>
                  </m:r>
                </m:e>
                <m:sub>
                  <m:r>
                    <w:rPr>
                      <w:rFonts w:ascii="Cambria Math" w:hAnsi="Cambria Math" w:cs="Times New Roman"/>
                      <w:sz w:val="28"/>
                      <w:szCs w:val="28"/>
                    </w:rPr>
                    <m:t>j</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ψ</m:t>
                  </m:r>
                </m:e>
                <m:sub>
                  <m:r>
                    <w:rPr>
                      <w:rFonts w:ascii="Cambria Math" w:hAnsi="Cambria Math" w:cs="Times New Roman"/>
                      <w:sz w:val="28"/>
                      <w:szCs w:val="28"/>
                    </w:rPr>
                    <m:t>j</m:t>
                  </m:r>
                </m:sub>
              </m:sSub>
              <m:r>
                <w:rPr>
                  <w:rFonts w:ascii="Cambria Math" w:hAnsi="Cambria Math" w:cs="Times New Roman"/>
                  <w:sz w:val="28"/>
                  <w:szCs w:val="28"/>
                </w:rPr>
                <m:t>dQ</m:t>
              </m:r>
            </m:e>
          </m:nary>
          <m:r>
            <w:rPr>
              <w:rFonts w:ascii="Cambria Math" w:hAnsi="Cambria Math" w:cs="Times New Roman"/>
              <w:sz w:val="28"/>
              <w:szCs w:val="28"/>
            </w:rPr>
            <m:t>-</m:t>
          </m:r>
          <m:nary>
            <m:naryPr>
              <m:supHide m:val="1"/>
              <m:ctrlPr>
                <w:rPr>
                  <w:rFonts w:ascii="Cambria Math" w:hAnsi="Cambria Math" w:cs="Times New Roman"/>
                  <w:i/>
                  <w:sz w:val="28"/>
                  <w:szCs w:val="28"/>
                </w:rPr>
              </m:ctrlPr>
            </m:naryPr>
            <m:sub>
              <m:r>
                <w:rPr>
                  <w:rFonts w:ascii="Cambria Math" w:hAnsi="Cambria Math" w:cs="Times New Roman"/>
                  <w:sz w:val="28"/>
                  <w:szCs w:val="28"/>
                </w:rPr>
                <m:t>Q</m:t>
              </m:r>
            </m:sub>
            <m:sup/>
            <m:e>
              <m:r>
                <w:rPr>
                  <w:rFonts w:ascii="Cambria Math" w:hAnsi="Cambria Math" w:cs="Times New Roman"/>
                  <w:sz w:val="28"/>
                  <w:szCs w:val="28"/>
                </w:rPr>
                <m:t>f(</m:t>
              </m:r>
              <m:sSub>
                <m:sSubPr>
                  <m:ctrlPr>
                    <w:rPr>
                      <w:rFonts w:ascii="Cambria Math" w:hAnsi="Cambria Math" w:cs="Times New Roman"/>
                      <w:i/>
                      <w:sz w:val="28"/>
                      <w:szCs w:val="28"/>
                    </w:rPr>
                  </m:ctrlPr>
                </m:sSubPr>
                <m:e>
                  <m:r>
                    <w:rPr>
                      <w:rFonts w:ascii="Cambria Math" w:hAnsi="Cambria Math" w:cs="Times New Roman"/>
                      <w:sz w:val="28"/>
                      <w:szCs w:val="28"/>
                    </w:rPr>
                    <m:t>μ</m:t>
                  </m:r>
                </m:e>
                <m:sub>
                  <m:r>
                    <w:rPr>
                      <w:rFonts w:ascii="Cambria Math" w:hAnsi="Cambria Math" w:cs="Times New Roman"/>
                      <w:sz w:val="28"/>
                      <w:szCs w:val="28"/>
                    </w:rPr>
                    <m:t>j</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η</m:t>
                  </m:r>
                </m:e>
                <m:sub>
                  <m:r>
                    <w:rPr>
                      <w:rFonts w:ascii="Cambria Math" w:hAnsi="Cambria Math" w:cs="Times New Roman"/>
                      <w:sz w:val="28"/>
                      <w:szCs w:val="28"/>
                    </w:rPr>
                    <m:t>j</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ψ</m:t>
                  </m:r>
                </m:e>
                <m:sub>
                  <m:r>
                    <w:rPr>
                      <w:rFonts w:ascii="Cambria Math" w:hAnsi="Cambria Math" w:cs="Times New Roman"/>
                      <w:sz w:val="28"/>
                      <w:szCs w:val="28"/>
                    </w:rPr>
                    <m:t>j</m:t>
                  </m:r>
                </m:sub>
              </m:sSub>
              <m:r>
                <w:rPr>
                  <w:rFonts w:ascii="Cambria Math" w:hAnsi="Cambria Math" w:cs="Times New Roman"/>
                  <w:sz w:val="28"/>
                  <w:szCs w:val="28"/>
                </w:rPr>
                <m:t>dQ</m:t>
              </m:r>
            </m:e>
          </m:nary>
          <m:r>
            <w:rPr>
              <w:rFonts w:ascii="Cambria Math" w:hAnsi="Cambria Math" w:cs="Times New Roman"/>
              <w:sz w:val="28"/>
              <w:szCs w:val="28"/>
            </w:rPr>
            <m:t>,</m:t>
          </m:r>
        </m:oMath>
      </m:oMathPara>
    </w:p>
    <w:p w14:paraId="6FE8DB0F" w14:textId="77777777" w:rsidR="0070140D" w:rsidRDefault="0070140D" w:rsidP="004B7CD0">
      <w:pPr>
        <w:spacing w:after="0" w:line="240" w:lineRule="auto"/>
        <w:rPr>
          <w:rFonts w:ascii="Times New Roman" w:hAnsi="Times New Roman" w:cs="Times New Roman"/>
          <w:sz w:val="28"/>
          <w:szCs w:val="28"/>
          <w:lang w:val="kk-KZ"/>
        </w:rPr>
      </w:pPr>
    </w:p>
    <w:p w14:paraId="3BCE0E9A" w14:textId="77777777" w:rsidR="004B7CD0" w:rsidRPr="00B439DD" w:rsidRDefault="004B7CD0" w:rsidP="004B7CD0">
      <w:pPr>
        <w:spacing w:after="0" w:line="240" w:lineRule="auto"/>
        <w:rPr>
          <w:rFonts w:ascii="Times New Roman" w:hAnsi="Times New Roman" w:cs="Times New Roman"/>
          <w:sz w:val="28"/>
          <w:szCs w:val="28"/>
          <w:lang w:val="kk-KZ"/>
        </w:rPr>
      </w:pPr>
      <w:r w:rsidRPr="00B439DD">
        <w:rPr>
          <w:rFonts w:ascii="Times New Roman" w:hAnsi="Times New Roman" w:cs="Times New Roman"/>
          <w:sz w:val="28"/>
          <w:szCs w:val="28"/>
          <w:lang w:val="kk-KZ"/>
        </w:rPr>
        <w:t>белгілейік</w:t>
      </w:r>
    </w:p>
    <w:p w14:paraId="6B12EE21" w14:textId="41A9841B" w:rsidR="004B7CD0" w:rsidRPr="00B439DD" w:rsidRDefault="00A135AE" w:rsidP="004B7CD0">
      <w:pPr>
        <w:spacing w:after="0" w:line="240" w:lineRule="auto"/>
        <w:jc w:val="center"/>
        <w:rPr>
          <w:rFonts w:ascii="Times New Roman" w:hAnsi="Times New Roman" w:cs="Times New Roman"/>
          <w:sz w:val="28"/>
          <w:szCs w:val="28"/>
          <w:lang w:val="kk-KZ"/>
        </w:rPr>
      </w:pPr>
      <w:r w:rsidRPr="00B439DD">
        <w:rPr>
          <w:rFonts w:ascii="Times New Roman" w:hAnsi="Times New Roman" w:cs="Times New Roman"/>
          <w:noProof/>
          <w:position w:val="-16"/>
          <w:sz w:val="28"/>
          <w:szCs w:val="28"/>
        </w:rPr>
        <w:drawing>
          <wp:inline distT="0" distB="0" distL="0" distR="0" wp14:anchorId="49353644" wp14:editId="67ABB772">
            <wp:extent cx="991235" cy="317500"/>
            <wp:effectExtent l="0" t="0" r="0" b="6350"/>
            <wp:docPr id="2311" name="Рисунок 2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1"/>
                    <pic:cNvPicPr>
                      <a:picLocks noChangeAspect="1" noChangeArrowheads="1"/>
                    </pic:cNvPicPr>
                  </pic:nvPicPr>
                  <pic:blipFill>
                    <a:blip r:embed="rId3093" cstate="print">
                      <a:extLst>
                        <a:ext uri="{28A0092B-C50C-407E-A947-70E740481C1C}">
                          <a14:useLocalDpi xmlns:a14="http://schemas.microsoft.com/office/drawing/2010/main" val="0"/>
                        </a:ext>
                      </a:extLst>
                    </a:blip>
                    <a:srcRect/>
                    <a:stretch>
                      <a:fillRect/>
                    </a:stretch>
                  </pic:blipFill>
                  <pic:spPr bwMode="auto">
                    <a:xfrm>
                      <a:off x="0" y="0"/>
                      <a:ext cx="991235" cy="317500"/>
                    </a:xfrm>
                    <a:prstGeom prst="rect">
                      <a:avLst/>
                    </a:prstGeom>
                    <a:noFill/>
                    <a:ln>
                      <a:noFill/>
                    </a:ln>
                  </pic:spPr>
                </pic:pic>
              </a:graphicData>
            </a:graphic>
          </wp:inline>
        </w:drawing>
      </w:r>
      <w:r w:rsidR="004B7CD0" w:rsidRPr="00B439DD">
        <w:rPr>
          <w:rFonts w:ascii="Times New Roman" w:hAnsi="Times New Roman" w:cs="Times New Roman"/>
          <w:sz w:val="28"/>
          <w:szCs w:val="28"/>
          <w:lang w:val="kk-KZ"/>
        </w:rPr>
        <w:t>.</w:t>
      </w:r>
    </w:p>
    <w:p w14:paraId="50466412" w14:textId="77777777" w:rsidR="004B7CD0" w:rsidRPr="00B439DD" w:rsidRDefault="004B7CD0" w:rsidP="004B7CD0">
      <w:pPr>
        <w:spacing w:after="0" w:line="240" w:lineRule="auto"/>
        <w:jc w:val="both"/>
        <w:rPr>
          <w:rFonts w:ascii="Times New Roman" w:hAnsi="Times New Roman" w:cs="Times New Roman"/>
          <w:sz w:val="28"/>
          <w:szCs w:val="28"/>
          <w:lang w:val="kk-KZ"/>
        </w:rPr>
      </w:pPr>
      <w:r w:rsidRPr="00B439DD">
        <w:rPr>
          <w:rFonts w:ascii="Times New Roman" w:hAnsi="Times New Roman" w:cs="Times New Roman"/>
          <w:sz w:val="28"/>
          <w:szCs w:val="28"/>
          <w:lang w:val="kk-KZ"/>
        </w:rPr>
        <w:t>Онда</w:t>
      </w:r>
    </w:p>
    <w:p w14:paraId="3779D896" w14:textId="77777777" w:rsidR="00D33D27" w:rsidRPr="00B439DD" w:rsidRDefault="00D33D27" w:rsidP="004B7CD0">
      <w:pPr>
        <w:spacing w:after="0" w:line="240" w:lineRule="auto"/>
        <w:jc w:val="both"/>
        <w:rPr>
          <w:rFonts w:ascii="Times New Roman" w:hAnsi="Times New Roman" w:cs="Times New Roman"/>
          <w:sz w:val="28"/>
          <w:szCs w:val="28"/>
          <w:lang w:val="kk-KZ"/>
        </w:rPr>
      </w:pPr>
    </w:p>
    <w:p w14:paraId="5876C85C" w14:textId="6B28EA9A" w:rsidR="004B7CD0" w:rsidRPr="00B439DD" w:rsidRDefault="00A135AE" w:rsidP="0070140D">
      <w:pPr>
        <w:spacing w:after="0" w:line="240" w:lineRule="auto"/>
        <w:jc w:val="center"/>
        <w:rPr>
          <w:rFonts w:ascii="Times New Roman" w:hAnsi="Times New Roman" w:cs="Times New Roman"/>
          <w:sz w:val="28"/>
          <w:szCs w:val="28"/>
          <w:lang w:val="kk-KZ"/>
        </w:rPr>
      </w:pPr>
      <w:r w:rsidRPr="00B439DD">
        <w:rPr>
          <w:rFonts w:ascii="Times New Roman" w:hAnsi="Times New Roman" w:cs="Times New Roman"/>
          <w:noProof/>
          <w:position w:val="-18"/>
          <w:sz w:val="28"/>
          <w:szCs w:val="28"/>
        </w:rPr>
        <w:drawing>
          <wp:inline distT="0" distB="0" distL="0" distR="0" wp14:anchorId="196FB92E" wp14:editId="2C559B05">
            <wp:extent cx="3474720" cy="337185"/>
            <wp:effectExtent l="0" t="0" r="0" b="5715"/>
            <wp:docPr id="2312" name="Рисунок 2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2"/>
                    <pic:cNvPicPr>
                      <a:picLocks noChangeAspect="1" noChangeArrowheads="1"/>
                    </pic:cNvPicPr>
                  </pic:nvPicPr>
                  <pic:blipFill>
                    <a:blip r:embed="rId3094" cstate="print">
                      <a:extLst>
                        <a:ext uri="{28A0092B-C50C-407E-A947-70E740481C1C}">
                          <a14:useLocalDpi xmlns:a14="http://schemas.microsoft.com/office/drawing/2010/main" val="0"/>
                        </a:ext>
                      </a:extLst>
                    </a:blip>
                    <a:srcRect/>
                    <a:stretch>
                      <a:fillRect/>
                    </a:stretch>
                  </pic:blipFill>
                  <pic:spPr bwMode="auto">
                    <a:xfrm>
                      <a:off x="0" y="0"/>
                      <a:ext cx="3474720" cy="337185"/>
                    </a:xfrm>
                    <a:prstGeom prst="rect">
                      <a:avLst/>
                    </a:prstGeom>
                    <a:noFill/>
                    <a:ln>
                      <a:noFill/>
                    </a:ln>
                  </pic:spPr>
                </pic:pic>
              </a:graphicData>
            </a:graphic>
          </wp:inline>
        </w:drawing>
      </w:r>
    </w:p>
    <w:p w14:paraId="5FF15167" w14:textId="26E408D5" w:rsidR="004B7CD0" w:rsidRPr="00B439DD" w:rsidRDefault="00AC218E" w:rsidP="004B7CD0">
      <w:pPr>
        <w:spacing w:after="0" w:line="240" w:lineRule="auto"/>
        <w:jc w:val="right"/>
        <w:rPr>
          <w:rFonts w:ascii="Times New Roman" w:hAnsi="Times New Roman" w:cs="Times New Roman"/>
          <w:sz w:val="28"/>
          <w:szCs w:val="28"/>
          <w:lang w:val="kk-KZ"/>
        </w:rPr>
      </w:pPr>
      <m:oMathPara>
        <m:oMath>
          <m:d>
            <m:dPr>
              <m:ctrlPr>
                <w:rPr>
                  <w:rFonts w:ascii="Cambria Math" w:hAnsi="Cambria Math" w:cs="Times New Roman"/>
                  <w:i/>
                  <w:sz w:val="28"/>
                  <w:szCs w:val="28"/>
                </w:rPr>
              </m:ctrlPr>
            </m:dPr>
            <m:e>
              <m:r>
                <w:rPr>
                  <w:rFonts w:ascii="Cambria Math" w:hAnsi="Cambria Math" w:cs="Times New Roman"/>
                  <w:sz w:val="28"/>
                  <w:szCs w:val="28"/>
                  <w:lang w:val="kk-KZ"/>
                </w:rPr>
                <m:t>P(</m:t>
              </m:r>
              <m:sSub>
                <m:sSubPr>
                  <m:ctrlPr>
                    <w:rPr>
                      <w:rFonts w:ascii="Cambria Math" w:hAnsi="Cambria Math" w:cs="Times New Roman"/>
                      <w:i/>
                      <w:sz w:val="28"/>
                      <w:szCs w:val="28"/>
                    </w:rPr>
                  </m:ctrlPr>
                </m:sSubPr>
                <m:e>
                  <m:acc>
                    <m:accPr>
                      <m:chr m:val="⃗"/>
                      <m:ctrlPr>
                        <w:rPr>
                          <w:rFonts w:ascii="Cambria Math" w:hAnsi="Cambria Math" w:cs="Times New Roman"/>
                          <w:i/>
                          <w:sz w:val="28"/>
                          <w:szCs w:val="28"/>
                        </w:rPr>
                      </m:ctrlPr>
                    </m:accPr>
                    <m:e>
                      <m:r>
                        <w:rPr>
                          <w:rFonts w:ascii="Cambria Math" w:hAnsi="Cambria Math" w:cs="Times New Roman"/>
                          <w:sz w:val="28"/>
                          <w:szCs w:val="28"/>
                          <w:lang w:val="kk-KZ"/>
                        </w:rPr>
                        <m:t>C</m:t>
                      </m:r>
                    </m:e>
                  </m:acc>
                </m:e>
                <m:sub>
                  <m:r>
                    <w:rPr>
                      <w:rFonts w:ascii="Cambria Math" w:hAnsi="Cambria Math" w:cs="Times New Roman"/>
                      <w:sz w:val="28"/>
                      <w:szCs w:val="28"/>
                      <w:lang w:val="kk-KZ"/>
                    </w:rPr>
                    <m:t>N</m:t>
                  </m:r>
                </m:sub>
              </m:sSub>
              <m:r>
                <w:rPr>
                  <w:rFonts w:ascii="Cambria Math" w:hAnsi="Cambria Math" w:cs="Times New Roman"/>
                  <w:sz w:val="28"/>
                  <w:szCs w:val="28"/>
                  <w:lang w:val="kk-KZ"/>
                </w:rPr>
                <m:t>),</m:t>
              </m:r>
              <m:sSub>
                <m:sSubPr>
                  <m:ctrlPr>
                    <w:rPr>
                      <w:rFonts w:ascii="Cambria Math" w:hAnsi="Cambria Math" w:cs="Times New Roman"/>
                      <w:i/>
                      <w:sz w:val="28"/>
                      <w:szCs w:val="28"/>
                    </w:rPr>
                  </m:ctrlPr>
                </m:sSubPr>
                <m:e>
                  <m:acc>
                    <m:accPr>
                      <m:chr m:val="⃗"/>
                      <m:ctrlPr>
                        <w:rPr>
                          <w:rFonts w:ascii="Cambria Math" w:hAnsi="Cambria Math" w:cs="Times New Roman"/>
                          <w:i/>
                          <w:sz w:val="28"/>
                          <w:szCs w:val="28"/>
                        </w:rPr>
                      </m:ctrlPr>
                    </m:accPr>
                    <m:e>
                      <m:r>
                        <w:rPr>
                          <w:rFonts w:ascii="Cambria Math" w:hAnsi="Cambria Math" w:cs="Times New Roman"/>
                          <w:sz w:val="28"/>
                          <w:szCs w:val="28"/>
                          <w:lang w:val="kk-KZ"/>
                        </w:rPr>
                        <m:t>C</m:t>
                      </m:r>
                    </m:e>
                  </m:acc>
                </m:e>
                <m:sub>
                  <m:r>
                    <w:rPr>
                      <w:rFonts w:ascii="Cambria Math" w:hAnsi="Cambria Math" w:cs="Times New Roman"/>
                      <w:sz w:val="28"/>
                      <w:szCs w:val="28"/>
                      <w:lang w:val="kk-KZ"/>
                    </w:rPr>
                    <m:t>N</m:t>
                  </m:r>
                </m:sub>
              </m:sSub>
            </m:e>
          </m:d>
          <m:r>
            <w:rPr>
              <w:rFonts w:ascii="Cambria Math" w:hAnsi="Cambria Math" w:cs="Times New Roman"/>
              <w:sz w:val="28"/>
              <w:szCs w:val="28"/>
              <w:lang w:val="kk-KZ"/>
            </w:rPr>
            <m:t>=</m:t>
          </m:r>
          <m:nary>
            <m:naryPr>
              <m:chr m:val="∑"/>
              <m:ctrlPr>
                <w:rPr>
                  <w:rFonts w:ascii="Cambria Math" w:hAnsi="Cambria Math" w:cs="Times New Roman"/>
                  <w:i/>
                  <w:sz w:val="28"/>
                  <w:szCs w:val="28"/>
                </w:rPr>
              </m:ctrlPr>
            </m:naryPr>
            <m:sub>
              <m:r>
                <w:rPr>
                  <w:rFonts w:ascii="Cambria Math" w:hAnsi="Cambria Math" w:cs="Times New Roman"/>
                  <w:sz w:val="28"/>
                  <w:szCs w:val="28"/>
                  <w:lang w:val="kk-KZ"/>
                </w:rPr>
                <m:t>i=1</m:t>
              </m:r>
            </m:sub>
            <m:sup>
              <m:r>
                <w:rPr>
                  <w:rFonts w:ascii="Cambria Math" w:hAnsi="Cambria Math" w:cs="Times New Roman"/>
                  <w:sz w:val="28"/>
                  <w:szCs w:val="28"/>
                  <w:lang w:val="kk-KZ"/>
                </w:rPr>
                <m:t>N</m:t>
              </m:r>
            </m:sup>
            <m:e>
              <m:sSub>
                <m:sSubPr>
                  <m:ctrlPr>
                    <w:rPr>
                      <w:rFonts w:ascii="Cambria Math" w:hAnsi="Cambria Math" w:cs="Times New Roman"/>
                      <w:i/>
                      <w:sz w:val="28"/>
                      <w:szCs w:val="28"/>
                    </w:rPr>
                  </m:ctrlPr>
                </m:sSubPr>
                <m:e>
                  <m:r>
                    <w:rPr>
                      <w:rFonts w:ascii="Cambria Math" w:hAnsi="Cambria Math" w:cs="Times New Roman"/>
                      <w:sz w:val="28"/>
                      <w:szCs w:val="28"/>
                      <w:lang w:val="kk-KZ"/>
                    </w:rPr>
                    <m:t>η</m:t>
                  </m:r>
                </m:e>
                <m:sub>
                  <m:r>
                    <w:rPr>
                      <w:rFonts w:ascii="Cambria Math" w:hAnsi="Cambria Math" w:cs="Times New Roman"/>
                      <w:sz w:val="28"/>
                      <w:szCs w:val="28"/>
                      <w:lang w:val="kk-KZ"/>
                    </w:rPr>
                    <m:t>j</m:t>
                  </m:r>
                </m:sub>
              </m:sSub>
              <m:sSub>
                <m:sSubPr>
                  <m:ctrlPr>
                    <w:rPr>
                      <w:rFonts w:ascii="Cambria Math" w:hAnsi="Cambria Math" w:cs="Times New Roman"/>
                      <w:i/>
                      <w:sz w:val="28"/>
                      <w:szCs w:val="28"/>
                    </w:rPr>
                  </m:ctrlPr>
                </m:sSubPr>
                <m:e>
                  <m:r>
                    <w:rPr>
                      <w:rFonts w:ascii="Cambria Math" w:hAnsi="Cambria Math" w:cs="Times New Roman"/>
                      <w:sz w:val="28"/>
                      <w:szCs w:val="28"/>
                      <w:lang w:val="kk-KZ"/>
                    </w:rPr>
                    <m:t>C</m:t>
                  </m:r>
                </m:e>
                <m:sub>
                  <m:r>
                    <w:rPr>
                      <w:rFonts w:ascii="Cambria Math" w:hAnsi="Cambria Math" w:cs="Times New Roman"/>
                      <w:sz w:val="28"/>
                      <w:szCs w:val="28"/>
                      <w:lang w:val="kk-KZ"/>
                    </w:rPr>
                    <m:t>Nj</m:t>
                  </m:r>
                </m:sub>
              </m:sSub>
            </m:e>
          </m:nary>
          <m:r>
            <w:rPr>
              <w:rFonts w:ascii="Cambria Math" w:hAnsi="Cambria Math" w:cs="Times New Roman"/>
              <w:sz w:val="28"/>
              <w:szCs w:val="28"/>
              <w:lang w:val="kk-KZ"/>
            </w:rPr>
            <m:t>=</m:t>
          </m:r>
          <m:r>
            <m:rPr>
              <m:sty m:val="p"/>
            </m:rPr>
            <w:rPr>
              <w:rFonts w:ascii="Cambria Math" w:hAnsi="Cambria Math" w:cs="Times New Roman"/>
              <w:sz w:val="28"/>
              <w:szCs w:val="28"/>
              <w:lang w:val="kk-KZ"/>
            </w:rPr>
            <w:br/>
          </m:r>
        </m:oMath>
        <m:oMath>
          <m:r>
            <w:rPr>
              <w:rFonts w:ascii="Cambria Math" w:hAnsi="Cambria Math" w:cs="Times New Roman"/>
              <w:sz w:val="28"/>
              <w:szCs w:val="28"/>
              <w:lang w:val="kk-KZ"/>
            </w:rPr>
            <m:t>=-</m:t>
          </m:r>
          <m:nary>
            <m:naryPr>
              <m:supHide m:val="1"/>
              <m:ctrlPr>
                <w:rPr>
                  <w:rFonts w:ascii="Cambria Math" w:hAnsi="Cambria Math" w:cs="Times New Roman"/>
                  <w:i/>
                  <w:sz w:val="28"/>
                  <w:szCs w:val="28"/>
                </w:rPr>
              </m:ctrlPr>
            </m:naryPr>
            <m:sub>
              <m:r>
                <w:rPr>
                  <w:rFonts w:ascii="Cambria Math" w:hAnsi="Cambria Math" w:cs="Times New Roman"/>
                  <w:sz w:val="28"/>
                  <w:szCs w:val="28"/>
                  <w:lang w:val="kk-KZ"/>
                </w:rPr>
                <m:t>Q</m:t>
              </m:r>
            </m:sub>
            <m:sup/>
            <m:e>
              <m:d>
                <m:dPr>
                  <m:ctrlPr>
                    <w:rPr>
                      <w:rFonts w:ascii="Cambria Math" w:hAnsi="Cambria Math" w:cs="Times New Roman"/>
                      <w:i/>
                      <w:sz w:val="28"/>
                      <w:szCs w:val="28"/>
                    </w:rPr>
                  </m:ctrlPr>
                </m:dPr>
                <m:e>
                  <m:r>
                    <w:rPr>
                      <w:rFonts w:ascii="Cambria Math" w:hAnsi="Cambria Math" w:cs="Times New Roman"/>
                      <w:sz w:val="28"/>
                      <w:szCs w:val="28"/>
                      <w:lang w:val="kk-KZ"/>
                    </w:rPr>
                    <m:t>ε</m:t>
                  </m:r>
                  <m:sSub>
                    <m:sSubPr>
                      <m:ctrlPr>
                        <w:rPr>
                          <w:rFonts w:ascii="Cambria Math" w:hAnsi="Cambria Math" w:cs="Times New Roman"/>
                          <w:i/>
                          <w:sz w:val="28"/>
                          <w:szCs w:val="28"/>
                        </w:rPr>
                      </m:ctrlPr>
                    </m:sSubPr>
                    <m:e>
                      <m:r>
                        <w:rPr>
                          <w:rFonts w:ascii="Cambria Math" w:hAnsi="Cambria Math" w:cs="Times New Roman"/>
                          <w:sz w:val="28"/>
                          <w:szCs w:val="28"/>
                          <w:lang w:val="kk-KZ"/>
                        </w:rPr>
                        <m:t>Δ</m:t>
                      </m:r>
                    </m:e>
                    <m:sub>
                      <m:r>
                        <w:rPr>
                          <w:rFonts w:ascii="Cambria Math" w:hAnsi="Cambria Math" w:cs="Times New Roman"/>
                          <w:sz w:val="28"/>
                          <w:szCs w:val="28"/>
                          <w:lang w:val="kk-KZ"/>
                        </w:rPr>
                        <m:t>y</m:t>
                      </m:r>
                    </m:sub>
                  </m:sSub>
                  <m:sSub>
                    <m:sSubPr>
                      <m:ctrlPr>
                        <w:rPr>
                          <w:rFonts w:ascii="Cambria Math" w:hAnsi="Cambria Math" w:cs="Times New Roman"/>
                          <w:i/>
                          <w:sz w:val="28"/>
                          <w:szCs w:val="28"/>
                        </w:rPr>
                      </m:ctrlPr>
                    </m:sSubPr>
                    <m:e>
                      <m:r>
                        <w:rPr>
                          <w:rFonts w:ascii="Cambria Math" w:hAnsi="Cambria Math" w:cs="Times New Roman"/>
                          <w:sz w:val="28"/>
                          <w:szCs w:val="28"/>
                          <w:lang w:val="kk-KZ"/>
                        </w:rPr>
                        <m:t>u</m:t>
                      </m:r>
                    </m:e>
                    <m:sub>
                      <m:r>
                        <w:rPr>
                          <w:rFonts w:ascii="Cambria Math" w:hAnsi="Cambria Math" w:cs="Times New Roman"/>
                          <w:sz w:val="28"/>
                          <w:szCs w:val="28"/>
                          <w:lang w:val="kk-KZ"/>
                        </w:rPr>
                        <m:t>Nxx</m:t>
                      </m:r>
                    </m:sub>
                  </m:sSub>
                  <m:r>
                    <w:rPr>
                      <w:rFonts w:ascii="Cambria Math" w:hAnsi="Cambria Math" w:cs="Times New Roman"/>
                      <w:sz w:val="28"/>
                      <w:szCs w:val="28"/>
                      <w:lang w:val="kk-KZ"/>
                    </w:rPr>
                    <m:t>-</m:t>
                  </m:r>
                  <m:sSub>
                    <m:sSubPr>
                      <m:ctrlPr>
                        <w:rPr>
                          <w:rFonts w:ascii="Cambria Math" w:hAnsi="Cambria Math" w:cs="Times New Roman"/>
                          <w:i/>
                          <w:sz w:val="28"/>
                          <w:szCs w:val="28"/>
                        </w:rPr>
                      </m:ctrlPr>
                    </m:sSubPr>
                    <m:e>
                      <m:r>
                        <w:rPr>
                          <w:rFonts w:ascii="Cambria Math" w:hAnsi="Cambria Math" w:cs="Times New Roman"/>
                          <w:sz w:val="28"/>
                          <w:szCs w:val="28"/>
                          <w:lang w:val="kk-KZ"/>
                        </w:rPr>
                        <m:t>u</m:t>
                      </m:r>
                    </m:e>
                    <m:sub>
                      <m:r>
                        <w:rPr>
                          <w:rFonts w:ascii="Cambria Math" w:hAnsi="Cambria Math" w:cs="Times New Roman"/>
                          <w:sz w:val="28"/>
                          <w:szCs w:val="28"/>
                          <w:lang w:val="kk-KZ"/>
                        </w:rPr>
                        <m:t>Nxx</m:t>
                      </m:r>
                    </m:sub>
                  </m:sSub>
                  <m:r>
                    <w:rPr>
                      <w:rFonts w:ascii="Cambria Math" w:hAnsi="Cambria Math" w:cs="Times New Roman"/>
                      <w:sz w:val="28"/>
                      <w:szCs w:val="28"/>
                      <w:lang w:val="kk-KZ"/>
                    </w:rPr>
                    <m:t>-</m:t>
                  </m:r>
                  <m:sSub>
                    <m:sSubPr>
                      <m:ctrlPr>
                        <w:rPr>
                          <w:rFonts w:ascii="Cambria Math" w:hAnsi="Cambria Math" w:cs="Times New Roman"/>
                          <w:i/>
                          <w:sz w:val="28"/>
                          <w:szCs w:val="28"/>
                        </w:rPr>
                      </m:ctrlPr>
                    </m:sSubPr>
                    <m:e>
                      <m:r>
                        <w:rPr>
                          <w:rFonts w:ascii="Cambria Math" w:hAnsi="Cambria Math" w:cs="Times New Roman"/>
                          <w:sz w:val="28"/>
                          <w:szCs w:val="28"/>
                          <w:lang w:val="kk-KZ"/>
                        </w:rPr>
                        <m:t>Δ</m:t>
                      </m:r>
                    </m:e>
                    <m:sub>
                      <m:r>
                        <w:rPr>
                          <w:rFonts w:ascii="Cambria Math" w:hAnsi="Cambria Math" w:cs="Times New Roman"/>
                          <w:sz w:val="28"/>
                          <w:szCs w:val="28"/>
                          <w:lang w:val="kk-KZ"/>
                        </w:rPr>
                        <m:t>y</m:t>
                      </m:r>
                    </m:sub>
                  </m:sSub>
                  <m:sSub>
                    <m:sSubPr>
                      <m:ctrlPr>
                        <w:rPr>
                          <w:rFonts w:ascii="Cambria Math" w:hAnsi="Cambria Math" w:cs="Times New Roman"/>
                          <w:i/>
                          <w:sz w:val="28"/>
                          <w:szCs w:val="28"/>
                        </w:rPr>
                      </m:ctrlPr>
                    </m:sSubPr>
                    <m:e>
                      <m:r>
                        <w:rPr>
                          <w:rFonts w:ascii="Cambria Math" w:hAnsi="Cambria Math" w:cs="Times New Roman"/>
                          <w:sz w:val="28"/>
                          <w:szCs w:val="28"/>
                          <w:lang w:val="kk-KZ"/>
                        </w:rPr>
                        <m:t>u</m:t>
                      </m:r>
                    </m:e>
                    <m:sub>
                      <m:r>
                        <w:rPr>
                          <w:rFonts w:ascii="Cambria Math" w:hAnsi="Cambria Math" w:cs="Times New Roman"/>
                          <w:sz w:val="28"/>
                          <w:szCs w:val="28"/>
                          <w:lang w:val="kk-KZ"/>
                        </w:rPr>
                        <m:t>N</m:t>
                      </m:r>
                    </m:sub>
                  </m:sSub>
                  <m:r>
                    <w:rPr>
                      <w:rFonts w:ascii="Cambria Math" w:hAnsi="Cambria Math" w:cs="Times New Roman"/>
                      <w:sz w:val="28"/>
                      <w:szCs w:val="28"/>
                      <w:lang w:val="kk-KZ"/>
                    </w:rPr>
                    <m:t>-</m:t>
                  </m:r>
                  <m:sSup>
                    <m:sSupPr>
                      <m:ctrlPr>
                        <w:rPr>
                          <w:rFonts w:ascii="Cambria Math" w:hAnsi="Cambria Math" w:cs="Times New Roman"/>
                          <w:i/>
                          <w:sz w:val="28"/>
                          <w:szCs w:val="28"/>
                        </w:rPr>
                      </m:ctrlPr>
                    </m:sSupPr>
                    <m:e>
                      <m:d>
                        <m:dPr>
                          <m:begChr m:val="|"/>
                          <m:endChr m:val="|"/>
                          <m:ctrlPr>
                            <w:rPr>
                              <w:rFonts w:ascii="Cambria Math" w:hAnsi="Cambria Math" w:cs="Times New Roman"/>
                              <w:i/>
                              <w:sz w:val="28"/>
                              <w:szCs w:val="28"/>
                            </w:rPr>
                          </m:ctrlPr>
                        </m:dPr>
                        <m:e>
                          <m:sSub>
                            <m:sSubPr>
                              <m:ctrlPr>
                                <w:rPr>
                                  <w:rFonts w:ascii="Cambria Math" w:hAnsi="Cambria Math" w:cs="Times New Roman"/>
                                  <w:i/>
                                  <w:sz w:val="28"/>
                                  <w:szCs w:val="28"/>
                                </w:rPr>
                              </m:ctrlPr>
                            </m:sSubPr>
                            <m:e>
                              <m:sSub>
                                <m:sSubPr>
                                  <m:ctrlPr>
                                    <w:rPr>
                                      <w:rFonts w:ascii="Cambria Math" w:hAnsi="Cambria Math" w:cs="Times New Roman"/>
                                      <w:i/>
                                      <w:sz w:val="28"/>
                                      <w:szCs w:val="28"/>
                                    </w:rPr>
                                  </m:ctrlPr>
                                </m:sSubPr>
                                <m:e>
                                  <m:r>
                                    <w:rPr>
                                      <w:rFonts w:ascii="Cambria Math" w:hAnsi="Cambria Math" w:cs="Times New Roman"/>
                                      <w:sz w:val="28"/>
                                      <w:szCs w:val="28"/>
                                      <w:lang w:val="kk-KZ"/>
                                    </w:rPr>
                                    <m:t>Δ</m:t>
                                  </m:r>
                                </m:e>
                                <m:sub>
                                  <m:r>
                                    <w:rPr>
                                      <w:rFonts w:ascii="Cambria Math" w:hAnsi="Cambria Math" w:cs="Times New Roman"/>
                                      <w:sz w:val="28"/>
                                      <w:szCs w:val="28"/>
                                      <w:lang w:val="kk-KZ"/>
                                    </w:rPr>
                                    <m:t>y</m:t>
                                  </m:r>
                                </m:sub>
                              </m:sSub>
                              <m:r>
                                <w:rPr>
                                  <w:rFonts w:ascii="Cambria Math" w:hAnsi="Cambria Math" w:cs="Times New Roman"/>
                                  <w:sz w:val="28"/>
                                  <w:szCs w:val="28"/>
                                  <w:lang w:val="kk-KZ"/>
                                </w:rPr>
                                <m:t>u</m:t>
                              </m:r>
                            </m:e>
                            <m:sub>
                              <m:r>
                                <w:rPr>
                                  <w:rFonts w:ascii="Cambria Math" w:hAnsi="Cambria Math" w:cs="Times New Roman"/>
                                  <w:sz w:val="28"/>
                                  <w:szCs w:val="28"/>
                                  <w:lang w:val="kk-KZ"/>
                                </w:rPr>
                                <m:t>N</m:t>
                              </m:r>
                            </m:sub>
                          </m:sSub>
                        </m:e>
                      </m:d>
                    </m:e>
                    <m:sup>
                      <m:r>
                        <w:rPr>
                          <w:rFonts w:ascii="Cambria Math" w:hAnsi="Cambria Math" w:cs="Times New Roman"/>
                          <w:sz w:val="28"/>
                          <w:szCs w:val="28"/>
                          <w:lang w:val="kk-KZ"/>
                        </w:rPr>
                        <m:t>p-2</m:t>
                      </m:r>
                    </m:sup>
                  </m:sSup>
                  <m:sSub>
                    <m:sSubPr>
                      <m:ctrlPr>
                        <w:rPr>
                          <w:rFonts w:ascii="Cambria Math" w:hAnsi="Cambria Math" w:cs="Times New Roman"/>
                          <w:i/>
                          <w:sz w:val="28"/>
                          <w:szCs w:val="28"/>
                        </w:rPr>
                      </m:ctrlPr>
                    </m:sSubPr>
                    <m:e>
                      <m:r>
                        <w:rPr>
                          <w:rFonts w:ascii="Cambria Math" w:hAnsi="Cambria Math" w:cs="Times New Roman"/>
                          <w:sz w:val="28"/>
                          <w:szCs w:val="28"/>
                          <w:lang w:val="kk-KZ"/>
                        </w:rPr>
                        <m:t>∆u</m:t>
                      </m:r>
                    </m:e>
                    <m:sub>
                      <m:r>
                        <w:rPr>
                          <w:rFonts w:ascii="Cambria Math" w:hAnsi="Cambria Math" w:cs="Times New Roman"/>
                          <w:sz w:val="28"/>
                          <w:szCs w:val="28"/>
                          <w:lang w:val="kk-KZ"/>
                        </w:rPr>
                        <m:t>N</m:t>
                      </m:r>
                    </m:sub>
                  </m:sSub>
                  <m:r>
                    <w:rPr>
                      <w:rFonts w:ascii="Cambria Math" w:hAnsi="Cambria Math" w:cs="Times New Roman"/>
                      <w:sz w:val="28"/>
                      <w:szCs w:val="28"/>
                      <w:lang w:val="kk-KZ"/>
                    </w:rPr>
                    <m:t>+</m:t>
                  </m:r>
                  <m:sSub>
                    <m:sSubPr>
                      <m:ctrlPr>
                        <w:rPr>
                          <w:rFonts w:ascii="Cambria Math" w:hAnsi="Cambria Math" w:cs="Times New Roman"/>
                          <w:i/>
                          <w:sz w:val="28"/>
                          <w:szCs w:val="28"/>
                        </w:rPr>
                      </m:ctrlPr>
                    </m:sSubPr>
                    <m:e>
                      <m:r>
                        <w:rPr>
                          <w:rFonts w:ascii="Cambria Math" w:hAnsi="Cambria Math" w:cs="Times New Roman"/>
                          <w:sz w:val="28"/>
                          <w:szCs w:val="28"/>
                          <w:lang w:val="kk-KZ"/>
                        </w:rPr>
                        <m:t>c</m:t>
                      </m:r>
                    </m:e>
                    <m:sub>
                      <m:r>
                        <w:rPr>
                          <w:rFonts w:ascii="Cambria Math" w:hAnsi="Cambria Math" w:cs="Times New Roman"/>
                          <w:sz w:val="28"/>
                          <w:szCs w:val="28"/>
                          <w:lang w:val="kk-KZ"/>
                        </w:rPr>
                        <m:t>0</m:t>
                      </m:r>
                    </m:sub>
                  </m:sSub>
                  <m:sSub>
                    <m:sSubPr>
                      <m:ctrlPr>
                        <w:rPr>
                          <w:rFonts w:ascii="Cambria Math" w:hAnsi="Cambria Math" w:cs="Times New Roman"/>
                          <w:i/>
                          <w:sz w:val="28"/>
                          <w:szCs w:val="28"/>
                        </w:rPr>
                      </m:ctrlPr>
                    </m:sSubPr>
                    <m:e>
                      <m:r>
                        <w:rPr>
                          <w:rFonts w:ascii="Cambria Math" w:hAnsi="Cambria Math" w:cs="Times New Roman"/>
                          <w:sz w:val="28"/>
                          <w:szCs w:val="28"/>
                          <w:lang w:val="kk-KZ"/>
                        </w:rPr>
                        <m:t>u</m:t>
                      </m:r>
                    </m:e>
                    <m:sub>
                      <m:r>
                        <w:rPr>
                          <w:rFonts w:ascii="Cambria Math" w:hAnsi="Cambria Math" w:cs="Times New Roman"/>
                          <w:sz w:val="28"/>
                          <w:szCs w:val="28"/>
                          <w:lang w:val="kk-KZ"/>
                        </w:rPr>
                        <m:t>N</m:t>
                      </m:r>
                    </m:sub>
                  </m:sSub>
                </m:e>
              </m:d>
              <m:sSub>
                <m:sSubPr>
                  <m:ctrlPr>
                    <w:rPr>
                      <w:rFonts w:ascii="Cambria Math" w:hAnsi="Cambria Math" w:cs="Times New Roman"/>
                      <w:i/>
                      <w:sz w:val="28"/>
                      <w:szCs w:val="28"/>
                    </w:rPr>
                  </m:ctrlPr>
                </m:sSubPr>
                <m:e>
                  <m:sSub>
                    <m:sSubPr>
                      <m:ctrlPr>
                        <w:rPr>
                          <w:rFonts w:ascii="Cambria Math" w:hAnsi="Cambria Math" w:cs="Times New Roman"/>
                          <w:i/>
                          <w:sz w:val="28"/>
                          <w:szCs w:val="28"/>
                        </w:rPr>
                      </m:ctrlPr>
                    </m:sSubPr>
                    <m:e>
                      <m:r>
                        <w:rPr>
                          <w:rFonts w:ascii="Cambria Math" w:hAnsi="Cambria Math" w:cs="Times New Roman"/>
                          <w:sz w:val="28"/>
                          <w:szCs w:val="28"/>
                          <w:lang w:val="kk-KZ"/>
                        </w:rPr>
                        <m:t>Δ</m:t>
                      </m:r>
                    </m:e>
                    <m:sub>
                      <m:r>
                        <w:rPr>
                          <w:rFonts w:ascii="Cambria Math" w:hAnsi="Cambria Math" w:cs="Times New Roman"/>
                          <w:sz w:val="28"/>
                          <w:szCs w:val="28"/>
                          <w:lang w:val="kk-KZ"/>
                        </w:rPr>
                        <m:t>y</m:t>
                      </m:r>
                    </m:sub>
                  </m:sSub>
                  <m:r>
                    <w:rPr>
                      <w:rFonts w:ascii="Cambria Math" w:hAnsi="Cambria Math" w:cs="Times New Roman"/>
                      <w:sz w:val="28"/>
                      <w:szCs w:val="28"/>
                      <w:lang w:val="kk-KZ"/>
                    </w:rPr>
                    <m:t>u</m:t>
                  </m:r>
                </m:e>
                <m:sub>
                  <m:r>
                    <w:rPr>
                      <w:rFonts w:ascii="Cambria Math" w:hAnsi="Cambria Math" w:cs="Times New Roman"/>
                      <w:sz w:val="28"/>
                      <w:szCs w:val="28"/>
                      <w:lang w:val="kk-KZ"/>
                    </w:rPr>
                    <m:t>N</m:t>
                  </m:r>
                </m:sub>
              </m:sSub>
              <m:r>
                <w:rPr>
                  <w:rFonts w:ascii="Cambria Math" w:hAnsi="Cambria Math" w:cs="Times New Roman"/>
                  <w:sz w:val="28"/>
                  <w:szCs w:val="28"/>
                  <w:lang w:val="kk-KZ"/>
                </w:rPr>
                <m:t>dQ+</m:t>
              </m:r>
            </m:e>
          </m:nary>
          <m:r>
            <w:rPr>
              <w:rFonts w:ascii="Cambria Math" w:hAnsi="Cambria Math" w:cs="Times New Roman"/>
              <w:sz w:val="28"/>
              <w:szCs w:val="28"/>
              <w:lang w:val="kk-KZ"/>
            </w:rPr>
            <m:t>+</m:t>
          </m:r>
          <m:nary>
            <m:naryPr>
              <m:supHide m:val="1"/>
              <m:ctrlPr>
                <w:rPr>
                  <w:rFonts w:ascii="Cambria Math" w:hAnsi="Cambria Math" w:cs="Times New Roman"/>
                  <w:i/>
                  <w:sz w:val="28"/>
                  <w:szCs w:val="28"/>
                </w:rPr>
              </m:ctrlPr>
            </m:naryPr>
            <m:sub>
              <m:r>
                <w:rPr>
                  <w:rFonts w:ascii="Cambria Math" w:hAnsi="Cambria Math" w:cs="Times New Roman"/>
                  <w:sz w:val="28"/>
                  <w:szCs w:val="28"/>
                  <w:lang w:val="kk-KZ"/>
                </w:rPr>
                <m:t>Q</m:t>
              </m:r>
            </m:sub>
            <m:sup/>
            <m:e>
              <m:r>
                <w:rPr>
                  <w:rFonts w:ascii="Cambria Math" w:hAnsi="Cambria Math" w:cs="Times New Roman"/>
                  <w:sz w:val="28"/>
                  <w:szCs w:val="28"/>
                  <w:lang w:val="kk-KZ"/>
                </w:rPr>
                <m:t>f</m:t>
              </m:r>
              <m:sSub>
                <m:sSubPr>
                  <m:ctrlPr>
                    <w:rPr>
                      <w:rFonts w:ascii="Cambria Math" w:hAnsi="Cambria Math" w:cs="Times New Roman"/>
                      <w:i/>
                      <w:sz w:val="28"/>
                      <w:szCs w:val="28"/>
                    </w:rPr>
                  </m:ctrlPr>
                </m:sSubPr>
                <m:e>
                  <m:sSub>
                    <m:sSubPr>
                      <m:ctrlPr>
                        <w:rPr>
                          <w:rFonts w:ascii="Cambria Math" w:hAnsi="Cambria Math" w:cs="Times New Roman"/>
                          <w:i/>
                          <w:sz w:val="28"/>
                          <w:szCs w:val="28"/>
                        </w:rPr>
                      </m:ctrlPr>
                    </m:sSubPr>
                    <m:e>
                      <m:r>
                        <w:rPr>
                          <w:rFonts w:ascii="Cambria Math" w:hAnsi="Cambria Math" w:cs="Times New Roman"/>
                          <w:sz w:val="28"/>
                          <w:szCs w:val="28"/>
                          <w:lang w:val="kk-KZ"/>
                        </w:rPr>
                        <m:t>Δ</m:t>
                      </m:r>
                    </m:e>
                    <m:sub>
                      <m:r>
                        <w:rPr>
                          <w:rFonts w:ascii="Cambria Math" w:hAnsi="Cambria Math" w:cs="Times New Roman"/>
                          <w:sz w:val="28"/>
                          <w:szCs w:val="28"/>
                          <w:lang w:val="kk-KZ"/>
                        </w:rPr>
                        <m:t>y</m:t>
                      </m:r>
                    </m:sub>
                  </m:sSub>
                  <m:r>
                    <w:rPr>
                      <w:rFonts w:ascii="Cambria Math" w:hAnsi="Cambria Math" w:cs="Times New Roman"/>
                      <w:sz w:val="28"/>
                      <w:szCs w:val="28"/>
                      <w:lang w:val="kk-KZ"/>
                    </w:rPr>
                    <m:t>u</m:t>
                  </m:r>
                </m:e>
                <m:sub>
                  <m:r>
                    <w:rPr>
                      <w:rFonts w:ascii="Cambria Math" w:hAnsi="Cambria Math" w:cs="Times New Roman"/>
                      <w:sz w:val="28"/>
                      <w:szCs w:val="28"/>
                      <w:lang w:val="kk-KZ"/>
                    </w:rPr>
                    <m:t>N</m:t>
                  </m:r>
                </m:sub>
              </m:sSub>
              <m:r>
                <w:rPr>
                  <w:rFonts w:ascii="Cambria Math" w:hAnsi="Cambria Math" w:cs="Times New Roman"/>
                  <w:sz w:val="28"/>
                  <w:szCs w:val="28"/>
                  <w:lang w:val="kk-KZ"/>
                </w:rPr>
                <m:t>dQ</m:t>
              </m:r>
            </m:e>
          </m:nary>
          <m:r>
            <w:rPr>
              <w:rFonts w:ascii="Cambria Math" w:hAnsi="Cambria Math" w:cs="Times New Roman"/>
              <w:sz w:val="28"/>
              <w:szCs w:val="28"/>
              <w:lang w:val="kk-KZ"/>
            </w:rPr>
            <m:t>=</m:t>
          </m:r>
          <m:r>
            <m:rPr>
              <m:sty m:val="p"/>
            </m:rPr>
            <w:rPr>
              <w:rFonts w:ascii="Cambria Math" w:hAnsi="Cambria Math" w:cs="Times New Roman"/>
              <w:sz w:val="28"/>
              <w:szCs w:val="28"/>
              <w:lang w:val="kk-KZ"/>
            </w:rPr>
            <w:br/>
          </m:r>
        </m:oMath>
        <m:oMath>
          <m:r>
            <w:rPr>
              <w:rFonts w:ascii="Cambria Math" w:hAnsi="Cambria Math" w:cs="Times New Roman"/>
              <w:sz w:val="28"/>
              <w:szCs w:val="28"/>
              <w:lang w:val="kk-KZ"/>
            </w:rPr>
            <m:t>=ε</m:t>
          </m:r>
          <m:sSubSup>
            <m:sSubSupPr>
              <m:ctrlPr>
                <w:rPr>
                  <w:rFonts w:ascii="Cambria Math" w:hAnsi="Cambria Math" w:cs="Times New Roman"/>
                  <w:i/>
                  <w:sz w:val="28"/>
                  <w:szCs w:val="28"/>
                </w:rPr>
              </m:ctrlPr>
            </m:sSubSupPr>
            <m:e>
              <m:d>
                <m:dPr>
                  <m:begChr m:val="‖"/>
                  <m:endChr m:val="‖"/>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lang w:val="kk-KZ"/>
                        </w:rPr>
                        <m:t>∆</m:t>
                      </m:r>
                    </m:e>
                    <m:sub>
                      <m:r>
                        <w:rPr>
                          <w:rFonts w:ascii="Cambria Math" w:hAnsi="Cambria Math" w:cs="Times New Roman"/>
                          <w:sz w:val="28"/>
                          <w:szCs w:val="28"/>
                          <w:lang w:val="kk-KZ"/>
                        </w:rPr>
                        <m:t>y</m:t>
                      </m:r>
                    </m:sub>
                  </m:sSub>
                  <m:sSub>
                    <m:sSubPr>
                      <m:ctrlPr>
                        <w:rPr>
                          <w:rFonts w:ascii="Cambria Math" w:hAnsi="Cambria Math" w:cs="Times New Roman"/>
                          <w:i/>
                          <w:sz w:val="28"/>
                          <w:szCs w:val="28"/>
                        </w:rPr>
                      </m:ctrlPr>
                    </m:sSubPr>
                    <m:e>
                      <m:r>
                        <w:rPr>
                          <w:rFonts w:ascii="Cambria Math" w:hAnsi="Cambria Math" w:cs="Times New Roman"/>
                          <w:sz w:val="28"/>
                          <w:szCs w:val="28"/>
                          <w:lang w:val="kk-KZ"/>
                        </w:rPr>
                        <m:t>u</m:t>
                      </m:r>
                    </m:e>
                    <m:sub>
                      <m:r>
                        <w:rPr>
                          <w:rFonts w:ascii="Cambria Math" w:hAnsi="Cambria Math" w:cs="Times New Roman"/>
                          <w:sz w:val="28"/>
                          <w:szCs w:val="28"/>
                          <w:lang w:val="kk-KZ"/>
                        </w:rPr>
                        <m:t>Nx</m:t>
                      </m:r>
                    </m:sub>
                  </m:sSub>
                </m:e>
              </m:d>
            </m:e>
            <m:sub>
              <m:r>
                <w:rPr>
                  <w:rFonts w:ascii="Cambria Math" w:hAnsi="Cambria Math" w:cs="Times New Roman"/>
                  <w:sz w:val="28"/>
                  <w:szCs w:val="28"/>
                  <w:lang w:val="kk-KZ"/>
                </w:rPr>
                <m:t>2,Q</m:t>
              </m:r>
            </m:sub>
            <m:sup>
              <m:r>
                <w:rPr>
                  <w:rFonts w:ascii="Cambria Math" w:hAnsi="Cambria Math" w:cs="Times New Roman"/>
                  <w:sz w:val="28"/>
                  <w:szCs w:val="28"/>
                  <w:lang w:val="kk-KZ"/>
                </w:rPr>
                <m:t>2</m:t>
              </m:r>
            </m:sup>
          </m:sSubSup>
          <m:r>
            <w:rPr>
              <w:rFonts w:ascii="Cambria Math" w:hAnsi="Cambria Math" w:cs="Times New Roman"/>
              <w:sz w:val="28"/>
              <w:szCs w:val="28"/>
              <w:lang w:val="kk-KZ"/>
            </w:rPr>
            <m:t>+</m:t>
          </m:r>
          <m:sSubSup>
            <m:sSubSupPr>
              <m:ctrlPr>
                <w:rPr>
                  <w:rFonts w:ascii="Cambria Math" w:hAnsi="Cambria Math" w:cs="Times New Roman"/>
                  <w:i/>
                  <w:sz w:val="28"/>
                  <w:szCs w:val="28"/>
                </w:rPr>
              </m:ctrlPr>
            </m:sSubSupPr>
            <m:e>
              <m:d>
                <m:dPr>
                  <m:begChr m:val="‖"/>
                  <m:endChr m:val="‖"/>
                  <m:ctrlPr>
                    <w:rPr>
                      <w:rFonts w:ascii="Cambria Math" w:hAnsi="Cambria Math" w:cs="Times New Roman"/>
                      <w:i/>
                      <w:sz w:val="28"/>
                      <w:szCs w:val="28"/>
                    </w:rPr>
                  </m:ctrlPr>
                </m:dPr>
                <m:e>
                  <m:sSub>
                    <m:sSubPr>
                      <m:ctrlPr>
                        <w:rPr>
                          <w:rFonts w:ascii="Cambria Math" w:hAnsi="Cambria Math" w:cs="Times New Roman"/>
                          <w:i/>
                          <w:sz w:val="28"/>
                          <w:szCs w:val="28"/>
                        </w:rPr>
                      </m:ctrlPr>
                    </m:sSubPr>
                    <m:e>
                      <m:sSub>
                        <m:sSubPr>
                          <m:ctrlPr>
                            <w:rPr>
                              <w:rFonts w:ascii="Cambria Math" w:hAnsi="Cambria Math" w:cs="Times New Roman"/>
                              <w:i/>
                              <w:sz w:val="28"/>
                              <w:szCs w:val="28"/>
                            </w:rPr>
                          </m:ctrlPr>
                        </m:sSubPr>
                        <m:e>
                          <m:r>
                            <m:rPr>
                              <m:sty m:val="p"/>
                            </m:rPr>
                            <w:rPr>
                              <w:rFonts w:ascii="Cambria Math" w:hAnsi="Cambria Math" w:cs="Times New Roman"/>
                              <w:sz w:val="28"/>
                              <w:szCs w:val="28"/>
                              <w:lang w:val="kk-KZ"/>
                            </w:rPr>
                            <m:t>∇</m:t>
                          </m:r>
                        </m:e>
                        <m:sub>
                          <m:r>
                            <w:rPr>
                              <w:rFonts w:ascii="Cambria Math" w:hAnsi="Cambria Math" w:cs="Times New Roman"/>
                              <w:sz w:val="28"/>
                              <w:szCs w:val="28"/>
                              <w:lang w:val="kk-KZ"/>
                            </w:rPr>
                            <m:t>y</m:t>
                          </m:r>
                        </m:sub>
                      </m:sSub>
                      <m:r>
                        <w:rPr>
                          <w:rFonts w:ascii="Cambria Math" w:hAnsi="Cambria Math" w:cs="Times New Roman"/>
                          <w:sz w:val="28"/>
                          <w:szCs w:val="28"/>
                          <w:lang w:val="kk-KZ"/>
                        </w:rPr>
                        <m:t>u</m:t>
                      </m:r>
                    </m:e>
                    <m:sub>
                      <m:r>
                        <w:rPr>
                          <w:rFonts w:ascii="Cambria Math" w:hAnsi="Cambria Math" w:cs="Times New Roman"/>
                          <w:sz w:val="28"/>
                          <w:szCs w:val="28"/>
                          <w:lang w:val="kk-KZ"/>
                        </w:rPr>
                        <m:t>Nx</m:t>
                      </m:r>
                    </m:sub>
                  </m:sSub>
                </m:e>
              </m:d>
            </m:e>
            <m:sub>
              <m:r>
                <w:rPr>
                  <w:rFonts w:ascii="Cambria Math" w:hAnsi="Cambria Math" w:cs="Times New Roman"/>
                  <w:sz w:val="28"/>
                  <w:szCs w:val="28"/>
                  <w:lang w:val="kk-KZ"/>
                </w:rPr>
                <m:t>2,Q</m:t>
              </m:r>
            </m:sub>
            <m:sup>
              <m:r>
                <w:rPr>
                  <w:rFonts w:ascii="Cambria Math" w:hAnsi="Cambria Math" w:cs="Times New Roman"/>
                  <w:sz w:val="28"/>
                  <w:szCs w:val="28"/>
                  <w:lang w:val="kk-KZ"/>
                </w:rPr>
                <m:t>2</m:t>
              </m:r>
            </m:sup>
          </m:sSubSup>
          <m:r>
            <w:rPr>
              <w:rFonts w:ascii="Cambria Math" w:hAnsi="Cambria Math" w:cs="Times New Roman"/>
              <w:sz w:val="28"/>
              <w:szCs w:val="28"/>
              <w:lang w:val="kk-KZ"/>
            </w:rPr>
            <m:t>+</m:t>
          </m:r>
          <m:sSubSup>
            <m:sSubSupPr>
              <m:ctrlPr>
                <w:rPr>
                  <w:rFonts w:ascii="Cambria Math" w:hAnsi="Cambria Math" w:cs="Times New Roman"/>
                  <w:i/>
                  <w:sz w:val="28"/>
                  <w:szCs w:val="28"/>
                </w:rPr>
              </m:ctrlPr>
            </m:sSubSupPr>
            <m:e>
              <m:d>
                <m:dPr>
                  <m:begChr m:val="‖"/>
                  <m:endChr m:val="‖"/>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lang w:val="kk-KZ"/>
                        </w:rPr>
                        <m:t>∆</m:t>
                      </m:r>
                    </m:e>
                    <m:sub>
                      <m:r>
                        <w:rPr>
                          <w:rFonts w:ascii="Cambria Math" w:hAnsi="Cambria Math" w:cs="Times New Roman"/>
                          <w:sz w:val="28"/>
                          <w:szCs w:val="28"/>
                          <w:lang w:val="kk-KZ"/>
                        </w:rPr>
                        <m:t>y</m:t>
                      </m:r>
                    </m:sub>
                  </m:sSub>
                  <m:sSub>
                    <m:sSubPr>
                      <m:ctrlPr>
                        <w:rPr>
                          <w:rFonts w:ascii="Cambria Math" w:hAnsi="Cambria Math" w:cs="Times New Roman"/>
                          <w:i/>
                          <w:sz w:val="28"/>
                          <w:szCs w:val="28"/>
                        </w:rPr>
                      </m:ctrlPr>
                    </m:sSubPr>
                    <m:e>
                      <m:r>
                        <w:rPr>
                          <w:rFonts w:ascii="Cambria Math" w:hAnsi="Cambria Math" w:cs="Times New Roman"/>
                          <w:sz w:val="28"/>
                          <w:szCs w:val="28"/>
                          <w:lang w:val="kk-KZ"/>
                        </w:rPr>
                        <m:t>u</m:t>
                      </m:r>
                    </m:e>
                    <m:sub>
                      <m:r>
                        <w:rPr>
                          <w:rFonts w:ascii="Cambria Math" w:hAnsi="Cambria Math" w:cs="Times New Roman"/>
                          <w:sz w:val="28"/>
                          <w:szCs w:val="28"/>
                          <w:lang w:val="kk-KZ"/>
                        </w:rPr>
                        <m:t>N</m:t>
                      </m:r>
                    </m:sub>
                  </m:sSub>
                </m:e>
              </m:d>
            </m:e>
            <m:sub>
              <m:r>
                <w:rPr>
                  <w:rFonts w:ascii="Cambria Math" w:hAnsi="Cambria Math" w:cs="Times New Roman"/>
                  <w:sz w:val="28"/>
                  <w:szCs w:val="28"/>
                  <w:lang w:val="kk-KZ"/>
                </w:rPr>
                <m:t>2,Q</m:t>
              </m:r>
            </m:sub>
            <m:sup>
              <m:r>
                <w:rPr>
                  <w:rFonts w:ascii="Cambria Math" w:hAnsi="Cambria Math" w:cs="Times New Roman"/>
                  <w:sz w:val="28"/>
                  <w:szCs w:val="28"/>
                  <w:lang w:val="kk-KZ"/>
                </w:rPr>
                <m:t>2</m:t>
              </m:r>
            </m:sup>
          </m:sSubSup>
          <m:r>
            <w:rPr>
              <w:rFonts w:ascii="Cambria Math" w:hAnsi="Cambria Math" w:cs="Times New Roman"/>
              <w:sz w:val="28"/>
              <w:szCs w:val="28"/>
              <w:lang w:val="kk-KZ"/>
            </w:rPr>
            <m:t>+</m:t>
          </m:r>
          <m:sSubSup>
            <m:sSubSupPr>
              <m:ctrlPr>
                <w:rPr>
                  <w:rFonts w:ascii="Cambria Math" w:hAnsi="Cambria Math" w:cs="Times New Roman"/>
                  <w:i/>
                  <w:sz w:val="28"/>
                  <w:szCs w:val="28"/>
                </w:rPr>
              </m:ctrlPr>
            </m:sSubSupPr>
            <m:e>
              <m:d>
                <m:dPr>
                  <m:begChr m:val="‖"/>
                  <m:endChr m:val="‖"/>
                  <m:ctrlPr>
                    <w:rPr>
                      <w:rFonts w:ascii="Cambria Math" w:hAnsi="Cambria Math" w:cs="Times New Roman"/>
                      <w:i/>
                      <w:sz w:val="28"/>
                      <w:szCs w:val="28"/>
                    </w:rPr>
                  </m:ctrlPr>
                </m:dPr>
                <m:e>
                  <m:sSub>
                    <m:sSubPr>
                      <m:ctrlPr>
                        <w:rPr>
                          <w:rFonts w:ascii="Cambria Math" w:hAnsi="Cambria Math" w:cs="Times New Roman"/>
                          <w:i/>
                          <w:sz w:val="28"/>
                          <w:szCs w:val="28"/>
                        </w:rPr>
                      </m:ctrlPr>
                    </m:sSubPr>
                    <m:e>
                      <m:sSub>
                        <m:sSubPr>
                          <m:ctrlPr>
                            <w:rPr>
                              <w:rFonts w:ascii="Cambria Math" w:hAnsi="Cambria Math" w:cs="Times New Roman"/>
                              <w:i/>
                              <w:sz w:val="28"/>
                              <w:szCs w:val="28"/>
                            </w:rPr>
                          </m:ctrlPr>
                        </m:sSubPr>
                        <m:e>
                          <m:r>
                            <w:rPr>
                              <w:rFonts w:ascii="Cambria Math" w:hAnsi="Cambria Math" w:cs="Times New Roman"/>
                              <w:sz w:val="28"/>
                              <w:szCs w:val="28"/>
                              <w:lang w:val="kk-KZ"/>
                            </w:rPr>
                            <m:t>Δ</m:t>
                          </m:r>
                        </m:e>
                        <m:sub>
                          <m:r>
                            <w:rPr>
                              <w:rFonts w:ascii="Cambria Math" w:hAnsi="Cambria Math" w:cs="Times New Roman"/>
                              <w:sz w:val="28"/>
                              <w:szCs w:val="28"/>
                              <w:lang w:val="kk-KZ"/>
                            </w:rPr>
                            <m:t>y</m:t>
                          </m:r>
                        </m:sub>
                      </m:sSub>
                      <m:r>
                        <w:rPr>
                          <w:rFonts w:ascii="Cambria Math" w:hAnsi="Cambria Math" w:cs="Times New Roman"/>
                          <w:sz w:val="28"/>
                          <w:szCs w:val="28"/>
                          <w:lang w:val="kk-KZ"/>
                        </w:rPr>
                        <m:t>u</m:t>
                      </m:r>
                    </m:e>
                    <m:sub>
                      <m:r>
                        <w:rPr>
                          <w:rFonts w:ascii="Cambria Math" w:hAnsi="Cambria Math" w:cs="Times New Roman"/>
                          <w:sz w:val="28"/>
                          <w:szCs w:val="28"/>
                          <w:lang w:val="kk-KZ"/>
                        </w:rPr>
                        <m:t>N</m:t>
                      </m:r>
                    </m:sub>
                  </m:sSub>
                </m:e>
              </m:d>
            </m:e>
            <m:sub>
              <m:r>
                <w:rPr>
                  <w:rFonts w:ascii="Cambria Math" w:hAnsi="Cambria Math" w:cs="Times New Roman"/>
                  <w:sz w:val="28"/>
                  <w:szCs w:val="28"/>
                  <w:lang w:val="kk-KZ"/>
                </w:rPr>
                <m:t>p,Q</m:t>
              </m:r>
            </m:sub>
            <m:sup>
              <m:r>
                <w:rPr>
                  <w:rFonts w:ascii="Cambria Math" w:hAnsi="Cambria Math" w:cs="Times New Roman"/>
                  <w:sz w:val="28"/>
                  <w:szCs w:val="28"/>
                  <w:lang w:val="kk-KZ"/>
                </w:rPr>
                <m:t>p</m:t>
              </m:r>
            </m:sup>
          </m:sSubSup>
          <m:r>
            <w:rPr>
              <w:rFonts w:ascii="Cambria Math" w:hAnsi="Cambria Math" w:cs="Times New Roman"/>
              <w:sz w:val="28"/>
              <w:szCs w:val="28"/>
              <w:lang w:val="kk-KZ"/>
            </w:rPr>
            <m:t>+</m:t>
          </m:r>
          <m:r>
            <m:rPr>
              <m:sty m:val="p"/>
            </m:rPr>
            <w:rPr>
              <w:rFonts w:ascii="Cambria Math" w:hAnsi="Cambria Math" w:cs="Times New Roman"/>
              <w:sz w:val="28"/>
              <w:szCs w:val="28"/>
              <w:lang w:val="kk-KZ"/>
            </w:rPr>
            <w:br/>
          </m:r>
        </m:oMath>
      </m:oMathPara>
      <m:oMath>
        <m:r>
          <w:rPr>
            <w:rFonts w:ascii="Cambria Math" w:hAnsi="Cambria Math" w:cs="Times New Roman"/>
            <w:sz w:val="28"/>
            <w:szCs w:val="28"/>
            <w:lang w:val="kk-KZ"/>
          </w:rPr>
          <m:t>+</m:t>
        </m:r>
        <m:sSub>
          <m:sSubPr>
            <m:ctrlPr>
              <w:rPr>
                <w:rFonts w:ascii="Cambria Math" w:hAnsi="Cambria Math" w:cs="Times New Roman"/>
                <w:i/>
                <w:sz w:val="28"/>
                <w:szCs w:val="28"/>
              </w:rPr>
            </m:ctrlPr>
          </m:sSubPr>
          <m:e>
            <m:r>
              <w:rPr>
                <w:rFonts w:ascii="Cambria Math" w:hAnsi="Cambria Math" w:cs="Times New Roman"/>
                <w:sz w:val="28"/>
                <w:szCs w:val="28"/>
                <w:lang w:val="kk-KZ"/>
              </w:rPr>
              <m:t>c</m:t>
            </m:r>
          </m:e>
          <m:sub>
            <m:r>
              <w:rPr>
                <w:rFonts w:ascii="Cambria Math" w:hAnsi="Cambria Math" w:cs="Times New Roman"/>
                <w:sz w:val="28"/>
                <w:szCs w:val="28"/>
                <w:lang w:val="kk-KZ"/>
              </w:rPr>
              <m:t>0</m:t>
            </m:r>
          </m:sub>
        </m:sSub>
        <m:nary>
          <m:naryPr>
            <m:supHide m:val="1"/>
            <m:ctrlPr>
              <w:rPr>
                <w:rFonts w:ascii="Cambria Math" w:hAnsi="Cambria Math" w:cs="Times New Roman"/>
                <w:i/>
                <w:sz w:val="28"/>
                <w:szCs w:val="28"/>
              </w:rPr>
            </m:ctrlPr>
          </m:naryPr>
          <m:sub>
            <m:r>
              <w:rPr>
                <w:rFonts w:ascii="Cambria Math" w:hAnsi="Cambria Math" w:cs="Times New Roman"/>
                <w:sz w:val="28"/>
                <w:szCs w:val="28"/>
                <w:lang w:val="kk-KZ"/>
              </w:rPr>
              <m:t>Q</m:t>
            </m:r>
          </m:sub>
          <m:sup/>
          <m:e>
            <m:r>
              <w:rPr>
                <w:rFonts w:ascii="Cambria Math" w:hAnsi="Cambria Math" w:cs="Times New Roman"/>
                <w:sz w:val="28"/>
                <w:szCs w:val="28"/>
                <w:lang w:val="kk-KZ"/>
              </w:rPr>
              <m:t>|</m:t>
            </m:r>
            <m:sSub>
              <m:sSubPr>
                <m:ctrlPr>
                  <w:rPr>
                    <w:rFonts w:ascii="Cambria Math" w:hAnsi="Cambria Math" w:cs="Times New Roman"/>
                    <w:i/>
                    <w:sz w:val="28"/>
                    <w:szCs w:val="28"/>
                  </w:rPr>
                </m:ctrlPr>
              </m:sSubPr>
              <m:e>
                <m:sSub>
                  <m:sSubPr>
                    <m:ctrlPr>
                      <w:rPr>
                        <w:rFonts w:ascii="Cambria Math" w:hAnsi="Cambria Math" w:cs="Times New Roman"/>
                        <w:i/>
                        <w:sz w:val="28"/>
                        <w:szCs w:val="28"/>
                      </w:rPr>
                    </m:ctrlPr>
                  </m:sSubPr>
                  <m:e>
                    <m:r>
                      <m:rPr>
                        <m:sty m:val="p"/>
                      </m:rPr>
                      <w:rPr>
                        <w:rFonts w:ascii="Cambria Math" w:hAnsi="Cambria Math" w:cs="Times New Roman"/>
                        <w:sz w:val="28"/>
                        <w:szCs w:val="28"/>
                        <w:lang w:val="kk-KZ"/>
                      </w:rPr>
                      <m:t>∇</m:t>
                    </m:r>
                  </m:e>
                  <m:sub>
                    <m:r>
                      <w:rPr>
                        <w:rFonts w:ascii="Cambria Math" w:hAnsi="Cambria Math" w:cs="Times New Roman"/>
                        <w:sz w:val="28"/>
                        <w:szCs w:val="28"/>
                        <w:lang w:val="kk-KZ"/>
                      </w:rPr>
                      <m:t>y</m:t>
                    </m:r>
                  </m:sub>
                </m:sSub>
                <m:r>
                  <w:rPr>
                    <w:rFonts w:ascii="Cambria Math" w:hAnsi="Cambria Math" w:cs="Times New Roman"/>
                    <w:sz w:val="28"/>
                    <w:szCs w:val="28"/>
                    <w:lang w:val="kk-KZ"/>
                  </w:rPr>
                  <m:t>u</m:t>
                </m:r>
              </m:e>
              <m:sub>
                <m:r>
                  <w:rPr>
                    <w:rFonts w:ascii="Cambria Math" w:hAnsi="Cambria Math" w:cs="Times New Roman"/>
                    <w:sz w:val="28"/>
                    <w:szCs w:val="28"/>
                    <w:lang w:val="kk-KZ"/>
                  </w:rPr>
                  <m:t>N</m:t>
                </m:r>
              </m:sub>
            </m:sSub>
            <m:sSup>
              <m:sSupPr>
                <m:ctrlPr>
                  <w:rPr>
                    <w:rFonts w:ascii="Cambria Math" w:hAnsi="Cambria Math" w:cs="Times New Roman"/>
                    <w:i/>
                    <w:sz w:val="28"/>
                    <w:szCs w:val="28"/>
                  </w:rPr>
                </m:ctrlPr>
              </m:sSupPr>
              <m:e>
                <m:r>
                  <w:rPr>
                    <w:rFonts w:ascii="Cambria Math" w:hAnsi="Cambria Math" w:cs="Times New Roman"/>
                    <w:sz w:val="28"/>
                    <w:szCs w:val="28"/>
                    <w:lang w:val="kk-KZ"/>
                  </w:rPr>
                  <m:t>|</m:t>
                </m:r>
              </m:e>
              <m:sup>
                <m:r>
                  <w:rPr>
                    <w:rFonts w:ascii="Cambria Math" w:hAnsi="Cambria Math" w:cs="Times New Roman"/>
                    <w:sz w:val="28"/>
                    <w:szCs w:val="28"/>
                    <w:lang w:val="kk-KZ"/>
                  </w:rPr>
                  <m:t>2</m:t>
                </m:r>
              </m:sup>
            </m:sSup>
            <m:r>
              <w:rPr>
                <w:rFonts w:ascii="Cambria Math" w:hAnsi="Cambria Math" w:cs="Times New Roman"/>
                <w:sz w:val="28"/>
                <w:szCs w:val="28"/>
                <w:lang w:val="kk-KZ"/>
              </w:rPr>
              <m:t>dQ</m:t>
            </m:r>
          </m:e>
        </m:nary>
        <m:r>
          <w:rPr>
            <w:rFonts w:ascii="Cambria Math" w:hAnsi="Cambria Math" w:cs="Times New Roman"/>
            <w:sz w:val="28"/>
            <w:szCs w:val="28"/>
            <w:lang w:val="kk-KZ"/>
          </w:rPr>
          <m:t>-</m:t>
        </m:r>
        <m:nary>
          <m:naryPr>
            <m:supHide m:val="1"/>
            <m:ctrlPr>
              <w:rPr>
                <w:rFonts w:ascii="Cambria Math" w:hAnsi="Cambria Math" w:cs="Times New Roman"/>
                <w:i/>
                <w:sz w:val="28"/>
                <w:szCs w:val="28"/>
              </w:rPr>
            </m:ctrlPr>
          </m:naryPr>
          <m:sub>
            <m:r>
              <w:rPr>
                <w:rFonts w:ascii="Cambria Math" w:hAnsi="Cambria Math" w:cs="Times New Roman"/>
                <w:sz w:val="28"/>
                <w:szCs w:val="28"/>
                <w:lang w:val="kk-KZ"/>
              </w:rPr>
              <m:t>Q</m:t>
            </m:r>
          </m:sub>
          <m:sup/>
          <m:e>
            <m:sSub>
              <m:sSubPr>
                <m:ctrlPr>
                  <w:rPr>
                    <w:rFonts w:ascii="Cambria Math" w:hAnsi="Cambria Math" w:cs="Times New Roman"/>
                    <w:i/>
                    <w:sz w:val="28"/>
                    <w:szCs w:val="28"/>
                  </w:rPr>
                </m:ctrlPr>
              </m:sSubPr>
              <m:e>
                <m:r>
                  <m:rPr>
                    <m:sty m:val="p"/>
                  </m:rPr>
                  <w:rPr>
                    <w:rFonts w:ascii="Cambria Math" w:hAnsi="Cambria Math" w:cs="Times New Roman"/>
                    <w:sz w:val="28"/>
                    <w:szCs w:val="28"/>
                    <w:lang w:val="kk-KZ"/>
                  </w:rPr>
                  <m:t>∇</m:t>
                </m:r>
              </m:e>
              <m:sub>
                <m:r>
                  <w:rPr>
                    <w:rFonts w:ascii="Cambria Math" w:hAnsi="Cambria Math" w:cs="Times New Roman"/>
                    <w:sz w:val="28"/>
                    <w:szCs w:val="28"/>
                    <w:lang w:val="kk-KZ"/>
                  </w:rPr>
                  <m:t>y</m:t>
                </m:r>
              </m:sub>
            </m:sSub>
            <m:r>
              <w:rPr>
                <w:rFonts w:ascii="Cambria Math" w:hAnsi="Cambria Math" w:cs="Times New Roman"/>
                <w:sz w:val="28"/>
                <w:szCs w:val="28"/>
                <w:lang w:val="kk-KZ"/>
              </w:rPr>
              <m:t>f</m:t>
            </m:r>
            <m:sSub>
              <m:sSubPr>
                <m:ctrlPr>
                  <w:rPr>
                    <w:rFonts w:ascii="Cambria Math" w:hAnsi="Cambria Math" w:cs="Times New Roman"/>
                    <w:i/>
                    <w:sz w:val="28"/>
                    <w:szCs w:val="28"/>
                  </w:rPr>
                </m:ctrlPr>
              </m:sSubPr>
              <m:e>
                <m:sSub>
                  <m:sSubPr>
                    <m:ctrlPr>
                      <w:rPr>
                        <w:rFonts w:ascii="Cambria Math" w:hAnsi="Cambria Math" w:cs="Times New Roman"/>
                        <w:i/>
                        <w:sz w:val="28"/>
                        <w:szCs w:val="28"/>
                      </w:rPr>
                    </m:ctrlPr>
                  </m:sSubPr>
                  <m:e>
                    <m:r>
                      <m:rPr>
                        <m:sty m:val="p"/>
                      </m:rPr>
                      <w:rPr>
                        <w:rFonts w:ascii="Cambria Math" w:hAnsi="Cambria Math" w:cs="Times New Roman"/>
                        <w:sz w:val="28"/>
                        <w:szCs w:val="28"/>
                        <w:lang w:val="kk-KZ"/>
                      </w:rPr>
                      <m:t>∇</m:t>
                    </m:r>
                  </m:e>
                  <m:sub>
                    <m:r>
                      <w:rPr>
                        <w:rFonts w:ascii="Cambria Math" w:hAnsi="Cambria Math" w:cs="Times New Roman"/>
                        <w:sz w:val="28"/>
                        <w:szCs w:val="28"/>
                        <w:lang w:val="kk-KZ"/>
                      </w:rPr>
                      <m:t>y</m:t>
                    </m:r>
                  </m:sub>
                </m:sSub>
                <m:r>
                  <w:rPr>
                    <w:rFonts w:ascii="Cambria Math" w:hAnsi="Cambria Math" w:cs="Times New Roman"/>
                    <w:sz w:val="28"/>
                    <w:szCs w:val="28"/>
                    <w:lang w:val="kk-KZ"/>
                  </w:rPr>
                  <m:t>u</m:t>
                </m:r>
              </m:e>
              <m:sub>
                <m:r>
                  <w:rPr>
                    <w:rFonts w:ascii="Cambria Math" w:hAnsi="Cambria Math" w:cs="Times New Roman"/>
                    <w:sz w:val="28"/>
                    <w:szCs w:val="28"/>
                    <w:lang w:val="kk-KZ"/>
                  </w:rPr>
                  <m:t>N</m:t>
                </m:r>
              </m:sub>
            </m:sSub>
            <m:r>
              <w:rPr>
                <w:rFonts w:ascii="Cambria Math" w:hAnsi="Cambria Math" w:cs="Times New Roman"/>
                <w:sz w:val="28"/>
                <w:szCs w:val="28"/>
                <w:lang w:val="kk-KZ"/>
              </w:rPr>
              <m:t>dQ</m:t>
            </m:r>
          </m:e>
        </m:nary>
        <m:r>
          <w:rPr>
            <w:rFonts w:ascii="Cambria Math" w:hAnsi="Cambria Math" w:cs="Times New Roman"/>
            <w:sz w:val="28"/>
            <w:szCs w:val="28"/>
            <w:lang w:val="kk-KZ"/>
          </w:rPr>
          <m:t>.</m:t>
        </m:r>
      </m:oMath>
      <w:r w:rsidR="005152DC" w:rsidRPr="00B439DD">
        <w:rPr>
          <w:rFonts w:ascii="Times New Roman" w:hAnsi="Times New Roman" w:cs="Times New Roman"/>
          <w:sz w:val="28"/>
          <w:szCs w:val="28"/>
          <w:lang w:val="kk-KZ"/>
        </w:rPr>
        <w:tab/>
      </w:r>
      <w:r w:rsidR="005152DC" w:rsidRPr="00B439DD">
        <w:rPr>
          <w:rFonts w:ascii="Times New Roman" w:hAnsi="Times New Roman" w:cs="Times New Roman"/>
          <w:sz w:val="28"/>
          <w:szCs w:val="28"/>
          <w:lang w:val="kk-KZ"/>
        </w:rPr>
        <w:tab/>
        <w:t>(2.7</w:t>
      </w:r>
      <w:r w:rsidR="004B7CD0" w:rsidRPr="00B439DD">
        <w:rPr>
          <w:rFonts w:ascii="Times New Roman" w:hAnsi="Times New Roman" w:cs="Times New Roman"/>
          <w:sz w:val="28"/>
          <w:szCs w:val="28"/>
          <w:lang w:val="kk-KZ"/>
        </w:rPr>
        <w:t>0)</w:t>
      </w:r>
    </w:p>
    <w:p w14:paraId="17640684" w14:textId="77777777" w:rsidR="004B7CD0" w:rsidRPr="00B439DD" w:rsidRDefault="004B7CD0" w:rsidP="00B439DD">
      <w:pPr>
        <w:spacing w:after="0" w:line="240" w:lineRule="auto"/>
        <w:rPr>
          <w:rFonts w:ascii="Times New Roman" w:hAnsi="Times New Roman" w:cs="Times New Roman"/>
          <w:sz w:val="28"/>
          <w:szCs w:val="28"/>
          <w:lang w:val="kk-KZ"/>
        </w:rPr>
      </w:pPr>
    </w:p>
    <w:p w14:paraId="735ABC88" w14:textId="5A5A2603" w:rsidR="004B7CD0" w:rsidRPr="00B439DD" w:rsidRDefault="004B7CD0" w:rsidP="004B7CD0">
      <w:pPr>
        <w:spacing w:after="0" w:line="240" w:lineRule="auto"/>
        <w:jc w:val="both"/>
        <w:rPr>
          <w:rFonts w:ascii="Times New Roman" w:hAnsi="Times New Roman" w:cs="Times New Roman"/>
          <w:sz w:val="28"/>
          <w:szCs w:val="28"/>
          <w:lang w:val="kk-KZ"/>
        </w:rPr>
      </w:pPr>
      <w:r w:rsidRPr="00B439DD">
        <w:rPr>
          <w:rFonts w:ascii="Times New Roman" w:hAnsi="Times New Roman" w:cs="Times New Roman"/>
          <w:sz w:val="28"/>
          <w:szCs w:val="28"/>
          <w:lang w:val="kk-KZ"/>
        </w:rPr>
        <w:lastRenderedPageBreak/>
        <w:t xml:space="preserve">Осы </w:t>
      </w:r>
      <w:r w:rsidR="005152DC" w:rsidRPr="00B439DD">
        <w:rPr>
          <w:rFonts w:ascii="Times New Roman" w:hAnsi="Times New Roman" w:cs="Times New Roman"/>
          <w:sz w:val="28"/>
          <w:szCs w:val="28"/>
          <w:lang w:val="kk-KZ"/>
        </w:rPr>
        <w:t>теңдіктегі бесінші қосылғышқа (2</w:t>
      </w:r>
      <w:r w:rsidRPr="00B439DD">
        <w:rPr>
          <w:rFonts w:ascii="Times New Roman" w:hAnsi="Times New Roman" w:cs="Times New Roman"/>
          <w:sz w:val="28"/>
          <w:szCs w:val="28"/>
          <w:lang w:val="kk-KZ"/>
        </w:rPr>
        <w:t>.</w:t>
      </w:r>
      <w:r w:rsidR="005152DC" w:rsidRPr="00B439DD">
        <w:rPr>
          <w:rFonts w:ascii="Times New Roman" w:hAnsi="Times New Roman" w:cs="Times New Roman"/>
          <w:sz w:val="28"/>
          <w:szCs w:val="28"/>
          <w:lang w:val="kk-KZ"/>
        </w:rPr>
        <w:t>6</w:t>
      </w:r>
      <w:r w:rsidRPr="00B439DD">
        <w:rPr>
          <w:rFonts w:ascii="Times New Roman" w:hAnsi="Times New Roman" w:cs="Times New Roman"/>
          <w:sz w:val="28"/>
          <w:szCs w:val="28"/>
          <w:lang w:val="kk-KZ"/>
        </w:rPr>
        <w:t xml:space="preserve">4) шартты ескеріп, алтыншы қосылғышқа Коши-Буняковский теңсіздігін қолдансақ, онда   </w:t>
      </w:r>
    </w:p>
    <w:p w14:paraId="7AFFB1A7" w14:textId="77777777" w:rsidR="004B7CD0" w:rsidRPr="00B439DD" w:rsidRDefault="004B7CD0" w:rsidP="004B7CD0">
      <w:pPr>
        <w:spacing w:after="0" w:line="240" w:lineRule="auto"/>
        <w:jc w:val="both"/>
        <w:rPr>
          <w:rFonts w:ascii="Times New Roman" w:hAnsi="Times New Roman" w:cs="Times New Roman"/>
          <w:sz w:val="28"/>
          <w:szCs w:val="28"/>
          <w:lang w:val="kk-KZ"/>
        </w:rPr>
      </w:pPr>
    </w:p>
    <w:p w14:paraId="767B55E8" w14:textId="12EBCF01" w:rsidR="005152DC" w:rsidRPr="00B439DD" w:rsidRDefault="00AC218E" w:rsidP="005152DC">
      <w:pPr>
        <w:spacing w:after="0" w:line="240" w:lineRule="auto"/>
        <w:jc w:val="right"/>
        <w:rPr>
          <w:rFonts w:ascii="Times New Roman" w:hAnsi="Times New Roman" w:cs="Times New Roman"/>
          <w:sz w:val="28"/>
          <w:szCs w:val="28"/>
          <w:lang w:val="kk-KZ"/>
        </w:rPr>
      </w:pPr>
      <m:oMathPara>
        <m:oMath>
          <m:d>
            <m:dPr>
              <m:ctrlPr>
                <w:rPr>
                  <w:rFonts w:ascii="Cambria Math" w:hAnsi="Cambria Math" w:cs="Times New Roman"/>
                  <w:i/>
                  <w:sz w:val="28"/>
                  <w:szCs w:val="28"/>
                </w:rPr>
              </m:ctrlPr>
            </m:dPr>
            <m:e>
              <m:r>
                <w:rPr>
                  <w:rFonts w:ascii="Cambria Math" w:hAnsi="Cambria Math" w:cs="Times New Roman"/>
                  <w:sz w:val="28"/>
                  <w:szCs w:val="28"/>
                  <w:lang w:val="kk-KZ"/>
                </w:rPr>
                <m:t>P(</m:t>
              </m:r>
              <m:sSub>
                <m:sSubPr>
                  <m:ctrlPr>
                    <w:rPr>
                      <w:rFonts w:ascii="Cambria Math" w:hAnsi="Cambria Math" w:cs="Times New Roman"/>
                      <w:i/>
                      <w:sz w:val="28"/>
                      <w:szCs w:val="28"/>
                    </w:rPr>
                  </m:ctrlPr>
                </m:sSubPr>
                <m:e>
                  <m:acc>
                    <m:accPr>
                      <m:chr m:val="⃗"/>
                      <m:ctrlPr>
                        <w:rPr>
                          <w:rFonts w:ascii="Cambria Math" w:hAnsi="Cambria Math" w:cs="Times New Roman"/>
                          <w:i/>
                          <w:sz w:val="28"/>
                          <w:szCs w:val="28"/>
                        </w:rPr>
                      </m:ctrlPr>
                    </m:accPr>
                    <m:e>
                      <m:r>
                        <w:rPr>
                          <w:rFonts w:ascii="Cambria Math" w:hAnsi="Cambria Math" w:cs="Times New Roman"/>
                          <w:sz w:val="28"/>
                          <w:szCs w:val="28"/>
                          <w:lang w:val="kk-KZ"/>
                        </w:rPr>
                        <m:t>C</m:t>
                      </m:r>
                    </m:e>
                  </m:acc>
                </m:e>
                <m:sub>
                  <m:r>
                    <w:rPr>
                      <w:rFonts w:ascii="Cambria Math" w:hAnsi="Cambria Math" w:cs="Times New Roman"/>
                      <w:sz w:val="28"/>
                      <w:szCs w:val="28"/>
                      <w:lang w:val="kk-KZ"/>
                    </w:rPr>
                    <m:t>N</m:t>
                  </m:r>
                </m:sub>
              </m:sSub>
              <m:r>
                <w:rPr>
                  <w:rFonts w:ascii="Cambria Math" w:hAnsi="Cambria Math" w:cs="Times New Roman"/>
                  <w:sz w:val="28"/>
                  <w:szCs w:val="28"/>
                  <w:lang w:val="kk-KZ"/>
                </w:rPr>
                <m:t>),</m:t>
              </m:r>
              <m:sSub>
                <m:sSubPr>
                  <m:ctrlPr>
                    <w:rPr>
                      <w:rFonts w:ascii="Cambria Math" w:hAnsi="Cambria Math" w:cs="Times New Roman"/>
                      <w:i/>
                      <w:sz w:val="28"/>
                      <w:szCs w:val="28"/>
                    </w:rPr>
                  </m:ctrlPr>
                </m:sSubPr>
                <m:e>
                  <m:acc>
                    <m:accPr>
                      <m:chr m:val="⃗"/>
                      <m:ctrlPr>
                        <w:rPr>
                          <w:rFonts w:ascii="Cambria Math" w:hAnsi="Cambria Math" w:cs="Times New Roman"/>
                          <w:i/>
                          <w:sz w:val="28"/>
                          <w:szCs w:val="28"/>
                        </w:rPr>
                      </m:ctrlPr>
                    </m:accPr>
                    <m:e>
                      <m:r>
                        <w:rPr>
                          <w:rFonts w:ascii="Cambria Math" w:hAnsi="Cambria Math" w:cs="Times New Roman"/>
                          <w:sz w:val="28"/>
                          <w:szCs w:val="28"/>
                          <w:lang w:val="kk-KZ"/>
                        </w:rPr>
                        <m:t>C</m:t>
                      </m:r>
                    </m:e>
                  </m:acc>
                </m:e>
                <m:sub>
                  <m:r>
                    <w:rPr>
                      <w:rFonts w:ascii="Cambria Math" w:hAnsi="Cambria Math" w:cs="Times New Roman"/>
                      <w:sz w:val="28"/>
                      <w:szCs w:val="28"/>
                      <w:lang w:val="kk-KZ"/>
                    </w:rPr>
                    <m:t>N</m:t>
                  </m:r>
                </m:sub>
              </m:sSub>
            </m:e>
          </m:d>
          <m:r>
            <w:rPr>
              <w:rFonts w:ascii="Cambria Math" w:hAnsi="Cambria Math" w:cs="Times New Roman"/>
              <w:sz w:val="28"/>
              <w:szCs w:val="28"/>
              <w:lang w:val="kk-KZ"/>
            </w:rPr>
            <m:t>≥ε</m:t>
          </m:r>
          <m:sSubSup>
            <m:sSubSupPr>
              <m:ctrlPr>
                <w:rPr>
                  <w:rFonts w:ascii="Cambria Math" w:hAnsi="Cambria Math" w:cs="Times New Roman"/>
                  <w:i/>
                  <w:sz w:val="28"/>
                  <w:szCs w:val="28"/>
                </w:rPr>
              </m:ctrlPr>
            </m:sSubSupPr>
            <m:e>
              <m:d>
                <m:dPr>
                  <m:begChr m:val="‖"/>
                  <m:endChr m:val="‖"/>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lang w:val="kk-KZ"/>
                        </w:rPr>
                        <m:t>∆</m:t>
                      </m:r>
                    </m:e>
                    <m:sub>
                      <m:r>
                        <w:rPr>
                          <w:rFonts w:ascii="Cambria Math" w:hAnsi="Cambria Math" w:cs="Times New Roman"/>
                          <w:sz w:val="28"/>
                          <w:szCs w:val="28"/>
                          <w:lang w:val="kk-KZ"/>
                        </w:rPr>
                        <m:t>y</m:t>
                      </m:r>
                    </m:sub>
                  </m:sSub>
                  <m:sSub>
                    <m:sSubPr>
                      <m:ctrlPr>
                        <w:rPr>
                          <w:rFonts w:ascii="Cambria Math" w:hAnsi="Cambria Math" w:cs="Times New Roman"/>
                          <w:i/>
                          <w:sz w:val="28"/>
                          <w:szCs w:val="28"/>
                        </w:rPr>
                      </m:ctrlPr>
                    </m:sSubPr>
                    <m:e>
                      <m:r>
                        <w:rPr>
                          <w:rFonts w:ascii="Cambria Math" w:hAnsi="Cambria Math" w:cs="Times New Roman"/>
                          <w:sz w:val="28"/>
                          <w:szCs w:val="28"/>
                          <w:lang w:val="kk-KZ"/>
                        </w:rPr>
                        <m:t>u</m:t>
                      </m:r>
                    </m:e>
                    <m:sub>
                      <m:r>
                        <w:rPr>
                          <w:rFonts w:ascii="Cambria Math" w:hAnsi="Cambria Math" w:cs="Times New Roman"/>
                          <w:sz w:val="28"/>
                          <w:szCs w:val="28"/>
                          <w:lang w:val="kk-KZ"/>
                        </w:rPr>
                        <m:t>Nx</m:t>
                      </m:r>
                    </m:sub>
                  </m:sSub>
                </m:e>
              </m:d>
            </m:e>
            <m:sub>
              <m:r>
                <w:rPr>
                  <w:rFonts w:ascii="Cambria Math" w:hAnsi="Cambria Math" w:cs="Times New Roman"/>
                  <w:sz w:val="28"/>
                  <w:szCs w:val="28"/>
                  <w:lang w:val="kk-KZ"/>
                </w:rPr>
                <m:t>2,Q</m:t>
              </m:r>
            </m:sub>
            <m:sup>
              <m:r>
                <w:rPr>
                  <w:rFonts w:ascii="Cambria Math" w:hAnsi="Cambria Math" w:cs="Times New Roman"/>
                  <w:sz w:val="28"/>
                  <w:szCs w:val="28"/>
                  <w:lang w:val="kk-KZ"/>
                </w:rPr>
                <m:t>2</m:t>
              </m:r>
            </m:sup>
          </m:sSubSup>
          <m:r>
            <w:rPr>
              <w:rFonts w:ascii="Cambria Math" w:hAnsi="Cambria Math" w:cs="Times New Roman"/>
              <w:sz w:val="28"/>
              <w:szCs w:val="28"/>
              <w:lang w:val="kk-KZ"/>
            </w:rPr>
            <m:t>+</m:t>
          </m:r>
          <m:sSubSup>
            <m:sSubSupPr>
              <m:ctrlPr>
                <w:rPr>
                  <w:rFonts w:ascii="Cambria Math" w:hAnsi="Cambria Math" w:cs="Times New Roman"/>
                  <w:i/>
                  <w:sz w:val="28"/>
                  <w:szCs w:val="28"/>
                </w:rPr>
              </m:ctrlPr>
            </m:sSubSupPr>
            <m:e>
              <m:d>
                <m:dPr>
                  <m:begChr m:val="‖"/>
                  <m:endChr m:val="‖"/>
                  <m:ctrlPr>
                    <w:rPr>
                      <w:rFonts w:ascii="Cambria Math" w:hAnsi="Cambria Math" w:cs="Times New Roman"/>
                      <w:i/>
                      <w:sz w:val="28"/>
                      <w:szCs w:val="28"/>
                    </w:rPr>
                  </m:ctrlPr>
                </m:dPr>
                <m:e>
                  <m:sSub>
                    <m:sSubPr>
                      <m:ctrlPr>
                        <w:rPr>
                          <w:rFonts w:ascii="Cambria Math" w:hAnsi="Cambria Math" w:cs="Times New Roman"/>
                          <w:i/>
                          <w:sz w:val="28"/>
                          <w:szCs w:val="28"/>
                        </w:rPr>
                      </m:ctrlPr>
                    </m:sSubPr>
                    <m:e>
                      <m:sSub>
                        <m:sSubPr>
                          <m:ctrlPr>
                            <w:rPr>
                              <w:rFonts w:ascii="Cambria Math" w:hAnsi="Cambria Math" w:cs="Times New Roman"/>
                              <w:i/>
                              <w:sz w:val="28"/>
                              <w:szCs w:val="28"/>
                            </w:rPr>
                          </m:ctrlPr>
                        </m:sSubPr>
                        <m:e>
                          <m:r>
                            <m:rPr>
                              <m:sty m:val="p"/>
                            </m:rPr>
                            <w:rPr>
                              <w:rFonts w:ascii="Cambria Math" w:hAnsi="Cambria Math" w:cs="Times New Roman"/>
                              <w:sz w:val="28"/>
                              <w:szCs w:val="28"/>
                              <w:lang w:val="kk-KZ"/>
                            </w:rPr>
                            <m:t>∇</m:t>
                          </m:r>
                        </m:e>
                        <m:sub>
                          <m:r>
                            <w:rPr>
                              <w:rFonts w:ascii="Cambria Math" w:hAnsi="Cambria Math" w:cs="Times New Roman"/>
                              <w:sz w:val="28"/>
                              <w:szCs w:val="28"/>
                              <w:lang w:val="kk-KZ"/>
                            </w:rPr>
                            <m:t>y</m:t>
                          </m:r>
                        </m:sub>
                      </m:sSub>
                      <m:r>
                        <w:rPr>
                          <w:rFonts w:ascii="Cambria Math" w:hAnsi="Cambria Math" w:cs="Times New Roman"/>
                          <w:sz w:val="28"/>
                          <w:szCs w:val="28"/>
                          <w:lang w:val="kk-KZ"/>
                        </w:rPr>
                        <m:t>u</m:t>
                      </m:r>
                    </m:e>
                    <m:sub>
                      <m:r>
                        <w:rPr>
                          <w:rFonts w:ascii="Cambria Math" w:hAnsi="Cambria Math" w:cs="Times New Roman"/>
                          <w:sz w:val="28"/>
                          <w:szCs w:val="28"/>
                          <w:lang w:val="kk-KZ"/>
                        </w:rPr>
                        <m:t>Nx</m:t>
                      </m:r>
                    </m:sub>
                  </m:sSub>
                </m:e>
              </m:d>
            </m:e>
            <m:sub>
              <m:r>
                <w:rPr>
                  <w:rFonts w:ascii="Cambria Math" w:hAnsi="Cambria Math" w:cs="Times New Roman"/>
                  <w:sz w:val="28"/>
                  <w:szCs w:val="28"/>
                  <w:lang w:val="kk-KZ"/>
                </w:rPr>
                <m:t>2,Q</m:t>
              </m:r>
            </m:sub>
            <m:sup>
              <m:r>
                <w:rPr>
                  <w:rFonts w:ascii="Cambria Math" w:hAnsi="Cambria Math" w:cs="Times New Roman"/>
                  <w:sz w:val="28"/>
                  <w:szCs w:val="28"/>
                  <w:lang w:val="kk-KZ"/>
                </w:rPr>
                <m:t>2</m:t>
              </m:r>
            </m:sup>
          </m:sSubSup>
          <m:r>
            <w:rPr>
              <w:rFonts w:ascii="Cambria Math" w:hAnsi="Cambria Math" w:cs="Times New Roman"/>
              <w:sz w:val="28"/>
              <w:szCs w:val="28"/>
              <w:lang w:val="kk-KZ"/>
            </w:rPr>
            <m:t>+</m:t>
          </m:r>
          <m:sSubSup>
            <m:sSubSupPr>
              <m:ctrlPr>
                <w:rPr>
                  <w:rFonts w:ascii="Cambria Math" w:hAnsi="Cambria Math" w:cs="Times New Roman"/>
                  <w:i/>
                  <w:sz w:val="28"/>
                  <w:szCs w:val="28"/>
                </w:rPr>
              </m:ctrlPr>
            </m:sSubSupPr>
            <m:e>
              <m:d>
                <m:dPr>
                  <m:begChr m:val="‖"/>
                  <m:endChr m:val="‖"/>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lang w:val="kk-KZ"/>
                        </w:rPr>
                        <m:t>∆</m:t>
                      </m:r>
                    </m:e>
                    <m:sub>
                      <m:r>
                        <w:rPr>
                          <w:rFonts w:ascii="Cambria Math" w:hAnsi="Cambria Math" w:cs="Times New Roman"/>
                          <w:sz w:val="28"/>
                          <w:szCs w:val="28"/>
                          <w:lang w:val="kk-KZ"/>
                        </w:rPr>
                        <m:t>y</m:t>
                      </m:r>
                    </m:sub>
                  </m:sSub>
                  <m:sSub>
                    <m:sSubPr>
                      <m:ctrlPr>
                        <w:rPr>
                          <w:rFonts w:ascii="Cambria Math" w:hAnsi="Cambria Math" w:cs="Times New Roman"/>
                          <w:i/>
                          <w:sz w:val="28"/>
                          <w:szCs w:val="28"/>
                        </w:rPr>
                      </m:ctrlPr>
                    </m:sSubPr>
                    <m:e>
                      <m:r>
                        <w:rPr>
                          <w:rFonts w:ascii="Cambria Math" w:hAnsi="Cambria Math" w:cs="Times New Roman"/>
                          <w:sz w:val="28"/>
                          <w:szCs w:val="28"/>
                          <w:lang w:val="kk-KZ"/>
                        </w:rPr>
                        <m:t>u</m:t>
                      </m:r>
                    </m:e>
                    <m:sub>
                      <m:r>
                        <w:rPr>
                          <w:rFonts w:ascii="Cambria Math" w:hAnsi="Cambria Math" w:cs="Times New Roman"/>
                          <w:sz w:val="28"/>
                          <w:szCs w:val="28"/>
                          <w:lang w:val="kk-KZ"/>
                        </w:rPr>
                        <m:t>N</m:t>
                      </m:r>
                    </m:sub>
                  </m:sSub>
                </m:e>
              </m:d>
            </m:e>
            <m:sub>
              <m:r>
                <w:rPr>
                  <w:rFonts w:ascii="Cambria Math" w:hAnsi="Cambria Math" w:cs="Times New Roman"/>
                  <w:sz w:val="28"/>
                  <w:szCs w:val="28"/>
                  <w:lang w:val="kk-KZ"/>
                </w:rPr>
                <m:t>2,Q</m:t>
              </m:r>
            </m:sub>
            <m:sup>
              <m:r>
                <w:rPr>
                  <w:rFonts w:ascii="Cambria Math" w:hAnsi="Cambria Math" w:cs="Times New Roman"/>
                  <w:sz w:val="28"/>
                  <w:szCs w:val="28"/>
                  <w:lang w:val="kk-KZ"/>
                </w:rPr>
                <m:t>2</m:t>
              </m:r>
            </m:sup>
          </m:sSubSup>
          <m:r>
            <w:rPr>
              <w:rFonts w:ascii="Cambria Math" w:hAnsi="Cambria Math" w:cs="Times New Roman"/>
              <w:sz w:val="28"/>
              <w:szCs w:val="28"/>
              <w:lang w:val="kk-KZ"/>
            </w:rPr>
            <m:t>+</m:t>
          </m:r>
          <m:sSubSup>
            <m:sSubSupPr>
              <m:ctrlPr>
                <w:rPr>
                  <w:rFonts w:ascii="Cambria Math" w:hAnsi="Cambria Math" w:cs="Times New Roman"/>
                  <w:i/>
                  <w:sz w:val="28"/>
                  <w:szCs w:val="28"/>
                </w:rPr>
              </m:ctrlPr>
            </m:sSubSupPr>
            <m:e>
              <m:d>
                <m:dPr>
                  <m:begChr m:val="‖"/>
                  <m:endChr m:val="‖"/>
                  <m:ctrlPr>
                    <w:rPr>
                      <w:rFonts w:ascii="Cambria Math" w:hAnsi="Cambria Math" w:cs="Times New Roman"/>
                      <w:i/>
                      <w:sz w:val="28"/>
                      <w:szCs w:val="28"/>
                    </w:rPr>
                  </m:ctrlPr>
                </m:dPr>
                <m:e>
                  <m:sSub>
                    <m:sSubPr>
                      <m:ctrlPr>
                        <w:rPr>
                          <w:rFonts w:ascii="Cambria Math" w:hAnsi="Cambria Math" w:cs="Times New Roman"/>
                          <w:i/>
                          <w:sz w:val="28"/>
                          <w:szCs w:val="28"/>
                        </w:rPr>
                      </m:ctrlPr>
                    </m:sSubPr>
                    <m:e>
                      <m:sSub>
                        <m:sSubPr>
                          <m:ctrlPr>
                            <w:rPr>
                              <w:rFonts w:ascii="Cambria Math" w:hAnsi="Cambria Math" w:cs="Times New Roman"/>
                              <w:i/>
                              <w:sz w:val="28"/>
                              <w:szCs w:val="28"/>
                            </w:rPr>
                          </m:ctrlPr>
                        </m:sSubPr>
                        <m:e>
                          <m:r>
                            <w:rPr>
                              <w:rFonts w:ascii="Cambria Math" w:hAnsi="Cambria Math" w:cs="Times New Roman"/>
                              <w:sz w:val="28"/>
                              <w:szCs w:val="28"/>
                              <w:lang w:val="kk-KZ"/>
                            </w:rPr>
                            <m:t>Δ</m:t>
                          </m:r>
                        </m:e>
                        <m:sub>
                          <m:r>
                            <w:rPr>
                              <w:rFonts w:ascii="Cambria Math" w:hAnsi="Cambria Math" w:cs="Times New Roman"/>
                              <w:sz w:val="28"/>
                              <w:szCs w:val="28"/>
                              <w:lang w:val="kk-KZ"/>
                            </w:rPr>
                            <m:t>y</m:t>
                          </m:r>
                        </m:sub>
                      </m:sSub>
                      <m:r>
                        <w:rPr>
                          <w:rFonts w:ascii="Cambria Math" w:hAnsi="Cambria Math" w:cs="Times New Roman"/>
                          <w:sz w:val="28"/>
                          <w:szCs w:val="28"/>
                          <w:lang w:val="kk-KZ"/>
                        </w:rPr>
                        <m:t>u</m:t>
                      </m:r>
                    </m:e>
                    <m:sub>
                      <m:r>
                        <w:rPr>
                          <w:rFonts w:ascii="Cambria Math" w:hAnsi="Cambria Math" w:cs="Times New Roman"/>
                          <w:sz w:val="28"/>
                          <w:szCs w:val="28"/>
                          <w:lang w:val="kk-KZ"/>
                        </w:rPr>
                        <m:t>N</m:t>
                      </m:r>
                    </m:sub>
                  </m:sSub>
                </m:e>
              </m:d>
            </m:e>
            <m:sub>
              <m:r>
                <w:rPr>
                  <w:rFonts w:ascii="Cambria Math" w:hAnsi="Cambria Math" w:cs="Times New Roman"/>
                  <w:sz w:val="28"/>
                  <w:szCs w:val="28"/>
                  <w:lang w:val="kk-KZ"/>
                </w:rPr>
                <m:t>p,Q</m:t>
              </m:r>
            </m:sub>
            <m:sup>
              <m:r>
                <w:rPr>
                  <w:rFonts w:ascii="Cambria Math" w:hAnsi="Cambria Math" w:cs="Times New Roman"/>
                  <w:sz w:val="28"/>
                  <w:szCs w:val="28"/>
                  <w:lang w:val="kk-KZ"/>
                </w:rPr>
                <m:t>p</m:t>
              </m:r>
            </m:sup>
          </m:sSubSup>
          <m:r>
            <w:rPr>
              <w:rFonts w:ascii="Cambria Math" w:hAnsi="Cambria Math" w:cs="Times New Roman"/>
              <w:sz w:val="28"/>
              <w:szCs w:val="28"/>
              <w:lang w:val="kk-KZ"/>
            </w:rPr>
            <m:t>++</m:t>
          </m:r>
          <m:r>
            <m:rPr>
              <m:sty m:val="p"/>
            </m:rPr>
            <w:rPr>
              <w:rFonts w:ascii="Cambria Math" w:hAnsi="Cambria Math" w:cs="Times New Roman"/>
              <w:sz w:val="28"/>
              <w:szCs w:val="28"/>
              <w:lang w:val="kk-KZ"/>
            </w:rPr>
            <w:br/>
          </m:r>
        </m:oMath>
      </m:oMathPara>
      <m:oMath>
        <m:r>
          <w:rPr>
            <w:rFonts w:ascii="Cambria Math" w:hAnsi="Cambria Math" w:cs="Times New Roman"/>
            <w:sz w:val="28"/>
            <w:szCs w:val="28"/>
            <w:lang w:val="kk-KZ"/>
          </w:rPr>
          <m:t>+</m:t>
        </m:r>
        <m:sSub>
          <m:sSubPr>
            <m:ctrlPr>
              <w:rPr>
                <w:rFonts w:ascii="Cambria Math" w:hAnsi="Cambria Math" w:cs="Times New Roman"/>
                <w:i/>
                <w:sz w:val="28"/>
                <w:szCs w:val="28"/>
              </w:rPr>
            </m:ctrlPr>
          </m:sSubPr>
          <m:e>
            <m:r>
              <w:rPr>
                <w:rFonts w:ascii="Cambria Math" w:hAnsi="Cambria Math" w:cs="Times New Roman"/>
                <w:sz w:val="28"/>
                <w:szCs w:val="28"/>
                <w:lang w:val="kk-KZ"/>
              </w:rPr>
              <m:t>c</m:t>
            </m:r>
          </m:e>
          <m:sub>
            <m:r>
              <w:rPr>
                <w:rFonts w:ascii="Cambria Math" w:hAnsi="Cambria Math" w:cs="Times New Roman"/>
                <w:sz w:val="28"/>
                <w:szCs w:val="28"/>
                <w:lang w:val="kk-KZ"/>
              </w:rPr>
              <m:t>0</m:t>
            </m:r>
          </m:sub>
        </m:sSub>
        <m:sSubSup>
          <m:sSubSupPr>
            <m:ctrlPr>
              <w:rPr>
                <w:rFonts w:ascii="Cambria Math" w:hAnsi="Cambria Math" w:cs="Times New Roman"/>
                <w:i/>
                <w:sz w:val="28"/>
                <w:szCs w:val="28"/>
              </w:rPr>
            </m:ctrlPr>
          </m:sSubSupPr>
          <m:e>
            <m:d>
              <m:dPr>
                <m:begChr m:val="‖"/>
                <m:endChr m:val="‖"/>
                <m:ctrlPr>
                  <w:rPr>
                    <w:rFonts w:ascii="Cambria Math" w:hAnsi="Cambria Math" w:cs="Times New Roman"/>
                    <w:i/>
                    <w:sz w:val="28"/>
                    <w:szCs w:val="28"/>
                  </w:rPr>
                </m:ctrlPr>
              </m:dPr>
              <m:e>
                <m:sSub>
                  <m:sSubPr>
                    <m:ctrlPr>
                      <w:rPr>
                        <w:rFonts w:ascii="Cambria Math" w:hAnsi="Cambria Math" w:cs="Times New Roman"/>
                        <w:i/>
                        <w:sz w:val="28"/>
                        <w:szCs w:val="28"/>
                      </w:rPr>
                    </m:ctrlPr>
                  </m:sSubPr>
                  <m:e>
                    <m:sSub>
                      <m:sSubPr>
                        <m:ctrlPr>
                          <w:rPr>
                            <w:rFonts w:ascii="Cambria Math" w:hAnsi="Cambria Math" w:cs="Times New Roman"/>
                            <w:i/>
                            <w:sz w:val="28"/>
                            <w:szCs w:val="28"/>
                          </w:rPr>
                        </m:ctrlPr>
                      </m:sSubPr>
                      <m:e>
                        <m:r>
                          <m:rPr>
                            <m:sty m:val="p"/>
                          </m:rPr>
                          <w:rPr>
                            <w:rFonts w:ascii="Cambria Math" w:hAnsi="Cambria Math" w:cs="Times New Roman"/>
                            <w:sz w:val="28"/>
                            <w:szCs w:val="28"/>
                            <w:lang w:val="kk-KZ"/>
                          </w:rPr>
                          <m:t>∇</m:t>
                        </m:r>
                      </m:e>
                      <m:sub>
                        <m:r>
                          <w:rPr>
                            <w:rFonts w:ascii="Cambria Math" w:hAnsi="Cambria Math" w:cs="Times New Roman"/>
                            <w:sz w:val="28"/>
                            <w:szCs w:val="28"/>
                            <w:lang w:val="kk-KZ"/>
                          </w:rPr>
                          <m:t>y</m:t>
                        </m:r>
                      </m:sub>
                    </m:sSub>
                    <m:r>
                      <w:rPr>
                        <w:rFonts w:ascii="Cambria Math" w:hAnsi="Cambria Math" w:cs="Times New Roman"/>
                        <w:sz w:val="28"/>
                        <w:szCs w:val="28"/>
                        <w:lang w:val="kk-KZ"/>
                      </w:rPr>
                      <m:t>u</m:t>
                    </m:r>
                  </m:e>
                  <m:sub>
                    <m:r>
                      <w:rPr>
                        <w:rFonts w:ascii="Cambria Math" w:hAnsi="Cambria Math" w:cs="Times New Roman"/>
                        <w:sz w:val="28"/>
                        <w:szCs w:val="28"/>
                        <w:lang w:val="kk-KZ"/>
                      </w:rPr>
                      <m:t>N</m:t>
                    </m:r>
                  </m:sub>
                </m:sSub>
              </m:e>
            </m:d>
          </m:e>
          <m:sub>
            <m:r>
              <w:rPr>
                <w:rFonts w:ascii="Cambria Math" w:hAnsi="Cambria Math" w:cs="Times New Roman"/>
                <w:sz w:val="28"/>
                <w:szCs w:val="28"/>
                <w:lang w:val="kk-KZ"/>
              </w:rPr>
              <m:t>2,Q</m:t>
            </m:r>
          </m:sub>
          <m:sup>
            <m:r>
              <w:rPr>
                <w:rFonts w:ascii="Cambria Math" w:hAnsi="Cambria Math" w:cs="Times New Roman"/>
                <w:sz w:val="28"/>
                <w:szCs w:val="28"/>
                <w:lang w:val="kk-KZ"/>
              </w:rPr>
              <m:t>2</m:t>
            </m:r>
          </m:sup>
        </m:sSubSup>
        <m:r>
          <w:rPr>
            <w:rFonts w:ascii="Cambria Math" w:hAnsi="Cambria Math" w:cs="Times New Roman"/>
            <w:sz w:val="28"/>
            <w:szCs w:val="28"/>
            <w:lang w:val="kk-KZ"/>
          </w:rPr>
          <m:t>-</m:t>
        </m:r>
        <m:sSub>
          <m:sSubPr>
            <m:ctrlPr>
              <w:rPr>
                <w:rFonts w:ascii="Cambria Math" w:hAnsi="Cambria Math" w:cs="Times New Roman"/>
                <w:i/>
                <w:sz w:val="28"/>
                <w:szCs w:val="28"/>
              </w:rPr>
            </m:ctrlPr>
          </m:sSubPr>
          <m:e>
            <m:d>
              <m:dPr>
                <m:begChr m:val="‖"/>
                <m:endChr m:val="‖"/>
                <m:ctrlPr>
                  <w:rPr>
                    <w:rFonts w:ascii="Cambria Math" w:hAnsi="Cambria Math" w:cs="Times New Roman"/>
                    <w:i/>
                    <w:sz w:val="28"/>
                    <w:szCs w:val="28"/>
                  </w:rPr>
                </m:ctrlPr>
              </m:dPr>
              <m:e>
                <m:sSub>
                  <m:sSubPr>
                    <m:ctrlPr>
                      <w:rPr>
                        <w:rFonts w:ascii="Cambria Math" w:hAnsi="Cambria Math" w:cs="Times New Roman"/>
                        <w:i/>
                        <w:sz w:val="28"/>
                        <w:szCs w:val="28"/>
                      </w:rPr>
                    </m:ctrlPr>
                  </m:sSubPr>
                  <m:e>
                    <m:r>
                      <m:rPr>
                        <m:sty m:val="p"/>
                      </m:rPr>
                      <w:rPr>
                        <w:rFonts w:ascii="Cambria Math" w:hAnsi="Cambria Math" w:cs="Times New Roman"/>
                        <w:sz w:val="28"/>
                        <w:szCs w:val="28"/>
                        <w:lang w:val="kk-KZ"/>
                      </w:rPr>
                      <m:t>∇</m:t>
                    </m:r>
                  </m:e>
                  <m:sub>
                    <m:r>
                      <w:rPr>
                        <w:rFonts w:ascii="Cambria Math" w:hAnsi="Cambria Math" w:cs="Times New Roman"/>
                        <w:sz w:val="28"/>
                        <w:szCs w:val="28"/>
                        <w:lang w:val="kk-KZ"/>
                      </w:rPr>
                      <m:t>y</m:t>
                    </m:r>
                  </m:sub>
                </m:sSub>
                <m:r>
                  <w:rPr>
                    <w:rFonts w:ascii="Cambria Math" w:hAnsi="Cambria Math" w:cs="Times New Roman"/>
                    <w:sz w:val="28"/>
                    <w:szCs w:val="28"/>
                    <w:lang w:val="kk-KZ"/>
                  </w:rPr>
                  <m:t>f</m:t>
                </m:r>
              </m:e>
            </m:d>
          </m:e>
          <m:sub>
            <m:r>
              <w:rPr>
                <w:rFonts w:ascii="Cambria Math" w:hAnsi="Cambria Math" w:cs="Times New Roman"/>
                <w:sz w:val="28"/>
                <w:szCs w:val="28"/>
                <w:lang w:val="kk-KZ"/>
              </w:rPr>
              <m:t>2,Q</m:t>
            </m:r>
          </m:sub>
        </m:sSub>
        <m:sSub>
          <m:sSubPr>
            <m:ctrlPr>
              <w:rPr>
                <w:rFonts w:ascii="Cambria Math" w:hAnsi="Cambria Math" w:cs="Times New Roman"/>
                <w:i/>
                <w:sz w:val="28"/>
                <w:szCs w:val="28"/>
              </w:rPr>
            </m:ctrlPr>
          </m:sSubPr>
          <m:e>
            <m:d>
              <m:dPr>
                <m:begChr m:val="‖"/>
                <m:endChr m:val="‖"/>
                <m:ctrlPr>
                  <w:rPr>
                    <w:rFonts w:ascii="Cambria Math" w:hAnsi="Cambria Math" w:cs="Times New Roman"/>
                    <w:i/>
                    <w:sz w:val="28"/>
                    <w:szCs w:val="28"/>
                  </w:rPr>
                </m:ctrlPr>
              </m:dPr>
              <m:e>
                <m:sSub>
                  <m:sSubPr>
                    <m:ctrlPr>
                      <w:rPr>
                        <w:rFonts w:ascii="Cambria Math" w:hAnsi="Cambria Math" w:cs="Times New Roman"/>
                        <w:i/>
                        <w:sz w:val="28"/>
                        <w:szCs w:val="28"/>
                      </w:rPr>
                    </m:ctrlPr>
                  </m:sSubPr>
                  <m:e>
                    <m:sSub>
                      <m:sSubPr>
                        <m:ctrlPr>
                          <w:rPr>
                            <w:rFonts w:ascii="Cambria Math" w:hAnsi="Cambria Math" w:cs="Times New Roman"/>
                            <w:i/>
                            <w:sz w:val="28"/>
                            <w:szCs w:val="28"/>
                          </w:rPr>
                        </m:ctrlPr>
                      </m:sSubPr>
                      <m:e>
                        <m:r>
                          <m:rPr>
                            <m:sty m:val="p"/>
                          </m:rPr>
                          <w:rPr>
                            <w:rFonts w:ascii="Cambria Math" w:hAnsi="Cambria Math" w:cs="Times New Roman"/>
                            <w:sz w:val="28"/>
                            <w:szCs w:val="28"/>
                            <w:lang w:val="kk-KZ"/>
                          </w:rPr>
                          <m:t>∇</m:t>
                        </m:r>
                      </m:e>
                      <m:sub>
                        <m:r>
                          <w:rPr>
                            <w:rFonts w:ascii="Cambria Math" w:hAnsi="Cambria Math" w:cs="Times New Roman"/>
                            <w:sz w:val="28"/>
                            <w:szCs w:val="28"/>
                            <w:lang w:val="kk-KZ"/>
                          </w:rPr>
                          <m:t>y</m:t>
                        </m:r>
                      </m:sub>
                    </m:sSub>
                    <m:r>
                      <w:rPr>
                        <w:rFonts w:ascii="Cambria Math" w:hAnsi="Cambria Math" w:cs="Times New Roman"/>
                        <w:sz w:val="28"/>
                        <w:szCs w:val="28"/>
                        <w:lang w:val="kk-KZ"/>
                      </w:rPr>
                      <m:t>u</m:t>
                    </m:r>
                  </m:e>
                  <m:sub>
                    <m:r>
                      <w:rPr>
                        <w:rFonts w:ascii="Cambria Math" w:hAnsi="Cambria Math" w:cs="Times New Roman"/>
                        <w:sz w:val="28"/>
                        <w:szCs w:val="28"/>
                        <w:lang w:val="kk-KZ"/>
                      </w:rPr>
                      <m:t>N</m:t>
                    </m:r>
                  </m:sub>
                </m:sSub>
              </m:e>
            </m:d>
          </m:e>
          <m:sub>
            <m:r>
              <w:rPr>
                <w:rFonts w:ascii="Cambria Math" w:hAnsi="Cambria Math" w:cs="Times New Roman"/>
                <w:sz w:val="28"/>
                <w:szCs w:val="28"/>
                <w:lang w:val="kk-KZ"/>
              </w:rPr>
              <m:t>2,Q</m:t>
            </m:r>
          </m:sub>
        </m:sSub>
        <m:r>
          <w:rPr>
            <w:rFonts w:ascii="Cambria Math" w:hAnsi="Cambria Math" w:cs="Times New Roman"/>
            <w:sz w:val="28"/>
            <w:szCs w:val="28"/>
            <w:lang w:val="kk-KZ"/>
          </w:rPr>
          <m:t>.</m:t>
        </m:r>
      </m:oMath>
      <w:r w:rsidR="004B7CD0" w:rsidRPr="00B439DD">
        <w:rPr>
          <w:rFonts w:ascii="Times New Roman" w:hAnsi="Times New Roman" w:cs="Times New Roman"/>
          <w:sz w:val="28"/>
          <w:szCs w:val="28"/>
          <w:lang w:val="kk-KZ"/>
        </w:rPr>
        <w:tab/>
      </w:r>
      <w:r w:rsidR="004B7CD0" w:rsidRPr="00B439DD">
        <w:rPr>
          <w:rFonts w:ascii="Times New Roman" w:hAnsi="Times New Roman" w:cs="Times New Roman"/>
          <w:sz w:val="28"/>
          <w:szCs w:val="28"/>
          <w:lang w:val="kk-KZ"/>
        </w:rPr>
        <w:tab/>
      </w:r>
      <w:r w:rsidR="005152DC" w:rsidRPr="00B439DD">
        <w:rPr>
          <w:rFonts w:ascii="Times New Roman" w:hAnsi="Times New Roman" w:cs="Times New Roman"/>
          <w:sz w:val="28"/>
          <w:szCs w:val="28"/>
          <w:lang w:val="kk-KZ"/>
        </w:rPr>
        <w:t>(2.71)</w:t>
      </w:r>
    </w:p>
    <w:p w14:paraId="02013E67" w14:textId="707FEB86" w:rsidR="004B7CD0" w:rsidRPr="00B439DD" w:rsidRDefault="004B7CD0" w:rsidP="004B7CD0">
      <w:pPr>
        <w:spacing w:after="0" w:line="240" w:lineRule="auto"/>
        <w:jc w:val="right"/>
        <w:rPr>
          <w:rFonts w:ascii="Times New Roman" w:hAnsi="Times New Roman" w:cs="Times New Roman"/>
          <w:sz w:val="28"/>
          <w:szCs w:val="28"/>
          <w:lang w:val="kk-KZ"/>
        </w:rPr>
      </w:pPr>
    </w:p>
    <w:p w14:paraId="04C3B45D" w14:textId="5A466BA7" w:rsidR="004B7CD0" w:rsidRPr="00B439DD" w:rsidRDefault="004B7CD0" w:rsidP="00EF52AB">
      <w:pPr>
        <w:spacing w:after="0" w:line="240" w:lineRule="auto"/>
        <w:ind w:firstLine="708"/>
        <w:jc w:val="both"/>
        <w:rPr>
          <w:rFonts w:ascii="Times New Roman" w:hAnsi="Times New Roman" w:cs="Times New Roman"/>
          <w:sz w:val="28"/>
          <w:szCs w:val="28"/>
          <w:lang w:val="kk-KZ"/>
        </w:rPr>
      </w:pPr>
      <w:r w:rsidRPr="00B439DD">
        <w:rPr>
          <w:rFonts w:ascii="Times New Roman" w:hAnsi="Times New Roman" w:cs="Times New Roman"/>
          <w:sz w:val="28"/>
          <w:szCs w:val="28"/>
          <w:lang w:val="kk-KZ"/>
        </w:rPr>
        <w:t xml:space="preserve">Егер </w:t>
      </w:r>
      <m:oMath>
        <m:sSub>
          <m:sSubPr>
            <m:ctrlPr>
              <w:rPr>
                <w:rFonts w:ascii="Cambria Math" w:hAnsi="Cambria Math" w:cs="Times New Roman"/>
                <w:i/>
                <w:sz w:val="28"/>
                <w:szCs w:val="28"/>
              </w:rPr>
            </m:ctrlPr>
          </m:sSubPr>
          <m:e>
            <m:d>
              <m:dPr>
                <m:begChr m:val="‖"/>
                <m:endChr m:val="‖"/>
                <m:ctrlPr>
                  <w:rPr>
                    <w:rFonts w:ascii="Cambria Math" w:hAnsi="Cambria Math" w:cs="Times New Roman"/>
                    <w:i/>
                    <w:sz w:val="28"/>
                    <w:szCs w:val="28"/>
                  </w:rPr>
                </m:ctrlPr>
              </m:dPr>
              <m:e>
                <m:sSub>
                  <m:sSubPr>
                    <m:ctrlPr>
                      <w:rPr>
                        <w:rFonts w:ascii="Cambria Math" w:hAnsi="Cambria Math" w:cs="Times New Roman"/>
                        <w:i/>
                        <w:sz w:val="28"/>
                        <w:szCs w:val="28"/>
                      </w:rPr>
                    </m:ctrlPr>
                  </m:sSubPr>
                  <m:e>
                    <m:r>
                      <m:rPr>
                        <m:sty m:val="p"/>
                      </m:rPr>
                      <w:rPr>
                        <w:rFonts w:ascii="Cambria Math" w:hAnsi="Cambria Math" w:cs="Times New Roman"/>
                        <w:sz w:val="28"/>
                        <w:szCs w:val="28"/>
                        <w:lang w:val="kk-KZ"/>
                      </w:rPr>
                      <m:t>∇</m:t>
                    </m:r>
                  </m:e>
                  <m:sub>
                    <m:r>
                      <w:rPr>
                        <w:rFonts w:ascii="Cambria Math" w:hAnsi="Cambria Math" w:cs="Times New Roman"/>
                        <w:sz w:val="28"/>
                        <w:szCs w:val="28"/>
                        <w:lang w:val="kk-KZ"/>
                      </w:rPr>
                      <m:t>y</m:t>
                    </m:r>
                  </m:sub>
                </m:sSub>
                <m:sSub>
                  <m:sSubPr>
                    <m:ctrlPr>
                      <w:rPr>
                        <w:rFonts w:ascii="Cambria Math" w:hAnsi="Cambria Math" w:cs="Times New Roman"/>
                        <w:i/>
                        <w:sz w:val="28"/>
                        <w:szCs w:val="28"/>
                      </w:rPr>
                    </m:ctrlPr>
                  </m:sSubPr>
                  <m:e>
                    <m:r>
                      <w:rPr>
                        <w:rFonts w:ascii="Cambria Math" w:hAnsi="Cambria Math" w:cs="Times New Roman"/>
                        <w:sz w:val="28"/>
                        <w:szCs w:val="28"/>
                        <w:lang w:val="kk-KZ"/>
                      </w:rPr>
                      <m:t>u</m:t>
                    </m:r>
                  </m:e>
                  <m:sub>
                    <m:r>
                      <w:rPr>
                        <w:rFonts w:ascii="Cambria Math" w:hAnsi="Cambria Math" w:cs="Times New Roman"/>
                        <w:sz w:val="28"/>
                        <w:szCs w:val="28"/>
                        <w:lang w:val="kk-KZ"/>
                      </w:rPr>
                      <m:t>N</m:t>
                    </m:r>
                  </m:sub>
                </m:sSub>
              </m:e>
            </m:d>
          </m:e>
          <m:sub>
            <m:r>
              <w:rPr>
                <w:rFonts w:ascii="Cambria Math" w:hAnsi="Cambria Math" w:cs="Times New Roman"/>
                <w:sz w:val="28"/>
                <w:szCs w:val="28"/>
                <w:lang w:val="kk-KZ"/>
              </w:rPr>
              <m:t>2,Q</m:t>
            </m:r>
          </m:sub>
        </m:sSub>
        <m:r>
          <w:rPr>
            <w:rFonts w:ascii="Cambria Math" w:hAnsi="Cambria Math" w:cs="Times New Roman"/>
            <w:sz w:val="28"/>
            <w:szCs w:val="28"/>
            <w:lang w:val="kk-KZ"/>
          </w:rPr>
          <m:t>&gt;</m:t>
        </m:r>
        <m:f>
          <m:fPr>
            <m:ctrlPr>
              <w:rPr>
                <w:rFonts w:ascii="Cambria Math" w:hAnsi="Cambria Math" w:cs="Times New Roman"/>
                <w:i/>
                <w:sz w:val="28"/>
                <w:szCs w:val="28"/>
              </w:rPr>
            </m:ctrlPr>
          </m:fPr>
          <m:num>
            <m:r>
              <w:rPr>
                <w:rFonts w:ascii="Cambria Math" w:hAnsi="Cambria Math" w:cs="Times New Roman"/>
                <w:sz w:val="28"/>
                <w:szCs w:val="28"/>
                <w:lang w:val="kk-KZ"/>
              </w:rPr>
              <m:t>1</m:t>
            </m:r>
          </m:num>
          <m:den>
            <m:sSub>
              <m:sSubPr>
                <m:ctrlPr>
                  <w:rPr>
                    <w:rFonts w:ascii="Cambria Math" w:hAnsi="Cambria Math" w:cs="Times New Roman"/>
                    <w:i/>
                    <w:sz w:val="28"/>
                    <w:szCs w:val="28"/>
                  </w:rPr>
                </m:ctrlPr>
              </m:sSubPr>
              <m:e>
                <m:r>
                  <w:rPr>
                    <w:rFonts w:ascii="Cambria Math" w:hAnsi="Cambria Math" w:cs="Times New Roman"/>
                    <w:sz w:val="28"/>
                    <w:szCs w:val="28"/>
                    <w:lang w:val="kk-KZ"/>
                  </w:rPr>
                  <m:t>c</m:t>
                </m:r>
              </m:e>
              <m:sub>
                <m:r>
                  <w:rPr>
                    <w:rFonts w:ascii="Cambria Math" w:hAnsi="Cambria Math" w:cs="Times New Roman"/>
                    <w:sz w:val="28"/>
                    <w:szCs w:val="28"/>
                    <w:lang w:val="kk-KZ"/>
                  </w:rPr>
                  <m:t>0</m:t>
                </m:r>
              </m:sub>
            </m:sSub>
          </m:den>
        </m:f>
        <m:sSub>
          <m:sSubPr>
            <m:ctrlPr>
              <w:rPr>
                <w:rFonts w:ascii="Cambria Math" w:hAnsi="Cambria Math" w:cs="Times New Roman"/>
                <w:i/>
                <w:sz w:val="28"/>
                <w:szCs w:val="28"/>
              </w:rPr>
            </m:ctrlPr>
          </m:sSubPr>
          <m:e>
            <m:d>
              <m:dPr>
                <m:begChr m:val="‖"/>
                <m:endChr m:val="‖"/>
                <m:ctrlPr>
                  <w:rPr>
                    <w:rFonts w:ascii="Cambria Math" w:hAnsi="Cambria Math" w:cs="Times New Roman"/>
                    <w:i/>
                    <w:sz w:val="28"/>
                    <w:szCs w:val="28"/>
                  </w:rPr>
                </m:ctrlPr>
              </m:dPr>
              <m:e>
                <m:sSub>
                  <m:sSubPr>
                    <m:ctrlPr>
                      <w:rPr>
                        <w:rFonts w:ascii="Cambria Math" w:hAnsi="Cambria Math" w:cs="Times New Roman"/>
                        <w:i/>
                        <w:sz w:val="28"/>
                        <w:szCs w:val="28"/>
                      </w:rPr>
                    </m:ctrlPr>
                  </m:sSubPr>
                  <m:e>
                    <m:r>
                      <m:rPr>
                        <m:sty m:val="p"/>
                      </m:rPr>
                      <w:rPr>
                        <w:rFonts w:ascii="Cambria Math" w:hAnsi="Cambria Math" w:cs="Times New Roman"/>
                        <w:sz w:val="28"/>
                        <w:szCs w:val="28"/>
                        <w:lang w:val="kk-KZ"/>
                      </w:rPr>
                      <m:t>∇</m:t>
                    </m:r>
                  </m:e>
                  <m:sub>
                    <m:r>
                      <w:rPr>
                        <w:rFonts w:ascii="Cambria Math" w:hAnsi="Cambria Math" w:cs="Times New Roman"/>
                        <w:sz w:val="28"/>
                        <w:szCs w:val="28"/>
                        <w:lang w:val="kk-KZ"/>
                      </w:rPr>
                      <m:t>y</m:t>
                    </m:r>
                  </m:sub>
                </m:sSub>
                <m:r>
                  <w:rPr>
                    <w:rFonts w:ascii="Cambria Math" w:hAnsi="Cambria Math" w:cs="Times New Roman"/>
                    <w:sz w:val="28"/>
                    <w:szCs w:val="28"/>
                    <w:lang w:val="kk-KZ"/>
                  </w:rPr>
                  <m:t>f</m:t>
                </m:r>
              </m:e>
            </m:d>
          </m:e>
          <m:sub>
            <m:r>
              <w:rPr>
                <w:rFonts w:ascii="Cambria Math" w:hAnsi="Cambria Math" w:cs="Times New Roman"/>
                <w:sz w:val="28"/>
                <w:szCs w:val="28"/>
                <w:lang w:val="kk-KZ"/>
              </w:rPr>
              <m:t>2,Q</m:t>
            </m:r>
          </m:sub>
        </m:sSub>
      </m:oMath>
      <w:r w:rsidRPr="00B439DD">
        <w:rPr>
          <w:rFonts w:ascii="Times New Roman" w:hAnsi="Times New Roman" w:cs="Times New Roman"/>
          <w:sz w:val="28"/>
          <w:szCs w:val="28"/>
          <w:lang w:val="kk-KZ"/>
        </w:rPr>
        <w:t xml:space="preserve"> орындалғанда, яғни  жеткілікті үлкен </w:t>
      </w:r>
      <w:r w:rsidR="00A135AE" w:rsidRPr="00B439DD">
        <w:rPr>
          <w:rFonts w:ascii="Times New Roman" w:hAnsi="Times New Roman" w:cs="Times New Roman"/>
          <w:noProof/>
          <w:position w:val="-10"/>
          <w:sz w:val="28"/>
          <w:szCs w:val="28"/>
        </w:rPr>
        <w:drawing>
          <wp:inline distT="0" distB="0" distL="0" distR="0" wp14:anchorId="6E1FD175" wp14:editId="0FF23776">
            <wp:extent cx="414020" cy="211455"/>
            <wp:effectExtent l="0" t="0" r="5080" b="0"/>
            <wp:docPr id="2313" name="Рисунок 2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3"/>
                    <pic:cNvPicPr>
                      <a:picLocks noChangeAspect="1" noChangeArrowheads="1"/>
                    </pic:cNvPicPr>
                  </pic:nvPicPr>
                  <pic:blipFill>
                    <a:blip r:embed="rId3095" cstate="print">
                      <a:extLst>
                        <a:ext uri="{28A0092B-C50C-407E-A947-70E740481C1C}">
                          <a14:useLocalDpi xmlns:a14="http://schemas.microsoft.com/office/drawing/2010/main" val="0"/>
                        </a:ext>
                      </a:extLst>
                    </a:blip>
                    <a:srcRect/>
                    <a:stretch>
                      <a:fillRect/>
                    </a:stretch>
                  </pic:blipFill>
                  <pic:spPr bwMode="auto">
                    <a:xfrm>
                      <a:off x="0" y="0"/>
                      <a:ext cx="414020" cy="211455"/>
                    </a:xfrm>
                    <a:prstGeom prst="rect">
                      <a:avLst/>
                    </a:prstGeom>
                    <a:noFill/>
                    <a:ln>
                      <a:noFill/>
                    </a:ln>
                  </pic:spPr>
                </pic:pic>
              </a:graphicData>
            </a:graphic>
          </wp:inline>
        </w:drawing>
      </w:r>
      <w:r w:rsidRPr="00B439DD">
        <w:rPr>
          <w:rFonts w:ascii="Times New Roman" w:hAnsi="Times New Roman" w:cs="Times New Roman"/>
          <w:sz w:val="28"/>
          <w:szCs w:val="28"/>
          <w:lang w:val="kk-KZ"/>
        </w:rPr>
        <w:t xml:space="preserve"> табылады да (дәлірек айтсақ </w:t>
      </w:r>
      <m:oMath>
        <m:r>
          <w:rPr>
            <w:rFonts w:ascii="Cambria Math" w:hAnsi="Cambria Math" w:cs="Times New Roman"/>
            <w:sz w:val="28"/>
            <w:szCs w:val="28"/>
            <w:lang w:val="kk-KZ"/>
          </w:rPr>
          <m:t>ρ&gt;</m:t>
        </m:r>
        <m:f>
          <m:fPr>
            <m:ctrlPr>
              <w:rPr>
                <w:rFonts w:ascii="Cambria Math" w:hAnsi="Cambria Math" w:cs="Times New Roman"/>
                <w:i/>
                <w:sz w:val="28"/>
                <w:szCs w:val="28"/>
              </w:rPr>
            </m:ctrlPr>
          </m:fPr>
          <m:num>
            <m:r>
              <w:rPr>
                <w:rFonts w:ascii="Cambria Math" w:hAnsi="Cambria Math" w:cs="Times New Roman"/>
                <w:sz w:val="28"/>
                <w:szCs w:val="28"/>
                <w:lang w:val="kk-KZ"/>
              </w:rPr>
              <m:t>1</m:t>
            </m:r>
          </m:num>
          <m:den>
            <m:sSub>
              <m:sSubPr>
                <m:ctrlPr>
                  <w:rPr>
                    <w:rFonts w:ascii="Cambria Math" w:hAnsi="Cambria Math" w:cs="Times New Roman"/>
                    <w:i/>
                    <w:sz w:val="28"/>
                    <w:szCs w:val="28"/>
                  </w:rPr>
                </m:ctrlPr>
              </m:sSubPr>
              <m:e>
                <m:r>
                  <w:rPr>
                    <w:rFonts w:ascii="Cambria Math" w:hAnsi="Cambria Math" w:cs="Times New Roman"/>
                    <w:sz w:val="28"/>
                    <w:szCs w:val="28"/>
                    <w:lang w:val="kk-KZ"/>
                  </w:rPr>
                  <m:t>c</m:t>
                </m:r>
              </m:e>
              <m:sub>
                <m:r>
                  <w:rPr>
                    <w:rFonts w:ascii="Cambria Math" w:hAnsi="Cambria Math" w:cs="Times New Roman"/>
                    <w:sz w:val="28"/>
                    <w:szCs w:val="28"/>
                    <w:lang w:val="kk-KZ"/>
                  </w:rPr>
                  <m:t>0</m:t>
                </m:r>
              </m:sub>
            </m:sSub>
          </m:den>
        </m:f>
        <m:sSub>
          <m:sSubPr>
            <m:ctrlPr>
              <w:rPr>
                <w:rFonts w:ascii="Cambria Math" w:hAnsi="Cambria Math" w:cs="Times New Roman"/>
                <w:i/>
                <w:sz w:val="28"/>
                <w:szCs w:val="28"/>
              </w:rPr>
            </m:ctrlPr>
          </m:sSubPr>
          <m:e>
            <m:d>
              <m:dPr>
                <m:begChr m:val="‖"/>
                <m:endChr m:val="‖"/>
                <m:ctrlPr>
                  <w:rPr>
                    <w:rFonts w:ascii="Cambria Math" w:hAnsi="Cambria Math" w:cs="Times New Roman"/>
                    <w:i/>
                    <w:sz w:val="28"/>
                    <w:szCs w:val="28"/>
                  </w:rPr>
                </m:ctrlPr>
              </m:dPr>
              <m:e>
                <m:sSub>
                  <m:sSubPr>
                    <m:ctrlPr>
                      <w:rPr>
                        <w:rFonts w:ascii="Cambria Math" w:hAnsi="Cambria Math" w:cs="Times New Roman"/>
                        <w:i/>
                        <w:sz w:val="28"/>
                        <w:szCs w:val="28"/>
                      </w:rPr>
                    </m:ctrlPr>
                  </m:sSubPr>
                  <m:e>
                    <m:r>
                      <m:rPr>
                        <m:sty m:val="p"/>
                      </m:rPr>
                      <w:rPr>
                        <w:rFonts w:ascii="Cambria Math" w:hAnsi="Cambria Math" w:cs="Times New Roman"/>
                        <w:sz w:val="28"/>
                        <w:szCs w:val="28"/>
                        <w:lang w:val="kk-KZ"/>
                      </w:rPr>
                      <m:t>∇</m:t>
                    </m:r>
                  </m:e>
                  <m:sub>
                    <m:r>
                      <w:rPr>
                        <w:rFonts w:ascii="Cambria Math" w:hAnsi="Cambria Math" w:cs="Times New Roman"/>
                        <w:sz w:val="28"/>
                        <w:szCs w:val="28"/>
                        <w:lang w:val="kk-KZ"/>
                      </w:rPr>
                      <m:t>y</m:t>
                    </m:r>
                  </m:sub>
                </m:sSub>
                <m:r>
                  <w:rPr>
                    <w:rFonts w:ascii="Cambria Math" w:hAnsi="Cambria Math" w:cs="Times New Roman"/>
                    <w:sz w:val="28"/>
                    <w:szCs w:val="28"/>
                    <w:lang w:val="kk-KZ"/>
                  </w:rPr>
                  <m:t>f</m:t>
                </m:r>
              </m:e>
            </m:d>
          </m:e>
          <m:sub>
            <m:r>
              <w:rPr>
                <w:rFonts w:ascii="Cambria Math" w:hAnsi="Cambria Math" w:cs="Times New Roman"/>
                <w:sz w:val="28"/>
                <w:szCs w:val="28"/>
                <w:lang w:val="kk-KZ"/>
              </w:rPr>
              <m:t>2,Q</m:t>
            </m:r>
          </m:sub>
        </m:sSub>
      </m:oMath>
      <w:r w:rsidRPr="00B439DD">
        <w:rPr>
          <w:rFonts w:ascii="Times New Roman" w:hAnsi="Times New Roman" w:cs="Times New Roman"/>
          <w:sz w:val="28"/>
          <w:szCs w:val="28"/>
          <w:lang w:val="kk-KZ"/>
        </w:rPr>
        <w:t xml:space="preserve">), </w:t>
      </w:r>
      <w:r w:rsidR="00A135AE" w:rsidRPr="00B439DD">
        <w:rPr>
          <w:rFonts w:ascii="Times New Roman" w:hAnsi="Times New Roman" w:cs="Times New Roman"/>
          <w:noProof/>
          <w:position w:val="-20"/>
          <w:sz w:val="28"/>
          <w:szCs w:val="28"/>
        </w:rPr>
        <w:drawing>
          <wp:inline distT="0" distB="0" distL="0" distR="0" wp14:anchorId="55B354BD" wp14:editId="2D478C70">
            <wp:extent cx="596900" cy="337185"/>
            <wp:effectExtent l="0" t="0" r="0" b="5715"/>
            <wp:docPr id="2314" name="Рисунок 2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4"/>
                    <pic:cNvPicPr>
                      <a:picLocks noChangeAspect="1" noChangeArrowheads="1"/>
                    </pic:cNvPicPr>
                  </pic:nvPicPr>
                  <pic:blipFill>
                    <a:blip r:embed="rId3096" cstate="print">
                      <a:extLst>
                        <a:ext uri="{28A0092B-C50C-407E-A947-70E740481C1C}">
                          <a14:useLocalDpi xmlns:a14="http://schemas.microsoft.com/office/drawing/2010/main" val="0"/>
                        </a:ext>
                      </a:extLst>
                    </a:blip>
                    <a:srcRect/>
                    <a:stretch>
                      <a:fillRect/>
                    </a:stretch>
                  </pic:blipFill>
                  <pic:spPr bwMode="auto">
                    <a:xfrm>
                      <a:off x="0" y="0"/>
                      <a:ext cx="596900" cy="337185"/>
                    </a:xfrm>
                    <a:prstGeom prst="rect">
                      <a:avLst/>
                    </a:prstGeom>
                    <a:noFill/>
                    <a:ln>
                      <a:noFill/>
                    </a:ln>
                  </pic:spPr>
                </pic:pic>
              </a:graphicData>
            </a:graphic>
          </wp:inline>
        </w:drawing>
      </w:r>
      <w:r w:rsidRPr="00B439DD">
        <w:rPr>
          <w:rFonts w:ascii="Times New Roman" w:hAnsi="Times New Roman" w:cs="Times New Roman"/>
          <w:sz w:val="28"/>
          <w:szCs w:val="28"/>
          <w:lang w:val="kk-KZ"/>
        </w:rPr>
        <w:t xml:space="preserve"> сферада </w:t>
      </w:r>
      <w:r w:rsidR="00A135AE" w:rsidRPr="00B439DD">
        <w:rPr>
          <w:rFonts w:ascii="Times New Roman" w:hAnsi="Times New Roman" w:cs="Times New Roman"/>
          <w:noProof/>
          <w:position w:val="-20"/>
          <w:sz w:val="28"/>
          <w:szCs w:val="28"/>
        </w:rPr>
        <w:drawing>
          <wp:inline distT="0" distB="0" distL="0" distR="0" wp14:anchorId="5BC6AB67" wp14:editId="4A077663">
            <wp:extent cx="1203325" cy="337185"/>
            <wp:effectExtent l="0" t="0" r="0" b="5715"/>
            <wp:docPr id="2315" name="Рисунок 2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5"/>
                    <pic:cNvPicPr>
                      <a:picLocks noChangeAspect="1" noChangeArrowheads="1"/>
                    </pic:cNvPicPr>
                  </pic:nvPicPr>
                  <pic:blipFill>
                    <a:blip r:embed="rId3097" cstate="print">
                      <a:extLst>
                        <a:ext uri="{28A0092B-C50C-407E-A947-70E740481C1C}">
                          <a14:useLocalDpi xmlns:a14="http://schemas.microsoft.com/office/drawing/2010/main" val="0"/>
                        </a:ext>
                      </a:extLst>
                    </a:blip>
                    <a:srcRect/>
                    <a:stretch>
                      <a:fillRect/>
                    </a:stretch>
                  </pic:blipFill>
                  <pic:spPr bwMode="auto">
                    <a:xfrm>
                      <a:off x="0" y="0"/>
                      <a:ext cx="1203325" cy="337185"/>
                    </a:xfrm>
                    <a:prstGeom prst="rect">
                      <a:avLst/>
                    </a:prstGeom>
                    <a:noFill/>
                    <a:ln>
                      <a:noFill/>
                    </a:ln>
                  </pic:spPr>
                </pic:pic>
              </a:graphicData>
            </a:graphic>
          </wp:inline>
        </w:drawing>
      </w:r>
      <w:r w:rsidRPr="00B439DD">
        <w:rPr>
          <w:rFonts w:ascii="Times New Roman" w:hAnsi="Times New Roman" w:cs="Times New Roman"/>
          <w:sz w:val="28"/>
          <w:szCs w:val="28"/>
          <w:lang w:val="kk-KZ"/>
        </w:rPr>
        <w:t xml:space="preserve">. Сүйір бұрыш туралы лемма бойынша </w:t>
      </w:r>
      <w:r w:rsidR="00A135AE" w:rsidRPr="00B439DD">
        <w:rPr>
          <w:rFonts w:ascii="Times New Roman" w:hAnsi="Times New Roman" w:cs="Times New Roman"/>
          <w:noProof/>
          <w:position w:val="-20"/>
          <w:sz w:val="28"/>
          <w:szCs w:val="28"/>
        </w:rPr>
        <w:drawing>
          <wp:inline distT="0" distB="0" distL="0" distR="0" wp14:anchorId="6FAA78F7" wp14:editId="64D3EE17">
            <wp:extent cx="596900" cy="337185"/>
            <wp:effectExtent l="0" t="0" r="0" b="5715"/>
            <wp:docPr id="2316" name="Рисунок 2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6"/>
                    <pic:cNvPicPr>
                      <a:picLocks noChangeAspect="1" noChangeArrowheads="1"/>
                    </pic:cNvPicPr>
                  </pic:nvPicPr>
                  <pic:blipFill>
                    <a:blip r:embed="rId3098" cstate="print">
                      <a:extLst>
                        <a:ext uri="{28A0092B-C50C-407E-A947-70E740481C1C}">
                          <a14:useLocalDpi xmlns:a14="http://schemas.microsoft.com/office/drawing/2010/main" val="0"/>
                        </a:ext>
                      </a:extLst>
                    </a:blip>
                    <a:srcRect/>
                    <a:stretch>
                      <a:fillRect/>
                    </a:stretch>
                  </pic:blipFill>
                  <pic:spPr bwMode="auto">
                    <a:xfrm>
                      <a:off x="0" y="0"/>
                      <a:ext cx="596900" cy="337185"/>
                    </a:xfrm>
                    <a:prstGeom prst="rect">
                      <a:avLst/>
                    </a:prstGeom>
                    <a:noFill/>
                    <a:ln>
                      <a:noFill/>
                    </a:ln>
                  </pic:spPr>
                </pic:pic>
              </a:graphicData>
            </a:graphic>
          </wp:inline>
        </w:drawing>
      </w:r>
      <w:r w:rsidRPr="00B439DD">
        <w:rPr>
          <w:rFonts w:ascii="Times New Roman" w:hAnsi="Times New Roman" w:cs="Times New Roman"/>
          <w:sz w:val="28"/>
          <w:szCs w:val="28"/>
          <w:lang w:val="kk-KZ"/>
        </w:rPr>
        <w:t xml:space="preserve"> тұйық шарда </w:t>
      </w:r>
      <w:r w:rsidR="00A135AE" w:rsidRPr="00B439DD">
        <w:rPr>
          <w:rFonts w:ascii="Times New Roman" w:hAnsi="Times New Roman" w:cs="Times New Roman"/>
          <w:noProof/>
          <w:position w:val="-12"/>
          <w:sz w:val="28"/>
          <w:szCs w:val="28"/>
        </w:rPr>
        <w:drawing>
          <wp:inline distT="0" distB="0" distL="0" distR="0" wp14:anchorId="79EF80CE" wp14:editId="240664EB">
            <wp:extent cx="664210" cy="288925"/>
            <wp:effectExtent l="0" t="0" r="2540" b="0"/>
            <wp:docPr id="2317" name="Рисунок 2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7"/>
                    <pic:cNvPicPr>
                      <a:picLocks noChangeAspect="1" noChangeArrowheads="1"/>
                    </pic:cNvPicPr>
                  </pic:nvPicPr>
                  <pic:blipFill>
                    <a:blip r:embed="rId3099" cstate="print">
                      <a:extLst>
                        <a:ext uri="{28A0092B-C50C-407E-A947-70E740481C1C}">
                          <a14:useLocalDpi xmlns:a14="http://schemas.microsoft.com/office/drawing/2010/main" val="0"/>
                        </a:ext>
                      </a:extLst>
                    </a:blip>
                    <a:srcRect/>
                    <a:stretch>
                      <a:fillRect/>
                    </a:stretch>
                  </pic:blipFill>
                  <pic:spPr bwMode="auto">
                    <a:xfrm>
                      <a:off x="0" y="0"/>
                      <a:ext cx="664210" cy="288925"/>
                    </a:xfrm>
                    <a:prstGeom prst="rect">
                      <a:avLst/>
                    </a:prstGeom>
                    <a:noFill/>
                    <a:ln>
                      <a:noFill/>
                    </a:ln>
                  </pic:spPr>
                </pic:pic>
              </a:graphicData>
            </a:graphic>
          </wp:inline>
        </w:drawing>
      </w:r>
      <w:r w:rsidRPr="00B439DD">
        <w:rPr>
          <w:rFonts w:ascii="Times New Roman" w:hAnsi="Times New Roman" w:cs="Times New Roman"/>
          <w:sz w:val="28"/>
          <w:szCs w:val="28"/>
          <w:lang w:val="kk-KZ"/>
        </w:rPr>
        <w:t xml:space="preserve"> табылады және </w:t>
      </w:r>
      <w:r w:rsidR="00A135AE" w:rsidRPr="00B439DD">
        <w:rPr>
          <w:rFonts w:ascii="Times New Roman" w:hAnsi="Times New Roman" w:cs="Times New Roman"/>
          <w:noProof/>
          <w:position w:val="-16"/>
          <w:sz w:val="28"/>
          <w:szCs w:val="28"/>
        </w:rPr>
        <w:drawing>
          <wp:inline distT="0" distB="0" distL="0" distR="0" wp14:anchorId="742D6062" wp14:editId="02B72786">
            <wp:extent cx="1607185" cy="317500"/>
            <wp:effectExtent l="0" t="0" r="0" b="6350"/>
            <wp:docPr id="2318" name="Рисунок 2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8"/>
                    <pic:cNvPicPr>
                      <a:picLocks noChangeAspect="1" noChangeArrowheads="1"/>
                    </pic:cNvPicPr>
                  </pic:nvPicPr>
                  <pic:blipFill>
                    <a:blip r:embed="rId3100" cstate="print">
                      <a:extLst>
                        <a:ext uri="{28A0092B-C50C-407E-A947-70E740481C1C}">
                          <a14:useLocalDpi xmlns:a14="http://schemas.microsoft.com/office/drawing/2010/main" val="0"/>
                        </a:ext>
                      </a:extLst>
                    </a:blip>
                    <a:srcRect/>
                    <a:stretch>
                      <a:fillRect/>
                    </a:stretch>
                  </pic:blipFill>
                  <pic:spPr bwMode="auto">
                    <a:xfrm>
                      <a:off x="0" y="0"/>
                      <a:ext cx="1607185" cy="317500"/>
                    </a:xfrm>
                    <a:prstGeom prst="rect">
                      <a:avLst/>
                    </a:prstGeom>
                    <a:noFill/>
                    <a:ln>
                      <a:noFill/>
                    </a:ln>
                  </pic:spPr>
                </pic:pic>
              </a:graphicData>
            </a:graphic>
          </wp:inline>
        </w:drawing>
      </w:r>
      <w:r w:rsidRPr="00B439DD">
        <w:rPr>
          <w:rFonts w:ascii="Times New Roman" w:hAnsi="Times New Roman" w:cs="Times New Roman"/>
          <w:sz w:val="28"/>
          <w:szCs w:val="28"/>
          <w:lang w:val="kk-KZ"/>
        </w:rPr>
        <w:t xml:space="preserve"> барлық </w:t>
      </w:r>
      <w:r w:rsidR="00A135AE" w:rsidRPr="00B439DD">
        <w:rPr>
          <w:rFonts w:ascii="Times New Roman" w:hAnsi="Times New Roman" w:cs="Times New Roman"/>
          <w:noProof/>
          <w:position w:val="-12"/>
          <w:sz w:val="28"/>
          <w:szCs w:val="28"/>
        </w:rPr>
        <w:drawing>
          <wp:inline distT="0" distB="0" distL="0" distR="0" wp14:anchorId="0BD7920E" wp14:editId="7E1C6B72">
            <wp:extent cx="942975" cy="231140"/>
            <wp:effectExtent l="0" t="0" r="9525" b="0"/>
            <wp:docPr id="2319" name="Рисунок 2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9"/>
                    <pic:cNvPicPr>
                      <a:picLocks noChangeAspect="1" noChangeArrowheads="1"/>
                    </pic:cNvPicPr>
                  </pic:nvPicPr>
                  <pic:blipFill>
                    <a:blip r:embed="rId3101" cstate="print">
                      <a:extLst>
                        <a:ext uri="{28A0092B-C50C-407E-A947-70E740481C1C}">
                          <a14:useLocalDpi xmlns:a14="http://schemas.microsoft.com/office/drawing/2010/main" val="0"/>
                        </a:ext>
                      </a:extLst>
                    </a:blip>
                    <a:srcRect/>
                    <a:stretch>
                      <a:fillRect/>
                    </a:stretch>
                  </pic:blipFill>
                  <pic:spPr bwMode="auto">
                    <a:xfrm>
                      <a:off x="0" y="0"/>
                      <a:ext cx="942975" cy="231140"/>
                    </a:xfrm>
                    <a:prstGeom prst="rect">
                      <a:avLst/>
                    </a:prstGeom>
                    <a:noFill/>
                    <a:ln>
                      <a:noFill/>
                    </a:ln>
                  </pic:spPr>
                </pic:pic>
              </a:graphicData>
            </a:graphic>
          </wp:inline>
        </w:drawing>
      </w:r>
      <w:r w:rsidRPr="00B439DD">
        <w:rPr>
          <w:rFonts w:ascii="Times New Roman" w:hAnsi="Times New Roman" w:cs="Times New Roman"/>
          <w:sz w:val="28"/>
          <w:szCs w:val="28"/>
          <w:lang w:val="kk-KZ"/>
        </w:rPr>
        <w:t xml:space="preserve"> Бұдан (3.9) теңдікті қанағаттандыратын </w:t>
      </w:r>
      <w:r w:rsidR="00A135AE" w:rsidRPr="00B439DD">
        <w:rPr>
          <w:rFonts w:ascii="Times New Roman" w:hAnsi="Times New Roman" w:cs="Times New Roman"/>
          <w:noProof/>
          <w:position w:val="-12"/>
          <w:sz w:val="28"/>
          <w:szCs w:val="28"/>
        </w:rPr>
        <w:drawing>
          <wp:inline distT="0" distB="0" distL="0" distR="0" wp14:anchorId="680ADFB3" wp14:editId="4E22EC1B">
            <wp:extent cx="596900" cy="231140"/>
            <wp:effectExtent l="0" t="0" r="0" b="0"/>
            <wp:docPr id="2320" name="Рисунок 2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0"/>
                    <pic:cNvPicPr>
                      <a:picLocks noChangeAspect="1" noChangeArrowheads="1"/>
                    </pic:cNvPicPr>
                  </pic:nvPicPr>
                  <pic:blipFill>
                    <a:blip r:embed="rId3102" cstate="print">
                      <a:extLst>
                        <a:ext uri="{28A0092B-C50C-407E-A947-70E740481C1C}">
                          <a14:useLocalDpi xmlns:a14="http://schemas.microsoft.com/office/drawing/2010/main" val="0"/>
                        </a:ext>
                      </a:extLst>
                    </a:blip>
                    <a:srcRect/>
                    <a:stretch>
                      <a:fillRect/>
                    </a:stretch>
                  </pic:blipFill>
                  <pic:spPr bwMode="auto">
                    <a:xfrm>
                      <a:off x="0" y="0"/>
                      <a:ext cx="596900" cy="231140"/>
                    </a:xfrm>
                    <a:prstGeom prst="rect">
                      <a:avLst/>
                    </a:prstGeom>
                    <a:noFill/>
                    <a:ln>
                      <a:noFill/>
                    </a:ln>
                  </pic:spPr>
                </pic:pic>
              </a:graphicData>
            </a:graphic>
          </wp:inline>
        </w:drawing>
      </w:r>
      <w:r w:rsidRPr="00B439DD">
        <w:rPr>
          <w:rFonts w:ascii="Times New Roman" w:hAnsi="Times New Roman" w:cs="Times New Roman"/>
          <w:sz w:val="28"/>
          <w:szCs w:val="28"/>
          <w:lang w:val="kk-KZ"/>
        </w:rPr>
        <w:t xml:space="preserve"> функциялары бар екендігі шығады.</w:t>
      </w:r>
    </w:p>
    <w:p w14:paraId="6B1599F0" w14:textId="34A51526" w:rsidR="004B7CD0" w:rsidRPr="00B439DD" w:rsidRDefault="00C55AD0" w:rsidP="00C55AD0">
      <w:pPr>
        <w:spacing w:after="0" w:line="240" w:lineRule="auto"/>
        <w:rPr>
          <w:rFonts w:ascii="Times New Roman" w:hAnsi="Times New Roman" w:cs="Times New Roman"/>
          <w:sz w:val="28"/>
          <w:szCs w:val="28"/>
          <w:lang w:val="kk-KZ"/>
        </w:rPr>
      </w:pPr>
      <w:r w:rsidRPr="00B439DD">
        <w:rPr>
          <w:rFonts w:ascii="Times New Roman" w:hAnsi="Times New Roman" w:cs="Times New Roman"/>
          <w:sz w:val="28"/>
          <w:szCs w:val="28"/>
          <w:lang w:val="kk-KZ"/>
        </w:rPr>
        <w:t>Лемма 2.4</w:t>
      </w:r>
      <w:r w:rsidR="004B7CD0" w:rsidRPr="00B439DD">
        <w:rPr>
          <w:rFonts w:ascii="Times New Roman" w:hAnsi="Times New Roman" w:cs="Times New Roman"/>
          <w:sz w:val="28"/>
          <w:szCs w:val="28"/>
          <w:lang w:val="kk-KZ"/>
        </w:rPr>
        <w:t xml:space="preserve"> дәлелденді.</w:t>
      </w:r>
    </w:p>
    <w:p w14:paraId="6AED275B" w14:textId="3D318C01" w:rsidR="004B7CD0" w:rsidRPr="00B439DD" w:rsidRDefault="00C55AD0" w:rsidP="00C55AD0">
      <w:pPr>
        <w:spacing w:after="0" w:line="240" w:lineRule="auto"/>
        <w:ind w:firstLine="708"/>
        <w:jc w:val="both"/>
        <w:rPr>
          <w:rFonts w:ascii="Times New Roman" w:hAnsi="Times New Roman" w:cs="Times New Roman"/>
          <w:sz w:val="28"/>
          <w:szCs w:val="28"/>
          <w:lang w:val="kk-KZ"/>
        </w:rPr>
      </w:pPr>
      <w:r w:rsidRPr="00B439DD">
        <w:rPr>
          <w:rFonts w:ascii="Times New Roman" w:hAnsi="Times New Roman" w:cs="Times New Roman"/>
          <w:sz w:val="28"/>
          <w:szCs w:val="28"/>
          <w:lang w:val="kk-KZ"/>
        </w:rPr>
        <w:t>(2</w:t>
      </w:r>
      <w:r w:rsidR="004B7CD0" w:rsidRPr="00B439DD">
        <w:rPr>
          <w:rFonts w:ascii="Times New Roman" w:hAnsi="Times New Roman" w:cs="Times New Roman"/>
          <w:sz w:val="28"/>
          <w:szCs w:val="28"/>
          <w:lang w:val="kk-KZ"/>
        </w:rPr>
        <w:t>.</w:t>
      </w:r>
      <w:r w:rsidRPr="00B439DD">
        <w:rPr>
          <w:rFonts w:ascii="Times New Roman" w:hAnsi="Times New Roman" w:cs="Times New Roman"/>
          <w:sz w:val="28"/>
          <w:szCs w:val="28"/>
          <w:lang w:val="kk-KZ"/>
        </w:rPr>
        <w:t>69)-(2.7</w:t>
      </w:r>
      <w:r w:rsidR="004B7CD0" w:rsidRPr="00B439DD">
        <w:rPr>
          <w:rFonts w:ascii="Times New Roman" w:hAnsi="Times New Roman" w:cs="Times New Roman"/>
          <w:sz w:val="28"/>
          <w:szCs w:val="28"/>
          <w:lang w:val="kk-KZ"/>
        </w:rPr>
        <w:t xml:space="preserve">0) шеттік есебінің шешімділігі жалпы дифференциалдық </w:t>
      </w:r>
      <w:r w:rsidRPr="00B439DD">
        <w:rPr>
          <w:rFonts w:ascii="Times New Roman" w:hAnsi="Times New Roman" w:cs="Times New Roman"/>
          <w:sz w:val="28"/>
          <w:szCs w:val="28"/>
          <w:lang w:val="kk-KZ"/>
        </w:rPr>
        <w:t>теңдеулер теориясынан шығады. (2</w:t>
      </w:r>
      <w:r w:rsidR="004B7CD0" w:rsidRPr="00B439DD">
        <w:rPr>
          <w:rFonts w:ascii="Times New Roman" w:hAnsi="Times New Roman" w:cs="Times New Roman"/>
          <w:sz w:val="28"/>
          <w:szCs w:val="28"/>
          <w:lang w:val="kk-KZ"/>
        </w:rPr>
        <w:t>.</w:t>
      </w:r>
      <w:r w:rsidRPr="00B439DD">
        <w:rPr>
          <w:rFonts w:ascii="Times New Roman" w:hAnsi="Times New Roman" w:cs="Times New Roman"/>
          <w:sz w:val="28"/>
          <w:szCs w:val="28"/>
          <w:lang w:val="kk-KZ"/>
        </w:rPr>
        <w:t>6</w:t>
      </w:r>
      <w:r w:rsidR="004B7CD0" w:rsidRPr="00B439DD">
        <w:rPr>
          <w:rFonts w:ascii="Times New Roman" w:hAnsi="Times New Roman" w:cs="Times New Roman"/>
          <w:sz w:val="28"/>
          <w:szCs w:val="28"/>
          <w:lang w:val="kk-KZ"/>
        </w:rPr>
        <w:t xml:space="preserve">8) қосындыларының жинақты болуы үшін </w:t>
      </w:r>
      <w:r w:rsidR="00A135AE" w:rsidRPr="00B439DD">
        <w:rPr>
          <w:rFonts w:ascii="Times New Roman" w:hAnsi="Times New Roman" w:cs="Times New Roman"/>
          <w:noProof/>
          <w:position w:val="-6"/>
          <w:sz w:val="28"/>
          <w:szCs w:val="28"/>
        </w:rPr>
        <w:drawing>
          <wp:inline distT="0" distB="0" distL="0" distR="0" wp14:anchorId="0434D436" wp14:editId="454CA177">
            <wp:extent cx="231140" cy="231140"/>
            <wp:effectExtent l="0" t="0" r="0" b="0"/>
            <wp:docPr id="2321" name="Рисунок 2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1"/>
                    <pic:cNvPicPr>
                      <a:picLocks noChangeAspect="1" noChangeArrowheads="1"/>
                    </pic:cNvPicPr>
                  </pic:nvPicPr>
                  <pic:blipFill>
                    <a:blip r:embed="rId3103" cstate="print">
                      <a:extLst>
                        <a:ext uri="{28A0092B-C50C-407E-A947-70E740481C1C}">
                          <a14:useLocalDpi xmlns:a14="http://schemas.microsoft.com/office/drawing/2010/main" val="0"/>
                        </a:ext>
                      </a:extLst>
                    </a:blip>
                    <a:srcRect/>
                    <a:stretch>
                      <a:fillRect/>
                    </a:stretch>
                  </pic:blipFill>
                  <pic:spPr bwMode="auto">
                    <a:xfrm>
                      <a:off x="0" y="0"/>
                      <a:ext cx="231140" cy="231140"/>
                    </a:xfrm>
                    <a:prstGeom prst="rect">
                      <a:avLst/>
                    </a:prstGeom>
                    <a:noFill/>
                    <a:ln>
                      <a:noFill/>
                    </a:ln>
                  </pic:spPr>
                </pic:pic>
              </a:graphicData>
            </a:graphic>
          </wp:inline>
        </w:drawing>
      </w:r>
      <w:r w:rsidR="004B7CD0" w:rsidRPr="00B439DD">
        <w:rPr>
          <w:rFonts w:ascii="Times New Roman" w:hAnsi="Times New Roman" w:cs="Times New Roman"/>
          <w:sz w:val="28"/>
          <w:szCs w:val="28"/>
          <w:lang w:val="kk-KZ"/>
        </w:rPr>
        <w:t xml:space="preserve"> шешімдерінің априорлық бағалаулары қажет.</w:t>
      </w:r>
      <w:r w:rsidRPr="00B439DD">
        <w:rPr>
          <w:rFonts w:ascii="Times New Roman" w:hAnsi="Times New Roman" w:cs="Times New Roman"/>
          <w:sz w:val="28"/>
          <w:szCs w:val="28"/>
          <w:lang w:val="kk-KZ"/>
        </w:rPr>
        <w:t xml:space="preserve"> (2</w:t>
      </w:r>
      <w:r w:rsidR="004B7CD0" w:rsidRPr="00B439DD">
        <w:rPr>
          <w:rFonts w:ascii="Times New Roman" w:hAnsi="Times New Roman" w:cs="Times New Roman"/>
          <w:sz w:val="28"/>
          <w:szCs w:val="28"/>
          <w:lang w:val="kk-KZ"/>
        </w:rPr>
        <w:t>.</w:t>
      </w:r>
      <w:r w:rsidRPr="00B439DD">
        <w:rPr>
          <w:rFonts w:ascii="Times New Roman" w:hAnsi="Times New Roman" w:cs="Times New Roman"/>
          <w:sz w:val="28"/>
          <w:szCs w:val="28"/>
          <w:lang w:val="kk-KZ"/>
        </w:rPr>
        <w:t>6</w:t>
      </w:r>
      <w:r w:rsidR="004B7CD0" w:rsidRPr="00B439DD">
        <w:rPr>
          <w:rFonts w:ascii="Times New Roman" w:hAnsi="Times New Roman" w:cs="Times New Roman"/>
          <w:sz w:val="28"/>
          <w:szCs w:val="28"/>
          <w:lang w:val="kk-KZ"/>
        </w:rPr>
        <w:t xml:space="preserve">9) теңдеуді сәйкесінше </w:t>
      </w:r>
      <w:r w:rsidR="00A135AE" w:rsidRPr="00B439DD">
        <w:rPr>
          <w:rFonts w:ascii="Times New Roman" w:hAnsi="Times New Roman" w:cs="Times New Roman"/>
          <w:noProof/>
          <w:position w:val="-16"/>
          <w:sz w:val="28"/>
          <w:szCs w:val="28"/>
        </w:rPr>
        <w:drawing>
          <wp:inline distT="0" distB="0" distL="0" distR="0" wp14:anchorId="79BDCA98" wp14:editId="1261A481">
            <wp:extent cx="692785" cy="250190"/>
            <wp:effectExtent l="0" t="0" r="0" b="0"/>
            <wp:docPr id="2322" name="Рисунок 2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2"/>
                    <pic:cNvPicPr>
                      <a:picLocks noChangeAspect="1" noChangeArrowheads="1"/>
                    </pic:cNvPicPr>
                  </pic:nvPicPr>
                  <pic:blipFill>
                    <a:blip r:embed="rId3104" cstate="print">
                      <a:extLst>
                        <a:ext uri="{28A0092B-C50C-407E-A947-70E740481C1C}">
                          <a14:useLocalDpi xmlns:a14="http://schemas.microsoft.com/office/drawing/2010/main" val="0"/>
                        </a:ext>
                      </a:extLst>
                    </a:blip>
                    <a:srcRect/>
                    <a:stretch>
                      <a:fillRect/>
                    </a:stretch>
                  </pic:blipFill>
                  <pic:spPr bwMode="auto">
                    <a:xfrm>
                      <a:off x="0" y="0"/>
                      <a:ext cx="692785" cy="250190"/>
                    </a:xfrm>
                    <a:prstGeom prst="rect">
                      <a:avLst/>
                    </a:prstGeom>
                    <a:noFill/>
                    <a:ln>
                      <a:noFill/>
                    </a:ln>
                  </pic:spPr>
                </pic:pic>
              </a:graphicData>
            </a:graphic>
          </wp:inline>
        </w:drawing>
      </w:r>
      <w:r w:rsidR="004B7CD0" w:rsidRPr="00B439DD">
        <w:rPr>
          <w:rFonts w:ascii="Times New Roman" w:hAnsi="Times New Roman" w:cs="Times New Roman"/>
          <w:sz w:val="28"/>
          <w:szCs w:val="28"/>
          <w:lang w:val="kk-KZ"/>
        </w:rPr>
        <w:t xml:space="preserve">және </w:t>
      </w:r>
      <w:r w:rsidR="00A135AE" w:rsidRPr="00B439DD">
        <w:rPr>
          <w:rFonts w:ascii="Times New Roman" w:hAnsi="Times New Roman" w:cs="Times New Roman"/>
          <w:noProof/>
          <w:position w:val="-16"/>
          <w:sz w:val="28"/>
          <w:szCs w:val="28"/>
        </w:rPr>
        <w:drawing>
          <wp:inline distT="0" distB="0" distL="0" distR="0" wp14:anchorId="01122528" wp14:editId="350F8BF1">
            <wp:extent cx="529590" cy="250190"/>
            <wp:effectExtent l="0" t="0" r="3810" b="0"/>
            <wp:docPr id="2323" name="Рисунок 2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3"/>
                    <pic:cNvPicPr>
                      <a:picLocks noChangeAspect="1" noChangeArrowheads="1"/>
                    </pic:cNvPicPr>
                  </pic:nvPicPr>
                  <pic:blipFill>
                    <a:blip r:embed="rId3105" cstate="print">
                      <a:extLst>
                        <a:ext uri="{28A0092B-C50C-407E-A947-70E740481C1C}">
                          <a14:useLocalDpi xmlns:a14="http://schemas.microsoft.com/office/drawing/2010/main" val="0"/>
                        </a:ext>
                      </a:extLst>
                    </a:blip>
                    <a:srcRect/>
                    <a:stretch>
                      <a:fillRect/>
                    </a:stretch>
                  </pic:blipFill>
                  <pic:spPr bwMode="auto">
                    <a:xfrm>
                      <a:off x="0" y="0"/>
                      <a:ext cx="529590" cy="250190"/>
                    </a:xfrm>
                    <a:prstGeom prst="rect">
                      <a:avLst/>
                    </a:prstGeom>
                    <a:noFill/>
                    <a:ln>
                      <a:noFill/>
                    </a:ln>
                  </pic:spPr>
                </pic:pic>
              </a:graphicData>
            </a:graphic>
          </wp:inline>
        </w:drawing>
      </w:r>
      <w:r w:rsidR="004B7CD0" w:rsidRPr="00B439DD">
        <w:rPr>
          <w:rFonts w:ascii="Times New Roman" w:hAnsi="Times New Roman" w:cs="Times New Roman"/>
          <w:sz w:val="28"/>
          <w:szCs w:val="28"/>
          <w:lang w:val="kk-KZ"/>
        </w:rPr>
        <w:t xml:space="preserve"> көбейтіп, </w:t>
      </w:r>
      <w:r w:rsidR="00A135AE" w:rsidRPr="00B439DD">
        <w:rPr>
          <w:rFonts w:ascii="Times New Roman" w:hAnsi="Times New Roman" w:cs="Times New Roman"/>
          <w:noProof/>
          <w:position w:val="-12"/>
          <w:sz w:val="28"/>
          <w:szCs w:val="28"/>
        </w:rPr>
        <w:drawing>
          <wp:inline distT="0" distB="0" distL="0" distR="0" wp14:anchorId="30280D6E" wp14:editId="337EAEB2">
            <wp:extent cx="991235" cy="231140"/>
            <wp:effectExtent l="0" t="0" r="0" b="0"/>
            <wp:docPr id="2324" name="Рисунок 2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4"/>
                    <pic:cNvPicPr>
                      <a:picLocks noChangeAspect="1" noChangeArrowheads="1"/>
                    </pic:cNvPicPr>
                  </pic:nvPicPr>
                  <pic:blipFill>
                    <a:blip r:embed="rId3106" cstate="print">
                      <a:extLst>
                        <a:ext uri="{28A0092B-C50C-407E-A947-70E740481C1C}">
                          <a14:useLocalDpi xmlns:a14="http://schemas.microsoft.com/office/drawing/2010/main" val="0"/>
                        </a:ext>
                      </a:extLst>
                    </a:blip>
                    <a:srcRect/>
                    <a:stretch>
                      <a:fillRect/>
                    </a:stretch>
                  </pic:blipFill>
                  <pic:spPr bwMode="auto">
                    <a:xfrm>
                      <a:off x="0" y="0"/>
                      <a:ext cx="991235" cy="231140"/>
                    </a:xfrm>
                    <a:prstGeom prst="rect">
                      <a:avLst/>
                    </a:prstGeom>
                    <a:noFill/>
                    <a:ln>
                      <a:noFill/>
                    </a:ln>
                  </pic:spPr>
                </pic:pic>
              </a:graphicData>
            </a:graphic>
          </wp:inline>
        </w:drawing>
      </w:r>
      <w:r w:rsidR="004B7CD0" w:rsidRPr="00B439DD">
        <w:rPr>
          <w:rFonts w:ascii="Times New Roman" w:hAnsi="Times New Roman" w:cs="Times New Roman"/>
          <w:sz w:val="28"/>
          <w:szCs w:val="28"/>
          <w:lang w:val="kk-KZ"/>
        </w:rPr>
        <w:t xml:space="preserve"> бойынша қосындылап, содан соң,  0-ден 1-ге дейін  </w:t>
      </w:r>
      <w:r w:rsidR="004B7CD0" w:rsidRPr="00B439DD">
        <w:rPr>
          <w:rFonts w:ascii="Times New Roman" w:hAnsi="Times New Roman" w:cs="Times New Roman"/>
          <w:i/>
          <w:iCs/>
          <w:sz w:val="28"/>
          <w:szCs w:val="28"/>
          <w:lang w:val="kk-KZ"/>
        </w:rPr>
        <w:t>х</w:t>
      </w:r>
      <w:r w:rsidR="004B7CD0" w:rsidRPr="00B439DD">
        <w:rPr>
          <w:rFonts w:ascii="Times New Roman" w:hAnsi="Times New Roman" w:cs="Times New Roman"/>
          <w:sz w:val="28"/>
          <w:szCs w:val="28"/>
          <w:lang w:val="kk-KZ"/>
        </w:rPr>
        <w:t xml:space="preserve">  бойынша интегралдап, келесі теңдіктерді аламыз:</w:t>
      </w:r>
    </w:p>
    <w:p w14:paraId="270BB636" w14:textId="77777777" w:rsidR="004B7CD0" w:rsidRPr="00B439DD" w:rsidRDefault="004B7CD0" w:rsidP="004B7CD0">
      <w:pPr>
        <w:spacing w:after="0" w:line="240" w:lineRule="auto"/>
        <w:jc w:val="both"/>
        <w:rPr>
          <w:rFonts w:ascii="Times New Roman" w:hAnsi="Times New Roman" w:cs="Times New Roman"/>
          <w:sz w:val="28"/>
          <w:szCs w:val="28"/>
          <w:lang w:val="kk-KZ"/>
        </w:rPr>
      </w:pPr>
    </w:p>
    <w:p w14:paraId="2218EF52" w14:textId="1533A1FB" w:rsidR="004B7CD0" w:rsidRPr="00B439DD" w:rsidRDefault="00A135AE" w:rsidP="00EF52AB">
      <w:pPr>
        <w:tabs>
          <w:tab w:val="center" w:pos="4678"/>
        </w:tabs>
        <w:spacing w:after="0" w:line="240" w:lineRule="auto"/>
        <w:jc w:val="right"/>
        <w:rPr>
          <w:rFonts w:ascii="Times New Roman" w:hAnsi="Times New Roman" w:cs="Times New Roman"/>
          <w:sz w:val="28"/>
          <w:szCs w:val="28"/>
          <w:lang w:val="kk-KZ"/>
        </w:rPr>
      </w:pPr>
      <w:r w:rsidRPr="00B439DD">
        <w:rPr>
          <w:rFonts w:ascii="Times New Roman" w:hAnsi="Times New Roman" w:cs="Times New Roman"/>
          <w:noProof/>
          <w:position w:val="-64"/>
          <w:sz w:val="28"/>
          <w:szCs w:val="28"/>
        </w:rPr>
        <w:drawing>
          <wp:inline distT="0" distB="0" distL="0" distR="0" wp14:anchorId="0B97FAA6" wp14:editId="7D6DFAE4">
            <wp:extent cx="3609340" cy="914400"/>
            <wp:effectExtent l="0" t="0" r="0" b="0"/>
            <wp:docPr id="2325" name="Рисунок 2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5"/>
                    <pic:cNvPicPr>
                      <a:picLocks noChangeAspect="1" noChangeArrowheads="1"/>
                    </pic:cNvPicPr>
                  </pic:nvPicPr>
                  <pic:blipFill>
                    <a:blip r:embed="rId3107" cstate="print">
                      <a:extLst>
                        <a:ext uri="{28A0092B-C50C-407E-A947-70E740481C1C}">
                          <a14:useLocalDpi xmlns:a14="http://schemas.microsoft.com/office/drawing/2010/main" val="0"/>
                        </a:ext>
                      </a:extLst>
                    </a:blip>
                    <a:srcRect/>
                    <a:stretch>
                      <a:fillRect/>
                    </a:stretch>
                  </pic:blipFill>
                  <pic:spPr bwMode="auto">
                    <a:xfrm>
                      <a:off x="0" y="0"/>
                      <a:ext cx="3609340" cy="914400"/>
                    </a:xfrm>
                    <a:prstGeom prst="rect">
                      <a:avLst/>
                    </a:prstGeom>
                    <a:noFill/>
                    <a:ln>
                      <a:noFill/>
                    </a:ln>
                  </pic:spPr>
                </pic:pic>
              </a:graphicData>
            </a:graphic>
          </wp:inline>
        </w:drawing>
      </w:r>
      <w:r w:rsidR="00C55AD0" w:rsidRPr="00B439DD">
        <w:rPr>
          <w:rFonts w:ascii="Times New Roman" w:hAnsi="Times New Roman" w:cs="Times New Roman"/>
          <w:sz w:val="28"/>
          <w:szCs w:val="28"/>
          <w:lang w:val="kk-KZ"/>
        </w:rPr>
        <w:tab/>
        <w:t xml:space="preserve">          </w:t>
      </w:r>
      <w:r w:rsidR="00C55AD0" w:rsidRPr="00B439DD">
        <w:rPr>
          <w:rFonts w:ascii="Times New Roman" w:hAnsi="Times New Roman" w:cs="Times New Roman"/>
          <w:sz w:val="28"/>
          <w:szCs w:val="28"/>
          <w:lang w:val="kk-KZ"/>
        </w:rPr>
        <w:tab/>
        <w:t>(2.72</w:t>
      </w:r>
      <w:r w:rsidR="004B7CD0" w:rsidRPr="00B439DD">
        <w:rPr>
          <w:rFonts w:ascii="Times New Roman" w:hAnsi="Times New Roman" w:cs="Times New Roman"/>
          <w:sz w:val="28"/>
          <w:szCs w:val="28"/>
          <w:lang w:val="kk-KZ"/>
        </w:rPr>
        <w:t>)</w:t>
      </w:r>
    </w:p>
    <w:p w14:paraId="31A1DD9A" w14:textId="77777777" w:rsidR="004B7CD0" w:rsidRPr="00B439DD" w:rsidRDefault="004B7CD0" w:rsidP="004B7CD0">
      <w:pPr>
        <w:tabs>
          <w:tab w:val="center" w:pos="4678"/>
        </w:tabs>
        <w:spacing w:after="0" w:line="240" w:lineRule="auto"/>
        <w:jc w:val="center"/>
        <w:rPr>
          <w:rFonts w:ascii="Times New Roman" w:hAnsi="Times New Roman" w:cs="Times New Roman"/>
          <w:sz w:val="28"/>
          <w:szCs w:val="28"/>
          <w:lang w:val="kk-KZ"/>
        </w:rPr>
      </w:pPr>
    </w:p>
    <w:p w14:paraId="29BF3B5B" w14:textId="505336F3" w:rsidR="004B7CD0" w:rsidRPr="00B439DD" w:rsidRDefault="00A135AE" w:rsidP="004B7CD0">
      <w:pPr>
        <w:tabs>
          <w:tab w:val="center" w:pos="4678"/>
        </w:tabs>
        <w:spacing w:after="0" w:line="240" w:lineRule="auto"/>
        <w:jc w:val="right"/>
        <w:rPr>
          <w:rFonts w:ascii="Times New Roman" w:hAnsi="Times New Roman" w:cs="Times New Roman"/>
          <w:sz w:val="28"/>
          <w:szCs w:val="28"/>
          <w:lang w:val="kk-KZ"/>
        </w:rPr>
      </w:pPr>
      <w:r w:rsidRPr="00B439DD">
        <w:rPr>
          <w:rFonts w:ascii="Times New Roman" w:hAnsi="Times New Roman" w:cs="Times New Roman"/>
          <w:noProof/>
          <w:position w:val="-68"/>
          <w:sz w:val="28"/>
          <w:szCs w:val="28"/>
        </w:rPr>
        <w:drawing>
          <wp:inline distT="0" distB="0" distL="0" distR="0" wp14:anchorId="60776E6F" wp14:editId="105ED652">
            <wp:extent cx="3657600" cy="942975"/>
            <wp:effectExtent l="0" t="0" r="0" b="9525"/>
            <wp:docPr id="2326" name="Рисунок 2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6"/>
                    <pic:cNvPicPr>
                      <a:picLocks noChangeAspect="1" noChangeArrowheads="1"/>
                    </pic:cNvPicPr>
                  </pic:nvPicPr>
                  <pic:blipFill>
                    <a:blip r:embed="rId3108" cstate="print">
                      <a:extLst>
                        <a:ext uri="{28A0092B-C50C-407E-A947-70E740481C1C}">
                          <a14:useLocalDpi xmlns:a14="http://schemas.microsoft.com/office/drawing/2010/main" val="0"/>
                        </a:ext>
                      </a:extLst>
                    </a:blip>
                    <a:srcRect/>
                    <a:stretch>
                      <a:fillRect/>
                    </a:stretch>
                  </pic:blipFill>
                  <pic:spPr bwMode="auto">
                    <a:xfrm>
                      <a:off x="0" y="0"/>
                      <a:ext cx="3657600" cy="942975"/>
                    </a:xfrm>
                    <a:prstGeom prst="rect">
                      <a:avLst/>
                    </a:prstGeom>
                    <a:noFill/>
                    <a:ln>
                      <a:noFill/>
                    </a:ln>
                  </pic:spPr>
                </pic:pic>
              </a:graphicData>
            </a:graphic>
          </wp:inline>
        </w:drawing>
      </w:r>
      <w:r w:rsidR="004B7CD0" w:rsidRPr="00B439DD">
        <w:rPr>
          <w:rFonts w:ascii="Times New Roman" w:hAnsi="Times New Roman" w:cs="Times New Roman"/>
          <w:position w:val="-22"/>
          <w:sz w:val="28"/>
          <w:szCs w:val="28"/>
          <w:lang w:val="kk-KZ"/>
        </w:rPr>
        <w:tab/>
      </w:r>
      <w:r w:rsidR="004B7CD0" w:rsidRPr="00B439DD">
        <w:rPr>
          <w:rFonts w:ascii="Times New Roman" w:hAnsi="Times New Roman" w:cs="Times New Roman"/>
          <w:position w:val="-22"/>
          <w:sz w:val="28"/>
          <w:szCs w:val="28"/>
          <w:lang w:val="kk-KZ"/>
        </w:rPr>
        <w:tab/>
      </w:r>
      <w:r w:rsidR="004B7CD0" w:rsidRPr="00B439DD">
        <w:rPr>
          <w:rFonts w:ascii="Times New Roman" w:hAnsi="Times New Roman" w:cs="Times New Roman"/>
          <w:position w:val="-22"/>
          <w:sz w:val="28"/>
          <w:szCs w:val="28"/>
          <w:lang w:val="kk-KZ"/>
        </w:rPr>
        <w:tab/>
      </w:r>
      <w:r w:rsidR="00C55AD0" w:rsidRPr="00B439DD">
        <w:rPr>
          <w:rFonts w:ascii="Times New Roman" w:hAnsi="Times New Roman" w:cs="Times New Roman"/>
          <w:position w:val="-22"/>
          <w:sz w:val="28"/>
          <w:szCs w:val="28"/>
          <w:lang w:val="kk-KZ"/>
        </w:rPr>
        <w:t>(2.73</w:t>
      </w:r>
      <w:r w:rsidR="004B7CD0" w:rsidRPr="00B439DD">
        <w:rPr>
          <w:rFonts w:ascii="Times New Roman" w:hAnsi="Times New Roman" w:cs="Times New Roman"/>
          <w:position w:val="-22"/>
          <w:sz w:val="28"/>
          <w:szCs w:val="28"/>
          <w:lang w:val="kk-KZ"/>
        </w:rPr>
        <w:t>)</w:t>
      </w:r>
    </w:p>
    <w:p w14:paraId="2854E6CE" w14:textId="77777777" w:rsidR="004B7CD0" w:rsidRPr="00B439DD" w:rsidRDefault="004B7CD0" w:rsidP="004B7CD0">
      <w:pPr>
        <w:spacing w:after="0" w:line="240" w:lineRule="auto"/>
        <w:jc w:val="center"/>
        <w:rPr>
          <w:rFonts w:ascii="Times New Roman" w:hAnsi="Times New Roman" w:cs="Times New Roman"/>
          <w:sz w:val="28"/>
          <w:szCs w:val="28"/>
          <w:lang w:val="kk-KZ"/>
        </w:rPr>
      </w:pPr>
    </w:p>
    <w:p w14:paraId="5C273105" w14:textId="2F2CAC43" w:rsidR="004B7CD0" w:rsidRPr="00B439DD" w:rsidRDefault="00C55AD0" w:rsidP="004B7CD0">
      <w:pPr>
        <w:spacing w:after="0" w:line="240" w:lineRule="auto"/>
        <w:jc w:val="both"/>
        <w:rPr>
          <w:rFonts w:ascii="Times New Roman" w:hAnsi="Times New Roman" w:cs="Times New Roman"/>
          <w:sz w:val="28"/>
          <w:szCs w:val="28"/>
          <w:lang w:val="kk-KZ"/>
        </w:rPr>
      </w:pPr>
      <w:r w:rsidRPr="00B439DD">
        <w:rPr>
          <w:rFonts w:ascii="Times New Roman" w:hAnsi="Times New Roman" w:cs="Times New Roman"/>
          <w:sz w:val="28"/>
          <w:szCs w:val="28"/>
          <w:lang w:val="kk-KZ"/>
        </w:rPr>
        <w:t>(2.7</w:t>
      </w:r>
      <w:r w:rsidR="004B7CD0" w:rsidRPr="00B439DD">
        <w:rPr>
          <w:rFonts w:ascii="Times New Roman" w:hAnsi="Times New Roman" w:cs="Times New Roman"/>
          <w:sz w:val="28"/>
          <w:szCs w:val="28"/>
          <w:lang w:val="kk-KZ"/>
        </w:rPr>
        <w:t>1) теңдікке Юнг және Гельдер теңсіздіктерін қолданып, келесі бағалауды аламыз:</w:t>
      </w:r>
    </w:p>
    <w:p w14:paraId="669071E5" w14:textId="77777777" w:rsidR="004B7CD0" w:rsidRPr="00B439DD" w:rsidRDefault="004B7CD0" w:rsidP="004B7CD0">
      <w:pPr>
        <w:spacing w:after="0" w:line="240" w:lineRule="auto"/>
        <w:jc w:val="both"/>
        <w:rPr>
          <w:rFonts w:ascii="Times New Roman" w:hAnsi="Times New Roman" w:cs="Times New Roman"/>
          <w:sz w:val="28"/>
          <w:szCs w:val="28"/>
          <w:lang w:val="kk-KZ"/>
        </w:rPr>
      </w:pPr>
    </w:p>
    <w:p w14:paraId="4E6E394E" w14:textId="30FEF205" w:rsidR="004B7CD0" w:rsidRPr="00B439DD" w:rsidRDefault="00A135AE" w:rsidP="004B7CD0">
      <w:pPr>
        <w:spacing w:after="0" w:line="240" w:lineRule="auto"/>
        <w:jc w:val="right"/>
        <w:rPr>
          <w:rFonts w:ascii="Times New Roman" w:hAnsi="Times New Roman" w:cs="Times New Roman"/>
          <w:sz w:val="28"/>
          <w:szCs w:val="28"/>
          <w:lang w:val="kk-KZ"/>
        </w:rPr>
      </w:pPr>
      <w:r w:rsidRPr="00B439DD">
        <w:rPr>
          <w:rFonts w:ascii="Times New Roman" w:hAnsi="Times New Roman" w:cs="Times New Roman"/>
          <w:noProof/>
          <w:position w:val="-22"/>
          <w:sz w:val="28"/>
          <w:szCs w:val="28"/>
        </w:rPr>
        <w:drawing>
          <wp:inline distT="0" distB="0" distL="0" distR="0" wp14:anchorId="60D47C64" wp14:editId="3928E56C">
            <wp:extent cx="4889500" cy="384810"/>
            <wp:effectExtent l="0" t="0" r="6350" b="0"/>
            <wp:docPr id="2327" name="Рисунок 2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7"/>
                    <pic:cNvPicPr>
                      <a:picLocks noChangeAspect="1" noChangeArrowheads="1"/>
                    </pic:cNvPicPr>
                  </pic:nvPicPr>
                  <pic:blipFill>
                    <a:blip r:embed="rId3109" cstate="print">
                      <a:extLst>
                        <a:ext uri="{28A0092B-C50C-407E-A947-70E740481C1C}">
                          <a14:useLocalDpi xmlns:a14="http://schemas.microsoft.com/office/drawing/2010/main" val="0"/>
                        </a:ext>
                      </a:extLst>
                    </a:blip>
                    <a:srcRect/>
                    <a:stretch>
                      <a:fillRect/>
                    </a:stretch>
                  </pic:blipFill>
                  <pic:spPr bwMode="auto">
                    <a:xfrm>
                      <a:off x="0" y="0"/>
                      <a:ext cx="4889500" cy="384810"/>
                    </a:xfrm>
                    <a:prstGeom prst="rect">
                      <a:avLst/>
                    </a:prstGeom>
                    <a:noFill/>
                    <a:ln>
                      <a:noFill/>
                    </a:ln>
                  </pic:spPr>
                </pic:pic>
              </a:graphicData>
            </a:graphic>
          </wp:inline>
        </w:drawing>
      </w:r>
      <w:r w:rsidR="00C55AD0" w:rsidRPr="00B439DD">
        <w:rPr>
          <w:rFonts w:ascii="Times New Roman" w:hAnsi="Times New Roman" w:cs="Times New Roman"/>
          <w:sz w:val="28"/>
          <w:szCs w:val="28"/>
          <w:lang w:val="kk-KZ"/>
        </w:rPr>
        <w:tab/>
      </w:r>
      <w:r w:rsidR="00C55AD0" w:rsidRPr="00B439DD">
        <w:rPr>
          <w:rFonts w:ascii="Times New Roman" w:hAnsi="Times New Roman" w:cs="Times New Roman"/>
          <w:sz w:val="28"/>
          <w:szCs w:val="28"/>
          <w:lang w:val="kk-KZ"/>
        </w:rPr>
        <w:tab/>
        <w:t>(2.74</w:t>
      </w:r>
      <w:r w:rsidR="004B7CD0" w:rsidRPr="00B439DD">
        <w:rPr>
          <w:rFonts w:ascii="Times New Roman" w:hAnsi="Times New Roman" w:cs="Times New Roman"/>
          <w:sz w:val="28"/>
          <w:szCs w:val="28"/>
          <w:lang w:val="kk-KZ"/>
        </w:rPr>
        <w:t>)</w:t>
      </w:r>
    </w:p>
    <w:p w14:paraId="75993A60" w14:textId="77777777" w:rsidR="004B7CD0" w:rsidRPr="00B439DD" w:rsidRDefault="004B7CD0" w:rsidP="004B7CD0">
      <w:pPr>
        <w:spacing w:after="0" w:line="240" w:lineRule="auto"/>
        <w:jc w:val="right"/>
        <w:rPr>
          <w:rFonts w:ascii="Times New Roman" w:hAnsi="Times New Roman" w:cs="Times New Roman"/>
          <w:sz w:val="28"/>
          <w:szCs w:val="28"/>
          <w:lang w:val="kk-KZ"/>
        </w:rPr>
      </w:pPr>
    </w:p>
    <w:p w14:paraId="12617B4D" w14:textId="32902FEA" w:rsidR="004B7CD0" w:rsidRPr="00B439DD" w:rsidRDefault="00C55AD0" w:rsidP="004B7CD0">
      <w:pPr>
        <w:spacing w:after="0" w:line="240" w:lineRule="auto"/>
        <w:jc w:val="both"/>
        <w:rPr>
          <w:rFonts w:ascii="Times New Roman" w:hAnsi="Times New Roman" w:cs="Times New Roman"/>
          <w:sz w:val="28"/>
          <w:szCs w:val="28"/>
          <w:lang w:val="kk-KZ"/>
        </w:rPr>
      </w:pPr>
      <w:r w:rsidRPr="00B439DD">
        <w:rPr>
          <w:rFonts w:ascii="Times New Roman" w:hAnsi="Times New Roman" w:cs="Times New Roman"/>
          <w:sz w:val="28"/>
          <w:szCs w:val="28"/>
          <w:lang w:val="kk-KZ"/>
        </w:rPr>
        <w:t>(2</w:t>
      </w:r>
      <w:r w:rsidR="004B7CD0" w:rsidRPr="00B439DD">
        <w:rPr>
          <w:rFonts w:ascii="Times New Roman" w:hAnsi="Times New Roman" w:cs="Times New Roman"/>
          <w:sz w:val="28"/>
          <w:szCs w:val="28"/>
          <w:lang w:val="kk-KZ"/>
        </w:rPr>
        <w:t>.</w:t>
      </w:r>
      <w:r w:rsidRPr="00B439DD">
        <w:rPr>
          <w:rFonts w:ascii="Times New Roman" w:hAnsi="Times New Roman" w:cs="Times New Roman"/>
          <w:sz w:val="28"/>
          <w:szCs w:val="28"/>
          <w:lang w:val="kk-KZ"/>
        </w:rPr>
        <w:t>64) шартты ескере отырып, (2.73</w:t>
      </w:r>
      <w:r w:rsidR="004B7CD0" w:rsidRPr="00B439DD">
        <w:rPr>
          <w:rFonts w:ascii="Times New Roman" w:hAnsi="Times New Roman" w:cs="Times New Roman"/>
          <w:sz w:val="28"/>
          <w:szCs w:val="28"/>
          <w:lang w:val="kk-KZ"/>
        </w:rPr>
        <w:t>) теңдіктің оң жағын келесідей бағалаймыз:</w:t>
      </w:r>
    </w:p>
    <w:p w14:paraId="40C3E75B" w14:textId="77777777" w:rsidR="004B7CD0" w:rsidRPr="00B439DD" w:rsidRDefault="004B7CD0" w:rsidP="004B7CD0">
      <w:pPr>
        <w:spacing w:after="0" w:line="240" w:lineRule="auto"/>
        <w:jc w:val="both"/>
        <w:rPr>
          <w:rFonts w:ascii="Times New Roman" w:hAnsi="Times New Roman" w:cs="Times New Roman"/>
          <w:sz w:val="28"/>
          <w:szCs w:val="28"/>
          <w:lang w:val="kk-KZ"/>
        </w:rPr>
      </w:pPr>
    </w:p>
    <w:p w14:paraId="368F523F" w14:textId="1963DDBA" w:rsidR="004B7CD0" w:rsidRPr="007C53FF" w:rsidRDefault="00A135AE" w:rsidP="004B7CD0">
      <w:pPr>
        <w:spacing w:after="0" w:line="240" w:lineRule="auto"/>
        <w:jc w:val="center"/>
        <w:rPr>
          <w:rFonts w:ascii="Times New Roman" w:hAnsi="Times New Roman" w:cs="Times New Roman"/>
          <w:sz w:val="24"/>
          <w:szCs w:val="24"/>
        </w:rPr>
      </w:pPr>
      <w:r>
        <w:rPr>
          <w:noProof/>
          <w:position w:val="-118"/>
        </w:rPr>
        <w:lastRenderedPageBreak/>
        <w:drawing>
          <wp:inline distT="0" distB="0" distL="0" distR="0" wp14:anchorId="52B4E53D" wp14:editId="64187596">
            <wp:extent cx="4572000" cy="1828800"/>
            <wp:effectExtent l="0" t="0" r="0" b="0"/>
            <wp:docPr id="2328" name="Рисунок 2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8"/>
                    <pic:cNvPicPr>
                      <a:picLocks noChangeAspect="1" noChangeArrowheads="1"/>
                    </pic:cNvPicPr>
                  </pic:nvPicPr>
                  <pic:blipFill>
                    <a:blip r:embed="rId3110" cstate="print">
                      <a:extLst>
                        <a:ext uri="{28A0092B-C50C-407E-A947-70E740481C1C}">
                          <a14:useLocalDpi xmlns:a14="http://schemas.microsoft.com/office/drawing/2010/main" val="0"/>
                        </a:ext>
                      </a:extLst>
                    </a:blip>
                    <a:srcRect/>
                    <a:stretch>
                      <a:fillRect/>
                    </a:stretch>
                  </pic:blipFill>
                  <pic:spPr bwMode="auto">
                    <a:xfrm>
                      <a:off x="0" y="0"/>
                      <a:ext cx="4572000" cy="1828800"/>
                    </a:xfrm>
                    <a:prstGeom prst="rect">
                      <a:avLst/>
                    </a:prstGeom>
                    <a:noFill/>
                    <a:ln>
                      <a:noFill/>
                    </a:ln>
                  </pic:spPr>
                </pic:pic>
              </a:graphicData>
            </a:graphic>
          </wp:inline>
        </w:drawing>
      </w:r>
    </w:p>
    <w:p w14:paraId="3352F99A" w14:textId="4198B10C" w:rsidR="004B7CD0" w:rsidRPr="007C53FF" w:rsidRDefault="00A135AE" w:rsidP="004B7CD0">
      <w:pPr>
        <w:spacing w:after="0" w:line="240" w:lineRule="auto"/>
        <w:jc w:val="center"/>
        <w:rPr>
          <w:rFonts w:ascii="Times New Roman" w:hAnsi="Times New Roman" w:cs="Times New Roman"/>
          <w:sz w:val="24"/>
          <w:szCs w:val="24"/>
        </w:rPr>
      </w:pPr>
      <w:r>
        <w:rPr>
          <w:noProof/>
          <w:position w:val="-40"/>
        </w:rPr>
        <w:drawing>
          <wp:inline distT="0" distB="0" distL="0" distR="0" wp14:anchorId="00CB37FF" wp14:editId="72A51161">
            <wp:extent cx="2820035" cy="596900"/>
            <wp:effectExtent l="0" t="0" r="0" b="0"/>
            <wp:docPr id="2329" name="Рисунок 2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9"/>
                    <pic:cNvPicPr>
                      <a:picLocks noChangeAspect="1" noChangeArrowheads="1"/>
                    </pic:cNvPicPr>
                  </pic:nvPicPr>
                  <pic:blipFill>
                    <a:blip r:embed="rId3111" cstate="print">
                      <a:extLst>
                        <a:ext uri="{28A0092B-C50C-407E-A947-70E740481C1C}">
                          <a14:useLocalDpi xmlns:a14="http://schemas.microsoft.com/office/drawing/2010/main" val="0"/>
                        </a:ext>
                      </a:extLst>
                    </a:blip>
                    <a:srcRect/>
                    <a:stretch>
                      <a:fillRect/>
                    </a:stretch>
                  </pic:blipFill>
                  <pic:spPr bwMode="auto">
                    <a:xfrm>
                      <a:off x="0" y="0"/>
                      <a:ext cx="2820035" cy="596900"/>
                    </a:xfrm>
                    <a:prstGeom prst="rect">
                      <a:avLst/>
                    </a:prstGeom>
                    <a:noFill/>
                    <a:ln>
                      <a:noFill/>
                    </a:ln>
                  </pic:spPr>
                </pic:pic>
              </a:graphicData>
            </a:graphic>
          </wp:inline>
        </w:drawing>
      </w:r>
    </w:p>
    <w:p w14:paraId="113E6410" w14:textId="77777777" w:rsidR="004B7CD0" w:rsidRPr="00B439DD" w:rsidRDefault="004B7CD0" w:rsidP="00B439DD">
      <w:pPr>
        <w:spacing w:after="0" w:line="240" w:lineRule="auto"/>
        <w:jc w:val="both"/>
        <w:rPr>
          <w:rFonts w:ascii="Times New Roman" w:hAnsi="Times New Roman" w:cs="Times New Roman"/>
          <w:sz w:val="28"/>
          <w:szCs w:val="28"/>
          <w:lang w:val="kk-KZ"/>
        </w:rPr>
      </w:pPr>
    </w:p>
    <w:p w14:paraId="2191687F" w14:textId="20A968A8" w:rsidR="004B7CD0" w:rsidRPr="007250F1" w:rsidRDefault="00C55AD0" w:rsidP="00B439DD">
      <w:pPr>
        <w:spacing w:after="0" w:line="240" w:lineRule="auto"/>
        <w:jc w:val="both"/>
        <w:rPr>
          <w:rFonts w:ascii="Times New Roman" w:hAnsi="Times New Roman" w:cs="Times New Roman"/>
          <w:sz w:val="28"/>
          <w:szCs w:val="28"/>
          <w:lang w:val="kk-KZ"/>
        </w:rPr>
      </w:pPr>
      <w:r w:rsidRPr="007250F1">
        <w:rPr>
          <w:rFonts w:ascii="Times New Roman" w:hAnsi="Times New Roman" w:cs="Times New Roman"/>
          <w:sz w:val="28"/>
          <w:szCs w:val="28"/>
          <w:lang w:val="kk-KZ"/>
        </w:rPr>
        <w:t>Онда (2.73</w:t>
      </w:r>
      <w:r w:rsidR="004B7CD0" w:rsidRPr="007250F1">
        <w:rPr>
          <w:rFonts w:ascii="Times New Roman" w:hAnsi="Times New Roman" w:cs="Times New Roman"/>
          <w:sz w:val="28"/>
          <w:szCs w:val="28"/>
          <w:lang w:val="kk-KZ"/>
        </w:rPr>
        <w:t>) теңдігінен келесі бағалауын аламыз:</w:t>
      </w:r>
    </w:p>
    <w:p w14:paraId="626289D4" w14:textId="77777777" w:rsidR="004B7CD0" w:rsidRPr="007250F1" w:rsidRDefault="004B7CD0" w:rsidP="00B439DD">
      <w:pPr>
        <w:spacing w:after="0" w:line="240" w:lineRule="auto"/>
        <w:jc w:val="both"/>
        <w:rPr>
          <w:rFonts w:ascii="Times New Roman" w:hAnsi="Times New Roman" w:cs="Times New Roman"/>
          <w:sz w:val="28"/>
          <w:szCs w:val="28"/>
          <w:lang w:val="kk-KZ"/>
        </w:rPr>
      </w:pPr>
    </w:p>
    <w:p w14:paraId="794E84F8" w14:textId="21117677" w:rsidR="004B7CD0" w:rsidRPr="007250F1" w:rsidRDefault="00A135AE" w:rsidP="00B439DD">
      <w:pPr>
        <w:spacing w:after="0" w:line="240" w:lineRule="auto"/>
        <w:jc w:val="right"/>
        <w:rPr>
          <w:rFonts w:ascii="Times New Roman" w:hAnsi="Times New Roman" w:cs="Times New Roman"/>
          <w:sz w:val="28"/>
          <w:szCs w:val="28"/>
          <w:lang w:val="kk-KZ"/>
        </w:rPr>
      </w:pPr>
      <w:r w:rsidRPr="007250F1">
        <w:rPr>
          <w:rFonts w:ascii="Times New Roman" w:hAnsi="Times New Roman" w:cs="Times New Roman"/>
          <w:noProof/>
          <w:position w:val="-22"/>
          <w:sz w:val="28"/>
          <w:szCs w:val="28"/>
        </w:rPr>
        <w:drawing>
          <wp:inline distT="0" distB="0" distL="0" distR="0" wp14:anchorId="0F2FD528" wp14:editId="7DD9E28B">
            <wp:extent cx="3657600" cy="384810"/>
            <wp:effectExtent l="0" t="0" r="0" b="0"/>
            <wp:docPr id="2330" name="Рисунок 2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0"/>
                    <pic:cNvPicPr>
                      <a:picLocks noChangeAspect="1" noChangeArrowheads="1"/>
                    </pic:cNvPicPr>
                  </pic:nvPicPr>
                  <pic:blipFill>
                    <a:blip r:embed="rId3112" cstate="print">
                      <a:extLst>
                        <a:ext uri="{28A0092B-C50C-407E-A947-70E740481C1C}">
                          <a14:useLocalDpi xmlns:a14="http://schemas.microsoft.com/office/drawing/2010/main" val="0"/>
                        </a:ext>
                      </a:extLst>
                    </a:blip>
                    <a:srcRect/>
                    <a:stretch>
                      <a:fillRect/>
                    </a:stretch>
                  </pic:blipFill>
                  <pic:spPr bwMode="auto">
                    <a:xfrm>
                      <a:off x="0" y="0"/>
                      <a:ext cx="3657600" cy="384810"/>
                    </a:xfrm>
                    <a:prstGeom prst="rect">
                      <a:avLst/>
                    </a:prstGeom>
                    <a:noFill/>
                    <a:ln>
                      <a:noFill/>
                    </a:ln>
                  </pic:spPr>
                </pic:pic>
              </a:graphicData>
            </a:graphic>
          </wp:inline>
        </w:drawing>
      </w:r>
      <w:r w:rsidR="00C55AD0" w:rsidRPr="007250F1">
        <w:rPr>
          <w:rFonts w:ascii="Times New Roman" w:hAnsi="Times New Roman" w:cs="Times New Roman"/>
          <w:sz w:val="28"/>
          <w:szCs w:val="28"/>
          <w:lang w:val="kk-KZ"/>
        </w:rPr>
        <w:tab/>
      </w:r>
      <w:r w:rsidR="00C55AD0" w:rsidRPr="007250F1">
        <w:rPr>
          <w:rFonts w:ascii="Times New Roman" w:hAnsi="Times New Roman" w:cs="Times New Roman"/>
          <w:sz w:val="28"/>
          <w:szCs w:val="28"/>
          <w:lang w:val="kk-KZ"/>
        </w:rPr>
        <w:tab/>
      </w:r>
      <w:r w:rsidR="00C55AD0" w:rsidRPr="007250F1">
        <w:rPr>
          <w:rFonts w:ascii="Times New Roman" w:hAnsi="Times New Roman" w:cs="Times New Roman"/>
          <w:sz w:val="28"/>
          <w:szCs w:val="28"/>
          <w:lang w:val="kk-KZ"/>
        </w:rPr>
        <w:tab/>
        <w:t>(2.75</w:t>
      </w:r>
      <w:r w:rsidR="004B7CD0" w:rsidRPr="007250F1">
        <w:rPr>
          <w:rFonts w:ascii="Times New Roman" w:hAnsi="Times New Roman" w:cs="Times New Roman"/>
          <w:sz w:val="28"/>
          <w:szCs w:val="28"/>
          <w:lang w:val="kk-KZ"/>
        </w:rPr>
        <w:t>)</w:t>
      </w:r>
    </w:p>
    <w:p w14:paraId="54502111" w14:textId="77777777" w:rsidR="004B7CD0" w:rsidRPr="007250F1" w:rsidRDefault="004B7CD0" w:rsidP="00B439DD">
      <w:pPr>
        <w:spacing w:after="0" w:line="240" w:lineRule="auto"/>
        <w:jc w:val="right"/>
        <w:rPr>
          <w:rFonts w:ascii="Times New Roman" w:hAnsi="Times New Roman" w:cs="Times New Roman"/>
          <w:sz w:val="28"/>
          <w:szCs w:val="28"/>
          <w:lang w:val="kk-KZ"/>
        </w:rPr>
      </w:pPr>
    </w:p>
    <w:p w14:paraId="21117680" w14:textId="78D9E269" w:rsidR="004B7CD0" w:rsidRDefault="004B7CD0" w:rsidP="00EF52AB">
      <w:pPr>
        <w:spacing w:after="0" w:line="240" w:lineRule="auto"/>
        <w:ind w:firstLine="708"/>
        <w:jc w:val="both"/>
        <w:rPr>
          <w:rFonts w:ascii="Times New Roman" w:hAnsi="Times New Roman" w:cs="Times New Roman"/>
          <w:sz w:val="28"/>
          <w:szCs w:val="28"/>
          <w:lang w:val="kk-KZ"/>
        </w:rPr>
      </w:pPr>
      <w:r w:rsidRPr="007250F1">
        <w:rPr>
          <w:rFonts w:ascii="Times New Roman" w:hAnsi="Times New Roman" w:cs="Times New Roman"/>
          <w:sz w:val="28"/>
          <w:szCs w:val="28"/>
          <w:lang w:val="kk-KZ"/>
        </w:rPr>
        <w:t xml:space="preserve">Енді (3.9) теңдігін сәйкесінше </w:t>
      </w:r>
      <w:r w:rsidR="00A135AE" w:rsidRPr="007250F1">
        <w:rPr>
          <w:rFonts w:ascii="Times New Roman" w:hAnsi="Times New Roman" w:cs="Times New Roman"/>
          <w:noProof/>
          <w:position w:val="-16"/>
          <w:sz w:val="28"/>
          <w:szCs w:val="28"/>
        </w:rPr>
        <w:drawing>
          <wp:inline distT="0" distB="0" distL="0" distR="0" wp14:anchorId="391116C1" wp14:editId="523D90E6">
            <wp:extent cx="692785" cy="250190"/>
            <wp:effectExtent l="0" t="0" r="0" b="0"/>
            <wp:docPr id="2331" name="Рисунок 2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1"/>
                    <pic:cNvPicPr>
                      <a:picLocks noChangeAspect="1" noChangeArrowheads="1"/>
                    </pic:cNvPicPr>
                  </pic:nvPicPr>
                  <pic:blipFill>
                    <a:blip r:embed="rId3113" cstate="print">
                      <a:extLst>
                        <a:ext uri="{28A0092B-C50C-407E-A947-70E740481C1C}">
                          <a14:useLocalDpi xmlns:a14="http://schemas.microsoft.com/office/drawing/2010/main" val="0"/>
                        </a:ext>
                      </a:extLst>
                    </a:blip>
                    <a:srcRect/>
                    <a:stretch>
                      <a:fillRect/>
                    </a:stretch>
                  </pic:blipFill>
                  <pic:spPr bwMode="auto">
                    <a:xfrm>
                      <a:off x="0" y="0"/>
                      <a:ext cx="692785" cy="250190"/>
                    </a:xfrm>
                    <a:prstGeom prst="rect">
                      <a:avLst/>
                    </a:prstGeom>
                    <a:noFill/>
                    <a:ln>
                      <a:noFill/>
                    </a:ln>
                  </pic:spPr>
                </pic:pic>
              </a:graphicData>
            </a:graphic>
          </wp:inline>
        </w:drawing>
      </w:r>
      <w:r w:rsidRPr="007250F1">
        <w:rPr>
          <w:rFonts w:ascii="Times New Roman" w:hAnsi="Times New Roman" w:cs="Times New Roman"/>
          <w:sz w:val="28"/>
          <w:szCs w:val="28"/>
          <w:lang w:val="kk-KZ"/>
        </w:rPr>
        <w:t xml:space="preserve"> көбейтіп және </w:t>
      </w:r>
      <w:r w:rsidR="00A135AE" w:rsidRPr="007250F1">
        <w:rPr>
          <w:rFonts w:ascii="Times New Roman" w:hAnsi="Times New Roman" w:cs="Times New Roman"/>
          <w:noProof/>
          <w:position w:val="-12"/>
          <w:sz w:val="28"/>
          <w:szCs w:val="28"/>
        </w:rPr>
        <w:drawing>
          <wp:inline distT="0" distB="0" distL="0" distR="0" wp14:anchorId="5FA2CA6F" wp14:editId="1325FACD">
            <wp:extent cx="991235" cy="231140"/>
            <wp:effectExtent l="0" t="0" r="0" b="0"/>
            <wp:docPr id="2332" name="Рисунок 2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2"/>
                    <pic:cNvPicPr>
                      <a:picLocks noChangeAspect="1" noChangeArrowheads="1"/>
                    </pic:cNvPicPr>
                  </pic:nvPicPr>
                  <pic:blipFill>
                    <a:blip r:embed="rId3114" cstate="print">
                      <a:extLst>
                        <a:ext uri="{28A0092B-C50C-407E-A947-70E740481C1C}">
                          <a14:useLocalDpi xmlns:a14="http://schemas.microsoft.com/office/drawing/2010/main" val="0"/>
                        </a:ext>
                      </a:extLst>
                    </a:blip>
                    <a:srcRect/>
                    <a:stretch>
                      <a:fillRect/>
                    </a:stretch>
                  </pic:blipFill>
                  <pic:spPr bwMode="auto">
                    <a:xfrm>
                      <a:off x="0" y="0"/>
                      <a:ext cx="991235" cy="231140"/>
                    </a:xfrm>
                    <a:prstGeom prst="rect">
                      <a:avLst/>
                    </a:prstGeom>
                    <a:noFill/>
                    <a:ln>
                      <a:noFill/>
                    </a:ln>
                  </pic:spPr>
                </pic:pic>
              </a:graphicData>
            </a:graphic>
          </wp:inline>
        </w:drawing>
      </w:r>
      <w:r w:rsidRPr="007250F1">
        <w:rPr>
          <w:rFonts w:ascii="Times New Roman" w:hAnsi="Times New Roman" w:cs="Times New Roman"/>
          <w:sz w:val="28"/>
          <w:szCs w:val="28"/>
          <w:lang w:val="kk-KZ"/>
        </w:rPr>
        <w:t xml:space="preserve"> бойынша қосындылаймыз, сондай-ақ  0-ден 1-ге дейін  </w:t>
      </w:r>
      <w:r w:rsidRPr="007250F1">
        <w:rPr>
          <w:rFonts w:ascii="Times New Roman" w:hAnsi="Times New Roman" w:cs="Times New Roman"/>
          <w:i/>
          <w:iCs/>
          <w:sz w:val="28"/>
          <w:szCs w:val="28"/>
          <w:lang w:val="kk-KZ"/>
        </w:rPr>
        <w:t>х</w:t>
      </w:r>
      <w:r w:rsidRPr="007250F1">
        <w:rPr>
          <w:rFonts w:ascii="Times New Roman" w:hAnsi="Times New Roman" w:cs="Times New Roman"/>
          <w:sz w:val="28"/>
          <w:szCs w:val="28"/>
          <w:lang w:val="kk-KZ"/>
        </w:rPr>
        <w:t xml:space="preserve"> бойынша интегралдап, келесі теңдікті аламыз:</w:t>
      </w:r>
    </w:p>
    <w:p w14:paraId="59CFDA3E" w14:textId="77777777" w:rsidR="00EF52AB" w:rsidRPr="007250F1" w:rsidRDefault="00EF52AB" w:rsidP="00EF52AB">
      <w:pPr>
        <w:spacing w:after="0" w:line="240" w:lineRule="auto"/>
        <w:ind w:firstLine="708"/>
        <w:jc w:val="both"/>
        <w:rPr>
          <w:rFonts w:ascii="Times New Roman" w:hAnsi="Times New Roman" w:cs="Times New Roman"/>
          <w:sz w:val="28"/>
          <w:szCs w:val="28"/>
          <w:lang w:val="kk-KZ"/>
        </w:rPr>
      </w:pPr>
    </w:p>
    <w:p w14:paraId="35FBC080" w14:textId="081A579E" w:rsidR="004B7CD0" w:rsidRPr="007250F1" w:rsidRDefault="00A135AE" w:rsidP="00B439DD">
      <w:pPr>
        <w:spacing w:after="0" w:line="240" w:lineRule="auto"/>
        <w:jc w:val="right"/>
        <w:rPr>
          <w:rFonts w:ascii="Times New Roman" w:hAnsi="Times New Roman" w:cs="Times New Roman"/>
          <w:sz w:val="28"/>
          <w:szCs w:val="28"/>
          <w:lang w:val="kk-KZ"/>
        </w:rPr>
      </w:pPr>
      <w:r w:rsidRPr="007250F1">
        <w:rPr>
          <w:rFonts w:ascii="Times New Roman" w:hAnsi="Times New Roman" w:cs="Times New Roman"/>
          <w:noProof/>
          <w:position w:val="-68"/>
          <w:sz w:val="28"/>
          <w:szCs w:val="28"/>
        </w:rPr>
        <w:drawing>
          <wp:inline distT="0" distB="0" distL="0" distR="0" wp14:anchorId="033CDE18" wp14:editId="3C3ED95B">
            <wp:extent cx="5236210" cy="942975"/>
            <wp:effectExtent l="0" t="0" r="2540" b="9525"/>
            <wp:docPr id="2333" name="Рисунок 2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3"/>
                    <pic:cNvPicPr>
                      <a:picLocks noChangeAspect="1" noChangeArrowheads="1"/>
                    </pic:cNvPicPr>
                  </pic:nvPicPr>
                  <pic:blipFill>
                    <a:blip r:embed="rId3115" cstate="print">
                      <a:extLst>
                        <a:ext uri="{28A0092B-C50C-407E-A947-70E740481C1C}">
                          <a14:useLocalDpi xmlns:a14="http://schemas.microsoft.com/office/drawing/2010/main" val="0"/>
                        </a:ext>
                      </a:extLst>
                    </a:blip>
                    <a:srcRect/>
                    <a:stretch>
                      <a:fillRect/>
                    </a:stretch>
                  </pic:blipFill>
                  <pic:spPr bwMode="auto">
                    <a:xfrm>
                      <a:off x="0" y="0"/>
                      <a:ext cx="5236210" cy="942975"/>
                    </a:xfrm>
                    <a:prstGeom prst="rect">
                      <a:avLst/>
                    </a:prstGeom>
                    <a:noFill/>
                    <a:ln>
                      <a:noFill/>
                    </a:ln>
                  </pic:spPr>
                </pic:pic>
              </a:graphicData>
            </a:graphic>
          </wp:inline>
        </w:drawing>
      </w:r>
      <w:r w:rsidR="00D64917" w:rsidRPr="007250F1">
        <w:rPr>
          <w:rFonts w:ascii="Times New Roman" w:hAnsi="Times New Roman" w:cs="Times New Roman"/>
          <w:sz w:val="28"/>
          <w:szCs w:val="28"/>
          <w:lang w:val="kk-KZ"/>
        </w:rPr>
        <w:tab/>
        <w:t>(2.76</w:t>
      </w:r>
      <w:r w:rsidR="004B7CD0" w:rsidRPr="007250F1">
        <w:rPr>
          <w:rFonts w:ascii="Times New Roman" w:hAnsi="Times New Roman" w:cs="Times New Roman"/>
          <w:sz w:val="28"/>
          <w:szCs w:val="28"/>
          <w:lang w:val="kk-KZ"/>
        </w:rPr>
        <w:t>)</w:t>
      </w:r>
    </w:p>
    <w:p w14:paraId="1614CA97" w14:textId="77777777" w:rsidR="004B7CD0" w:rsidRPr="007250F1" w:rsidRDefault="004B7CD0" w:rsidP="00B439DD">
      <w:pPr>
        <w:spacing w:after="0" w:line="240" w:lineRule="auto"/>
        <w:jc w:val="both"/>
        <w:rPr>
          <w:rFonts w:ascii="Times New Roman" w:hAnsi="Times New Roman" w:cs="Times New Roman"/>
          <w:sz w:val="28"/>
          <w:szCs w:val="28"/>
          <w:lang w:val="kk-KZ"/>
        </w:rPr>
      </w:pPr>
    </w:p>
    <w:p w14:paraId="36ACBF66" w14:textId="76F3B8D9" w:rsidR="004B7CD0" w:rsidRPr="007250F1" w:rsidRDefault="00D64917" w:rsidP="00B439DD">
      <w:pPr>
        <w:spacing w:after="0" w:line="240" w:lineRule="auto"/>
        <w:jc w:val="both"/>
        <w:rPr>
          <w:rFonts w:ascii="Times New Roman" w:hAnsi="Times New Roman" w:cs="Times New Roman"/>
          <w:sz w:val="28"/>
          <w:szCs w:val="28"/>
          <w:lang w:val="kk-KZ"/>
        </w:rPr>
      </w:pPr>
      <w:r w:rsidRPr="007250F1">
        <w:rPr>
          <w:rFonts w:ascii="Times New Roman" w:hAnsi="Times New Roman" w:cs="Times New Roman"/>
          <w:sz w:val="28"/>
          <w:szCs w:val="28"/>
          <w:lang w:val="kk-KZ"/>
        </w:rPr>
        <w:t>(2.75) бағалауды ескере отырып, (2.76</w:t>
      </w:r>
      <w:r w:rsidR="004B7CD0" w:rsidRPr="007250F1">
        <w:rPr>
          <w:rFonts w:ascii="Times New Roman" w:hAnsi="Times New Roman" w:cs="Times New Roman"/>
          <w:sz w:val="28"/>
          <w:szCs w:val="28"/>
          <w:lang w:val="kk-KZ"/>
        </w:rPr>
        <w:t>) теңдіктің оң жағын бағалайық:</w:t>
      </w:r>
    </w:p>
    <w:p w14:paraId="1C377CE8" w14:textId="55882C99" w:rsidR="004B7CD0" w:rsidRPr="007250F1" w:rsidRDefault="00A135AE" w:rsidP="00B439DD">
      <w:pPr>
        <w:spacing w:after="0" w:line="240" w:lineRule="auto"/>
        <w:jc w:val="center"/>
        <w:rPr>
          <w:rFonts w:ascii="Times New Roman" w:hAnsi="Times New Roman" w:cs="Times New Roman"/>
          <w:sz w:val="28"/>
          <w:szCs w:val="28"/>
        </w:rPr>
      </w:pPr>
      <w:r w:rsidRPr="007250F1">
        <w:rPr>
          <w:rFonts w:ascii="Times New Roman" w:hAnsi="Times New Roman" w:cs="Times New Roman"/>
          <w:noProof/>
          <w:position w:val="-116"/>
          <w:sz w:val="28"/>
          <w:szCs w:val="28"/>
        </w:rPr>
        <w:drawing>
          <wp:inline distT="0" distB="0" distL="0" distR="0" wp14:anchorId="5120E30F" wp14:editId="29132FE8">
            <wp:extent cx="3060700" cy="1828800"/>
            <wp:effectExtent l="0" t="0" r="6350" b="0"/>
            <wp:docPr id="2334" name="Рисунок 2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4"/>
                    <pic:cNvPicPr>
                      <a:picLocks noChangeAspect="1" noChangeArrowheads="1"/>
                    </pic:cNvPicPr>
                  </pic:nvPicPr>
                  <pic:blipFill>
                    <a:blip r:embed="rId3116" cstate="print">
                      <a:extLst>
                        <a:ext uri="{28A0092B-C50C-407E-A947-70E740481C1C}">
                          <a14:useLocalDpi xmlns:a14="http://schemas.microsoft.com/office/drawing/2010/main" val="0"/>
                        </a:ext>
                      </a:extLst>
                    </a:blip>
                    <a:srcRect/>
                    <a:stretch>
                      <a:fillRect/>
                    </a:stretch>
                  </pic:blipFill>
                  <pic:spPr bwMode="auto">
                    <a:xfrm>
                      <a:off x="0" y="0"/>
                      <a:ext cx="3060700" cy="1828800"/>
                    </a:xfrm>
                    <a:prstGeom prst="rect">
                      <a:avLst/>
                    </a:prstGeom>
                    <a:noFill/>
                    <a:ln>
                      <a:noFill/>
                    </a:ln>
                  </pic:spPr>
                </pic:pic>
              </a:graphicData>
            </a:graphic>
          </wp:inline>
        </w:drawing>
      </w:r>
    </w:p>
    <w:p w14:paraId="17BF8363" w14:textId="77777777" w:rsidR="004B7CD0" w:rsidRPr="007250F1" w:rsidRDefault="004B7CD0" w:rsidP="00B439DD">
      <w:pPr>
        <w:spacing w:after="0" w:line="240" w:lineRule="auto"/>
        <w:jc w:val="both"/>
        <w:rPr>
          <w:rFonts w:ascii="Times New Roman" w:hAnsi="Times New Roman" w:cs="Times New Roman"/>
          <w:sz w:val="28"/>
          <w:szCs w:val="28"/>
        </w:rPr>
      </w:pPr>
    </w:p>
    <w:p w14:paraId="29201BCC" w14:textId="6B22F087" w:rsidR="004B7CD0" w:rsidRDefault="00A135AE" w:rsidP="00B439DD">
      <w:pPr>
        <w:spacing w:after="0" w:line="240" w:lineRule="auto"/>
        <w:jc w:val="center"/>
        <w:rPr>
          <w:rFonts w:ascii="Times New Roman" w:hAnsi="Times New Roman" w:cs="Times New Roman"/>
          <w:sz w:val="28"/>
          <w:szCs w:val="28"/>
          <w:lang w:val="kk-KZ"/>
        </w:rPr>
      </w:pPr>
      <w:r w:rsidRPr="007250F1">
        <w:rPr>
          <w:rFonts w:ascii="Times New Roman" w:hAnsi="Times New Roman" w:cs="Times New Roman"/>
          <w:noProof/>
          <w:position w:val="-40"/>
          <w:sz w:val="28"/>
          <w:szCs w:val="28"/>
        </w:rPr>
        <w:drawing>
          <wp:inline distT="0" distB="0" distL="0" distR="0" wp14:anchorId="75B393F6" wp14:editId="341029DE">
            <wp:extent cx="3157220" cy="596900"/>
            <wp:effectExtent l="0" t="0" r="5080" b="0"/>
            <wp:docPr id="2335" name="Рисунок 2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5"/>
                    <pic:cNvPicPr>
                      <a:picLocks noChangeAspect="1" noChangeArrowheads="1"/>
                    </pic:cNvPicPr>
                  </pic:nvPicPr>
                  <pic:blipFill>
                    <a:blip r:embed="rId3117" cstate="print">
                      <a:extLst>
                        <a:ext uri="{28A0092B-C50C-407E-A947-70E740481C1C}">
                          <a14:useLocalDpi xmlns:a14="http://schemas.microsoft.com/office/drawing/2010/main" val="0"/>
                        </a:ext>
                      </a:extLst>
                    </a:blip>
                    <a:srcRect/>
                    <a:stretch>
                      <a:fillRect/>
                    </a:stretch>
                  </pic:blipFill>
                  <pic:spPr bwMode="auto">
                    <a:xfrm>
                      <a:off x="0" y="0"/>
                      <a:ext cx="3157220" cy="596900"/>
                    </a:xfrm>
                    <a:prstGeom prst="rect">
                      <a:avLst/>
                    </a:prstGeom>
                    <a:noFill/>
                    <a:ln>
                      <a:noFill/>
                    </a:ln>
                  </pic:spPr>
                </pic:pic>
              </a:graphicData>
            </a:graphic>
          </wp:inline>
        </w:drawing>
      </w:r>
    </w:p>
    <w:p w14:paraId="2DAD4939" w14:textId="77777777" w:rsidR="007250F1" w:rsidRPr="007250F1" w:rsidRDefault="007250F1" w:rsidP="00B439DD">
      <w:pPr>
        <w:spacing w:after="0" w:line="240" w:lineRule="auto"/>
        <w:jc w:val="center"/>
        <w:rPr>
          <w:rFonts w:ascii="Times New Roman" w:hAnsi="Times New Roman" w:cs="Times New Roman"/>
          <w:sz w:val="28"/>
          <w:szCs w:val="28"/>
          <w:lang w:val="kk-KZ"/>
        </w:rPr>
      </w:pPr>
    </w:p>
    <w:p w14:paraId="4FD728BD" w14:textId="0D135B05" w:rsidR="004B7CD0" w:rsidRPr="007250F1" w:rsidRDefault="00D64917" w:rsidP="00B439DD">
      <w:pPr>
        <w:spacing w:after="0" w:line="240" w:lineRule="auto"/>
        <w:jc w:val="both"/>
        <w:rPr>
          <w:rFonts w:ascii="Times New Roman" w:hAnsi="Times New Roman" w:cs="Times New Roman"/>
          <w:sz w:val="28"/>
          <w:szCs w:val="28"/>
          <w:lang w:val="kk-KZ"/>
        </w:rPr>
      </w:pPr>
      <w:r w:rsidRPr="007250F1">
        <w:rPr>
          <w:rFonts w:ascii="Times New Roman" w:hAnsi="Times New Roman" w:cs="Times New Roman"/>
          <w:sz w:val="28"/>
          <w:szCs w:val="28"/>
          <w:lang w:val="kk-KZ"/>
        </w:rPr>
        <w:t>Нәтижеде, (</w:t>
      </w:r>
      <w:r w:rsidRPr="0063485E">
        <w:rPr>
          <w:rFonts w:ascii="Times New Roman" w:hAnsi="Times New Roman" w:cs="Times New Roman"/>
          <w:sz w:val="28"/>
          <w:szCs w:val="28"/>
          <w:lang w:val="kk-KZ"/>
        </w:rPr>
        <w:t>2</w:t>
      </w:r>
      <w:r w:rsidRPr="007250F1">
        <w:rPr>
          <w:rFonts w:ascii="Times New Roman" w:hAnsi="Times New Roman" w:cs="Times New Roman"/>
          <w:sz w:val="28"/>
          <w:szCs w:val="28"/>
          <w:lang w:val="kk-KZ"/>
        </w:rPr>
        <w:t>.</w:t>
      </w:r>
      <w:r w:rsidRPr="0063485E">
        <w:rPr>
          <w:rFonts w:ascii="Times New Roman" w:hAnsi="Times New Roman" w:cs="Times New Roman"/>
          <w:sz w:val="28"/>
          <w:szCs w:val="28"/>
          <w:lang w:val="kk-KZ"/>
        </w:rPr>
        <w:t>76</w:t>
      </w:r>
      <w:r w:rsidR="004B7CD0" w:rsidRPr="007250F1">
        <w:rPr>
          <w:rFonts w:ascii="Times New Roman" w:hAnsi="Times New Roman" w:cs="Times New Roman"/>
          <w:sz w:val="28"/>
          <w:szCs w:val="28"/>
          <w:lang w:val="kk-KZ"/>
        </w:rPr>
        <w:t>) теңдігінен келесі бағалауын аламыз:</w:t>
      </w:r>
    </w:p>
    <w:p w14:paraId="0C42CD61" w14:textId="77777777" w:rsidR="004B7CD0" w:rsidRPr="007250F1" w:rsidRDefault="004B7CD0" w:rsidP="00B439DD">
      <w:pPr>
        <w:spacing w:after="0" w:line="240" w:lineRule="auto"/>
        <w:jc w:val="both"/>
        <w:rPr>
          <w:rFonts w:ascii="Times New Roman" w:hAnsi="Times New Roman" w:cs="Times New Roman"/>
          <w:sz w:val="28"/>
          <w:szCs w:val="28"/>
          <w:lang w:val="kk-KZ"/>
        </w:rPr>
      </w:pPr>
    </w:p>
    <w:p w14:paraId="79CDB93C" w14:textId="29D0B920" w:rsidR="004B7CD0" w:rsidRPr="007250F1" w:rsidRDefault="00A135AE" w:rsidP="00B439DD">
      <w:pPr>
        <w:spacing w:after="0" w:line="240" w:lineRule="auto"/>
        <w:jc w:val="right"/>
        <w:rPr>
          <w:rFonts w:ascii="Times New Roman" w:hAnsi="Times New Roman" w:cs="Times New Roman"/>
          <w:sz w:val="28"/>
          <w:szCs w:val="28"/>
          <w:lang w:val="kk-KZ"/>
        </w:rPr>
      </w:pPr>
      <w:r w:rsidRPr="007250F1">
        <w:rPr>
          <w:rFonts w:ascii="Times New Roman" w:hAnsi="Times New Roman" w:cs="Times New Roman"/>
          <w:noProof/>
          <w:position w:val="-38"/>
          <w:sz w:val="28"/>
          <w:szCs w:val="28"/>
        </w:rPr>
        <w:drawing>
          <wp:inline distT="0" distB="0" distL="0" distR="0" wp14:anchorId="05402939" wp14:editId="1D4CAD96">
            <wp:extent cx="4986020" cy="500380"/>
            <wp:effectExtent l="0" t="0" r="5080" b="0"/>
            <wp:docPr id="2336" name="Рисунок 2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6"/>
                    <pic:cNvPicPr>
                      <a:picLocks noChangeAspect="1" noChangeArrowheads="1"/>
                    </pic:cNvPicPr>
                  </pic:nvPicPr>
                  <pic:blipFill>
                    <a:blip r:embed="rId3118" cstate="print">
                      <a:extLst>
                        <a:ext uri="{28A0092B-C50C-407E-A947-70E740481C1C}">
                          <a14:useLocalDpi xmlns:a14="http://schemas.microsoft.com/office/drawing/2010/main" val="0"/>
                        </a:ext>
                      </a:extLst>
                    </a:blip>
                    <a:srcRect/>
                    <a:stretch>
                      <a:fillRect/>
                    </a:stretch>
                  </pic:blipFill>
                  <pic:spPr bwMode="auto">
                    <a:xfrm>
                      <a:off x="0" y="0"/>
                      <a:ext cx="4986020" cy="500380"/>
                    </a:xfrm>
                    <a:prstGeom prst="rect">
                      <a:avLst/>
                    </a:prstGeom>
                    <a:noFill/>
                    <a:ln>
                      <a:noFill/>
                    </a:ln>
                  </pic:spPr>
                </pic:pic>
              </a:graphicData>
            </a:graphic>
          </wp:inline>
        </w:drawing>
      </w:r>
      <w:r w:rsidR="00D64917" w:rsidRPr="007250F1">
        <w:rPr>
          <w:rFonts w:ascii="Times New Roman" w:hAnsi="Times New Roman" w:cs="Times New Roman"/>
          <w:sz w:val="28"/>
          <w:szCs w:val="28"/>
          <w:lang w:val="kk-KZ"/>
        </w:rPr>
        <w:tab/>
        <w:t>(2.77</w:t>
      </w:r>
      <w:r w:rsidR="004B7CD0" w:rsidRPr="007250F1">
        <w:rPr>
          <w:rFonts w:ascii="Times New Roman" w:hAnsi="Times New Roman" w:cs="Times New Roman"/>
          <w:sz w:val="28"/>
          <w:szCs w:val="28"/>
          <w:lang w:val="kk-KZ"/>
        </w:rPr>
        <w:t>)</w:t>
      </w:r>
    </w:p>
    <w:p w14:paraId="33B68B7E" w14:textId="77777777" w:rsidR="00D64917" w:rsidRPr="007250F1" w:rsidRDefault="00D64917" w:rsidP="00B439DD">
      <w:pPr>
        <w:spacing w:after="0" w:line="240" w:lineRule="auto"/>
        <w:rPr>
          <w:rFonts w:ascii="Times New Roman" w:hAnsi="Times New Roman" w:cs="Times New Roman"/>
          <w:sz w:val="28"/>
          <w:szCs w:val="28"/>
          <w:lang w:val="kk-KZ"/>
        </w:rPr>
      </w:pPr>
    </w:p>
    <w:p w14:paraId="64481912" w14:textId="0EA5741E" w:rsidR="004B7CD0" w:rsidRPr="007250F1" w:rsidRDefault="00D64917" w:rsidP="00B439DD">
      <w:pPr>
        <w:spacing w:after="0" w:line="240" w:lineRule="auto"/>
        <w:jc w:val="both"/>
        <w:rPr>
          <w:rFonts w:ascii="Times New Roman" w:hAnsi="Times New Roman" w:cs="Times New Roman"/>
          <w:sz w:val="28"/>
          <w:szCs w:val="28"/>
          <w:lang w:val="kk-KZ"/>
        </w:rPr>
      </w:pPr>
      <w:r w:rsidRPr="007250F1">
        <w:rPr>
          <w:rFonts w:ascii="Times New Roman" w:hAnsi="Times New Roman" w:cs="Times New Roman"/>
          <w:sz w:val="28"/>
          <w:szCs w:val="28"/>
          <w:lang w:val="kk-KZ"/>
        </w:rPr>
        <w:tab/>
        <w:t>Дәл жоғарыдағыдай, (2</w:t>
      </w:r>
      <w:r w:rsidR="004B7CD0" w:rsidRPr="007250F1">
        <w:rPr>
          <w:rFonts w:ascii="Times New Roman" w:hAnsi="Times New Roman" w:cs="Times New Roman"/>
          <w:sz w:val="28"/>
          <w:szCs w:val="28"/>
          <w:lang w:val="kk-KZ"/>
        </w:rPr>
        <w:t>.</w:t>
      </w:r>
      <w:r w:rsidRPr="007250F1">
        <w:rPr>
          <w:rFonts w:ascii="Times New Roman" w:hAnsi="Times New Roman" w:cs="Times New Roman"/>
          <w:sz w:val="28"/>
          <w:szCs w:val="28"/>
          <w:lang w:val="kk-KZ"/>
        </w:rPr>
        <w:t>6</w:t>
      </w:r>
      <w:r w:rsidR="004B7CD0" w:rsidRPr="007250F1">
        <w:rPr>
          <w:rFonts w:ascii="Times New Roman" w:hAnsi="Times New Roman" w:cs="Times New Roman"/>
          <w:sz w:val="28"/>
          <w:szCs w:val="28"/>
          <w:lang w:val="kk-KZ"/>
        </w:rPr>
        <w:t xml:space="preserve">9) теңдігін </w:t>
      </w:r>
      <w:r w:rsidR="00A135AE" w:rsidRPr="007250F1">
        <w:rPr>
          <w:rFonts w:ascii="Times New Roman" w:hAnsi="Times New Roman" w:cs="Times New Roman"/>
          <w:noProof/>
          <w:position w:val="-16"/>
          <w:sz w:val="28"/>
          <w:szCs w:val="28"/>
        </w:rPr>
        <w:drawing>
          <wp:inline distT="0" distB="0" distL="0" distR="0" wp14:anchorId="097A3611" wp14:editId="321D2540">
            <wp:extent cx="529590" cy="250190"/>
            <wp:effectExtent l="0" t="0" r="3810" b="0"/>
            <wp:docPr id="2337" name="Рисунок 2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7"/>
                    <pic:cNvPicPr>
                      <a:picLocks noChangeAspect="1" noChangeArrowheads="1"/>
                    </pic:cNvPicPr>
                  </pic:nvPicPr>
                  <pic:blipFill>
                    <a:blip r:embed="rId3119" cstate="print">
                      <a:extLst>
                        <a:ext uri="{28A0092B-C50C-407E-A947-70E740481C1C}">
                          <a14:useLocalDpi xmlns:a14="http://schemas.microsoft.com/office/drawing/2010/main" val="0"/>
                        </a:ext>
                      </a:extLst>
                    </a:blip>
                    <a:srcRect/>
                    <a:stretch>
                      <a:fillRect/>
                    </a:stretch>
                  </pic:blipFill>
                  <pic:spPr bwMode="auto">
                    <a:xfrm>
                      <a:off x="0" y="0"/>
                      <a:ext cx="529590" cy="250190"/>
                    </a:xfrm>
                    <a:prstGeom prst="rect">
                      <a:avLst/>
                    </a:prstGeom>
                    <a:noFill/>
                    <a:ln>
                      <a:noFill/>
                    </a:ln>
                  </pic:spPr>
                </pic:pic>
              </a:graphicData>
            </a:graphic>
          </wp:inline>
        </w:drawing>
      </w:r>
      <w:r w:rsidR="004B7CD0" w:rsidRPr="007250F1">
        <w:rPr>
          <w:rFonts w:ascii="Times New Roman" w:hAnsi="Times New Roman" w:cs="Times New Roman"/>
          <w:sz w:val="28"/>
          <w:szCs w:val="28"/>
          <w:lang w:val="kk-KZ"/>
        </w:rPr>
        <w:t xml:space="preserve"> функциясына</w:t>
      </w:r>
      <w:r w:rsidR="00A135AE" w:rsidRPr="007250F1">
        <w:rPr>
          <w:rFonts w:ascii="Times New Roman" w:hAnsi="Times New Roman" w:cs="Times New Roman"/>
          <w:noProof/>
          <w:position w:val="-12"/>
          <w:sz w:val="28"/>
          <w:szCs w:val="28"/>
        </w:rPr>
        <w:drawing>
          <wp:inline distT="0" distB="0" distL="0" distR="0" wp14:anchorId="3078F328" wp14:editId="6B311DC9">
            <wp:extent cx="539115" cy="231140"/>
            <wp:effectExtent l="0" t="0" r="0" b="0"/>
            <wp:docPr id="2338" name="Рисунок 2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8"/>
                    <pic:cNvPicPr>
                      <a:picLocks noChangeAspect="1" noChangeArrowheads="1"/>
                    </pic:cNvPicPr>
                  </pic:nvPicPr>
                  <pic:blipFill>
                    <a:blip r:embed="rId3120" cstate="print">
                      <a:extLst>
                        <a:ext uri="{28A0092B-C50C-407E-A947-70E740481C1C}">
                          <a14:useLocalDpi xmlns:a14="http://schemas.microsoft.com/office/drawing/2010/main" val="0"/>
                        </a:ext>
                      </a:extLst>
                    </a:blip>
                    <a:srcRect/>
                    <a:stretch>
                      <a:fillRect/>
                    </a:stretch>
                  </pic:blipFill>
                  <pic:spPr bwMode="auto">
                    <a:xfrm>
                      <a:off x="0" y="0"/>
                      <a:ext cx="539115" cy="231140"/>
                    </a:xfrm>
                    <a:prstGeom prst="rect">
                      <a:avLst/>
                    </a:prstGeom>
                    <a:noFill/>
                    <a:ln>
                      <a:noFill/>
                    </a:ln>
                  </pic:spPr>
                </pic:pic>
              </a:graphicData>
            </a:graphic>
          </wp:inline>
        </w:drawing>
      </w:r>
      <w:r w:rsidR="004B7CD0" w:rsidRPr="007250F1">
        <w:rPr>
          <w:rFonts w:ascii="Times New Roman" w:hAnsi="Times New Roman" w:cs="Times New Roman"/>
          <w:sz w:val="28"/>
          <w:szCs w:val="28"/>
          <w:lang w:val="kk-KZ"/>
        </w:rPr>
        <w:t xml:space="preserve">-де скаляр көбейтіп және </w:t>
      </w:r>
      <w:r w:rsidR="00A135AE" w:rsidRPr="007250F1">
        <w:rPr>
          <w:rFonts w:ascii="Times New Roman" w:hAnsi="Times New Roman" w:cs="Times New Roman"/>
          <w:noProof/>
          <w:position w:val="-12"/>
          <w:sz w:val="28"/>
          <w:szCs w:val="28"/>
        </w:rPr>
        <w:drawing>
          <wp:inline distT="0" distB="0" distL="0" distR="0" wp14:anchorId="2B151C3A" wp14:editId="7C744D9C">
            <wp:extent cx="991235" cy="231140"/>
            <wp:effectExtent l="0" t="0" r="0" b="0"/>
            <wp:docPr id="2339" name="Рисунок 2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9"/>
                    <pic:cNvPicPr>
                      <a:picLocks noChangeAspect="1" noChangeArrowheads="1"/>
                    </pic:cNvPicPr>
                  </pic:nvPicPr>
                  <pic:blipFill>
                    <a:blip r:embed="rId3121" cstate="print">
                      <a:extLst>
                        <a:ext uri="{28A0092B-C50C-407E-A947-70E740481C1C}">
                          <a14:useLocalDpi xmlns:a14="http://schemas.microsoft.com/office/drawing/2010/main" val="0"/>
                        </a:ext>
                      </a:extLst>
                    </a:blip>
                    <a:srcRect/>
                    <a:stretch>
                      <a:fillRect/>
                    </a:stretch>
                  </pic:blipFill>
                  <pic:spPr bwMode="auto">
                    <a:xfrm>
                      <a:off x="0" y="0"/>
                      <a:ext cx="991235" cy="231140"/>
                    </a:xfrm>
                    <a:prstGeom prst="rect">
                      <a:avLst/>
                    </a:prstGeom>
                    <a:noFill/>
                    <a:ln>
                      <a:noFill/>
                    </a:ln>
                  </pic:spPr>
                </pic:pic>
              </a:graphicData>
            </a:graphic>
          </wp:inline>
        </w:drawing>
      </w:r>
      <w:r w:rsidR="004B7CD0" w:rsidRPr="007250F1">
        <w:rPr>
          <w:rFonts w:ascii="Times New Roman" w:hAnsi="Times New Roman" w:cs="Times New Roman"/>
          <w:sz w:val="28"/>
          <w:szCs w:val="28"/>
          <w:lang w:val="kk-KZ"/>
        </w:rPr>
        <w:t xml:space="preserve"> бойынша қосындыласақ:</w:t>
      </w:r>
    </w:p>
    <w:p w14:paraId="3CF6C57E" w14:textId="77777777" w:rsidR="004B7CD0" w:rsidRPr="007250F1" w:rsidRDefault="004B7CD0" w:rsidP="00B439DD">
      <w:pPr>
        <w:spacing w:after="0" w:line="240" w:lineRule="auto"/>
        <w:jc w:val="both"/>
        <w:rPr>
          <w:rFonts w:ascii="Times New Roman" w:hAnsi="Times New Roman" w:cs="Times New Roman"/>
          <w:sz w:val="28"/>
          <w:szCs w:val="28"/>
          <w:lang w:val="kk-KZ"/>
        </w:rPr>
      </w:pPr>
    </w:p>
    <w:p w14:paraId="62035993" w14:textId="05D77C92" w:rsidR="004B7CD0" w:rsidRDefault="00A135AE" w:rsidP="00B439DD">
      <w:pPr>
        <w:spacing w:after="0" w:line="240" w:lineRule="auto"/>
        <w:jc w:val="right"/>
        <w:rPr>
          <w:rFonts w:ascii="Times New Roman" w:hAnsi="Times New Roman" w:cs="Times New Roman"/>
          <w:sz w:val="28"/>
          <w:szCs w:val="28"/>
          <w:lang w:val="kk-KZ"/>
        </w:rPr>
      </w:pPr>
      <w:r w:rsidRPr="007250F1">
        <w:rPr>
          <w:rFonts w:ascii="Times New Roman" w:hAnsi="Times New Roman" w:cs="Times New Roman"/>
          <w:noProof/>
          <w:position w:val="-68"/>
          <w:sz w:val="28"/>
          <w:szCs w:val="28"/>
        </w:rPr>
        <w:drawing>
          <wp:inline distT="0" distB="0" distL="0" distR="0" wp14:anchorId="63E8969D" wp14:editId="41D5D1F1">
            <wp:extent cx="3561080" cy="942975"/>
            <wp:effectExtent l="0" t="0" r="1270" b="9525"/>
            <wp:docPr id="2340" name="Рисунок 2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0"/>
                    <pic:cNvPicPr>
                      <a:picLocks noChangeAspect="1" noChangeArrowheads="1"/>
                    </pic:cNvPicPr>
                  </pic:nvPicPr>
                  <pic:blipFill>
                    <a:blip r:embed="rId3122" cstate="print">
                      <a:extLst>
                        <a:ext uri="{28A0092B-C50C-407E-A947-70E740481C1C}">
                          <a14:useLocalDpi xmlns:a14="http://schemas.microsoft.com/office/drawing/2010/main" val="0"/>
                        </a:ext>
                      </a:extLst>
                    </a:blip>
                    <a:srcRect/>
                    <a:stretch>
                      <a:fillRect/>
                    </a:stretch>
                  </pic:blipFill>
                  <pic:spPr bwMode="auto">
                    <a:xfrm>
                      <a:off x="0" y="0"/>
                      <a:ext cx="3561080" cy="942975"/>
                    </a:xfrm>
                    <a:prstGeom prst="rect">
                      <a:avLst/>
                    </a:prstGeom>
                    <a:noFill/>
                    <a:ln>
                      <a:noFill/>
                    </a:ln>
                  </pic:spPr>
                </pic:pic>
              </a:graphicData>
            </a:graphic>
          </wp:inline>
        </w:drawing>
      </w:r>
      <w:r w:rsidR="00D64917" w:rsidRPr="007250F1">
        <w:rPr>
          <w:rFonts w:ascii="Times New Roman" w:hAnsi="Times New Roman" w:cs="Times New Roman"/>
          <w:sz w:val="28"/>
          <w:szCs w:val="28"/>
          <w:lang w:val="kk-KZ"/>
        </w:rPr>
        <w:tab/>
      </w:r>
      <w:r w:rsidR="00D64917" w:rsidRPr="007250F1">
        <w:rPr>
          <w:rFonts w:ascii="Times New Roman" w:hAnsi="Times New Roman" w:cs="Times New Roman"/>
          <w:sz w:val="28"/>
          <w:szCs w:val="28"/>
          <w:lang w:val="kk-KZ"/>
        </w:rPr>
        <w:tab/>
        <w:t>(2.78</w:t>
      </w:r>
      <w:r w:rsidR="004B7CD0" w:rsidRPr="007250F1">
        <w:rPr>
          <w:rFonts w:ascii="Times New Roman" w:hAnsi="Times New Roman" w:cs="Times New Roman"/>
          <w:sz w:val="28"/>
          <w:szCs w:val="28"/>
          <w:lang w:val="kk-KZ"/>
        </w:rPr>
        <w:t>)</w:t>
      </w:r>
    </w:p>
    <w:p w14:paraId="602191E0" w14:textId="77777777" w:rsidR="00EF52AB" w:rsidRPr="007250F1" w:rsidRDefault="00EF52AB" w:rsidP="00B439DD">
      <w:pPr>
        <w:spacing w:after="0" w:line="240" w:lineRule="auto"/>
        <w:jc w:val="right"/>
        <w:rPr>
          <w:rFonts w:ascii="Times New Roman" w:hAnsi="Times New Roman" w:cs="Times New Roman"/>
          <w:sz w:val="28"/>
          <w:szCs w:val="28"/>
          <w:lang w:val="kk-KZ"/>
        </w:rPr>
      </w:pPr>
    </w:p>
    <w:p w14:paraId="35903E56" w14:textId="71B48998" w:rsidR="004B7CD0" w:rsidRPr="007250F1" w:rsidRDefault="00D64917" w:rsidP="00B439DD">
      <w:pPr>
        <w:spacing w:after="0" w:line="240" w:lineRule="auto"/>
        <w:jc w:val="both"/>
        <w:rPr>
          <w:rFonts w:ascii="Times New Roman" w:hAnsi="Times New Roman" w:cs="Times New Roman"/>
          <w:sz w:val="28"/>
          <w:szCs w:val="28"/>
          <w:lang w:val="kk-KZ"/>
        </w:rPr>
      </w:pPr>
      <w:r w:rsidRPr="007250F1">
        <w:rPr>
          <w:rFonts w:ascii="Times New Roman" w:hAnsi="Times New Roman" w:cs="Times New Roman"/>
          <w:sz w:val="28"/>
          <w:szCs w:val="28"/>
          <w:lang w:val="kk-KZ"/>
        </w:rPr>
        <w:t>(2.74) және (2.77</w:t>
      </w:r>
      <w:r w:rsidR="004B7CD0" w:rsidRPr="007250F1">
        <w:rPr>
          <w:rFonts w:ascii="Times New Roman" w:hAnsi="Times New Roman" w:cs="Times New Roman"/>
          <w:sz w:val="28"/>
          <w:szCs w:val="28"/>
          <w:lang w:val="kk-KZ"/>
        </w:rPr>
        <w:t>) бағалауларын ескере отырып, Гельдер және</w:t>
      </w:r>
      <w:r w:rsidRPr="007250F1">
        <w:rPr>
          <w:rFonts w:ascii="Times New Roman" w:hAnsi="Times New Roman" w:cs="Times New Roman"/>
          <w:sz w:val="28"/>
          <w:szCs w:val="28"/>
          <w:lang w:val="kk-KZ"/>
        </w:rPr>
        <w:t xml:space="preserve"> Юнг теңсіздіктерін қолданып, (2.78</w:t>
      </w:r>
      <w:r w:rsidR="004B7CD0" w:rsidRPr="007250F1">
        <w:rPr>
          <w:rFonts w:ascii="Times New Roman" w:hAnsi="Times New Roman" w:cs="Times New Roman"/>
          <w:sz w:val="28"/>
          <w:szCs w:val="28"/>
          <w:lang w:val="kk-KZ"/>
        </w:rPr>
        <w:t>) теңдіктің оң жағын бағалайық:</w:t>
      </w:r>
    </w:p>
    <w:p w14:paraId="79B42C3A" w14:textId="77777777" w:rsidR="004B7CD0" w:rsidRPr="007250F1" w:rsidRDefault="004B7CD0" w:rsidP="00B439DD">
      <w:pPr>
        <w:spacing w:after="0" w:line="240" w:lineRule="auto"/>
        <w:jc w:val="both"/>
        <w:rPr>
          <w:rFonts w:ascii="Times New Roman" w:hAnsi="Times New Roman" w:cs="Times New Roman"/>
          <w:sz w:val="28"/>
          <w:szCs w:val="28"/>
          <w:lang w:val="kk-KZ"/>
        </w:rPr>
      </w:pPr>
      <w:r w:rsidRPr="007250F1">
        <w:rPr>
          <w:rFonts w:ascii="Times New Roman" w:hAnsi="Times New Roman" w:cs="Times New Roman"/>
          <w:position w:val="-134"/>
          <w:sz w:val="28"/>
          <w:szCs w:val="28"/>
          <w:lang w:val="kk-KZ"/>
        </w:rPr>
        <w:tab/>
      </w:r>
    </w:p>
    <w:p w14:paraId="101195C0" w14:textId="49710BE6" w:rsidR="004B7CD0" w:rsidRPr="007250F1" w:rsidRDefault="00A135AE" w:rsidP="00B439DD">
      <w:pPr>
        <w:spacing w:after="0" w:line="240" w:lineRule="auto"/>
        <w:jc w:val="center"/>
        <w:rPr>
          <w:rFonts w:ascii="Times New Roman" w:hAnsi="Times New Roman" w:cs="Times New Roman"/>
          <w:sz w:val="28"/>
          <w:szCs w:val="28"/>
        </w:rPr>
      </w:pPr>
      <w:r w:rsidRPr="007250F1">
        <w:rPr>
          <w:rFonts w:ascii="Times New Roman" w:hAnsi="Times New Roman" w:cs="Times New Roman"/>
          <w:noProof/>
          <w:position w:val="-118"/>
          <w:sz w:val="28"/>
          <w:szCs w:val="28"/>
        </w:rPr>
        <w:drawing>
          <wp:inline distT="0" distB="0" distL="0" distR="0" wp14:anchorId="6CE6F20E" wp14:editId="1B23DA0E">
            <wp:extent cx="4726305" cy="1828800"/>
            <wp:effectExtent l="0" t="0" r="0" b="0"/>
            <wp:docPr id="2341" name="Рисунок 2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1"/>
                    <pic:cNvPicPr>
                      <a:picLocks noChangeAspect="1" noChangeArrowheads="1"/>
                    </pic:cNvPicPr>
                  </pic:nvPicPr>
                  <pic:blipFill>
                    <a:blip r:embed="rId3123" cstate="print">
                      <a:extLst>
                        <a:ext uri="{28A0092B-C50C-407E-A947-70E740481C1C}">
                          <a14:useLocalDpi xmlns:a14="http://schemas.microsoft.com/office/drawing/2010/main" val="0"/>
                        </a:ext>
                      </a:extLst>
                    </a:blip>
                    <a:srcRect/>
                    <a:stretch>
                      <a:fillRect/>
                    </a:stretch>
                  </pic:blipFill>
                  <pic:spPr bwMode="auto">
                    <a:xfrm>
                      <a:off x="0" y="0"/>
                      <a:ext cx="4726305" cy="1828800"/>
                    </a:xfrm>
                    <a:prstGeom prst="rect">
                      <a:avLst/>
                    </a:prstGeom>
                    <a:noFill/>
                    <a:ln>
                      <a:noFill/>
                    </a:ln>
                  </pic:spPr>
                </pic:pic>
              </a:graphicData>
            </a:graphic>
          </wp:inline>
        </w:drawing>
      </w:r>
    </w:p>
    <w:p w14:paraId="0DAA90CA" w14:textId="16967EA2" w:rsidR="004B7CD0" w:rsidRPr="007250F1" w:rsidRDefault="00A135AE" w:rsidP="00B439DD">
      <w:pPr>
        <w:spacing w:after="0" w:line="240" w:lineRule="auto"/>
        <w:jc w:val="center"/>
        <w:rPr>
          <w:rFonts w:ascii="Times New Roman" w:hAnsi="Times New Roman" w:cs="Times New Roman"/>
          <w:sz w:val="28"/>
          <w:szCs w:val="28"/>
        </w:rPr>
      </w:pPr>
      <w:r w:rsidRPr="007250F1">
        <w:rPr>
          <w:rFonts w:ascii="Times New Roman" w:hAnsi="Times New Roman" w:cs="Times New Roman"/>
          <w:noProof/>
          <w:position w:val="-40"/>
          <w:sz w:val="28"/>
          <w:szCs w:val="28"/>
        </w:rPr>
        <w:drawing>
          <wp:inline distT="0" distB="0" distL="0" distR="0" wp14:anchorId="72E0E7F0" wp14:editId="3597AB61">
            <wp:extent cx="2820035" cy="596900"/>
            <wp:effectExtent l="0" t="0" r="0" b="0"/>
            <wp:docPr id="2342" name="Рисунок 2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2"/>
                    <pic:cNvPicPr>
                      <a:picLocks noChangeAspect="1" noChangeArrowheads="1"/>
                    </pic:cNvPicPr>
                  </pic:nvPicPr>
                  <pic:blipFill>
                    <a:blip r:embed="rId3124" cstate="print">
                      <a:extLst>
                        <a:ext uri="{28A0092B-C50C-407E-A947-70E740481C1C}">
                          <a14:useLocalDpi xmlns:a14="http://schemas.microsoft.com/office/drawing/2010/main" val="0"/>
                        </a:ext>
                      </a:extLst>
                    </a:blip>
                    <a:srcRect/>
                    <a:stretch>
                      <a:fillRect/>
                    </a:stretch>
                  </pic:blipFill>
                  <pic:spPr bwMode="auto">
                    <a:xfrm>
                      <a:off x="0" y="0"/>
                      <a:ext cx="2820035" cy="596900"/>
                    </a:xfrm>
                    <a:prstGeom prst="rect">
                      <a:avLst/>
                    </a:prstGeom>
                    <a:noFill/>
                    <a:ln>
                      <a:noFill/>
                    </a:ln>
                  </pic:spPr>
                </pic:pic>
              </a:graphicData>
            </a:graphic>
          </wp:inline>
        </w:drawing>
      </w:r>
    </w:p>
    <w:p w14:paraId="63814509" w14:textId="77777777" w:rsidR="004B7CD0" w:rsidRPr="007250F1" w:rsidRDefault="004B7CD0" w:rsidP="00B439DD">
      <w:pPr>
        <w:spacing w:after="0" w:line="240" w:lineRule="auto"/>
        <w:jc w:val="both"/>
        <w:rPr>
          <w:rFonts w:ascii="Times New Roman" w:hAnsi="Times New Roman" w:cs="Times New Roman"/>
          <w:sz w:val="28"/>
          <w:szCs w:val="28"/>
        </w:rPr>
      </w:pPr>
    </w:p>
    <w:p w14:paraId="71425830" w14:textId="4579C39A" w:rsidR="004B7CD0" w:rsidRPr="007250F1" w:rsidRDefault="004B7CD0" w:rsidP="00B439DD">
      <w:pPr>
        <w:spacing w:after="0" w:line="240" w:lineRule="auto"/>
        <w:rPr>
          <w:rFonts w:ascii="Times New Roman" w:hAnsi="Times New Roman" w:cs="Times New Roman"/>
          <w:sz w:val="28"/>
          <w:szCs w:val="28"/>
          <w:lang w:val="kk-KZ"/>
        </w:rPr>
      </w:pPr>
      <w:r w:rsidRPr="007250F1">
        <w:rPr>
          <w:rFonts w:ascii="Times New Roman" w:hAnsi="Times New Roman" w:cs="Times New Roman"/>
          <w:sz w:val="28"/>
          <w:szCs w:val="28"/>
          <w:lang w:val="kk-KZ"/>
        </w:rPr>
        <w:t xml:space="preserve">Осы алынғандарды </w:t>
      </w:r>
      <w:r w:rsidRPr="007250F1">
        <w:rPr>
          <w:rFonts w:ascii="Times New Roman" w:hAnsi="Times New Roman" w:cs="Times New Roman"/>
          <w:sz w:val="28"/>
          <w:szCs w:val="28"/>
        </w:rPr>
        <w:t>(</w:t>
      </w:r>
      <w:r w:rsidR="00D64917" w:rsidRPr="007250F1">
        <w:rPr>
          <w:rFonts w:ascii="Times New Roman" w:hAnsi="Times New Roman" w:cs="Times New Roman"/>
          <w:sz w:val="28"/>
          <w:szCs w:val="28"/>
        </w:rPr>
        <w:t>2</w:t>
      </w:r>
      <w:r w:rsidRPr="007250F1">
        <w:rPr>
          <w:rFonts w:ascii="Times New Roman" w:hAnsi="Times New Roman" w:cs="Times New Roman"/>
          <w:sz w:val="28"/>
          <w:szCs w:val="28"/>
          <w:lang w:val="kk-KZ"/>
        </w:rPr>
        <w:t>.7</w:t>
      </w:r>
      <w:r w:rsidR="00D64917" w:rsidRPr="007250F1">
        <w:rPr>
          <w:rFonts w:ascii="Times New Roman" w:hAnsi="Times New Roman" w:cs="Times New Roman"/>
          <w:sz w:val="28"/>
          <w:szCs w:val="28"/>
        </w:rPr>
        <w:t>8</w:t>
      </w:r>
      <w:r w:rsidRPr="007250F1">
        <w:rPr>
          <w:rFonts w:ascii="Times New Roman" w:hAnsi="Times New Roman" w:cs="Times New Roman"/>
          <w:sz w:val="28"/>
          <w:szCs w:val="28"/>
        </w:rPr>
        <w:t>)</w:t>
      </w:r>
      <w:r w:rsidRPr="007250F1">
        <w:rPr>
          <w:rFonts w:ascii="Times New Roman" w:hAnsi="Times New Roman" w:cs="Times New Roman"/>
          <w:sz w:val="28"/>
          <w:szCs w:val="28"/>
          <w:lang w:val="kk-KZ"/>
        </w:rPr>
        <w:t xml:space="preserve"> теңдігіне қойсақ:</w:t>
      </w:r>
    </w:p>
    <w:p w14:paraId="193E1530" w14:textId="77777777" w:rsidR="004B7CD0" w:rsidRPr="007250F1" w:rsidRDefault="004B7CD0" w:rsidP="00B439DD">
      <w:pPr>
        <w:spacing w:after="0" w:line="240" w:lineRule="auto"/>
        <w:rPr>
          <w:rFonts w:ascii="Times New Roman" w:hAnsi="Times New Roman" w:cs="Times New Roman"/>
          <w:sz w:val="28"/>
          <w:szCs w:val="28"/>
          <w:lang w:val="kk-KZ"/>
        </w:rPr>
      </w:pPr>
    </w:p>
    <w:p w14:paraId="7DBF8DB4" w14:textId="1910FEE0" w:rsidR="004B7CD0" w:rsidRPr="007250F1" w:rsidRDefault="00A135AE" w:rsidP="00B439DD">
      <w:pPr>
        <w:spacing w:after="0" w:line="240" w:lineRule="auto"/>
        <w:jc w:val="right"/>
        <w:rPr>
          <w:rFonts w:ascii="Times New Roman" w:hAnsi="Times New Roman" w:cs="Times New Roman"/>
          <w:sz w:val="28"/>
          <w:szCs w:val="28"/>
          <w:lang w:val="kk-KZ"/>
        </w:rPr>
      </w:pPr>
      <w:r w:rsidRPr="007250F1">
        <w:rPr>
          <w:rFonts w:ascii="Times New Roman" w:hAnsi="Times New Roman" w:cs="Times New Roman"/>
          <w:noProof/>
          <w:position w:val="-38"/>
          <w:sz w:val="28"/>
          <w:szCs w:val="28"/>
        </w:rPr>
        <w:drawing>
          <wp:inline distT="0" distB="0" distL="0" distR="0" wp14:anchorId="392ECEE9" wp14:editId="6C90F4B2">
            <wp:extent cx="3811905" cy="500380"/>
            <wp:effectExtent l="0" t="0" r="0" b="0"/>
            <wp:docPr id="2343" name="Рисунок 2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3"/>
                    <pic:cNvPicPr>
                      <a:picLocks noChangeAspect="1" noChangeArrowheads="1"/>
                    </pic:cNvPicPr>
                  </pic:nvPicPr>
                  <pic:blipFill>
                    <a:blip r:embed="rId3125" cstate="print">
                      <a:extLst>
                        <a:ext uri="{28A0092B-C50C-407E-A947-70E740481C1C}">
                          <a14:useLocalDpi xmlns:a14="http://schemas.microsoft.com/office/drawing/2010/main" val="0"/>
                        </a:ext>
                      </a:extLst>
                    </a:blip>
                    <a:srcRect/>
                    <a:stretch>
                      <a:fillRect/>
                    </a:stretch>
                  </pic:blipFill>
                  <pic:spPr bwMode="auto">
                    <a:xfrm>
                      <a:off x="0" y="0"/>
                      <a:ext cx="3811905" cy="500380"/>
                    </a:xfrm>
                    <a:prstGeom prst="rect">
                      <a:avLst/>
                    </a:prstGeom>
                    <a:noFill/>
                    <a:ln>
                      <a:noFill/>
                    </a:ln>
                  </pic:spPr>
                </pic:pic>
              </a:graphicData>
            </a:graphic>
          </wp:inline>
        </w:drawing>
      </w:r>
      <w:r w:rsidR="004B7CD0" w:rsidRPr="007250F1">
        <w:rPr>
          <w:rFonts w:ascii="Times New Roman" w:hAnsi="Times New Roman" w:cs="Times New Roman"/>
          <w:position w:val="-34"/>
          <w:sz w:val="28"/>
          <w:szCs w:val="28"/>
          <w:lang w:val="kk-KZ"/>
        </w:rPr>
        <w:t xml:space="preserve">                       </w:t>
      </w:r>
      <w:r w:rsidR="00D64917" w:rsidRPr="007250F1">
        <w:rPr>
          <w:rFonts w:ascii="Times New Roman" w:hAnsi="Times New Roman" w:cs="Times New Roman"/>
          <w:sz w:val="28"/>
          <w:szCs w:val="28"/>
          <w:lang w:val="kk-KZ"/>
        </w:rPr>
        <w:tab/>
        <w:t>(</w:t>
      </w:r>
      <w:r w:rsidR="00D64917" w:rsidRPr="007250F1">
        <w:rPr>
          <w:rFonts w:ascii="Times New Roman" w:hAnsi="Times New Roman" w:cs="Times New Roman"/>
          <w:sz w:val="28"/>
          <w:szCs w:val="28"/>
        </w:rPr>
        <w:t>2</w:t>
      </w:r>
      <w:r w:rsidR="00D64917" w:rsidRPr="007250F1">
        <w:rPr>
          <w:rFonts w:ascii="Times New Roman" w:hAnsi="Times New Roman" w:cs="Times New Roman"/>
          <w:sz w:val="28"/>
          <w:szCs w:val="28"/>
          <w:lang w:val="kk-KZ"/>
        </w:rPr>
        <w:t>.</w:t>
      </w:r>
      <w:r w:rsidR="00D64917" w:rsidRPr="007250F1">
        <w:rPr>
          <w:rFonts w:ascii="Times New Roman" w:hAnsi="Times New Roman" w:cs="Times New Roman"/>
          <w:sz w:val="28"/>
          <w:szCs w:val="28"/>
        </w:rPr>
        <w:t>79</w:t>
      </w:r>
      <w:r w:rsidR="004B7CD0" w:rsidRPr="007250F1">
        <w:rPr>
          <w:rFonts w:ascii="Times New Roman" w:hAnsi="Times New Roman" w:cs="Times New Roman"/>
          <w:sz w:val="28"/>
          <w:szCs w:val="28"/>
          <w:lang w:val="kk-KZ"/>
        </w:rPr>
        <w:t>)</w:t>
      </w:r>
    </w:p>
    <w:p w14:paraId="38AC263B" w14:textId="77777777" w:rsidR="00D33D27" w:rsidRPr="007250F1" w:rsidRDefault="00D33D27" w:rsidP="00B439DD">
      <w:pPr>
        <w:spacing w:after="0" w:line="240" w:lineRule="auto"/>
        <w:jc w:val="right"/>
        <w:rPr>
          <w:rFonts w:ascii="Times New Roman" w:hAnsi="Times New Roman" w:cs="Times New Roman"/>
          <w:sz w:val="28"/>
          <w:szCs w:val="28"/>
          <w:lang w:val="kk-KZ"/>
        </w:rPr>
      </w:pPr>
    </w:p>
    <w:p w14:paraId="08B61AE6" w14:textId="3DCD250A" w:rsidR="00D33D27" w:rsidRPr="007250F1" w:rsidRDefault="00D64917" w:rsidP="00B439DD">
      <w:pPr>
        <w:spacing w:after="0" w:line="240" w:lineRule="auto"/>
        <w:jc w:val="both"/>
        <w:rPr>
          <w:rFonts w:ascii="Times New Roman" w:hAnsi="Times New Roman" w:cs="Times New Roman"/>
          <w:sz w:val="28"/>
          <w:szCs w:val="28"/>
          <w:lang w:val="kk-KZ"/>
        </w:rPr>
      </w:pPr>
      <w:r w:rsidRPr="007250F1">
        <w:rPr>
          <w:rFonts w:ascii="Times New Roman" w:hAnsi="Times New Roman" w:cs="Times New Roman"/>
          <w:sz w:val="28"/>
          <w:szCs w:val="28"/>
          <w:lang w:val="kk-KZ"/>
        </w:rPr>
        <w:t>(2.74</w:t>
      </w:r>
      <w:r w:rsidR="004B7CD0" w:rsidRPr="007250F1">
        <w:rPr>
          <w:rFonts w:ascii="Times New Roman" w:hAnsi="Times New Roman" w:cs="Times New Roman"/>
          <w:sz w:val="28"/>
          <w:szCs w:val="28"/>
          <w:lang w:val="kk-KZ"/>
        </w:rPr>
        <w:t xml:space="preserve">), </w:t>
      </w:r>
      <w:r w:rsidRPr="007250F1">
        <w:rPr>
          <w:rFonts w:ascii="Times New Roman" w:hAnsi="Times New Roman" w:cs="Times New Roman"/>
          <w:sz w:val="28"/>
          <w:szCs w:val="28"/>
          <w:lang w:val="kk-KZ"/>
        </w:rPr>
        <w:t>(2.75), (2.77) және  (2.79</w:t>
      </w:r>
      <w:r w:rsidR="004B7CD0" w:rsidRPr="007250F1">
        <w:rPr>
          <w:rFonts w:ascii="Times New Roman" w:hAnsi="Times New Roman" w:cs="Times New Roman"/>
          <w:sz w:val="28"/>
          <w:szCs w:val="28"/>
          <w:lang w:val="kk-KZ"/>
        </w:rPr>
        <w:t xml:space="preserve">)  априорлық бағалауларында </w:t>
      </w:r>
      <w:r w:rsidR="00A135AE" w:rsidRPr="007250F1">
        <w:rPr>
          <w:rFonts w:ascii="Times New Roman" w:hAnsi="Times New Roman" w:cs="Times New Roman"/>
          <w:noProof/>
          <w:position w:val="-12"/>
          <w:sz w:val="28"/>
          <w:szCs w:val="28"/>
        </w:rPr>
        <w:drawing>
          <wp:inline distT="0" distB="0" distL="0" distR="0" wp14:anchorId="53C489B3" wp14:editId="2004B4FF">
            <wp:extent cx="1010920" cy="231140"/>
            <wp:effectExtent l="0" t="0" r="0" b="0"/>
            <wp:docPr id="2344" name="Рисунок 2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4"/>
                    <pic:cNvPicPr>
                      <a:picLocks noChangeAspect="1" noChangeArrowheads="1"/>
                    </pic:cNvPicPr>
                  </pic:nvPicPr>
                  <pic:blipFill>
                    <a:blip r:embed="rId3126" cstate="print">
                      <a:extLst>
                        <a:ext uri="{28A0092B-C50C-407E-A947-70E740481C1C}">
                          <a14:useLocalDpi xmlns:a14="http://schemas.microsoft.com/office/drawing/2010/main" val="0"/>
                        </a:ext>
                      </a:extLst>
                    </a:blip>
                    <a:srcRect/>
                    <a:stretch>
                      <a:fillRect/>
                    </a:stretch>
                  </pic:blipFill>
                  <pic:spPr bwMode="auto">
                    <a:xfrm>
                      <a:off x="0" y="0"/>
                      <a:ext cx="1010920" cy="231140"/>
                    </a:xfrm>
                    <a:prstGeom prst="rect">
                      <a:avLst/>
                    </a:prstGeom>
                    <a:noFill/>
                    <a:ln>
                      <a:noFill/>
                    </a:ln>
                  </pic:spPr>
                </pic:pic>
              </a:graphicData>
            </a:graphic>
          </wp:inline>
        </w:drawing>
      </w:r>
      <w:r w:rsidR="004B7CD0" w:rsidRPr="007250F1">
        <w:rPr>
          <w:rFonts w:ascii="Times New Roman" w:hAnsi="Times New Roman" w:cs="Times New Roman"/>
          <w:sz w:val="28"/>
          <w:szCs w:val="28"/>
          <w:lang w:val="kk-KZ"/>
        </w:rPr>
        <w:t xml:space="preserve"> тұрақтылары </w:t>
      </w:r>
      <w:r w:rsidR="00A135AE" w:rsidRPr="007250F1">
        <w:rPr>
          <w:rFonts w:ascii="Times New Roman" w:hAnsi="Times New Roman" w:cs="Times New Roman"/>
          <w:noProof/>
          <w:position w:val="-6"/>
          <w:sz w:val="28"/>
          <w:szCs w:val="28"/>
        </w:rPr>
        <w:drawing>
          <wp:inline distT="0" distB="0" distL="0" distR="0" wp14:anchorId="35E375B0" wp14:editId="287DFC99">
            <wp:extent cx="182880" cy="182880"/>
            <wp:effectExtent l="0" t="0" r="7620" b="7620"/>
            <wp:docPr id="2345" name="Рисунок 2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5"/>
                    <pic:cNvPicPr>
                      <a:picLocks noChangeAspect="1" noChangeArrowheads="1"/>
                    </pic:cNvPicPr>
                  </pic:nvPicPr>
                  <pic:blipFill>
                    <a:blip r:embed="rId3127"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00B439DD" w:rsidRPr="007250F1">
        <w:rPr>
          <w:rFonts w:ascii="Times New Roman" w:hAnsi="Times New Roman" w:cs="Times New Roman"/>
          <w:sz w:val="28"/>
          <w:szCs w:val="28"/>
          <w:lang w:val="kk-KZ"/>
        </w:rPr>
        <w:t xml:space="preserve">-нен тәуелсіз. </w:t>
      </w:r>
      <w:r w:rsidR="004B7CD0" w:rsidRPr="007250F1">
        <w:rPr>
          <w:rFonts w:ascii="Times New Roman" w:hAnsi="Times New Roman" w:cs="Times New Roman"/>
          <w:sz w:val="28"/>
          <w:szCs w:val="28"/>
          <w:lang w:val="kk-KZ"/>
        </w:rPr>
        <w:t>Сонымен біз, к</w:t>
      </w:r>
      <w:r w:rsidR="00B439DD" w:rsidRPr="007250F1">
        <w:rPr>
          <w:rFonts w:ascii="Times New Roman" w:hAnsi="Times New Roman" w:cs="Times New Roman"/>
          <w:sz w:val="28"/>
          <w:szCs w:val="28"/>
          <w:lang w:val="kk-KZ"/>
        </w:rPr>
        <w:t>елесі қажетті бағалауды  алдық:</w:t>
      </w:r>
    </w:p>
    <w:p w14:paraId="4D329550" w14:textId="77777777" w:rsidR="004B7CD0" w:rsidRPr="007250F1" w:rsidRDefault="004B7CD0" w:rsidP="00B439DD">
      <w:pPr>
        <w:spacing w:after="0" w:line="240" w:lineRule="auto"/>
        <w:jc w:val="both"/>
        <w:rPr>
          <w:rFonts w:ascii="Times New Roman" w:hAnsi="Times New Roman" w:cs="Times New Roman"/>
          <w:sz w:val="28"/>
          <w:szCs w:val="28"/>
          <w:lang w:val="kk-KZ"/>
        </w:rPr>
      </w:pPr>
    </w:p>
    <w:p w14:paraId="2896FAE7" w14:textId="479DD915" w:rsidR="004B7CD0" w:rsidRPr="007250F1" w:rsidRDefault="004B7CD0" w:rsidP="00B439DD">
      <w:pPr>
        <w:tabs>
          <w:tab w:val="center" w:pos="4820"/>
          <w:tab w:val="right" w:pos="9638"/>
        </w:tabs>
        <w:spacing w:after="0" w:line="240" w:lineRule="auto"/>
        <w:jc w:val="both"/>
        <w:rPr>
          <w:rFonts w:ascii="Times New Roman" w:hAnsi="Times New Roman" w:cs="Times New Roman"/>
          <w:sz w:val="28"/>
          <w:szCs w:val="28"/>
          <w:lang w:val="kk-KZ"/>
        </w:rPr>
      </w:pPr>
      <w:r w:rsidRPr="007250F1">
        <w:rPr>
          <w:rFonts w:ascii="Times New Roman" w:hAnsi="Times New Roman" w:cs="Times New Roman"/>
          <w:sz w:val="28"/>
          <w:szCs w:val="28"/>
          <w:lang w:val="kk-KZ"/>
        </w:rPr>
        <w:tab/>
      </w:r>
      <w:r w:rsidR="00A135AE" w:rsidRPr="007250F1">
        <w:rPr>
          <w:rFonts w:ascii="Times New Roman" w:hAnsi="Times New Roman" w:cs="Times New Roman"/>
          <w:noProof/>
          <w:position w:val="-22"/>
          <w:sz w:val="28"/>
          <w:szCs w:val="28"/>
        </w:rPr>
        <w:drawing>
          <wp:inline distT="0" distB="0" distL="0" distR="0" wp14:anchorId="7226BCB9" wp14:editId="26B6E4B2">
            <wp:extent cx="1414780" cy="317500"/>
            <wp:effectExtent l="0" t="0" r="0" b="6350"/>
            <wp:docPr id="2346" name="Рисунок 2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6"/>
                    <pic:cNvPicPr>
                      <a:picLocks noChangeAspect="1" noChangeArrowheads="1"/>
                    </pic:cNvPicPr>
                  </pic:nvPicPr>
                  <pic:blipFill>
                    <a:blip r:embed="rId3128" cstate="print">
                      <a:extLst>
                        <a:ext uri="{28A0092B-C50C-407E-A947-70E740481C1C}">
                          <a14:useLocalDpi xmlns:a14="http://schemas.microsoft.com/office/drawing/2010/main" val="0"/>
                        </a:ext>
                      </a:extLst>
                    </a:blip>
                    <a:srcRect/>
                    <a:stretch>
                      <a:fillRect/>
                    </a:stretch>
                  </pic:blipFill>
                  <pic:spPr bwMode="auto">
                    <a:xfrm>
                      <a:off x="0" y="0"/>
                      <a:ext cx="1414780" cy="317500"/>
                    </a:xfrm>
                    <a:prstGeom prst="rect">
                      <a:avLst/>
                    </a:prstGeom>
                    <a:noFill/>
                    <a:ln>
                      <a:noFill/>
                    </a:ln>
                  </pic:spPr>
                </pic:pic>
              </a:graphicData>
            </a:graphic>
          </wp:inline>
        </w:drawing>
      </w:r>
      <w:r w:rsidR="00D64917" w:rsidRPr="007250F1">
        <w:rPr>
          <w:rFonts w:ascii="Times New Roman" w:hAnsi="Times New Roman" w:cs="Times New Roman"/>
          <w:sz w:val="28"/>
          <w:szCs w:val="28"/>
          <w:lang w:val="kk-KZ"/>
        </w:rPr>
        <w:tab/>
        <w:t>(2.80</w:t>
      </w:r>
      <w:r w:rsidRPr="007250F1">
        <w:rPr>
          <w:rFonts w:ascii="Times New Roman" w:hAnsi="Times New Roman" w:cs="Times New Roman"/>
          <w:sz w:val="28"/>
          <w:szCs w:val="28"/>
          <w:lang w:val="kk-KZ"/>
        </w:rPr>
        <w:t>)</w:t>
      </w:r>
    </w:p>
    <w:p w14:paraId="4324256B" w14:textId="77777777" w:rsidR="00D33D27" w:rsidRPr="007250F1" w:rsidRDefault="00D33D27" w:rsidP="00B439DD">
      <w:pPr>
        <w:tabs>
          <w:tab w:val="center" w:pos="4820"/>
          <w:tab w:val="right" w:pos="9638"/>
        </w:tabs>
        <w:spacing w:after="0" w:line="240" w:lineRule="auto"/>
        <w:jc w:val="both"/>
        <w:rPr>
          <w:rFonts w:ascii="Times New Roman" w:hAnsi="Times New Roman" w:cs="Times New Roman"/>
          <w:sz w:val="28"/>
          <w:szCs w:val="28"/>
          <w:lang w:val="kk-KZ"/>
        </w:rPr>
      </w:pPr>
    </w:p>
    <w:p w14:paraId="5CBC47DF" w14:textId="000C20CC" w:rsidR="004B7CD0" w:rsidRPr="007250F1" w:rsidRDefault="00D64917" w:rsidP="00B439DD">
      <w:pPr>
        <w:spacing w:after="0" w:line="240" w:lineRule="auto"/>
        <w:jc w:val="both"/>
        <w:rPr>
          <w:rFonts w:ascii="Times New Roman" w:hAnsi="Times New Roman" w:cs="Times New Roman"/>
          <w:sz w:val="28"/>
          <w:szCs w:val="28"/>
          <w:lang w:val="kk-KZ"/>
        </w:rPr>
      </w:pPr>
      <w:r w:rsidRPr="007250F1">
        <w:rPr>
          <w:rFonts w:ascii="Times New Roman" w:hAnsi="Times New Roman" w:cs="Times New Roman"/>
          <w:sz w:val="28"/>
          <w:szCs w:val="28"/>
          <w:lang w:val="kk-KZ"/>
        </w:rPr>
        <w:t>(2.80</w:t>
      </w:r>
      <w:r w:rsidR="004B7CD0" w:rsidRPr="007250F1">
        <w:rPr>
          <w:rFonts w:ascii="Times New Roman" w:hAnsi="Times New Roman" w:cs="Times New Roman"/>
          <w:sz w:val="28"/>
          <w:szCs w:val="28"/>
          <w:lang w:val="kk-KZ"/>
        </w:rPr>
        <w:t xml:space="preserve">) бағалауынан </w:t>
      </w:r>
      <w:r w:rsidR="00A135AE" w:rsidRPr="007250F1">
        <w:rPr>
          <w:rFonts w:ascii="Times New Roman" w:hAnsi="Times New Roman" w:cs="Times New Roman"/>
          <w:noProof/>
          <w:position w:val="-16"/>
          <w:sz w:val="28"/>
          <w:szCs w:val="28"/>
        </w:rPr>
        <w:drawing>
          <wp:inline distT="0" distB="0" distL="0" distR="0" wp14:anchorId="5322F29A" wp14:editId="15D623D7">
            <wp:extent cx="462280" cy="250190"/>
            <wp:effectExtent l="0" t="0" r="0" b="0"/>
            <wp:docPr id="2347" name="Рисунок 2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7"/>
                    <pic:cNvPicPr>
                      <a:picLocks noChangeAspect="1" noChangeArrowheads="1"/>
                    </pic:cNvPicPr>
                  </pic:nvPicPr>
                  <pic:blipFill>
                    <a:blip r:embed="rId3129" cstate="print">
                      <a:extLst>
                        <a:ext uri="{28A0092B-C50C-407E-A947-70E740481C1C}">
                          <a14:useLocalDpi xmlns:a14="http://schemas.microsoft.com/office/drawing/2010/main" val="0"/>
                        </a:ext>
                      </a:extLst>
                    </a:blip>
                    <a:srcRect/>
                    <a:stretch>
                      <a:fillRect/>
                    </a:stretch>
                  </pic:blipFill>
                  <pic:spPr bwMode="auto">
                    <a:xfrm>
                      <a:off x="0" y="0"/>
                      <a:ext cx="462280" cy="250190"/>
                    </a:xfrm>
                    <a:prstGeom prst="rect">
                      <a:avLst/>
                    </a:prstGeom>
                    <a:noFill/>
                    <a:ln>
                      <a:noFill/>
                    </a:ln>
                  </pic:spPr>
                </pic:pic>
              </a:graphicData>
            </a:graphic>
          </wp:inline>
        </w:drawing>
      </w:r>
      <w:r w:rsidR="004B7CD0" w:rsidRPr="007250F1">
        <w:rPr>
          <w:rFonts w:ascii="Times New Roman" w:hAnsi="Times New Roman" w:cs="Times New Roman"/>
          <w:sz w:val="28"/>
          <w:szCs w:val="28"/>
          <w:lang w:val="kk-KZ"/>
        </w:rPr>
        <w:t xml:space="preserve">кеңістігінде </w:t>
      </w:r>
      <w:r w:rsidR="00A135AE" w:rsidRPr="007250F1">
        <w:rPr>
          <w:rFonts w:ascii="Times New Roman" w:hAnsi="Times New Roman" w:cs="Times New Roman"/>
          <w:noProof/>
          <w:position w:val="-18"/>
          <w:sz w:val="28"/>
          <w:szCs w:val="28"/>
        </w:rPr>
        <w:drawing>
          <wp:inline distT="0" distB="0" distL="0" distR="0" wp14:anchorId="7EC1DF46" wp14:editId="0D933790">
            <wp:extent cx="760095" cy="317500"/>
            <wp:effectExtent l="0" t="0" r="1905" b="6350"/>
            <wp:docPr id="2348" name="Рисунок 2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8"/>
                    <pic:cNvPicPr>
                      <a:picLocks noChangeAspect="1" noChangeArrowheads="1"/>
                    </pic:cNvPicPr>
                  </pic:nvPicPr>
                  <pic:blipFill>
                    <a:blip r:embed="rId3130" cstate="print">
                      <a:extLst>
                        <a:ext uri="{28A0092B-C50C-407E-A947-70E740481C1C}">
                          <a14:useLocalDpi xmlns:a14="http://schemas.microsoft.com/office/drawing/2010/main" val="0"/>
                        </a:ext>
                      </a:extLst>
                    </a:blip>
                    <a:srcRect/>
                    <a:stretch>
                      <a:fillRect/>
                    </a:stretch>
                  </pic:blipFill>
                  <pic:spPr bwMode="auto">
                    <a:xfrm>
                      <a:off x="0" y="0"/>
                      <a:ext cx="760095" cy="317500"/>
                    </a:xfrm>
                    <a:prstGeom prst="rect">
                      <a:avLst/>
                    </a:prstGeom>
                    <a:noFill/>
                    <a:ln>
                      <a:noFill/>
                    </a:ln>
                  </pic:spPr>
                </pic:pic>
              </a:graphicData>
            </a:graphic>
          </wp:inline>
        </w:drawing>
      </w:r>
      <w:r w:rsidR="004B7CD0" w:rsidRPr="007250F1">
        <w:rPr>
          <w:rFonts w:ascii="Times New Roman" w:hAnsi="Times New Roman" w:cs="Times New Roman"/>
          <w:sz w:val="28"/>
          <w:szCs w:val="28"/>
          <w:lang w:val="kk-KZ"/>
        </w:rPr>
        <w:t xml:space="preserve">жуық шешімдер тізбегінің шектелгендігі шығады. </w:t>
      </w:r>
      <w:r w:rsidR="00A135AE" w:rsidRPr="007250F1">
        <w:rPr>
          <w:rFonts w:ascii="Times New Roman" w:hAnsi="Times New Roman" w:cs="Times New Roman"/>
          <w:noProof/>
          <w:position w:val="-18"/>
          <w:sz w:val="28"/>
          <w:szCs w:val="28"/>
        </w:rPr>
        <w:drawing>
          <wp:inline distT="0" distB="0" distL="0" distR="0" wp14:anchorId="6E9F7EC2" wp14:editId="35571467">
            <wp:extent cx="414020" cy="317500"/>
            <wp:effectExtent l="0" t="0" r="5080" b="6350"/>
            <wp:docPr id="2349" name="Рисунок 2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9"/>
                    <pic:cNvPicPr>
                      <a:picLocks noChangeAspect="1" noChangeArrowheads="1"/>
                    </pic:cNvPicPr>
                  </pic:nvPicPr>
                  <pic:blipFill>
                    <a:blip r:embed="rId3131" cstate="print">
                      <a:extLst>
                        <a:ext uri="{28A0092B-C50C-407E-A947-70E740481C1C}">
                          <a14:useLocalDpi xmlns:a14="http://schemas.microsoft.com/office/drawing/2010/main" val="0"/>
                        </a:ext>
                      </a:extLst>
                    </a:blip>
                    <a:srcRect/>
                    <a:stretch>
                      <a:fillRect/>
                    </a:stretch>
                  </pic:blipFill>
                  <pic:spPr bwMode="auto">
                    <a:xfrm>
                      <a:off x="0" y="0"/>
                      <a:ext cx="414020" cy="317500"/>
                    </a:xfrm>
                    <a:prstGeom prst="rect">
                      <a:avLst/>
                    </a:prstGeom>
                    <a:noFill/>
                    <a:ln>
                      <a:noFill/>
                    </a:ln>
                  </pic:spPr>
                </pic:pic>
              </a:graphicData>
            </a:graphic>
          </wp:inline>
        </w:drawing>
      </w:r>
      <w:r w:rsidR="004B7CD0" w:rsidRPr="007250F1">
        <w:rPr>
          <w:rFonts w:ascii="Times New Roman" w:hAnsi="Times New Roman" w:cs="Times New Roman"/>
          <w:sz w:val="28"/>
          <w:szCs w:val="28"/>
          <w:lang w:val="kk-KZ"/>
        </w:rPr>
        <w:t>тізбекшесін таңдап</w:t>
      </w:r>
      <w:r w:rsidRPr="007250F1">
        <w:rPr>
          <w:rFonts w:ascii="Times New Roman" w:hAnsi="Times New Roman" w:cs="Times New Roman"/>
          <w:sz w:val="28"/>
          <w:szCs w:val="28"/>
          <w:lang w:val="kk-KZ"/>
        </w:rPr>
        <w:t>, (</w:t>
      </w:r>
      <w:r w:rsidRPr="007250F1">
        <w:rPr>
          <w:rFonts w:ascii="Times New Roman" w:hAnsi="Times New Roman" w:cs="Times New Roman"/>
          <w:sz w:val="28"/>
          <w:szCs w:val="28"/>
        </w:rPr>
        <w:t>2</w:t>
      </w:r>
      <w:r w:rsidR="004B7CD0" w:rsidRPr="007250F1">
        <w:rPr>
          <w:rFonts w:ascii="Times New Roman" w:hAnsi="Times New Roman" w:cs="Times New Roman"/>
          <w:sz w:val="28"/>
          <w:szCs w:val="28"/>
          <w:lang w:val="kk-KZ"/>
        </w:rPr>
        <w:t>.</w:t>
      </w:r>
      <w:r w:rsidRPr="007250F1">
        <w:rPr>
          <w:rFonts w:ascii="Times New Roman" w:hAnsi="Times New Roman" w:cs="Times New Roman"/>
          <w:sz w:val="28"/>
          <w:szCs w:val="28"/>
        </w:rPr>
        <w:t>6</w:t>
      </w:r>
      <w:r w:rsidR="004B7CD0" w:rsidRPr="007250F1">
        <w:rPr>
          <w:rFonts w:ascii="Times New Roman" w:hAnsi="Times New Roman" w:cs="Times New Roman"/>
          <w:sz w:val="28"/>
          <w:szCs w:val="28"/>
          <w:lang w:val="kk-KZ"/>
        </w:rPr>
        <w:t xml:space="preserve">9) жүйеде </w:t>
      </w:r>
      <w:r w:rsidR="00A135AE" w:rsidRPr="007250F1">
        <w:rPr>
          <w:rFonts w:ascii="Times New Roman" w:hAnsi="Times New Roman" w:cs="Times New Roman"/>
          <w:noProof/>
          <w:position w:val="-6"/>
          <w:sz w:val="28"/>
          <w:szCs w:val="28"/>
        </w:rPr>
        <w:drawing>
          <wp:inline distT="0" distB="0" distL="0" distR="0" wp14:anchorId="77CEBBE7" wp14:editId="71432C02">
            <wp:extent cx="529590" cy="182880"/>
            <wp:effectExtent l="0" t="0" r="3810" b="7620"/>
            <wp:docPr id="2350" name="Рисунок 2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0"/>
                    <pic:cNvPicPr>
                      <a:picLocks noChangeAspect="1" noChangeArrowheads="1"/>
                    </pic:cNvPicPr>
                  </pic:nvPicPr>
                  <pic:blipFill>
                    <a:blip r:embed="rId3132" cstate="print">
                      <a:extLst>
                        <a:ext uri="{28A0092B-C50C-407E-A947-70E740481C1C}">
                          <a14:useLocalDpi xmlns:a14="http://schemas.microsoft.com/office/drawing/2010/main" val="0"/>
                        </a:ext>
                      </a:extLst>
                    </a:blip>
                    <a:srcRect/>
                    <a:stretch>
                      <a:fillRect/>
                    </a:stretch>
                  </pic:blipFill>
                  <pic:spPr bwMode="auto">
                    <a:xfrm>
                      <a:off x="0" y="0"/>
                      <a:ext cx="529590" cy="182880"/>
                    </a:xfrm>
                    <a:prstGeom prst="rect">
                      <a:avLst/>
                    </a:prstGeom>
                    <a:noFill/>
                    <a:ln>
                      <a:noFill/>
                    </a:ln>
                  </pic:spPr>
                </pic:pic>
              </a:graphicData>
            </a:graphic>
          </wp:inline>
        </w:drawing>
      </w:r>
      <w:r w:rsidR="004B7CD0" w:rsidRPr="007250F1">
        <w:rPr>
          <w:rFonts w:ascii="Times New Roman" w:hAnsi="Times New Roman" w:cs="Times New Roman"/>
          <w:sz w:val="28"/>
          <w:szCs w:val="28"/>
          <w:lang w:val="kk-KZ"/>
        </w:rPr>
        <w:t xml:space="preserve"> </w:t>
      </w:r>
      <w:r w:rsidR="004B7CD0" w:rsidRPr="007250F1">
        <w:rPr>
          <w:rFonts w:ascii="Times New Roman" w:hAnsi="Times New Roman" w:cs="Times New Roman"/>
          <w:sz w:val="28"/>
          <w:szCs w:val="28"/>
          <w:lang w:val="kk-KZ"/>
        </w:rPr>
        <w:lastRenderedPageBreak/>
        <w:t xml:space="preserve">ұмтылғанда </w:t>
      </w:r>
      <w:r w:rsidR="00A135AE" w:rsidRPr="007250F1">
        <w:rPr>
          <w:rFonts w:ascii="Times New Roman" w:hAnsi="Times New Roman" w:cs="Times New Roman"/>
          <w:noProof/>
          <w:position w:val="-6"/>
          <w:sz w:val="28"/>
          <w:szCs w:val="28"/>
        </w:rPr>
        <w:drawing>
          <wp:inline distT="0" distB="0" distL="0" distR="0" wp14:anchorId="510B8E9E" wp14:editId="59232EE6">
            <wp:extent cx="182880" cy="182880"/>
            <wp:effectExtent l="0" t="0" r="7620" b="7620"/>
            <wp:docPr id="2351" name="Рисунок 2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1"/>
                    <pic:cNvPicPr>
                      <a:picLocks noChangeAspect="1" noChangeArrowheads="1"/>
                    </pic:cNvPicPr>
                  </pic:nvPicPr>
                  <pic:blipFill>
                    <a:blip r:embed="rId3133"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004B7CD0" w:rsidRPr="007250F1">
        <w:rPr>
          <w:rFonts w:ascii="Times New Roman" w:hAnsi="Times New Roman" w:cs="Times New Roman"/>
          <w:sz w:val="28"/>
          <w:szCs w:val="28"/>
          <w:lang w:val="kk-KZ"/>
        </w:rPr>
        <w:t xml:space="preserve"> бойынша шекке көшуге болады. Шектік функция </w:t>
      </w:r>
      <w:r w:rsidR="00A135AE" w:rsidRPr="007250F1">
        <w:rPr>
          <w:rFonts w:ascii="Times New Roman" w:hAnsi="Times New Roman" w:cs="Times New Roman"/>
          <w:noProof/>
          <w:position w:val="-16"/>
          <w:sz w:val="28"/>
          <w:szCs w:val="28"/>
        </w:rPr>
        <w:drawing>
          <wp:inline distT="0" distB="0" distL="0" distR="0" wp14:anchorId="436B2D6C" wp14:editId="78438DA1">
            <wp:extent cx="462280" cy="250190"/>
            <wp:effectExtent l="0" t="0" r="0" b="0"/>
            <wp:docPr id="2352" name="Рисунок 2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2"/>
                    <pic:cNvPicPr>
                      <a:picLocks noChangeAspect="1" noChangeArrowheads="1"/>
                    </pic:cNvPicPr>
                  </pic:nvPicPr>
                  <pic:blipFill>
                    <a:blip r:embed="rId3134" cstate="print">
                      <a:extLst>
                        <a:ext uri="{28A0092B-C50C-407E-A947-70E740481C1C}">
                          <a14:useLocalDpi xmlns:a14="http://schemas.microsoft.com/office/drawing/2010/main" val="0"/>
                        </a:ext>
                      </a:extLst>
                    </a:blip>
                    <a:srcRect/>
                    <a:stretch>
                      <a:fillRect/>
                    </a:stretch>
                  </pic:blipFill>
                  <pic:spPr bwMode="auto">
                    <a:xfrm>
                      <a:off x="0" y="0"/>
                      <a:ext cx="462280" cy="250190"/>
                    </a:xfrm>
                    <a:prstGeom prst="rect">
                      <a:avLst/>
                    </a:prstGeom>
                    <a:noFill/>
                    <a:ln>
                      <a:noFill/>
                    </a:ln>
                  </pic:spPr>
                </pic:pic>
              </a:graphicData>
            </a:graphic>
          </wp:inline>
        </w:drawing>
      </w:r>
      <w:r w:rsidR="004B7CD0" w:rsidRPr="007250F1">
        <w:rPr>
          <w:rFonts w:ascii="Times New Roman" w:hAnsi="Times New Roman" w:cs="Times New Roman"/>
          <w:sz w:val="28"/>
          <w:szCs w:val="28"/>
          <w:lang w:val="kk-KZ"/>
        </w:rPr>
        <w:t xml:space="preserve"> кеңістігінде жатады. </w:t>
      </w:r>
      <w:r w:rsidR="00A135AE" w:rsidRPr="007250F1">
        <w:rPr>
          <w:rFonts w:ascii="Times New Roman" w:hAnsi="Times New Roman" w:cs="Times New Roman"/>
          <w:noProof/>
          <w:position w:val="-12"/>
          <w:sz w:val="28"/>
          <w:szCs w:val="28"/>
        </w:rPr>
        <w:drawing>
          <wp:inline distT="0" distB="0" distL="0" distR="0" wp14:anchorId="01BA62E7" wp14:editId="29DAC55F">
            <wp:extent cx="596900" cy="231140"/>
            <wp:effectExtent l="0" t="0" r="0" b="0"/>
            <wp:docPr id="2353" name="Рисунок 2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3"/>
                    <pic:cNvPicPr>
                      <a:picLocks noChangeAspect="1" noChangeArrowheads="1"/>
                    </pic:cNvPicPr>
                  </pic:nvPicPr>
                  <pic:blipFill>
                    <a:blip r:embed="rId3135" cstate="print">
                      <a:extLst>
                        <a:ext uri="{28A0092B-C50C-407E-A947-70E740481C1C}">
                          <a14:useLocalDpi xmlns:a14="http://schemas.microsoft.com/office/drawing/2010/main" val="0"/>
                        </a:ext>
                      </a:extLst>
                    </a:blip>
                    <a:srcRect/>
                    <a:stretch>
                      <a:fillRect/>
                    </a:stretch>
                  </pic:blipFill>
                  <pic:spPr bwMode="auto">
                    <a:xfrm>
                      <a:off x="0" y="0"/>
                      <a:ext cx="596900" cy="231140"/>
                    </a:xfrm>
                    <a:prstGeom prst="rect">
                      <a:avLst/>
                    </a:prstGeom>
                    <a:noFill/>
                    <a:ln>
                      <a:noFill/>
                    </a:ln>
                  </pic:spPr>
                </pic:pic>
              </a:graphicData>
            </a:graphic>
          </wp:inline>
        </w:drawing>
      </w:r>
      <w:r w:rsidR="004B7CD0" w:rsidRPr="007250F1">
        <w:rPr>
          <w:rFonts w:ascii="Times New Roman" w:hAnsi="Times New Roman" w:cs="Times New Roman"/>
          <w:sz w:val="28"/>
          <w:szCs w:val="28"/>
          <w:lang w:val="kk-KZ"/>
        </w:rPr>
        <w:t xml:space="preserve">де </w:t>
      </w:r>
      <w:r w:rsidR="00A135AE" w:rsidRPr="007250F1">
        <w:rPr>
          <w:rFonts w:ascii="Times New Roman" w:hAnsi="Times New Roman" w:cs="Times New Roman"/>
          <w:noProof/>
          <w:position w:val="-18"/>
          <w:sz w:val="28"/>
          <w:szCs w:val="28"/>
        </w:rPr>
        <w:drawing>
          <wp:inline distT="0" distB="0" distL="0" distR="0" wp14:anchorId="6670E326" wp14:editId="354E25E4">
            <wp:extent cx="596900" cy="317500"/>
            <wp:effectExtent l="0" t="0" r="0" b="6350"/>
            <wp:docPr id="2354" name="Рисунок 2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4"/>
                    <pic:cNvPicPr>
                      <a:picLocks noChangeAspect="1" noChangeArrowheads="1"/>
                    </pic:cNvPicPr>
                  </pic:nvPicPr>
                  <pic:blipFill>
                    <a:blip r:embed="rId3136" cstate="print">
                      <a:extLst>
                        <a:ext uri="{28A0092B-C50C-407E-A947-70E740481C1C}">
                          <a14:useLocalDpi xmlns:a14="http://schemas.microsoft.com/office/drawing/2010/main" val="0"/>
                        </a:ext>
                      </a:extLst>
                    </a:blip>
                    <a:srcRect/>
                    <a:stretch>
                      <a:fillRect/>
                    </a:stretch>
                  </pic:blipFill>
                  <pic:spPr bwMode="auto">
                    <a:xfrm>
                      <a:off x="0" y="0"/>
                      <a:ext cx="596900" cy="317500"/>
                    </a:xfrm>
                    <a:prstGeom prst="rect">
                      <a:avLst/>
                    </a:prstGeom>
                    <a:noFill/>
                    <a:ln>
                      <a:noFill/>
                    </a:ln>
                  </pic:spPr>
                </pic:pic>
              </a:graphicData>
            </a:graphic>
          </wp:inline>
        </w:drawing>
      </w:r>
      <w:r w:rsidR="004B7CD0" w:rsidRPr="007250F1">
        <w:rPr>
          <w:rFonts w:ascii="Times New Roman" w:hAnsi="Times New Roman" w:cs="Times New Roman"/>
          <w:sz w:val="28"/>
          <w:szCs w:val="28"/>
        </w:rPr>
        <w:t xml:space="preserve"> жүйесі</w:t>
      </w:r>
      <w:r w:rsidR="004B7CD0" w:rsidRPr="007250F1">
        <w:rPr>
          <w:rFonts w:ascii="Times New Roman" w:hAnsi="Times New Roman" w:cs="Times New Roman"/>
          <w:sz w:val="28"/>
          <w:szCs w:val="28"/>
          <w:lang w:val="kk-KZ"/>
        </w:rPr>
        <w:t xml:space="preserve"> тығызболғандықтан,</w:t>
      </w:r>
      <w:r w:rsidR="00A135AE" w:rsidRPr="007250F1">
        <w:rPr>
          <w:rFonts w:ascii="Times New Roman" w:hAnsi="Times New Roman" w:cs="Times New Roman"/>
          <w:noProof/>
          <w:position w:val="-12"/>
          <w:sz w:val="28"/>
          <w:szCs w:val="28"/>
        </w:rPr>
        <w:drawing>
          <wp:inline distT="0" distB="0" distL="0" distR="0" wp14:anchorId="13C72198" wp14:editId="26A0034B">
            <wp:extent cx="462280" cy="231140"/>
            <wp:effectExtent l="0" t="0" r="0" b="0"/>
            <wp:docPr id="2355" name="Рисунок 2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5"/>
                    <pic:cNvPicPr>
                      <a:picLocks noChangeAspect="1" noChangeArrowheads="1"/>
                    </pic:cNvPicPr>
                  </pic:nvPicPr>
                  <pic:blipFill>
                    <a:blip r:embed="rId3137" cstate="print">
                      <a:extLst>
                        <a:ext uri="{28A0092B-C50C-407E-A947-70E740481C1C}">
                          <a14:useLocalDpi xmlns:a14="http://schemas.microsoft.com/office/drawing/2010/main" val="0"/>
                        </a:ext>
                      </a:extLst>
                    </a:blip>
                    <a:srcRect/>
                    <a:stretch>
                      <a:fillRect/>
                    </a:stretch>
                  </pic:blipFill>
                  <pic:spPr bwMode="auto">
                    <a:xfrm>
                      <a:off x="0" y="0"/>
                      <a:ext cx="462280" cy="231140"/>
                    </a:xfrm>
                    <a:prstGeom prst="rect">
                      <a:avLst/>
                    </a:prstGeom>
                    <a:noFill/>
                    <a:ln>
                      <a:noFill/>
                    </a:ln>
                  </pic:spPr>
                </pic:pic>
              </a:graphicData>
            </a:graphic>
          </wp:inline>
        </w:drawing>
      </w:r>
      <w:r w:rsidR="004B7CD0" w:rsidRPr="007250F1">
        <w:rPr>
          <w:rFonts w:ascii="Times New Roman" w:hAnsi="Times New Roman" w:cs="Times New Roman"/>
          <w:sz w:val="28"/>
          <w:szCs w:val="28"/>
          <w:lang w:val="kk-KZ"/>
        </w:rPr>
        <w:t xml:space="preserve"> шектік ф</w:t>
      </w:r>
      <w:r w:rsidR="004B7CD0" w:rsidRPr="007250F1">
        <w:rPr>
          <w:rFonts w:ascii="Times New Roman" w:hAnsi="Times New Roman" w:cs="Times New Roman"/>
          <w:sz w:val="28"/>
          <w:szCs w:val="28"/>
        </w:rPr>
        <w:t>ункци</w:t>
      </w:r>
      <w:r w:rsidR="004B7CD0" w:rsidRPr="007250F1">
        <w:rPr>
          <w:rFonts w:ascii="Times New Roman" w:hAnsi="Times New Roman" w:cs="Times New Roman"/>
          <w:sz w:val="28"/>
          <w:szCs w:val="28"/>
          <w:lang w:val="kk-KZ"/>
        </w:rPr>
        <w:t>ясы</w:t>
      </w:r>
      <w:r w:rsidR="004B7CD0" w:rsidRPr="007250F1">
        <w:rPr>
          <w:rFonts w:ascii="Times New Roman" w:hAnsi="Times New Roman" w:cs="Times New Roman"/>
          <w:sz w:val="28"/>
          <w:szCs w:val="28"/>
        </w:rPr>
        <w:t xml:space="preserve"> (</w:t>
      </w:r>
      <w:r w:rsidRPr="007250F1">
        <w:rPr>
          <w:rFonts w:ascii="Times New Roman" w:hAnsi="Times New Roman" w:cs="Times New Roman"/>
          <w:sz w:val="28"/>
          <w:szCs w:val="28"/>
        </w:rPr>
        <w:t>2</w:t>
      </w:r>
      <w:r w:rsidR="004B7CD0" w:rsidRPr="007250F1">
        <w:rPr>
          <w:rFonts w:ascii="Times New Roman" w:hAnsi="Times New Roman" w:cs="Times New Roman"/>
          <w:sz w:val="28"/>
          <w:szCs w:val="28"/>
          <w:lang w:val="kk-KZ"/>
        </w:rPr>
        <w:t>.</w:t>
      </w:r>
      <w:r w:rsidRPr="007250F1">
        <w:rPr>
          <w:rFonts w:ascii="Times New Roman" w:hAnsi="Times New Roman" w:cs="Times New Roman"/>
          <w:sz w:val="28"/>
          <w:szCs w:val="28"/>
        </w:rPr>
        <w:t>6</w:t>
      </w:r>
      <w:r w:rsidR="004B7CD0" w:rsidRPr="007250F1">
        <w:rPr>
          <w:rFonts w:ascii="Times New Roman" w:hAnsi="Times New Roman" w:cs="Times New Roman"/>
          <w:sz w:val="28"/>
          <w:szCs w:val="28"/>
          <w:lang w:val="kk-KZ"/>
        </w:rPr>
        <w:t>5</w:t>
      </w:r>
      <w:r w:rsidR="004B7CD0" w:rsidRPr="007250F1">
        <w:rPr>
          <w:rFonts w:ascii="Times New Roman" w:hAnsi="Times New Roman" w:cs="Times New Roman"/>
          <w:sz w:val="28"/>
          <w:szCs w:val="28"/>
        </w:rPr>
        <w:t xml:space="preserve">) </w:t>
      </w:r>
      <w:r w:rsidR="004B7CD0" w:rsidRPr="007250F1">
        <w:rPr>
          <w:rFonts w:ascii="Times New Roman" w:hAnsi="Times New Roman" w:cs="Times New Roman"/>
          <w:sz w:val="28"/>
          <w:szCs w:val="28"/>
          <w:lang w:val="kk-KZ"/>
        </w:rPr>
        <w:t xml:space="preserve">теңдеуді барлық </w:t>
      </w:r>
      <w:r w:rsidR="00A135AE" w:rsidRPr="007250F1">
        <w:rPr>
          <w:rFonts w:ascii="Times New Roman" w:hAnsi="Times New Roman" w:cs="Times New Roman"/>
          <w:noProof/>
          <w:position w:val="-12"/>
          <w:sz w:val="28"/>
          <w:szCs w:val="28"/>
        </w:rPr>
        <w:drawing>
          <wp:inline distT="0" distB="0" distL="0" distR="0" wp14:anchorId="59608734" wp14:editId="795EDFC4">
            <wp:extent cx="182880" cy="231140"/>
            <wp:effectExtent l="0" t="0" r="7620" b="0"/>
            <wp:docPr id="2356" name="Рисунок 2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6"/>
                    <pic:cNvPicPr>
                      <a:picLocks noChangeAspect="1" noChangeArrowheads="1"/>
                    </pic:cNvPicPr>
                  </pic:nvPicPr>
                  <pic:blipFill>
                    <a:blip r:embed="rId3138" cstate="print">
                      <a:extLst>
                        <a:ext uri="{28A0092B-C50C-407E-A947-70E740481C1C}">
                          <a14:useLocalDpi xmlns:a14="http://schemas.microsoft.com/office/drawing/2010/main" val="0"/>
                        </a:ext>
                      </a:extLst>
                    </a:blip>
                    <a:srcRect/>
                    <a:stretch>
                      <a:fillRect/>
                    </a:stretch>
                  </pic:blipFill>
                  <pic:spPr bwMode="auto">
                    <a:xfrm>
                      <a:off x="0" y="0"/>
                      <a:ext cx="182880" cy="231140"/>
                    </a:xfrm>
                    <a:prstGeom prst="rect">
                      <a:avLst/>
                    </a:prstGeom>
                    <a:noFill/>
                    <a:ln>
                      <a:noFill/>
                    </a:ln>
                  </pic:spPr>
                </pic:pic>
              </a:graphicData>
            </a:graphic>
          </wp:inline>
        </w:drawing>
      </w:r>
      <w:r w:rsidR="004B7CD0" w:rsidRPr="007250F1">
        <w:rPr>
          <w:rFonts w:ascii="Times New Roman" w:hAnsi="Times New Roman" w:cs="Times New Roman"/>
          <w:sz w:val="28"/>
          <w:szCs w:val="28"/>
          <w:lang w:val="kk-KZ"/>
        </w:rPr>
        <w:t>-де қанағаттандырғандықтан, осылайша</w:t>
      </w:r>
      <w:r w:rsidR="004B7CD0" w:rsidRPr="007250F1">
        <w:rPr>
          <w:rFonts w:ascii="Times New Roman" w:hAnsi="Times New Roman" w:cs="Times New Roman"/>
          <w:sz w:val="28"/>
          <w:szCs w:val="28"/>
        </w:rPr>
        <w:t>, (</w:t>
      </w:r>
      <w:r w:rsidRPr="007250F1">
        <w:rPr>
          <w:rFonts w:ascii="Times New Roman" w:hAnsi="Times New Roman" w:cs="Times New Roman"/>
          <w:sz w:val="28"/>
          <w:szCs w:val="28"/>
        </w:rPr>
        <w:t>2</w:t>
      </w:r>
      <w:r w:rsidR="004B7CD0" w:rsidRPr="007250F1">
        <w:rPr>
          <w:rFonts w:ascii="Times New Roman" w:hAnsi="Times New Roman" w:cs="Times New Roman"/>
          <w:sz w:val="28"/>
          <w:szCs w:val="28"/>
          <w:lang w:val="kk-KZ"/>
        </w:rPr>
        <w:t>.</w:t>
      </w:r>
      <w:r w:rsidRPr="007250F1">
        <w:rPr>
          <w:rFonts w:ascii="Times New Roman" w:hAnsi="Times New Roman" w:cs="Times New Roman"/>
          <w:sz w:val="28"/>
          <w:szCs w:val="28"/>
        </w:rPr>
        <w:t>6</w:t>
      </w:r>
      <w:r w:rsidR="004B7CD0" w:rsidRPr="007250F1">
        <w:rPr>
          <w:rFonts w:ascii="Times New Roman" w:hAnsi="Times New Roman" w:cs="Times New Roman"/>
          <w:sz w:val="28"/>
          <w:szCs w:val="28"/>
          <w:lang w:val="kk-KZ"/>
        </w:rPr>
        <w:t>5</w:t>
      </w:r>
      <w:r w:rsidR="004B7CD0" w:rsidRPr="007250F1">
        <w:rPr>
          <w:rFonts w:ascii="Times New Roman" w:hAnsi="Times New Roman" w:cs="Times New Roman"/>
          <w:sz w:val="28"/>
          <w:szCs w:val="28"/>
        </w:rPr>
        <w:t>), (</w:t>
      </w:r>
      <w:r w:rsidRPr="007250F1">
        <w:rPr>
          <w:rFonts w:ascii="Times New Roman" w:hAnsi="Times New Roman" w:cs="Times New Roman"/>
          <w:sz w:val="28"/>
          <w:szCs w:val="28"/>
        </w:rPr>
        <w:t>2</w:t>
      </w:r>
      <w:r w:rsidR="004B7CD0" w:rsidRPr="007250F1">
        <w:rPr>
          <w:rFonts w:ascii="Times New Roman" w:hAnsi="Times New Roman" w:cs="Times New Roman"/>
          <w:sz w:val="28"/>
          <w:szCs w:val="28"/>
          <w:lang w:val="kk-KZ"/>
        </w:rPr>
        <w:t>.</w:t>
      </w:r>
      <w:r w:rsidRPr="007250F1">
        <w:rPr>
          <w:rFonts w:ascii="Times New Roman" w:hAnsi="Times New Roman" w:cs="Times New Roman"/>
          <w:sz w:val="28"/>
          <w:szCs w:val="28"/>
        </w:rPr>
        <w:t>6</w:t>
      </w:r>
      <w:r w:rsidR="004B7CD0" w:rsidRPr="007250F1">
        <w:rPr>
          <w:rFonts w:ascii="Times New Roman" w:hAnsi="Times New Roman" w:cs="Times New Roman"/>
          <w:sz w:val="28"/>
          <w:szCs w:val="28"/>
        </w:rPr>
        <w:t>2),</w:t>
      </w:r>
      <w:r w:rsidRPr="007250F1">
        <w:rPr>
          <w:rFonts w:ascii="Times New Roman" w:hAnsi="Times New Roman" w:cs="Times New Roman"/>
          <w:sz w:val="28"/>
          <w:szCs w:val="28"/>
          <w:lang w:val="kk-KZ"/>
        </w:rPr>
        <w:t xml:space="preserve"> (2.</w:t>
      </w:r>
      <w:r w:rsidRPr="007250F1">
        <w:rPr>
          <w:rFonts w:ascii="Times New Roman" w:hAnsi="Times New Roman" w:cs="Times New Roman"/>
          <w:sz w:val="28"/>
          <w:szCs w:val="28"/>
        </w:rPr>
        <w:t>66</w:t>
      </w:r>
      <w:r w:rsidRPr="007250F1">
        <w:rPr>
          <w:rFonts w:ascii="Times New Roman" w:hAnsi="Times New Roman" w:cs="Times New Roman"/>
          <w:sz w:val="28"/>
          <w:szCs w:val="28"/>
          <w:vertAlign w:val="subscript"/>
        </w:rPr>
        <w:t>0</w:t>
      </w:r>
      <w:r w:rsidRPr="007250F1">
        <w:rPr>
          <w:rFonts w:ascii="Times New Roman" w:hAnsi="Times New Roman" w:cs="Times New Roman"/>
          <w:sz w:val="28"/>
          <w:szCs w:val="28"/>
          <w:lang w:val="kk-KZ"/>
        </w:rPr>
        <w:t>)</w:t>
      </w:r>
      <w:r w:rsidR="004B7CD0" w:rsidRPr="007250F1">
        <w:rPr>
          <w:rFonts w:ascii="Times New Roman" w:hAnsi="Times New Roman" w:cs="Times New Roman"/>
          <w:sz w:val="28"/>
          <w:szCs w:val="28"/>
        </w:rPr>
        <w:t xml:space="preserve"> </w:t>
      </w:r>
      <w:r w:rsidR="004B7CD0" w:rsidRPr="007250F1">
        <w:rPr>
          <w:rFonts w:ascii="Times New Roman" w:hAnsi="Times New Roman" w:cs="Times New Roman"/>
          <w:position w:val="-12"/>
          <w:sz w:val="28"/>
          <w:szCs w:val="28"/>
          <w:lang w:val="kk-KZ"/>
        </w:rPr>
        <w:t xml:space="preserve"> </w:t>
      </w:r>
      <w:r w:rsidR="004B7CD0" w:rsidRPr="007250F1">
        <w:rPr>
          <w:rFonts w:ascii="Times New Roman" w:hAnsi="Times New Roman" w:cs="Times New Roman"/>
          <w:sz w:val="28"/>
          <w:szCs w:val="28"/>
          <w:lang w:val="kk-KZ"/>
        </w:rPr>
        <w:t>шеттік есебінің регуляр шешімі бар екендігі дәлелденді.</w:t>
      </w:r>
    </w:p>
    <w:p w14:paraId="3E1E1339" w14:textId="31F4FFEF" w:rsidR="004B7CD0" w:rsidRPr="007250F1" w:rsidRDefault="004B7CD0" w:rsidP="00B439DD">
      <w:pPr>
        <w:spacing w:after="0" w:line="240" w:lineRule="auto"/>
        <w:jc w:val="both"/>
        <w:rPr>
          <w:rFonts w:ascii="Times New Roman" w:hAnsi="Times New Roman" w:cs="Times New Roman"/>
          <w:sz w:val="28"/>
          <w:szCs w:val="28"/>
          <w:lang w:val="kk-KZ"/>
        </w:rPr>
      </w:pPr>
      <w:r w:rsidRPr="007250F1">
        <w:rPr>
          <w:rFonts w:ascii="Times New Roman" w:hAnsi="Times New Roman" w:cs="Times New Roman"/>
          <w:sz w:val="28"/>
          <w:szCs w:val="28"/>
        </w:rPr>
        <w:tab/>
      </w:r>
      <w:r w:rsidR="00112108" w:rsidRPr="007250F1">
        <w:rPr>
          <w:rFonts w:ascii="Times New Roman" w:hAnsi="Times New Roman" w:cs="Times New Roman"/>
          <w:sz w:val="28"/>
          <w:szCs w:val="28"/>
        </w:rPr>
        <w:t>(2</w:t>
      </w:r>
      <w:r w:rsidR="00112108" w:rsidRPr="007250F1">
        <w:rPr>
          <w:rFonts w:ascii="Times New Roman" w:hAnsi="Times New Roman" w:cs="Times New Roman"/>
          <w:sz w:val="28"/>
          <w:szCs w:val="28"/>
          <w:lang w:val="kk-KZ"/>
        </w:rPr>
        <w:t>.</w:t>
      </w:r>
      <w:r w:rsidR="00112108" w:rsidRPr="007250F1">
        <w:rPr>
          <w:rFonts w:ascii="Times New Roman" w:hAnsi="Times New Roman" w:cs="Times New Roman"/>
          <w:sz w:val="28"/>
          <w:szCs w:val="28"/>
        </w:rPr>
        <w:t>6</w:t>
      </w:r>
      <w:r w:rsidR="00112108" w:rsidRPr="007250F1">
        <w:rPr>
          <w:rFonts w:ascii="Times New Roman" w:hAnsi="Times New Roman" w:cs="Times New Roman"/>
          <w:sz w:val="28"/>
          <w:szCs w:val="28"/>
          <w:lang w:val="kk-KZ"/>
        </w:rPr>
        <w:t>5</w:t>
      </w:r>
      <w:r w:rsidR="00112108" w:rsidRPr="007250F1">
        <w:rPr>
          <w:rFonts w:ascii="Times New Roman" w:hAnsi="Times New Roman" w:cs="Times New Roman"/>
          <w:sz w:val="28"/>
          <w:szCs w:val="28"/>
        </w:rPr>
        <w:t>), (2</w:t>
      </w:r>
      <w:r w:rsidR="00112108" w:rsidRPr="007250F1">
        <w:rPr>
          <w:rFonts w:ascii="Times New Roman" w:hAnsi="Times New Roman" w:cs="Times New Roman"/>
          <w:sz w:val="28"/>
          <w:szCs w:val="28"/>
          <w:lang w:val="kk-KZ"/>
        </w:rPr>
        <w:t>.</w:t>
      </w:r>
      <w:r w:rsidR="00112108" w:rsidRPr="007250F1">
        <w:rPr>
          <w:rFonts w:ascii="Times New Roman" w:hAnsi="Times New Roman" w:cs="Times New Roman"/>
          <w:sz w:val="28"/>
          <w:szCs w:val="28"/>
        </w:rPr>
        <w:t>62),</w:t>
      </w:r>
      <w:r w:rsidR="00112108" w:rsidRPr="007250F1">
        <w:rPr>
          <w:rFonts w:ascii="Times New Roman" w:hAnsi="Times New Roman" w:cs="Times New Roman"/>
          <w:sz w:val="28"/>
          <w:szCs w:val="28"/>
          <w:lang w:val="kk-KZ"/>
        </w:rPr>
        <w:t xml:space="preserve"> (2.</w:t>
      </w:r>
      <w:r w:rsidR="00112108" w:rsidRPr="007250F1">
        <w:rPr>
          <w:rFonts w:ascii="Times New Roman" w:hAnsi="Times New Roman" w:cs="Times New Roman"/>
          <w:sz w:val="28"/>
          <w:szCs w:val="28"/>
        </w:rPr>
        <w:t>66</w:t>
      </w:r>
      <w:r w:rsidR="00112108" w:rsidRPr="007250F1">
        <w:rPr>
          <w:rFonts w:ascii="Times New Roman" w:hAnsi="Times New Roman" w:cs="Times New Roman"/>
          <w:sz w:val="28"/>
          <w:szCs w:val="28"/>
          <w:vertAlign w:val="subscript"/>
        </w:rPr>
        <w:t>0</w:t>
      </w:r>
      <w:r w:rsidR="00112108" w:rsidRPr="007250F1">
        <w:rPr>
          <w:rFonts w:ascii="Times New Roman" w:hAnsi="Times New Roman" w:cs="Times New Roman"/>
          <w:sz w:val="28"/>
          <w:szCs w:val="28"/>
          <w:lang w:val="kk-KZ"/>
        </w:rPr>
        <w:t>)</w:t>
      </w:r>
      <w:r w:rsidR="00112108" w:rsidRPr="007250F1">
        <w:rPr>
          <w:rFonts w:ascii="Times New Roman" w:hAnsi="Times New Roman" w:cs="Times New Roman"/>
          <w:sz w:val="28"/>
          <w:szCs w:val="28"/>
        </w:rPr>
        <w:t xml:space="preserve"> </w:t>
      </w:r>
      <w:r w:rsidR="00112108" w:rsidRPr="007250F1">
        <w:rPr>
          <w:rFonts w:ascii="Times New Roman" w:hAnsi="Times New Roman" w:cs="Times New Roman"/>
          <w:position w:val="-12"/>
          <w:sz w:val="28"/>
          <w:szCs w:val="28"/>
          <w:lang w:val="kk-KZ"/>
        </w:rPr>
        <w:t xml:space="preserve"> </w:t>
      </w:r>
      <w:r w:rsidRPr="007250F1">
        <w:rPr>
          <w:rFonts w:ascii="Times New Roman" w:hAnsi="Times New Roman" w:cs="Times New Roman"/>
          <w:position w:val="-12"/>
          <w:sz w:val="28"/>
          <w:szCs w:val="28"/>
          <w:lang w:val="kk-KZ"/>
        </w:rPr>
        <w:t xml:space="preserve"> </w:t>
      </w:r>
      <w:r w:rsidRPr="007250F1">
        <w:rPr>
          <w:rFonts w:ascii="Times New Roman" w:hAnsi="Times New Roman" w:cs="Times New Roman"/>
          <w:sz w:val="28"/>
          <w:szCs w:val="28"/>
          <w:lang w:val="kk-KZ"/>
        </w:rPr>
        <w:t xml:space="preserve">шеттік есебінің шешімінің жалғыздығы кері жорумен дәлелденеді, айталық, </w:t>
      </w:r>
      <w:r w:rsidR="00A135AE" w:rsidRPr="007250F1">
        <w:rPr>
          <w:rFonts w:ascii="Times New Roman" w:hAnsi="Times New Roman" w:cs="Times New Roman"/>
          <w:noProof/>
          <w:position w:val="-12"/>
          <w:sz w:val="28"/>
          <w:szCs w:val="28"/>
        </w:rPr>
        <w:drawing>
          <wp:inline distT="0" distB="0" distL="0" distR="0" wp14:anchorId="1CFD7C0D" wp14:editId="2D761310">
            <wp:extent cx="577215" cy="231140"/>
            <wp:effectExtent l="0" t="0" r="0" b="0"/>
            <wp:docPr id="2359" name="Рисунок 2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9"/>
                    <pic:cNvPicPr>
                      <a:picLocks noChangeAspect="1" noChangeArrowheads="1"/>
                    </pic:cNvPicPr>
                  </pic:nvPicPr>
                  <pic:blipFill>
                    <a:blip r:embed="rId3139" cstate="print">
                      <a:extLst>
                        <a:ext uri="{28A0092B-C50C-407E-A947-70E740481C1C}">
                          <a14:useLocalDpi xmlns:a14="http://schemas.microsoft.com/office/drawing/2010/main" val="0"/>
                        </a:ext>
                      </a:extLst>
                    </a:blip>
                    <a:srcRect/>
                    <a:stretch>
                      <a:fillRect/>
                    </a:stretch>
                  </pic:blipFill>
                  <pic:spPr bwMode="auto">
                    <a:xfrm>
                      <a:off x="0" y="0"/>
                      <a:ext cx="577215" cy="231140"/>
                    </a:xfrm>
                    <a:prstGeom prst="rect">
                      <a:avLst/>
                    </a:prstGeom>
                    <a:noFill/>
                    <a:ln>
                      <a:noFill/>
                    </a:ln>
                  </pic:spPr>
                </pic:pic>
              </a:graphicData>
            </a:graphic>
          </wp:inline>
        </w:drawing>
      </w:r>
      <w:r w:rsidRPr="007250F1">
        <w:rPr>
          <w:rFonts w:ascii="Times New Roman" w:hAnsi="Times New Roman" w:cs="Times New Roman"/>
          <w:sz w:val="28"/>
          <w:szCs w:val="28"/>
          <w:lang w:val="kk-KZ"/>
        </w:rPr>
        <w:t xml:space="preserve">және </w:t>
      </w:r>
      <w:r w:rsidR="00A135AE" w:rsidRPr="007250F1">
        <w:rPr>
          <w:rFonts w:ascii="Times New Roman" w:hAnsi="Times New Roman" w:cs="Times New Roman"/>
          <w:noProof/>
          <w:position w:val="-12"/>
          <w:sz w:val="28"/>
          <w:szCs w:val="28"/>
        </w:rPr>
        <w:drawing>
          <wp:inline distT="0" distB="0" distL="0" distR="0" wp14:anchorId="438CCA66" wp14:editId="363D8F74">
            <wp:extent cx="577215" cy="231140"/>
            <wp:effectExtent l="0" t="0" r="0" b="0"/>
            <wp:docPr id="2360" name="Рисунок 2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0"/>
                    <pic:cNvPicPr>
                      <a:picLocks noChangeAspect="1" noChangeArrowheads="1"/>
                    </pic:cNvPicPr>
                  </pic:nvPicPr>
                  <pic:blipFill>
                    <a:blip r:embed="rId3140" cstate="print">
                      <a:extLst>
                        <a:ext uri="{28A0092B-C50C-407E-A947-70E740481C1C}">
                          <a14:useLocalDpi xmlns:a14="http://schemas.microsoft.com/office/drawing/2010/main" val="0"/>
                        </a:ext>
                      </a:extLst>
                    </a:blip>
                    <a:srcRect/>
                    <a:stretch>
                      <a:fillRect/>
                    </a:stretch>
                  </pic:blipFill>
                  <pic:spPr bwMode="auto">
                    <a:xfrm>
                      <a:off x="0" y="0"/>
                      <a:ext cx="577215" cy="231140"/>
                    </a:xfrm>
                    <a:prstGeom prst="rect">
                      <a:avLst/>
                    </a:prstGeom>
                    <a:noFill/>
                    <a:ln>
                      <a:noFill/>
                    </a:ln>
                  </pic:spPr>
                </pic:pic>
              </a:graphicData>
            </a:graphic>
          </wp:inline>
        </w:drawing>
      </w:r>
      <w:r w:rsidRPr="007250F1">
        <w:rPr>
          <w:rFonts w:ascii="Times New Roman" w:hAnsi="Times New Roman" w:cs="Times New Roman"/>
          <w:sz w:val="28"/>
          <w:szCs w:val="28"/>
          <w:lang w:val="kk-KZ"/>
        </w:rPr>
        <w:t xml:space="preserve">, екі шешімі бар болсын делік, олардың айырымын </w:t>
      </w:r>
      <w:r w:rsidR="00A135AE" w:rsidRPr="007250F1">
        <w:rPr>
          <w:rFonts w:ascii="Times New Roman" w:hAnsi="Times New Roman" w:cs="Times New Roman"/>
          <w:noProof/>
          <w:position w:val="-12"/>
          <w:sz w:val="28"/>
          <w:szCs w:val="28"/>
        </w:rPr>
        <w:drawing>
          <wp:inline distT="0" distB="0" distL="0" distR="0" wp14:anchorId="0B3D966E" wp14:editId="1BDA98A4">
            <wp:extent cx="1905635" cy="231140"/>
            <wp:effectExtent l="0" t="0" r="0" b="0"/>
            <wp:docPr id="2361" name="Рисунок 2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1"/>
                    <pic:cNvPicPr>
                      <a:picLocks noChangeAspect="1" noChangeArrowheads="1"/>
                    </pic:cNvPicPr>
                  </pic:nvPicPr>
                  <pic:blipFill>
                    <a:blip r:embed="rId3141" cstate="print">
                      <a:extLst>
                        <a:ext uri="{28A0092B-C50C-407E-A947-70E740481C1C}">
                          <a14:useLocalDpi xmlns:a14="http://schemas.microsoft.com/office/drawing/2010/main" val="0"/>
                        </a:ext>
                      </a:extLst>
                    </a:blip>
                    <a:srcRect/>
                    <a:stretch>
                      <a:fillRect/>
                    </a:stretch>
                  </pic:blipFill>
                  <pic:spPr bwMode="auto">
                    <a:xfrm>
                      <a:off x="0" y="0"/>
                      <a:ext cx="1905635" cy="231140"/>
                    </a:xfrm>
                    <a:prstGeom prst="rect">
                      <a:avLst/>
                    </a:prstGeom>
                    <a:noFill/>
                    <a:ln>
                      <a:noFill/>
                    </a:ln>
                  </pic:spPr>
                </pic:pic>
              </a:graphicData>
            </a:graphic>
          </wp:inline>
        </w:drawing>
      </w:r>
      <w:r w:rsidR="00112108" w:rsidRPr="007250F1">
        <w:rPr>
          <w:rFonts w:ascii="Times New Roman" w:hAnsi="Times New Roman" w:cs="Times New Roman"/>
          <w:sz w:val="28"/>
          <w:szCs w:val="28"/>
          <w:lang w:val="kk-KZ"/>
        </w:rPr>
        <w:t xml:space="preserve"> деп белгілеп алайық. Онда (2</w:t>
      </w:r>
      <w:r w:rsidRPr="007250F1">
        <w:rPr>
          <w:rFonts w:ascii="Times New Roman" w:hAnsi="Times New Roman" w:cs="Times New Roman"/>
          <w:sz w:val="28"/>
          <w:szCs w:val="28"/>
          <w:lang w:val="kk-KZ"/>
        </w:rPr>
        <w:t>.</w:t>
      </w:r>
      <w:r w:rsidR="00112108" w:rsidRPr="007250F1">
        <w:rPr>
          <w:rFonts w:ascii="Times New Roman" w:hAnsi="Times New Roman" w:cs="Times New Roman"/>
          <w:sz w:val="28"/>
          <w:szCs w:val="28"/>
          <w:lang w:val="kk-KZ"/>
        </w:rPr>
        <w:t>6</w:t>
      </w:r>
      <w:r w:rsidRPr="007250F1">
        <w:rPr>
          <w:rFonts w:ascii="Times New Roman" w:hAnsi="Times New Roman" w:cs="Times New Roman"/>
          <w:sz w:val="28"/>
          <w:szCs w:val="28"/>
          <w:lang w:val="kk-KZ"/>
        </w:rPr>
        <w:t xml:space="preserve">7) </w:t>
      </w:r>
      <w:r w:rsidR="00112108" w:rsidRPr="007250F1">
        <w:rPr>
          <w:rFonts w:ascii="Times New Roman" w:hAnsi="Times New Roman" w:cs="Times New Roman"/>
          <w:sz w:val="28"/>
          <w:szCs w:val="28"/>
          <w:lang w:val="kk-KZ"/>
        </w:rPr>
        <w:t xml:space="preserve"> </w:t>
      </w:r>
      <w:r w:rsidRPr="007250F1">
        <w:rPr>
          <w:rFonts w:ascii="Times New Roman" w:hAnsi="Times New Roman" w:cs="Times New Roman"/>
          <w:sz w:val="28"/>
          <w:szCs w:val="28"/>
          <w:lang w:val="kk-KZ"/>
        </w:rPr>
        <w:t>интегралдық теңдігінен:</w:t>
      </w:r>
    </w:p>
    <w:p w14:paraId="22D44A0D" w14:textId="77777777" w:rsidR="004B7CD0" w:rsidRPr="007250F1" w:rsidRDefault="004B7CD0" w:rsidP="00B439DD">
      <w:pPr>
        <w:spacing w:after="0" w:line="240" w:lineRule="auto"/>
        <w:jc w:val="both"/>
        <w:rPr>
          <w:rFonts w:ascii="Times New Roman" w:hAnsi="Times New Roman" w:cs="Times New Roman"/>
          <w:sz w:val="28"/>
          <w:szCs w:val="28"/>
          <w:lang w:val="kk-KZ"/>
        </w:rPr>
      </w:pPr>
    </w:p>
    <w:p w14:paraId="45298E1E" w14:textId="165C90C9" w:rsidR="004B7CD0" w:rsidRPr="007250F1" w:rsidRDefault="00A135AE" w:rsidP="00B439DD">
      <w:pPr>
        <w:spacing w:after="0" w:line="240" w:lineRule="auto"/>
        <w:jc w:val="right"/>
        <w:rPr>
          <w:rFonts w:ascii="Times New Roman" w:hAnsi="Times New Roman" w:cs="Times New Roman"/>
          <w:sz w:val="28"/>
          <w:szCs w:val="28"/>
          <w:lang w:val="kk-KZ"/>
        </w:rPr>
      </w:pPr>
      <w:r w:rsidRPr="007250F1">
        <w:rPr>
          <w:rFonts w:ascii="Times New Roman" w:hAnsi="Times New Roman" w:cs="Times New Roman"/>
          <w:noProof/>
          <w:position w:val="-38"/>
          <w:sz w:val="28"/>
          <w:szCs w:val="28"/>
        </w:rPr>
        <w:drawing>
          <wp:inline distT="0" distB="0" distL="0" distR="0" wp14:anchorId="54C0B89A" wp14:editId="12952498">
            <wp:extent cx="5034280" cy="529590"/>
            <wp:effectExtent l="0" t="0" r="0" b="3810"/>
            <wp:docPr id="2362" name="Рисунок 2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2"/>
                    <pic:cNvPicPr>
                      <a:picLocks noChangeAspect="1" noChangeArrowheads="1"/>
                    </pic:cNvPicPr>
                  </pic:nvPicPr>
                  <pic:blipFill>
                    <a:blip r:embed="rId3142" cstate="print">
                      <a:extLst>
                        <a:ext uri="{28A0092B-C50C-407E-A947-70E740481C1C}">
                          <a14:useLocalDpi xmlns:a14="http://schemas.microsoft.com/office/drawing/2010/main" val="0"/>
                        </a:ext>
                      </a:extLst>
                    </a:blip>
                    <a:srcRect/>
                    <a:stretch>
                      <a:fillRect/>
                    </a:stretch>
                  </pic:blipFill>
                  <pic:spPr bwMode="auto">
                    <a:xfrm>
                      <a:off x="0" y="0"/>
                      <a:ext cx="5034280" cy="529590"/>
                    </a:xfrm>
                    <a:prstGeom prst="rect">
                      <a:avLst/>
                    </a:prstGeom>
                    <a:noFill/>
                    <a:ln>
                      <a:noFill/>
                    </a:ln>
                  </pic:spPr>
                </pic:pic>
              </a:graphicData>
            </a:graphic>
          </wp:inline>
        </w:drawing>
      </w:r>
      <w:r w:rsidR="00D33D27" w:rsidRPr="007250F1">
        <w:rPr>
          <w:rFonts w:ascii="Times New Roman" w:hAnsi="Times New Roman" w:cs="Times New Roman"/>
          <w:sz w:val="28"/>
          <w:szCs w:val="28"/>
          <w:lang w:val="kk-KZ"/>
        </w:rPr>
        <w:tab/>
      </w:r>
      <w:r w:rsidR="00112108" w:rsidRPr="007250F1">
        <w:rPr>
          <w:rFonts w:ascii="Times New Roman" w:hAnsi="Times New Roman" w:cs="Times New Roman"/>
          <w:sz w:val="28"/>
          <w:szCs w:val="28"/>
          <w:lang w:val="kk-KZ"/>
        </w:rPr>
        <w:t>(2.81</w:t>
      </w:r>
      <w:r w:rsidR="004B7CD0" w:rsidRPr="007250F1">
        <w:rPr>
          <w:rFonts w:ascii="Times New Roman" w:hAnsi="Times New Roman" w:cs="Times New Roman"/>
          <w:sz w:val="28"/>
          <w:szCs w:val="28"/>
          <w:lang w:val="kk-KZ"/>
        </w:rPr>
        <w:t>)</w:t>
      </w:r>
    </w:p>
    <w:p w14:paraId="71C5D147" w14:textId="25C33792" w:rsidR="004B7CD0" w:rsidRPr="007250F1" w:rsidRDefault="004B7CD0" w:rsidP="00B439DD">
      <w:pPr>
        <w:spacing w:after="0" w:line="240" w:lineRule="auto"/>
        <w:jc w:val="both"/>
        <w:rPr>
          <w:rFonts w:ascii="Times New Roman" w:hAnsi="Times New Roman" w:cs="Times New Roman"/>
          <w:sz w:val="28"/>
          <w:szCs w:val="28"/>
          <w:lang w:val="kk-KZ"/>
        </w:rPr>
      </w:pPr>
      <w:r w:rsidRPr="007250F1">
        <w:rPr>
          <w:rFonts w:ascii="Times New Roman" w:hAnsi="Times New Roman" w:cs="Times New Roman"/>
          <w:sz w:val="28"/>
          <w:szCs w:val="28"/>
          <w:lang w:val="kk-KZ"/>
        </w:rPr>
        <w:t xml:space="preserve">мұндағы </w:t>
      </w:r>
      <w:r w:rsidR="00A135AE" w:rsidRPr="007250F1">
        <w:rPr>
          <w:rFonts w:ascii="Times New Roman" w:hAnsi="Times New Roman" w:cs="Times New Roman"/>
          <w:noProof/>
          <w:position w:val="-14"/>
          <w:sz w:val="28"/>
          <w:szCs w:val="28"/>
        </w:rPr>
        <w:drawing>
          <wp:inline distT="0" distB="0" distL="0" distR="0" wp14:anchorId="0076C018" wp14:editId="336EA3FB">
            <wp:extent cx="942975" cy="288925"/>
            <wp:effectExtent l="0" t="0" r="0" b="0"/>
            <wp:docPr id="2363" name="Рисунок 2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3"/>
                    <pic:cNvPicPr>
                      <a:picLocks noChangeAspect="1" noChangeArrowheads="1"/>
                    </pic:cNvPicPr>
                  </pic:nvPicPr>
                  <pic:blipFill>
                    <a:blip r:embed="rId3143" cstate="print">
                      <a:extLst>
                        <a:ext uri="{28A0092B-C50C-407E-A947-70E740481C1C}">
                          <a14:useLocalDpi xmlns:a14="http://schemas.microsoft.com/office/drawing/2010/main" val="0"/>
                        </a:ext>
                      </a:extLst>
                    </a:blip>
                    <a:srcRect/>
                    <a:stretch>
                      <a:fillRect/>
                    </a:stretch>
                  </pic:blipFill>
                  <pic:spPr bwMode="auto">
                    <a:xfrm>
                      <a:off x="0" y="0"/>
                      <a:ext cx="942975" cy="288925"/>
                    </a:xfrm>
                    <a:prstGeom prst="rect">
                      <a:avLst/>
                    </a:prstGeom>
                    <a:noFill/>
                    <a:ln>
                      <a:noFill/>
                    </a:ln>
                  </pic:spPr>
                </pic:pic>
              </a:graphicData>
            </a:graphic>
          </wp:inline>
        </w:drawing>
      </w:r>
      <w:r w:rsidR="00A135AE" w:rsidRPr="007250F1">
        <w:rPr>
          <w:rFonts w:ascii="Times New Roman" w:hAnsi="Times New Roman" w:cs="Times New Roman"/>
          <w:noProof/>
          <w:position w:val="-16"/>
          <w:sz w:val="28"/>
          <w:szCs w:val="28"/>
        </w:rPr>
        <w:drawing>
          <wp:inline distT="0" distB="0" distL="0" distR="0" wp14:anchorId="66B40B85" wp14:editId="12D26A06">
            <wp:extent cx="1328420" cy="288925"/>
            <wp:effectExtent l="0" t="0" r="5080" b="0"/>
            <wp:docPr id="2364" name="Рисунок 2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4"/>
                    <pic:cNvPicPr>
                      <a:picLocks noChangeAspect="1" noChangeArrowheads="1"/>
                    </pic:cNvPicPr>
                  </pic:nvPicPr>
                  <pic:blipFill>
                    <a:blip r:embed="rId3144" cstate="print">
                      <a:extLst>
                        <a:ext uri="{28A0092B-C50C-407E-A947-70E740481C1C}">
                          <a14:useLocalDpi xmlns:a14="http://schemas.microsoft.com/office/drawing/2010/main" val="0"/>
                        </a:ext>
                      </a:extLst>
                    </a:blip>
                    <a:srcRect/>
                    <a:stretch>
                      <a:fillRect/>
                    </a:stretch>
                  </pic:blipFill>
                  <pic:spPr bwMode="auto">
                    <a:xfrm>
                      <a:off x="0" y="0"/>
                      <a:ext cx="1328420" cy="288925"/>
                    </a:xfrm>
                    <a:prstGeom prst="rect">
                      <a:avLst/>
                    </a:prstGeom>
                    <a:noFill/>
                    <a:ln>
                      <a:noFill/>
                    </a:ln>
                  </pic:spPr>
                </pic:pic>
              </a:graphicData>
            </a:graphic>
          </wp:inline>
        </w:drawing>
      </w:r>
      <w:r w:rsidR="00A135AE" w:rsidRPr="007250F1">
        <w:rPr>
          <w:rFonts w:ascii="Times New Roman" w:hAnsi="Times New Roman" w:cs="Times New Roman"/>
          <w:noProof/>
          <w:position w:val="-12"/>
          <w:sz w:val="28"/>
          <w:szCs w:val="28"/>
        </w:rPr>
        <w:drawing>
          <wp:inline distT="0" distB="0" distL="0" distR="0" wp14:anchorId="242ACD01" wp14:editId="0854DA19">
            <wp:extent cx="2242820" cy="231140"/>
            <wp:effectExtent l="0" t="0" r="5080" b="0"/>
            <wp:docPr id="2365" name="Рисунок 2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5"/>
                    <pic:cNvPicPr>
                      <a:picLocks noChangeAspect="1" noChangeArrowheads="1"/>
                    </pic:cNvPicPr>
                  </pic:nvPicPr>
                  <pic:blipFill>
                    <a:blip r:embed="rId3145" cstate="print">
                      <a:extLst>
                        <a:ext uri="{28A0092B-C50C-407E-A947-70E740481C1C}">
                          <a14:useLocalDpi xmlns:a14="http://schemas.microsoft.com/office/drawing/2010/main" val="0"/>
                        </a:ext>
                      </a:extLst>
                    </a:blip>
                    <a:srcRect/>
                    <a:stretch>
                      <a:fillRect/>
                    </a:stretch>
                  </pic:blipFill>
                  <pic:spPr bwMode="auto">
                    <a:xfrm>
                      <a:off x="0" y="0"/>
                      <a:ext cx="2242820" cy="231140"/>
                    </a:xfrm>
                    <a:prstGeom prst="rect">
                      <a:avLst/>
                    </a:prstGeom>
                    <a:noFill/>
                    <a:ln>
                      <a:noFill/>
                    </a:ln>
                  </pic:spPr>
                </pic:pic>
              </a:graphicData>
            </a:graphic>
          </wp:inline>
        </w:drawing>
      </w:r>
      <w:r w:rsidRPr="007250F1">
        <w:rPr>
          <w:rFonts w:ascii="Times New Roman" w:hAnsi="Times New Roman" w:cs="Times New Roman"/>
          <w:sz w:val="28"/>
          <w:szCs w:val="28"/>
          <w:lang w:val="kk-KZ"/>
        </w:rPr>
        <w:t xml:space="preserve">Соңғы теңдікке </w:t>
      </w:r>
      <w:r w:rsidR="00A135AE" w:rsidRPr="007250F1">
        <w:rPr>
          <w:rFonts w:ascii="Times New Roman" w:hAnsi="Times New Roman" w:cs="Times New Roman"/>
          <w:noProof/>
          <w:position w:val="-16"/>
          <w:sz w:val="28"/>
          <w:szCs w:val="28"/>
        </w:rPr>
        <w:drawing>
          <wp:inline distT="0" distB="0" distL="0" distR="0" wp14:anchorId="19075C95" wp14:editId="10FF6038">
            <wp:extent cx="1328420" cy="250190"/>
            <wp:effectExtent l="0" t="0" r="5080" b="0"/>
            <wp:docPr id="2366" name="Рисунок 2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6"/>
                    <pic:cNvPicPr>
                      <a:picLocks noChangeAspect="1" noChangeArrowheads="1"/>
                    </pic:cNvPicPr>
                  </pic:nvPicPr>
                  <pic:blipFill>
                    <a:blip r:embed="rId3146" cstate="print">
                      <a:extLst>
                        <a:ext uri="{28A0092B-C50C-407E-A947-70E740481C1C}">
                          <a14:useLocalDpi xmlns:a14="http://schemas.microsoft.com/office/drawing/2010/main" val="0"/>
                        </a:ext>
                      </a:extLst>
                    </a:blip>
                    <a:srcRect/>
                    <a:stretch>
                      <a:fillRect/>
                    </a:stretch>
                  </pic:blipFill>
                  <pic:spPr bwMode="auto">
                    <a:xfrm>
                      <a:off x="0" y="0"/>
                      <a:ext cx="1328420" cy="250190"/>
                    </a:xfrm>
                    <a:prstGeom prst="rect">
                      <a:avLst/>
                    </a:prstGeom>
                    <a:noFill/>
                    <a:ln>
                      <a:noFill/>
                    </a:ln>
                  </pic:spPr>
                </pic:pic>
              </a:graphicData>
            </a:graphic>
          </wp:inline>
        </w:drawing>
      </w:r>
      <w:r w:rsidRPr="007250F1">
        <w:rPr>
          <w:rFonts w:ascii="Times New Roman" w:hAnsi="Times New Roman" w:cs="Times New Roman"/>
          <w:sz w:val="28"/>
          <w:szCs w:val="28"/>
          <w:lang w:val="kk-KZ"/>
        </w:rPr>
        <w:t xml:space="preserve"> қояйық:</w:t>
      </w:r>
    </w:p>
    <w:p w14:paraId="4CFA7C9D" w14:textId="77777777" w:rsidR="004B7CD0" w:rsidRPr="007250F1" w:rsidRDefault="004B7CD0" w:rsidP="00B439DD">
      <w:pPr>
        <w:spacing w:after="0" w:line="240" w:lineRule="auto"/>
        <w:jc w:val="both"/>
        <w:rPr>
          <w:rFonts w:ascii="Times New Roman" w:hAnsi="Times New Roman" w:cs="Times New Roman"/>
          <w:sz w:val="28"/>
          <w:szCs w:val="28"/>
          <w:lang w:val="kk-KZ"/>
        </w:rPr>
      </w:pPr>
    </w:p>
    <w:p w14:paraId="408B7B8F" w14:textId="6F8FAB4F" w:rsidR="004B7CD0" w:rsidRPr="007250F1" w:rsidRDefault="00A135AE" w:rsidP="00B439DD">
      <w:pPr>
        <w:spacing w:after="0" w:line="240" w:lineRule="auto"/>
        <w:jc w:val="right"/>
        <w:rPr>
          <w:rFonts w:ascii="Times New Roman" w:hAnsi="Times New Roman" w:cs="Times New Roman"/>
          <w:sz w:val="28"/>
          <w:szCs w:val="28"/>
          <w:lang w:val="kk-KZ"/>
        </w:rPr>
      </w:pPr>
      <w:r w:rsidRPr="007250F1">
        <w:rPr>
          <w:rFonts w:ascii="Times New Roman" w:hAnsi="Times New Roman" w:cs="Times New Roman"/>
          <w:noProof/>
          <w:position w:val="-64"/>
          <w:sz w:val="28"/>
          <w:szCs w:val="28"/>
        </w:rPr>
        <w:drawing>
          <wp:inline distT="0" distB="0" distL="0" distR="0" wp14:anchorId="4A7782F7" wp14:editId="43B2A027">
            <wp:extent cx="4254500" cy="914400"/>
            <wp:effectExtent l="0" t="0" r="0" b="0"/>
            <wp:docPr id="2367" name="Рисунок 2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7"/>
                    <pic:cNvPicPr>
                      <a:picLocks noChangeAspect="1" noChangeArrowheads="1"/>
                    </pic:cNvPicPr>
                  </pic:nvPicPr>
                  <pic:blipFill>
                    <a:blip r:embed="rId3147" cstate="print">
                      <a:extLst>
                        <a:ext uri="{28A0092B-C50C-407E-A947-70E740481C1C}">
                          <a14:useLocalDpi xmlns:a14="http://schemas.microsoft.com/office/drawing/2010/main" val="0"/>
                        </a:ext>
                      </a:extLst>
                    </a:blip>
                    <a:srcRect/>
                    <a:stretch>
                      <a:fillRect/>
                    </a:stretch>
                  </pic:blipFill>
                  <pic:spPr bwMode="auto">
                    <a:xfrm>
                      <a:off x="0" y="0"/>
                      <a:ext cx="4254500" cy="914400"/>
                    </a:xfrm>
                    <a:prstGeom prst="rect">
                      <a:avLst/>
                    </a:prstGeom>
                    <a:noFill/>
                    <a:ln>
                      <a:noFill/>
                    </a:ln>
                  </pic:spPr>
                </pic:pic>
              </a:graphicData>
            </a:graphic>
          </wp:inline>
        </w:drawing>
      </w:r>
      <w:r w:rsidR="00112108" w:rsidRPr="007250F1">
        <w:rPr>
          <w:rFonts w:ascii="Times New Roman" w:hAnsi="Times New Roman" w:cs="Times New Roman"/>
          <w:sz w:val="28"/>
          <w:szCs w:val="28"/>
          <w:lang w:val="kk-KZ"/>
        </w:rPr>
        <w:tab/>
        <w:t>(2.82</w:t>
      </w:r>
      <w:r w:rsidR="004B7CD0" w:rsidRPr="007250F1">
        <w:rPr>
          <w:rFonts w:ascii="Times New Roman" w:hAnsi="Times New Roman" w:cs="Times New Roman"/>
          <w:sz w:val="28"/>
          <w:szCs w:val="28"/>
          <w:lang w:val="kk-KZ"/>
        </w:rPr>
        <w:t>)</w:t>
      </w:r>
    </w:p>
    <w:p w14:paraId="0CF1C3E6" w14:textId="77777777" w:rsidR="00112108" w:rsidRPr="007250F1" w:rsidRDefault="00112108" w:rsidP="00B439DD">
      <w:pPr>
        <w:spacing w:after="0" w:line="240" w:lineRule="auto"/>
        <w:rPr>
          <w:rFonts w:ascii="Times New Roman" w:hAnsi="Times New Roman" w:cs="Times New Roman"/>
          <w:sz w:val="28"/>
          <w:szCs w:val="28"/>
          <w:lang w:val="kk-KZ"/>
        </w:rPr>
      </w:pPr>
    </w:p>
    <w:p w14:paraId="421005B3" w14:textId="5CE08FB4" w:rsidR="004B7CD0" w:rsidRPr="007250F1" w:rsidRDefault="00A135AE" w:rsidP="00B439DD">
      <w:pPr>
        <w:spacing w:after="0" w:line="240" w:lineRule="auto"/>
        <w:jc w:val="both"/>
        <w:rPr>
          <w:rFonts w:ascii="Times New Roman" w:hAnsi="Times New Roman" w:cs="Times New Roman"/>
          <w:sz w:val="28"/>
          <w:szCs w:val="28"/>
          <w:lang w:val="kk-KZ"/>
        </w:rPr>
      </w:pPr>
      <w:r w:rsidRPr="007250F1">
        <w:rPr>
          <w:rFonts w:ascii="Times New Roman" w:hAnsi="Times New Roman" w:cs="Times New Roman"/>
          <w:noProof/>
          <w:position w:val="-18"/>
          <w:sz w:val="28"/>
          <w:szCs w:val="28"/>
        </w:rPr>
        <w:drawing>
          <wp:inline distT="0" distB="0" distL="0" distR="0" wp14:anchorId="65E81877" wp14:editId="2576E29E">
            <wp:extent cx="914400" cy="337185"/>
            <wp:effectExtent l="0" t="0" r="0" b="5715"/>
            <wp:docPr id="2368" name="Рисунок 2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8"/>
                    <pic:cNvPicPr>
                      <a:picLocks noChangeAspect="1" noChangeArrowheads="1"/>
                    </pic:cNvPicPr>
                  </pic:nvPicPr>
                  <pic:blipFill>
                    <a:blip r:embed="rId3148" cstate="print">
                      <a:extLst>
                        <a:ext uri="{28A0092B-C50C-407E-A947-70E740481C1C}">
                          <a14:useLocalDpi xmlns:a14="http://schemas.microsoft.com/office/drawing/2010/main" val="0"/>
                        </a:ext>
                      </a:extLst>
                    </a:blip>
                    <a:srcRect/>
                    <a:stretch>
                      <a:fillRect/>
                    </a:stretch>
                  </pic:blipFill>
                  <pic:spPr bwMode="auto">
                    <a:xfrm>
                      <a:off x="0" y="0"/>
                      <a:ext cx="914400" cy="337185"/>
                    </a:xfrm>
                    <a:prstGeom prst="rect">
                      <a:avLst/>
                    </a:prstGeom>
                    <a:noFill/>
                    <a:ln>
                      <a:noFill/>
                    </a:ln>
                  </pic:spPr>
                </pic:pic>
              </a:graphicData>
            </a:graphic>
          </wp:inline>
        </w:drawing>
      </w:r>
      <w:r w:rsidR="004B7CD0" w:rsidRPr="007250F1">
        <w:rPr>
          <w:rFonts w:ascii="Times New Roman" w:hAnsi="Times New Roman" w:cs="Times New Roman"/>
          <w:sz w:val="28"/>
          <w:szCs w:val="28"/>
          <w:lang w:val="kk-KZ"/>
        </w:rPr>
        <w:t xml:space="preserve"> операторының  монотондылығын ескере отырып, аламыз:</w:t>
      </w:r>
    </w:p>
    <w:p w14:paraId="7BB77B51" w14:textId="77777777" w:rsidR="004B7CD0" w:rsidRPr="007250F1" w:rsidRDefault="004B7CD0" w:rsidP="00B439DD">
      <w:pPr>
        <w:spacing w:after="0" w:line="240" w:lineRule="auto"/>
        <w:jc w:val="both"/>
        <w:rPr>
          <w:rFonts w:ascii="Times New Roman" w:hAnsi="Times New Roman" w:cs="Times New Roman"/>
          <w:sz w:val="28"/>
          <w:szCs w:val="28"/>
          <w:lang w:val="kk-KZ"/>
        </w:rPr>
      </w:pPr>
    </w:p>
    <w:p w14:paraId="4902C3B8" w14:textId="138A4E45" w:rsidR="004B7CD0" w:rsidRPr="007250F1" w:rsidRDefault="00A135AE" w:rsidP="00B439DD">
      <w:pPr>
        <w:spacing w:after="0" w:line="240" w:lineRule="auto"/>
        <w:jc w:val="right"/>
        <w:rPr>
          <w:rFonts w:ascii="Times New Roman" w:hAnsi="Times New Roman" w:cs="Times New Roman"/>
          <w:sz w:val="28"/>
          <w:szCs w:val="28"/>
          <w:lang w:val="kk-KZ"/>
        </w:rPr>
      </w:pPr>
      <w:r w:rsidRPr="007250F1">
        <w:rPr>
          <w:rFonts w:ascii="Times New Roman" w:hAnsi="Times New Roman" w:cs="Times New Roman"/>
          <w:noProof/>
          <w:position w:val="-38"/>
          <w:sz w:val="28"/>
          <w:szCs w:val="28"/>
        </w:rPr>
        <w:drawing>
          <wp:inline distT="0" distB="0" distL="0" distR="0" wp14:anchorId="13FF8C29" wp14:editId="383118DE">
            <wp:extent cx="3734435" cy="500380"/>
            <wp:effectExtent l="0" t="0" r="0" b="0"/>
            <wp:docPr id="2369" name="Рисунок 2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9"/>
                    <pic:cNvPicPr>
                      <a:picLocks noChangeAspect="1" noChangeArrowheads="1"/>
                    </pic:cNvPicPr>
                  </pic:nvPicPr>
                  <pic:blipFill>
                    <a:blip r:embed="rId3149" cstate="print">
                      <a:extLst>
                        <a:ext uri="{28A0092B-C50C-407E-A947-70E740481C1C}">
                          <a14:useLocalDpi xmlns:a14="http://schemas.microsoft.com/office/drawing/2010/main" val="0"/>
                        </a:ext>
                      </a:extLst>
                    </a:blip>
                    <a:srcRect/>
                    <a:stretch>
                      <a:fillRect/>
                    </a:stretch>
                  </pic:blipFill>
                  <pic:spPr bwMode="auto">
                    <a:xfrm>
                      <a:off x="0" y="0"/>
                      <a:ext cx="3734435" cy="500380"/>
                    </a:xfrm>
                    <a:prstGeom prst="rect">
                      <a:avLst/>
                    </a:prstGeom>
                    <a:noFill/>
                    <a:ln>
                      <a:noFill/>
                    </a:ln>
                  </pic:spPr>
                </pic:pic>
              </a:graphicData>
            </a:graphic>
          </wp:inline>
        </w:drawing>
      </w:r>
      <w:r w:rsidR="004B7CD0" w:rsidRPr="007250F1">
        <w:rPr>
          <w:rFonts w:ascii="Times New Roman" w:hAnsi="Times New Roman" w:cs="Times New Roman"/>
          <w:sz w:val="28"/>
          <w:szCs w:val="28"/>
          <w:lang w:val="kk-KZ"/>
        </w:rPr>
        <w:tab/>
      </w:r>
      <w:r w:rsidR="004B7CD0" w:rsidRPr="007250F1">
        <w:rPr>
          <w:rFonts w:ascii="Times New Roman" w:hAnsi="Times New Roman" w:cs="Times New Roman"/>
          <w:sz w:val="28"/>
          <w:szCs w:val="28"/>
          <w:lang w:val="kk-KZ"/>
        </w:rPr>
        <w:tab/>
        <w:t>(</w:t>
      </w:r>
      <w:r w:rsidR="00112108" w:rsidRPr="007250F1">
        <w:rPr>
          <w:rFonts w:ascii="Times New Roman" w:hAnsi="Times New Roman" w:cs="Times New Roman"/>
          <w:sz w:val="28"/>
          <w:szCs w:val="28"/>
          <w:lang w:val="kk-KZ"/>
        </w:rPr>
        <w:t>2</w:t>
      </w:r>
      <w:r w:rsidR="004B7CD0" w:rsidRPr="007250F1">
        <w:rPr>
          <w:rFonts w:ascii="Times New Roman" w:hAnsi="Times New Roman" w:cs="Times New Roman"/>
          <w:sz w:val="28"/>
          <w:szCs w:val="28"/>
          <w:lang w:val="kk-KZ"/>
        </w:rPr>
        <w:t>.</w:t>
      </w:r>
      <w:r w:rsidR="00112108" w:rsidRPr="007250F1">
        <w:rPr>
          <w:rFonts w:ascii="Times New Roman" w:hAnsi="Times New Roman" w:cs="Times New Roman"/>
          <w:sz w:val="28"/>
          <w:szCs w:val="28"/>
          <w:lang w:val="kk-KZ"/>
        </w:rPr>
        <w:t>83</w:t>
      </w:r>
      <w:r w:rsidR="004B7CD0" w:rsidRPr="007250F1">
        <w:rPr>
          <w:rFonts w:ascii="Times New Roman" w:hAnsi="Times New Roman" w:cs="Times New Roman"/>
          <w:sz w:val="28"/>
          <w:szCs w:val="28"/>
          <w:lang w:val="kk-KZ"/>
        </w:rPr>
        <w:t>)</w:t>
      </w:r>
    </w:p>
    <w:p w14:paraId="0A1B35E6" w14:textId="77777777" w:rsidR="004B7CD0" w:rsidRPr="007250F1" w:rsidRDefault="004B7CD0" w:rsidP="00B439DD">
      <w:pPr>
        <w:spacing w:after="0" w:line="240" w:lineRule="auto"/>
        <w:jc w:val="right"/>
        <w:rPr>
          <w:rFonts w:ascii="Times New Roman" w:hAnsi="Times New Roman" w:cs="Times New Roman"/>
          <w:sz w:val="28"/>
          <w:szCs w:val="28"/>
          <w:lang w:val="kk-KZ"/>
        </w:rPr>
      </w:pPr>
    </w:p>
    <w:p w14:paraId="50EF7A0B" w14:textId="74903B12" w:rsidR="004B7CD0" w:rsidRPr="007250F1" w:rsidRDefault="004B7CD0" w:rsidP="00B439DD">
      <w:pPr>
        <w:spacing w:after="0" w:line="240" w:lineRule="auto"/>
        <w:jc w:val="both"/>
        <w:rPr>
          <w:rFonts w:ascii="Times New Roman" w:hAnsi="Times New Roman" w:cs="Times New Roman"/>
          <w:sz w:val="28"/>
          <w:szCs w:val="28"/>
          <w:lang w:val="kk-KZ"/>
        </w:rPr>
      </w:pPr>
      <w:r w:rsidRPr="007250F1">
        <w:rPr>
          <w:rFonts w:ascii="Times New Roman" w:hAnsi="Times New Roman" w:cs="Times New Roman"/>
          <w:sz w:val="28"/>
          <w:szCs w:val="28"/>
          <w:lang w:val="kk-KZ"/>
        </w:rPr>
        <w:t>(</w:t>
      </w:r>
      <w:r w:rsidR="00112108" w:rsidRPr="007250F1">
        <w:rPr>
          <w:rFonts w:ascii="Times New Roman" w:hAnsi="Times New Roman" w:cs="Times New Roman"/>
          <w:sz w:val="28"/>
          <w:szCs w:val="28"/>
          <w:lang w:val="kk-KZ"/>
        </w:rPr>
        <w:t>2</w:t>
      </w:r>
      <w:r w:rsidRPr="007250F1">
        <w:rPr>
          <w:rFonts w:ascii="Times New Roman" w:hAnsi="Times New Roman" w:cs="Times New Roman"/>
          <w:sz w:val="28"/>
          <w:szCs w:val="28"/>
          <w:lang w:val="kk-KZ"/>
        </w:rPr>
        <w:t>.</w:t>
      </w:r>
      <w:r w:rsidR="00112108" w:rsidRPr="007250F1">
        <w:rPr>
          <w:rFonts w:ascii="Times New Roman" w:hAnsi="Times New Roman" w:cs="Times New Roman"/>
          <w:sz w:val="28"/>
          <w:szCs w:val="28"/>
          <w:lang w:val="en-US"/>
        </w:rPr>
        <w:t>82</w:t>
      </w:r>
      <w:r w:rsidRPr="007250F1">
        <w:rPr>
          <w:rFonts w:ascii="Times New Roman" w:hAnsi="Times New Roman" w:cs="Times New Roman"/>
          <w:sz w:val="28"/>
          <w:szCs w:val="28"/>
          <w:lang w:val="kk-KZ"/>
        </w:rPr>
        <w:t>)</w:t>
      </w:r>
      <w:r w:rsidR="00112108" w:rsidRPr="007250F1">
        <w:rPr>
          <w:rFonts w:ascii="Times New Roman" w:hAnsi="Times New Roman" w:cs="Times New Roman"/>
          <w:sz w:val="28"/>
          <w:szCs w:val="28"/>
          <w:lang w:val="kk-KZ"/>
        </w:rPr>
        <w:t xml:space="preserve">  теңдікте  (</w:t>
      </w:r>
      <w:r w:rsidR="00112108" w:rsidRPr="007250F1">
        <w:rPr>
          <w:rFonts w:ascii="Times New Roman" w:hAnsi="Times New Roman" w:cs="Times New Roman"/>
          <w:sz w:val="28"/>
          <w:szCs w:val="28"/>
          <w:lang w:val="en-US"/>
        </w:rPr>
        <w:t>2</w:t>
      </w:r>
      <w:r w:rsidR="00112108" w:rsidRPr="007250F1">
        <w:rPr>
          <w:rFonts w:ascii="Times New Roman" w:hAnsi="Times New Roman" w:cs="Times New Roman"/>
          <w:sz w:val="28"/>
          <w:szCs w:val="28"/>
          <w:lang w:val="kk-KZ"/>
        </w:rPr>
        <w:t>.</w:t>
      </w:r>
      <w:r w:rsidR="00112108" w:rsidRPr="007250F1">
        <w:rPr>
          <w:rFonts w:ascii="Times New Roman" w:hAnsi="Times New Roman" w:cs="Times New Roman"/>
          <w:sz w:val="28"/>
          <w:szCs w:val="28"/>
          <w:lang w:val="en-US"/>
        </w:rPr>
        <w:t>83</w:t>
      </w:r>
      <w:r w:rsidRPr="007250F1">
        <w:rPr>
          <w:rFonts w:ascii="Times New Roman" w:hAnsi="Times New Roman" w:cs="Times New Roman"/>
          <w:sz w:val="28"/>
          <w:szCs w:val="28"/>
          <w:lang w:val="kk-KZ"/>
        </w:rPr>
        <w:t>) ескерсек:</w:t>
      </w:r>
    </w:p>
    <w:p w14:paraId="0E29C866" w14:textId="77777777" w:rsidR="004B7CD0" w:rsidRPr="007250F1" w:rsidRDefault="004B7CD0" w:rsidP="00B439DD">
      <w:pPr>
        <w:spacing w:after="0" w:line="240" w:lineRule="auto"/>
        <w:jc w:val="both"/>
        <w:rPr>
          <w:rFonts w:ascii="Times New Roman" w:hAnsi="Times New Roman" w:cs="Times New Roman"/>
          <w:sz w:val="28"/>
          <w:szCs w:val="28"/>
          <w:lang w:val="kk-KZ"/>
        </w:rPr>
      </w:pPr>
    </w:p>
    <w:p w14:paraId="41265BAA" w14:textId="77977075" w:rsidR="007250F1" w:rsidRPr="007250F1" w:rsidRDefault="00A135AE" w:rsidP="007250F1">
      <w:pPr>
        <w:spacing w:after="0" w:line="240" w:lineRule="auto"/>
        <w:jc w:val="center"/>
        <w:rPr>
          <w:rFonts w:ascii="Times New Roman" w:hAnsi="Times New Roman" w:cs="Times New Roman"/>
          <w:position w:val="-28"/>
          <w:sz w:val="28"/>
          <w:szCs w:val="28"/>
          <w:lang w:val="kk-KZ"/>
        </w:rPr>
      </w:pPr>
      <w:r w:rsidRPr="007250F1">
        <w:rPr>
          <w:rFonts w:ascii="Times New Roman" w:hAnsi="Times New Roman" w:cs="Times New Roman"/>
          <w:noProof/>
          <w:position w:val="-22"/>
          <w:sz w:val="28"/>
          <w:szCs w:val="28"/>
        </w:rPr>
        <w:drawing>
          <wp:inline distT="0" distB="0" distL="0" distR="0" wp14:anchorId="4DB0CF32" wp14:editId="09839D1B">
            <wp:extent cx="3609340" cy="384810"/>
            <wp:effectExtent l="0" t="0" r="0" b="0"/>
            <wp:docPr id="2370" name="Рисунок 2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0"/>
                    <pic:cNvPicPr>
                      <a:picLocks noChangeAspect="1" noChangeArrowheads="1"/>
                    </pic:cNvPicPr>
                  </pic:nvPicPr>
                  <pic:blipFill>
                    <a:blip r:embed="rId3150" cstate="print">
                      <a:extLst>
                        <a:ext uri="{28A0092B-C50C-407E-A947-70E740481C1C}">
                          <a14:useLocalDpi xmlns:a14="http://schemas.microsoft.com/office/drawing/2010/main" val="0"/>
                        </a:ext>
                      </a:extLst>
                    </a:blip>
                    <a:srcRect/>
                    <a:stretch>
                      <a:fillRect/>
                    </a:stretch>
                  </pic:blipFill>
                  <pic:spPr bwMode="auto">
                    <a:xfrm>
                      <a:off x="0" y="0"/>
                      <a:ext cx="3609340" cy="384810"/>
                    </a:xfrm>
                    <a:prstGeom prst="rect">
                      <a:avLst/>
                    </a:prstGeom>
                    <a:noFill/>
                    <a:ln>
                      <a:noFill/>
                    </a:ln>
                  </pic:spPr>
                </pic:pic>
              </a:graphicData>
            </a:graphic>
          </wp:inline>
        </w:drawing>
      </w:r>
    </w:p>
    <w:p w14:paraId="4A972DAC" w14:textId="77777777" w:rsidR="004B7CD0" w:rsidRPr="007250F1" w:rsidRDefault="004B7CD0" w:rsidP="00B439DD">
      <w:pPr>
        <w:spacing w:after="0" w:line="240" w:lineRule="auto"/>
        <w:jc w:val="center"/>
        <w:rPr>
          <w:rFonts w:ascii="Times New Roman" w:hAnsi="Times New Roman" w:cs="Times New Roman"/>
          <w:sz w:val="28"/>
          <w:szCs w:val="28"/>
          <w:lang w:val="kk-KZ"/>
        </w:rPr>
      </w:pPr>
    </w:p>
    <w:p w14:paraId="03AA22F7" w14:textId="75DC59DB" w:rsidR="004B7CD0" w:rsidRPr="007250F1" w:rsidRDefault="00A135AE" w:rsidP="00B439DD">
      <w:pPr>
        <w:spacing w:after="0" w:line="240" w:lineRule="auto"/>
        <w:jc w:val="both"/>
        <w:rPr>
          <w:rFonts w:ascii="Times New Roman" w:hAnsi="Times New Roman" w:cs="Times New Roman"/>
          <w:sz w:val="28"/>
          <w:szCs w:val="28"/>
          <w:lang w:val="kk-KZ"/>
        </w:rPr>
      </w:pPr>
      <w:r w:rsidRPr="007250F1">
        <w:rPr>
          <w:rFonts w:ascii="Times New Roman" w:hAnsi="Times New Roman" w:cs="Times New Roman"/>
          <w:noProof/>
          <w:position w:val="-12"/>
          <w:sz w:val="28"/>
          <w:szCs w:val="28"/>
        </w:rPr>
        <w:drawing>
          <wp:inline distT="0" distB="0" distL="0" distR="0" wp14:anchorId="130983E3" wp14:editId="1A90C52E">
            <wp:extent cx="817880" cy="231140"/>
            <wp:effectExtent l="0" t="0" r="1270" b="0"/>
            <wp:docPr id="2371" name="Рисунок 2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1"/>
                    <pic:cNvPicPr>
                      <a:picLocks noChangeAspect="1" noChangeArrowheads="1"/>
                    </pic:cNvPicPr>
                  </pic:nvPicPr>
                  <pic:blipFill>
                    <a:blip r:embed="rId3151" cstate="print">
                      <a:extLst>
                        <a:ext uri="{28A0092B-C50C-407E-A947-70E740481C1C}">
                          <a14:useLocalDpi xmlns:a14="http://schemas.microsoft.com/office/drawing/2010/main" val="0"/>
                        </a:ext>
                      </a:extLst>
                    </a:blip>
                    <a:srcRect/>
                    <a:stretch>
                      <a:fillRect/>
                    </a:stretch>
                  </pic:blipFill>
                  <pic:spPr bwMode="auto">
                    <a:xfrm>
                      <a:off x="0" y="0"/>
                      <a:ext cx="817880" cy="231140"/>
                    </a:xfrm>
                    <a:prstGeom prst="rect">
                      <a:avLst/>
                    </a:prstGeom>
                    <a:noFill/>
                    <a:ln>
                      <a:noFill/>
                    </a:ln>
                  </pic:spPr>
                </pic:pic>
              </a:graphicData>
            </a:graphic>
          </wp:inline>
        </w:drawing>
      </w:r>
      <w:r w:rsidR="00112108" w:rsidRPr="007250F1">
        <w:rPr>
          <w:rFonts w:ascii="Times New Roman" w:hAnsi="Times New Roman" w:cs="Times New Roman"/>
          <w:sz w:val="28"/>
          <w:szCs w:val="28"/>
          <w:lang w:val="kk-KZ"/>
        </w:rPr>
        <w:t xml:space="preserve"> тең. Бұдан (2.65), (2.62), (2.66</w:t>
      </w:r>
      <w:r w:rsidR="00112108" w:rsidRPr="007250F1">
        <w:rPr>
          <w:rFonts w:ascii="Times New Roman" w:hAnsi="Times New Roman" w:cs="Times New Roman"/>
          <w:sz w:val="28"/>
          <w:szCs w:val="28"/>
          <w:vertAlign w:val="subscript"/>
          <w:lang w:val="kk-KZ"/>
        </w:rPr>
        <w:t>0</w:t>
      </w:r>
      <w:r w:rsidR="00112108" w:rsidRPr="007250F1">
        <w:rPr>
          <w:rFonts w:ascii="Times New Roman" w:hAnsi="Times New Roman" w:cs="Times New Roman"/>
          <w:sz w:val="28"/>
          <w:szCs w:val="28"/>
          <w:lang w:val="kk-KZ"/>
        </w:rPr>
        <w:t xml:space="preserve">) </w:t>
      </w:r>
      <w:r w:rsidR="004B7CD0" w:rsidRPr="007250F1">
        <w:rPr>
          <w:rFonts w:ascii="Times New Roman" w:hAnsi="Times New Roman" w:cs="Times New Roman"/>
          <w:sz w:val="28"/>
          <w:szCs w:val="28"/>
          <w:lang w:val="kk-KZ"/>
        </w:rPr>
        <w:t>шет</w:t>
      </w:r>
      <w:r w:rsidR="00112108" w:rsidRPr="007250F1">
        <w:rPr>
          <w:rFonts w:ascii="Times New Roman" w:hAnsi="Times New Roman" w:cs="Times New Roman"/>
          <w:sz w:val="28"/>
          <w:szCs w:val="28"/>
          <w:lang w:val="kk-KZ"/>
        </w:rPr>
        <w:t>тік есебінің жалғыздығы шығады. Осыдан, теорема 2.6  толығымен дәлелденді.</w:t>
      </w:r>
    </w:p>
    <w:p w14:paraId="310C08F7" w14:textId="51422B09" w:rsidR="004B7CD0" w:rsidRPr="007250F1" w:rsidRDefault="004B7CD0" w:rsidP="00B439DD">
      <w:pPr>
        <w:spacing w:after="0" w:line="240" w:lineRule="auto"/>
        <w:jc w:val="both"/>
        <w:rPr>
          <w:rFonts w:ascii="Times New Roman" w:hAnsi="Times New Roman" w:cs="Times New Roman"/>
          <w:sz w:val="28"/>
          <w:szCs w:val="28"/>
          <w:lang w:val="kk-KZ"/>
        </w:rPr>
      </w:pPr>
      <w:r w:rsidRPr="007250F1">
        <w:rPr>
          <w:rFonts w:ascii="Times New Roman" w:hAnsi="Times New Roman" w:cs="Times New Roman"/>
          <w:sz w:val="28"/>
          <w:szCs w:val="28"/>
          <w:lang w:val="kk-KZ"/>
        </w:rPr>
        <w:tab/>
      </w:r>
      <w:r w:rsidR="00A135AE" w:rsidRPr="007250F1">
        <w:rPr>
          <w:rFonts w:ascii="Times New Roman" w:hAnsi="Times New Roman" w:cs="Times New Roman"/>
          <w:noProof/>
          <w:position w:val="-4"/>
          <w:sz w:val="28"/>
          <w:szCs w:val="28"/>
        </w:rPr>
        <w:drawing>
          <wp:inline distT="0" distB="0" distL="0" distR="0" wp14:anchorId="2290220C" wp14:editId="23BE2946">
            <wp:extent cx="182880" cy="182880"/>
            <wp:effectExtent l="0" t="0" r="7620" b="7620"/>
            <wp:docPr id="2373" name="Рисунок 2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3"/>
                    <pic:cNvPicPr>
                      <a:picLocks noChangeAspect="1" noChangeArrowheads="1"/>
                    </pic:cNvPicPr>
                  </pic:nvPicPr>
                  <pic:blipFill>
                    <a:blip r:embed="rId3152"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7250F1">
        <w:rPr>
          <w:rFonts w:ascii="Times New Roman" w:hAnsi="Times New Roman" w:cs="Times New Roman"/>
          <w:sz w:val="28"/>
          <w:szCs w:val="28"/>
          <w:lang w:val="kk-KZ"/>
        </w:rPr>
        <w:t xml:space="preserve"> жиынының ашықтығы мен тұйықтығын априорлық бағалаудан аламыз. Осы бағалауды алайық.</w:t>
      </w:r>
    </w:p>
    <w:p w14:paraId="35C0BE27" w14:textId="6D2353EF" w:rsidR="004B7CD0" w:rsidRPr="007250F1" w:rsidRDefault="00112108" w:rsidP="00B439DD">
      <w:pPr>
        <w:spacing w:after="0" w:line="240" w:lineRule="auto"/>
        <w:jc w:val="both"/>
        <w:rPr>
          <w:rFonts w:ascii="Times New Roman" w:hAnsi="Times New Roman" w:cs="Times New Roman"/>
          <w:sz w:val="28"/>
          <w:szCs w:val="28"/>
          <w:lang w:val="kk-KZ"/>
        </w:rPr>
      </w:pPr>
      <w:r w:rsidRPr="007250F1">
        <w:rPr>
          <w:rFonts w:ascii="Times New Roman" w:hAnsi="Times New Roman" w:cs="Times New Roman"/>
          <w:sz w:val="28"/>
          <w:szCs w:val="28"/>
          <w:lang w:val="kk-KZ"/>
        </w:rPr>
        <w:tab/>
        <w:t>(2</w:t>
      </w:r>
      <w:r w:rsidR="004B7CD0" w:rsidRPr="007250F1">
        <w:rPr>
          <w:rFonts w:ascii="Times New Roman" w:hAnsi="Times New Roman" w:cs="Times New Roman"/>
          <w:sz w:val="28"/>
          <w:szCs w:val="28"/>
          <w:lang w:val="kk-KZ"/>
        </w:rPr>
        <w:t>.</w:t>
      </w:r>
      <w:r w:rsidRPr="007250F1">
        <w:rPr>
          <w:rFonts w:ascii="Times New Roman" w:hAnsi="Times New Roman" w:cs="Times New Roman"/>
          <w:sz w:val="28"/>
          <w:szCs w:val="28"/>
          <w:lang w:val="kk-KZ"/>
        </w:rPr>
        <w:t>6</w:t>
      </w:r>
      <w:r w:rsidR="004B7CD0" w:rsidRPr="007250F1">
        <w:rPr>
          <w:rFonts w:ascii="Times New Roman" w:hAnsi="Times New Roman" w:cs="Times New Roman"/>
          <w:sz w:val="28"/>
          <w:szCs w:val="28"/>
          <w:lang w:val="kk-KZ"/>
        </w:rPr>
        <w:t xml:space="preserve">5) теңдеуін </w:t>
      </w:r>
      <w:r w:rsidR="00A135AE" w:rsidRPr="007250F1">
        <w:rPr>
          <w:rFonts w:ascii="Times New Roman" w:hAnsi="Times New Roman" w:cs="Times New Roman"/>
          <w:noProof/>
          <w:position w:val="-16"/>
          <w:sz w:val="28"/>
          <w:szCs w:val="28"/>
        </w:rPr>
        <w:drawing>
          <wp:inline distT="0" distB="0" distL="0" distR="0" wp14:anchorId="0E76F783" wp14:editId="27F5D646">
            <wp:extent cx="529590" cy="250190"/>
            <wp:effectExtent l="0" t="0" r="0" b="0"/>
            <wp:docPr id="2374" name="Рисунок 2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4"/>
                    <pic:cNvPicPr>
                      <a:picLocks noChangeAspect="1" noChangeArrowheads="1"/>
                    </pic:cNvPicPr>
                  </pic:nvPicPr>
                  <pic:blipFill>
                    <a:blip r:embed="rId3153" cstate="print">
                      <a:extLst>
                        <a:ext uri="{28A0092B-C50C-407E-A947-70E740481C1C}">
                          <a14:useLocalDpi xmlns:a14="http://schemas.microsoft.com/office/drawing/2010/main" val="0"/>
                        </a:ext>
                      </a:extLst>
                    </a:blip>
                    <a:srcRect/>
                    <a:stretch>
                      <a:fillRect/>
                    </a:stretch>
                  </pic:blipFill>
                  <pic:spPr bwMode="auto">
                    <a:xfrm>
                      <a:off x="0" y="0"/>
                      <a:ext cx="529590" cy="250190"/>
                    </a:xfrm>
                    <a:prstGeom prst="rect">
                      <a:avLst/>
                    </a:prstGeom>
                    <a:noFill/>
                    <a:ln>
                      <a:noFill/>
                    </a:ln>
                  </pic:spPr>
                </pic:pic>
              </a:graphicData>
            </a:graphic>
          </wp:inline>
        </w:drawing>
      </w:r>
      <w:r w:rsidR="004B7CD0" w:rsidRPr="007250F1">
        <w:rPr>
          <w:rFonts w:ascii="Times New Roman" w:hAnsi="Times New Roman" w:cs="Times New Roman"/>
          <w:sz w:val="28"/>
          <w:szCs w:val="28"/>
          <w:lang w:val="kk-KZ"/>
        </w:rPr>
        <w:t xml:space="preserve">   және   </w:t>
      </w:r>
      <w:r w:rsidR="00A135AE" w:rsidRPr="007250F1">
        <w:rPr>
          <w:rFonts w:ascii="Times New Roman" w:hAnsi="Times New Roman" w:cs="Times New Roman"/>
          <w:noProof/>
          <w:position w:val="-16"/>
          <w:sz w:val="28"/>
          <w:szCs w:val="28"/>
        </w:rPr>
        <w:drawing>
          <wp:inline distT="0" distB="0" distL="0" distR="0" wp14:anchorId="05020534" wp14:editId="1F7B33C1">
            <wp:extent cx="596900" cy="250190"/>
            <wp:effectExtent l="0" t="0" r="0" b="0"/>
            <wp:docPr id="2375" name="Рисунок 2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5"/>
                    <pic:cNvPicPr>
                      <a:picLocks noChangeAspect="1" noChangeArrowheads="1"/>
                    </pic:cNvPicPr>
                  </pic:nvPicPr>
                  <pic:blipFill>
                    <a:blip r:embed="rId3154" cstate="print">
                      <a:extLst>
                        <a:ext uri="{28A0092B-C50C-407E-A947-70E740481C1C}">
                          <a14:useLocalDpi xmlns:a14="http://schemas.microsoft.com/office/drawing/2010/main" val="0"/>
                        </a:ext>
                      </a:extLst>
                    </a:blip>
                    <a:srcRect/>
                    <a:stretch>
                      <a:fillRect/>
                    </a:stretch>
                  </pic:blipFill>
                  <pic:spPr bwMode="auto">
                    <a:xfrm>
                      <a:off x="0" y="0"/>
                      <a:ext cx="596900" cy="250190"/>
                    </a:xfrm>
                    <a:prstGeom prst="rect">
                      <a:avLst/>
                    </a:prstGeom>
                    <a:noFill/>
                    <a:ln>
                      <a:noFill/>
                    </a:ln>
                  </pic:spPr>
                </pic:pic>
              </a:graphicData>
            </a:graphic>
          </wp:inline>
        </w:drawing>
      </w:r>
      <w:r w:rsidR="004B7CD0" w:rsidRPr="007250F1">
        <w:rPr>
          <w:rFonts w:ascii="Times New Roman" w:hAnsi="Times New Roman" w:cs="Times New Roman"/>
          <w:sz w:val="28"/>
          <w:szCs w:val="28"/>
          <w:lang w:val="kk-KZ"/>
        </w:rPr>
        <w:t xml:space="preserve"> функцияларына көбейтіп, сосын, </w:t>
      </w:r>
      <w:r w:rsidR="00A135AE" w:rsidRPr="007250F1">
        <w:rPr>
          <w:rFonts w:ascii="Times New Roman" w:hAnsi="Times New Roman" w:cs="Times New Roman"/>
          <w:noProof/>
          <w:position w:val="-12"/>
          <w:sz w:val="28"/>
          <w:szCs w:val="28"/>
        </w:rPr>
        <w:drawing>
          <wp:inline distT="0" distB="0" distL="0" distR="0" wp14:anchorId="398E609A" wp14:editId="6EC428E3">
            <wp:extent cx="182880" cy="231140"/>
            <wp:effectExtent l="0" t="0" r="7620" b="0"/>
            <wp:docPr id="2376" name="Рисунок 2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6"/>
                    <pic:cNvPicPr>
                      <a:picLocks noChangeAspect="1" noChangeArrowheads="1"/>
                    </pic:cNvPicPr>
                  </pic:nvPicPr>
                  <pic:blipFill>
                    <a:blip r:embed="rId3155" cstate="print">
                      <a:extLst>
                        <a:ext uri="{28A0092B-C50C-407E-A947-70E740481C1C}">
                          <a14:useLocalDpi xmlns:a14="http://schemas.microsoft.com/office/drawing/2010/main" val="0"/>
                        </a:ext>
                      </a:extLst>
                    </a:blip>
                    <a:srcRect/>
                    <a:stretch>
                      <a:fillRect/>
                    </a:stretch>
                  </pic:blipFill>
                  <pic:spPr bwMode="auto">
                    <a:xfrm>
                      <a:off x="0" y="0"/>
                      <a:ext cx="182880" cy="231140"/>
                    </a:xfrm>
                    <a:prstGeom prst="rect">
                      <a:avLst/>
                    </a:prstGeom>
                    <a:noFill/>
                    <a:ln>
                      <a:noFill/>
                    </a:ln>
                  </pic:spPr>
                </pic:pic>
              </a:graphicData>
            </a:graphic>
          </wp:inline>
        </w:drawing>
      </w:r>
      <w:r w:rsidR="00B439DD" w:rsidRPr="007250F1">
        <w:rPr>
          <w:rFonts w:ascii="Times New Roman" w:hAnsi="Times New Roman" w:cs="Times New Roman"/>
          <w:sz w:val="28"/>
          <w:szCs w:val="28"/>
          <w:lang w:val="kk-KZ"/>
        </w:rPr>
        <w:t xml:space="preserve"> </w:t>
      </w:r>
      <w:r w:rsidR="004B7CD0" w:rsidRPr="007250F1">
        <w:rPr>
          <w:rFonts w:ascii="Times New Roman" w:hAnsi="Times New Roman" w:cs="Times New Roman"/>
          <w:sz w:val="28"/>
          <w:szCs w:val="28"/>
          <w:lang w:val="kk-KZ"/>
        </w:rPr>
        <w:t>цилиндрі бойынша интегралдап, келесі теңдікті аламыз:</w:t>
      </w:r>
    </w:p>
    <w:p w14:paraId="3E4BB084" w14:textId="77777777" w:rsidR="004B7CD0" w:rsidRPr="007250F1" w:rsidRDefault="004B7CD0" w:rsidP="00B439DD">
      <w:pPr>
        <w:spacing w:after="0" w:line="240" w:lineRule="auto"/>
        <w:jc w:val="both"/>
        <w:rPr>
          <w:rFonts w:ascii="Times New Roman" w:hAnsi="Times New Roman" w:cs="Times New Roman"/>
          <w:sz w:val="28"/>
          <w:szCs w:val="28"/>
          <w:lang w:val="kk-KZ"/>
        </w:rPr>
      </w:pPr>
    </w:p>
    <w:p w14:paraId="78BF8354" w14:textId="4D3B7619" w:rsidR="004B7CD0" w:rsidRPr="007C53FF" w:rsidRDefault="00A135AE" w:rsidP="004B7CD0">
      <w:pPr>
        <w:spacing w:after="0" w:line="240" w:lineRule="auto"/>
        <w:jc w:val="right"/>
        <w:rPr>
          <w:rFonts w:ascii="Times New Roman" w:hAnsi="Times New Roman" w:cs="Times New Roman"/>
          <w:sz w:val="28"/>
          <w:szCs w:val="28"/>
          <w:lang w:val="kk-KZ"/>
        </w:rPr>
      </w:pPr>
      <w:r>
        <w:rPr>
          <w:rFonts w:ascii="Times New Roman" w:hAnsi="Times New Roman" w:cs="Times New Roman"/>
          <w:noProof/>
          <w:position w:val="-74"/>
          <w:sz w:val="28"/>
          <w:szCs w:val="28"/>
        </w:rPr>
        <w:lastRenderedPageBreak/>
        <w:drawing>
          <wp:inline distT="0" distB="0" distL="0" distR="0" wp14:anchorId="261CBD14" wp14:editId="5978C402">
            <wp:extent cx="4803140" cy="1010920"/>
            <wp:effectExtent l="0" t="0" r="0" b="0"/>
            <wp:docPr id="2377" name="Рисунок 2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7"/>
                    <pic:cNvPicPr>
                      <a:picLocks noChangeAspect="1" noChangeArrowheads="1"/>
                    </pic:cNvPicPr>
                  </pic:nvPicPr>
                  <pic:blipFill>
                    <a:blip r:embed="rId3156" cstate="print">
                      <a:extLst>
                        <a:ext uri="{28A0092B-C50C-407E-A947-70E740481C1C}">
                          <a14:useLocalDpi xmlns:a14="http://schemas.microsoft.com/office/drawing/2010/main" val="0"/>
                        </a:ext>
                      </a:extLst>
                    </a:blip>
                    <a:srcRect/>
                    <a:stretch>
                      <a:fillRect/>
                    </a:stretch>
                  </pic:blipFill>
                  <pic:spPr bwMode="auto">
                    <a:xfrm>
                      <a:off x="0" y="0"/>
                      <a:ext cx="4803140" cy="1010920"/>
                    </a:xfrm>
                    <a:prstGeom prst="rect">
                      <a:avLst/>
                    </a:prstGeom>
                    <a:noFill/>
                    <a:ln>
                      <a:noFill/>
                    </a:ln>
                  </pic:spPr>
                </pic:pic>
              </a:graphicData>
            </a:graphic>
          </wp:inline>
        </w:drawing>
      </w:r>
      <w:r w:rsidR="00112108">
        <w:rPr>
          <w:rFonts w:ascii="Times New Roman" w:hAnsi="Times New Roman" w:cs="Times New Roman"/>
          <w:sz w:val="28"/>
          <w:szCs w:val="28"/>
          <w:lang w:val="kk-KZ"/>
        </w:rPr>
        <w:tab/>
      </w:r>
      <w:r w:rsidR="00112108">
        <w:rPr>
          <w:rFonts w:ascii="Times New Roman" w:hAnsi="Times New Roman" w:cs="Times New Roman"/>
          <w:sz w:val="28"/>
          <w:szCs w:val="28"/>
          <w:lang w:val="kk-KZ"/>
        </w:rPr>
        <w:tab/>
        <w:t>(</w:t>
      </w:r>
      <w:r w:rsidR="00112108" w:rsidRPr="00112108">
        <w:rPr>
          <w:rFonts w:ascii="Times New Roman" w:hAnsi="Times New Roman" w:cs="Times New Roman"/>
          <w:sz w:val="28"/>
          <w:szCs w:val="28"/>
          <w:lang w:val="kk-KZ"/>
        </w:rPr>
        <w:t>2</w:t>
      </w:r>
      <w:r w:rsidR="00112108">
        <w:rPr>
          <w:rFonts w:ascii="Times New Roman" w:hAnsi="Times New Roman" w:cs="Times New Roman"/>
          <w:sz w:val="28"/>
          <w:szCs w:val="28"/>
          <w:lang w:val="kk-KZ"/>
        </w:rPr>
        <w:t>.</w:t>
      </w:r>
      <w:r w:rsidR="00112108" w:rsidRPr="00112108">
        <w:rPr>
          <w:rFonts w:ascii="Times New Roman" w:hAnsi="Times New Roman" w:cs="Times New Roman"/>
          <w:sz w:val="28"/>
          <w:szCs w:val="28"/>
          <w:lang w:val="kk-KZ"/>
        </w:rPr>
        <w:t>84</w:t>
      </w:r>
      <w:r w:rsidR="004B7CD0" w:rsidRPr="007C53FF">
        <w:rPr>
          <w:rFonts w:ascii="Times New Roman" w:hAnsi="Times New Roman" w:cs="Times New Roman"/>
          <w:sz w:val="28"/>
          <w:szCs w:val="28"/>
          <w:lang w:val="kk-KZ"/>
        </w:rPr>
        <w:t>)</w:t>
      </w:r>
    </w:p>
    <w:p w14:paraId="661E2360" w14:textId="77777777" w:rsidR="004B7CD0" w:rsidRPr="007C53FF" w:rsidRDefault="004B7CD0" w:rsidP="004B7CD0">
      <w:pPr>
        <w:spacing w:after="0" w:line="240" w:lineRule="auto"/>
        <w:rPr>
          <w:rFonts w:ascii="Times New Roman" w:hAnsi="Times New Roman" w:cs="Times New Roman"/>
          <w:sz w:val="28"/>
          <w:szCs w:val="28"/>
          <w:lang w:val="kk-KZ"/>
        </w:rPr>
      </w:pPr>
    </w:p>
    <w:p w14:paraId="2D400F70" w14:textId="00BB25A6" w:rsidR="004B7CD0" w:rsidRPr="007C53FF" w:rsidRDefault="00A135AE" w:rsidP="004B7CD0">
      <w:pPr>
        <w:spacing w:after="0" w:line="240" w:lineRule="auto"/>
        <w:jc w:val="right"/>
        <w:rPr>
          <w:rFonts w:ascii="Times New Roman" w:hAnsi="Times New Roman" w:cs="Times New Roman"/>
          <w:sz w:val="28"/>
          <w:szCs w:val="28"/>
          <w:lang w:val="kk-KZ"/>
        </w:rPr>
      </w:pPr>
      <w:r>
        <w:rPr>
          <w:rFonts w:ascii="Times New Roman" w:hAnsi="Times New Roman" w:cs="Times New Roman"/>
          <w:noProof/>
          <w:position w:val="-74"/>
          <w:sz w:val="28"/>
          <w:szCs w:val="28"/>
        </w:rPr>
        <w:drawing>
          <wp:inline distT="0" distB="0" distL="0" distR="0" wp14:anchorId="378E6688" wp14:editId="433AFA77">
            <wp:extent cx="4986020" cy="1010920"/>
            <wp:effectExtent l="0" t="0" r="5080" b="0"/>
            <wp:docPr id="2378" name="Рисунок 2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8"/>
                    <pic:cNvPicPr>
                      <a:picLocks noChangeAspect="1" noChangeArrowheads="1"/>
                    </pic:cNvPicPr>
                  </pic:nvPicPr>
                  <pic:blipFill>
                    <a:blip r:embed="rId3157" cstate="print">
                      <a:extLst>
                        <a:ext uri="{28A0092B-C50C-407E-A947-70E740481C1C}">
                          <a14:useLocalDpi xmlns:a14="http://schemas.microsoft.com/office/drawing/2010/main" val="0"/>
                        </a:ext>
                      </a:extLst>
                    </a:blip>
                    <a:srcRect/>
                    <a:stretch>
                      <a:fillRect/>
                    </a:stretch>
                  </pic:blipFill>
                  <pic:spPr bwMode="auto">
                    <a:xfrm>
                      <a:off x="0" y="0"/>
                      <a:ext cx="4986020" cy="1010920"/>
                    </a:xfrm>
                    <a:prstGeom prst="rect">
                      <a:avLst/>
                    </a:prstGeom>
                    <a:noFill/>
                    <a:ln>
                      <a:noFill/>
                    </a:ln>
                  </pic:spPr>
                </pic:pic>
              </a:graphicData>
            </a:graphic>
          </wp:inline>
        </w:drawing>
      </w:r>
      <w:r w:rsidR="00112108">
        <w:rPr>
          <w:rFonts w:ascii="Times New Roman" w:hAnsi="Times New Roman" w:cs="Times New Roman"/>
          <w:sz w:val="28"/>
          <w:szCs w:val="28"/>
          <w:lang w:val="kk-KZ"/>
        </w:rPr>
        <w:tab/>
        <w:t>(</w:t>
      </w:r>
      <w:r w:rsidR="00112108" w:rsidRPr="00112108">
        <w:rPr>
          <w:rFonts w:ascii="Times New Roman" w:hAnsi="Times New Roman" w:cs="Times New Roman"/>
          <w:sz w:val="28"/>
          <w:szCs w:val="28"/>
          <w:lang w:val="kk-KZ"/>
        </w:rPr>
        <w:t>2</w:t>
      </w:r>
      <w:r w:rsidR="00112108">
        <w:rPr>
          <w:rFonts w:ascii="Times New Roman" w:hAnsi="Times New Roman" w:cs="Times New Roman"/>
          <w:sz w:val="28"/>
          <w:szCs w:val="28"/>
          <w:lang w:val="kk-KZ"/>
        </w:rPr>
        <w:t>.</w:t>
      </w:r>
      <w:r w:rsidR="00112108" w:rsidRPr="00112108">
        <w:rPr>
          <w:rFonts w:ascii="Times New Roman" w:hAnsi="Times New Roman" w:cs="Times New Roman"/>
          <w:sz w:val="28"/>
          <w:szCs w:val="28"/>
          <w:lang w:val="kk-KZ"/>
        </w:rPr>
        <w:t>85</w:t>
      </w:r>
      <w:r w:rsidR="004B7CD0" w:rsidRPr="007C53FF">
        <w:rPr>
          <w:rFonts w:ascii="Times New Roman" w:hAnsi="Times New Roman" w:cs="Times New Roman"/>
          <w:sz w:val="28"/>
          <w:szCs w:val="28"/>
          <w:lang w:val="kk-KZ"/>
        </w:rPr>
        <w:t>)</w:t>
      </w:r>
    </w:p>
    <w:p w14:paraId="0D9D154E" w14:textId="118AF472" w:rsidR="004B7CD0" w:rsidRPr="007250F1" w:rsidRDefault="00112108" w:rsidP="004B7CD0">
      <w:pPr>
        <w:spacing w:after="0" w:line="240" w:lineRule="auto"/>
        <w:jc w:val="both"/>
        <w:rPr>
          <w:rFonts w:ascii="Times New Roman" w:hAnsi="Times New Roman" w:cs="Times New Roman"/>
          <w:sz w:val="28"/>
          <w:szCs w:val="28"/>
          <w:lang w:val="kk-KZ"/>
        </w:rPr>
      </w:pPr>
      <w:r w:rsidRPr="007250F1">
        <w:rPr>
          <w:rFonts w:ascii="Times New Roman" w:hAnsi="Times New Roman" w:cs="Times New Roman"/>
          <w:sz w:val="28"/>
          <w:szCs w:val="28"/>
          <w:lang w:val="kk-KZ"/>
        </w:rPr>
        <w:t>(2.84), (2.85</w:t>
      </w:r>
      <w:r w:rsidR="004B7CD0" w:rsidRPr="007250F1">
        <w:rPr>
          <w:rFonts w:ascii="Times New Roman" w:hAnsi="Times New Roman" w:cs="Times New Roman"/>
          <w:sz w:val="28"/>
          <w:szCs w:val="28"/>
          <w:lang w:val="kk-KZ"/>
        </w:rPr>
        <w:t>) теңдіктерінің оң жағына Гельдер және  Юнг теңсіздіктерін қолданып және теоремадағы шарттарымызды ескере отырып, келесі бағалауларды аламыз:</w:t>
      </w:r>
    </w:p>
    <w:p w14:paraId="5E470E1A" w14:textId="77777777" w:rsidR="004B7CD0" w:rsidRPr="007250F1" w:rsidRDefault="004B7CD0" w:rsidP="004B7CD0">
      <w:pPr>
        <w:spacing w:after="0" w:line="240" w:lineRule="auto"/>
        <w:rPr>
          <w:rFonts w:ascii="Times New Roman" w:hAnsi="Times New Roman" w:cs="Times New Roman"/>
          <w:sz w:val="28"/>
          <w:szCs w:val="28"/>
          <w:lang w:val="kk-KZ"/>
        </w:rPr>
      </w:pPr>
    </w:p>
    <w:p w14:paraId="66F4E132" w14:textId="2E196B63" w:rsidR="004B7CD0" w:rsidRPr="007C53FF" w:rsidRDefault="00A135AE" w:rsidP="004B7CD0">
      <w:pPr>
        <w:spacing w:after="0" w:line="240" w:lineRule="auto"/>
        <w:jc w:val="right"/>
        <w:rPr>
          <w:rFonts w:ascii="Times New Roman" w:hAnsi="Times New Roman" w:cs="Times New Roman"/>
          <w:sz w:val="28"/>
          <w:szCs w:val="28"/>
          <w:lang w:val="kk-KZ"/>
        </w:rPr>
      </w:pPr>
      <w:r>
        <w:rPr>
          <w:rFonts w:ascii="Times New Roman" w:hAnsi="Times New Roman" w:cs="Times New Roman"/>
          <w:noProof/>
          <w:position w:val="-72"/>
          <w:sz w:val="28"/>
          <w:szCs w:val="28"/>
        </w:rPr>
        <w:drawing>
          <wp:inline distT="0" distB="0" distL="0" distR="0" wp14:anchorId="6D004712" wp14:editId="178F2F8A">
            <wp:extent cx="4109720" cy="991235"/>
            <wp:effectExtent l="0" t="0" r="5080" b="0"/>
            <wp:docPr id="2379" name="Рисунок 2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9"/>
                    <pic:cNvPicPr>
                      <a:picLocks noChangeAspect="1" noChangeArrowheads="1"/>
                    </pic:cNvPicPr>
                  </pic:nvPicPr>
                  <pic:blipFill>
                    <a:blip r:embed="rId3158" cstate="print">
                      <a:extLst>
                        <a:ext uri="{28A0092B-C50C-407E-A947-70E740481C1C}">
                          <a14:useLocalDpi xmlns:a14="http://schemas.microsoft.com/office/drawing/2010/main" val="0"/>
                        </a:ext>
                      </a:extLst>
                    </a:blip>
                    <a:srcRect/>
                    <a:stretch>
                      <a:fillRect/>
                    </a:stretch>
                  </pic:blipFill>
                  <pic:spPr bwMode="auto">
                    <a:xfrm>
                      <a:off x="0" y="0"/>
                      <a:ext cx="4109720" cy="991235"/>
                    </a:xfrm>
                    <a:prstGeom prst="rect">
                      <a:avLst/>
                    </a:prstGeom>
                    <a:noFill/>
                    <a:ln>
                      <a:noFill/>
                    </a:ln>
                  </pic:spPr>
                </pic:pic>
              </a:graphicData>
            </a:graphic>
          </wp:inline>
        </w:drawing>
      </w:r>
      <w:r w:rsidR="00112108">
        <w:rPr>
          <w:rFonts w:ascii="Times New Roman" w:hAnsi="Times New Roman" w:cs="Times New Roman"/>
          <w:sz w:val="28"/>
          <w:szCs w:val="28"/>
          <w:lang w:val="kk-KZ"/>
        </w:rPr>
        <w:tab/>
      </w:r>
      <w:r w:rsidR="00112108">
        <w:rPr>
          <w:rFonts w:ascii="Times New Roman" w:hAnsi="Times New Roman" w:cs="Times New Roman"/>
          <w:sz w:val="28"/>
          <w:szCs w:val="28"/>
          <w:lang w:val="kk-KZ"/>
        </w:rPr>
        <w:tab/>
        <w:t>(</w:t>
      </w:r>
      <w:r w:rsidR="00112108" w:rsidRPr="00EA1B6A">
        <w:rPr>
          <w:rFonts w:ascii="Times New Roman" w:hAnsi="Times New Roman" w:cs="Times New Roman"/>
          <w:sz w:val="28"/>
          <w:szCs w:val="28"/>
          <w:lang w:val="kk-KZ"/>
        </w:rPr>
        <w:t>2</w:t>
      </w:r>
      <w:r w:rsidR="00112108">
        <w:rPr>
          <w:rFonts w:ascii="Times New Roman" w:hAnsi="Times New Roman" w:cs="Times New Roman"/>
          <w:sz w:val="28"/>
          <w:szCs w:val="28"/>
          <w:lang w:val="kk-KZ"/>
        </w:rPr>
        <w:t>.</w:t>
      </w:r>
      <w:r w:rsidR="00112108" w:rsidRPr="00EA1B6A">
        <w:rPr>
          <w:rFonts w:ascii="Times New Roman" w:hAnsi="Times New Roman" w:cs="Times New Roman"/>
          <w:sz w:val="28"/>
          <w:szCs w:val="28"/>
          <w:lang w:val="kk-KZ"/>
        </w:rPr>
        <w:t>86</w:t>
      </w:r>
      <w:r w:rsidR="004B7CD0" w:rsidRPr="007C53FF">
        <w:rPr>
          <w:rFonts w:ascii="Times New Roman" w:hAnsi="Times New Roman" w:cs="Times New Roman"/>
          <w:sz w:val="28"/>
          <w:szCs w:val="28"/>
          <w:lang w:val="kk-KZ"/>
        </w:rPr>
        <w:t>)</w:t>
      </w:r>
    </w:p>
    <w:p w14:paraId="5B702EA1" w14:textId="36D4124B" w:rsidR="004B7CD0" w:rsidRDefault="00A135AE" w:rsidP="004B7CD0">
      <w:pPr>
        <w:spacing w:after="0" w:line="240" w:lineRule="auto"/>
        <w:jc w:val="right"/>
        <w:rPr>
          <w:rFonts w:ascii="Times New Roman" w:hAnsi="Times New Roman" w:cs="Times New Roman"/>
          <w:sz w:val="28"/>
          <w:szCs w:val="28"/>
          <w:lang w:val="kk-KZ"/>
        </w:rPr>
      </w:pPr>
      <w:r>
        <w:rPr>
          <w:rFonts w:ascii="Times New Roman" w:hAnsi="Times New Roman" w:cs="Times New Roman"/>
          <w:noProof/>
          <w:position w:val="-74"/>
          <w:sz w:val="28"/>
          <w:szCs w:val="28"/>
        </w:rPr>
        <w:drawing>
          <wp:inline distT="0" distB="0" distL="0" distR="0" wp14:anchorId="3EB36B4F" wp14:editId="41B0069B">
            <wp:extent cx="4071620" cy="1010920"/>
            <wp:effectExtent l="0" t="0" r="5080" b="0"/>
            <wp:docPr id="2380" name="Рисунок 2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0"/>
                    <pic:cNvPicPr>
                      <a:picLocks noChangeAspect="1" noChangeArrowheads="1"/>
                    </pic:cNvPicPr>
                  </pic:nvPicPr>
                  <pic:blipFill>
                    <a:blip r:embed="rId3159" cstate="print">
                      <a:extLst>
                        <a:ext uri="{28A0092B-C50C-407E-A947-70E740481C1C}">
                          <a14:useLocalDpi xmlns:a14="http://schemas.microsoft.com/office/drawing/2010/main" val="0"/>
                        </a:ext>
                      </a:extLst>
                    </a:blip>
                    <a:srcRect/>
                    <a:stretch>
                      <a:fillRect/>
                    </a:stretch>
                  </pic:blipFill>
                  <pic:spPr bwMode="auto">
                    <a:xfrm>
                      <a:off x="0" y="0"/>
                      <a:ext cx="4071620" cy="1010920"/>
                    </a:xfrm>
                    <a:prstGeom prst="rect">
                      <a:avLst/>
                    </a:prstGeom>
                    <a:noFill/>
                    <a:ln>
                      <a:noFill/>
                    </a:ln>
                  </pic:spPr>
                </pic:pic>
              </a:graphicData>
            </a:graphic>
          </wp:inline>
        </w:drawing>
      </w:r>
      <w:r w:rsidR="00112108">
        <w:rPr>
          <w:rFonts w:ascii="Times New Roman" w:hAnsi="Times New Roman" w:cs="Times New Roman"/>
          <w:sz w:val="28"/>
          <w:szCs w:val="28"/>
          <w:lang w:val="kk-KZ"/>
        </w:rPr>
        <w:tab/>
      </w:r>
      <w:r w:rsidR="00112108">
        <w:rPr>
          <w:rFonts w:ascii="Times New Roman" w:hAnsi="Times New Roman" w:cs="Times New Roman"/>
          <w:sz w:val="28"/>
          <w:szCs w:val="28"/>
          <w:lang w:val="kk-KZ"/>
        </w:rPr>
        <w:tab/>
        <w:t>(</w:t>
      </w:r>
      <w:r w:rsidR="00112108" w:rsidRPr="00EA1B6A">
        <w:rPr>
          <w:rFonts w:ascii="Times New Roman" w:hAnsi="Times New Roman" w:cs="Times New Roman"/>
          <w:sz w:val="28"/>
          <w:szCs w:val="28"/>
          <w:lang w:val="kk-KZ"/>
        </w:rPr>
        <w:t>2</w:t>
      </w:r>
      <w:r w:rsidR="00112108">
        <w:rPr>
          <w:rFonts w:ascii="Times New Roman" w:hAnsi="Times New Roman" w:cs="Times New Roman"/>
          <w:sz w:val="28"/>
          <w:szCs w:val="28"/>
          <w:lang w:val="kk-KZ"/>
        </w:rPr>
        <w:t>.</w:t>
      </w:r>
      <w:r w:rsidR="00112108" w:rsidRPr="00EA1B6A">
        <w:rPr>
          <w:rFonts w:ascii="Times New Roman" w:hAnsi="Times New Roman" w:cs="Times New Roman"/>
          <w:sz w:val="28"/>
          <w:szCs w:val="28"/>
          <w:lang w:val="kk-KZ"/>
        </w:rPr>
        <w:t>87</w:t>
      </w:r>
      <w:r w:rsidR="004B7CD0" w:rsidRPr="007C53FF">
        <w:rPr>
          <w:rFonts w:ascii="Times New Roman" w:hAnsi="Times New Roman" w:cs="Times New Roman"/>
          <w:sz w:val="28"/>
          <w:szCs w:val="28"/>
          <w:lang w:val="kk-KZ"/>
        </w:rPr>
        <w:t>)</w:t>
      </w:r>
    </w:p>
    <w:p w14:paraId="02E619DE" w14:textId="77777777" w:rsidR="00EF52AB" w:rsidRPr="007C53FF" w:rsidRDefault="00EF52AB" w:rsidP="004B7CD0">
      <w:pPr>
        <w:spacing w:after="0" w:line="240" w:lineRule="auto"/>
        <w:jc w:val="right"/>
        <w:rPr>
          <w:rFonts w:ascii="Times New Roman" w:hAnsi="Times New Roman" w:cs="Times New Roman"/>
          <w:sz w:val="28"/>
          <w:szCs w:val="28"/>
          <w:lang w:val="kk-KZ"/>
        </w:rPr>
      </w:pPr>
    </w:p>
    <w:p w14:paraId="63273E44" w14:textId="436D85F9" w:rsidR="004B7CD0" w:rsidRPr="007250F1" w:rsidRDefault="00EA1B6A" w:rsidP="00EF52AB">
      <w:pPr>
        <w:spacing w:after="0" w:line="240" w:lineRule="auto"/>
        <w:ind w:firstLine="708"/>
        <w:jc w:val="both"/>
        <w:rPr>
          <w:rFonts w:ascii="Times New Roman" w:hAnsi="Times New Roman" w:cs="Times New Roman"/>
          <w:sz w:val="28"/>
          <w:szCs w:val="28"/>
          <w:lang w:val="kk-KZ"/>
        </w:rPr>
      </w:pPr>
      <w:r w:rsidRPr="007250F1">
        <w:rPr>
          <w:rFonts w:ascii="Times New Roman" w:hAnsi="Times New Roman" w:cs="Times New Roman"/>
          <w:sz w:val="28"/>
          <w:szCs w:val="28"/>
          <w:lang w:val="kk-KZ"/>
        </w:rPr>
        <w:t>Дәл осылайша, (2</w:t>
      </w:r>
      <w:r w:rsidR="004B7CD0" w:rsidRPr="007250F1">
        <w:rPr>
          <w:rFonts w:ascii="Times New Roman" w:hAnsi="Times New Roman" w:cs="Times New Roman"/>
          <w:sz w:val="28"/>
          <w:szCs w:val="28"/>
          <w:lang w:val="kk-KZ"/>
        </w:rPr>
        <w:t>.</w:t>
      </w:r>
      <w:r w:rsidRPr="007250F1">
        <w:rPr>
          <w:rFonts w:ascii="Times New Roman" w:hAnsi="Times New Roman" w:cs="Times New Roman"/>
          <w:sz w:val="28"/>
          <w:szCs w:val="28"/>
          <w:lang w:val="kk-KZ"/>
        </w:rPr>
        <w:t>6</w:t>
      </w:r>
      <w:r w:rsidR="004B7CD0" w:rsidRPr="007250F1">
        <w:rPr>
          <w:rFonts w:ascii="Times New Roman" w:hAnsi="Times New Roman" w:cs="Times New Roman"/>
          <w:sz w:val="28"/>
          <w:szCs w:val="28"/>
          <w:lang w:val="kk-KZ"/>
        </w:rPr>
        <w:t xml:space="preserve">5) теңдеуді </w:t>
      </w:r>
      <w:r w:rsidR="00A135AE" w:rsidRPr="007250F1">
        <w:rPr>
          <w:rFonts w:ascii="Times New Roman" w:hAnsi="Times New Roman" w:cs="Times New Roman"/>
          <w:noProof/>
          <w:position w:val="-16"/>
          <w:sz w:val="28"/>
          <w:szCs w:val="28"/>
        </w:rPr>
        <w:drawing>
          <wp:inline distT="0" distB="0" distL="0" distR="0" wp14:anchorId="04289397" wp14:editId="13338F5C">
            <wp:extent cx="414020" cy="250190"/>
            <wp:effectExtent l="0" t="0" r="5080" b="0"/>
            <wp:docPr id="2381" name="Рисунок 2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1"/>
                    <pic:cNvPicPr>
                      <a:picLocks noChangeAspect="1" noChangeArrowheads="1"/>
                    </pic:cNvPicPr>
                  </pic:nvPicPr>
                  <pic:blipFill>
                    <a:blip r:embed="rId3160" cstate="print">
                      <a:extLst>
                        <a:ext uri="{28A0092B-C50C-407E-A947-70E740481C1C}">
                          <a14:useLocalDpi xmlns:a14="http://schemas.microsoft.com/office/drawing/2010/main" val="0"/>
                        </a:ext>
                      </a:extLst>
                    </a:blip>
                    <a:srcRect/>
                    <a:stretch>
                      <a:fillRect/>
                    </a:stretch>
                  </pic:blipFill>
                  <pic:spPr bwMode="auto">
                    <a:xfrm>
                      <a:off x="0" y="0"/>
                      <a:ext cx="414020" cy="250190"/>
                    </a:xfrm>
                    <a:prstGeom prst="rect">
                      <a:avLst/>
                    </a:prstGeom>
                    <a:noFill/>
                    <a:ln>
                      <a:noFill/>
                    </a:ln>
                  </pic:spPr>
                </pic:pic>
              </a:graphicData>
            </a:graphic>
          </wp:inline>
        </w:drawing>
      </w:r>
      <w:r w:rsidR="004B7CD0" w:rsidRPr="007250F1">
        <w:rPr>
          <w:rFonts w:ascii="Times New Roman" w:hAnsi="Times New Roman" w:cs="Times New Roman"/>
          <w:sz w:val="28"/>
          <w:szCs w:val="28"/>
          <w:lang w:val="kk-KZ"/>
        </w:rPr>
        <w:t xml:space="preserve"> және </w:t>
      </w:r>
      <w:r w:rsidR="00A135AE" w:rsidRPr="007250F1">
        <w:rPr>
          <w:rFonts w:ascii="Times New Roman" w:hAnsi="Times New Roman" w:cs="Times New Roman"/>
          <w:noProof/>
          <w:position w:val="-16"/>
          <w:sz w:val="28"/>
          <w:szCs w:val="28"/>
        </w:rPr>
        <w:drawing>
          <wp:inline distT="0" distB="0" distL="0" distR="0" wp14:anchorId="23B2ABD3" wp14:editId="655FB139">
            <wp:extent cx="529590" cy="250190"/>
            <wp:effectExtent l="0" t="0" r="3810" b="0"/>
            <wp:docPr id="2382" name="Рисунок 2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2"/>
                    <pic:cNvPicPr>
                      <a:picLocks noChangeAspect="1" noChangeArrowheads="1"/>
                    </pic:cNvPicPr>
                  </pic:nvPicPr>
                  <pic:blipFill>
                    <a:blip r:embed="rId3161" cstate="print">
                      <a:extLst>
                        <a:ext uri="{28A0092B-C50C-407E-A947-70E740481C1C}">
                          <a14:useLocalDpi xmlns:a14="http://schemas.microsoft.com/office/drawing/2010/main" val="0"/>
                        </a:ext>
                      </a:extLst>
                    </a:blip>
                    <a:srcRect/>
                    <a:stretch>
                      <a:fillRect/>
                    </a:stretch>
                  </pic:blipFill>
                  <pic:spPr bwMode="auto">
                    <a:xfrm>
                      <a:off x="0" y="0"/>
                      <a:ext cx="529590" cy="250190"/>
                    </a:xfrm>
                    <a:prstGeom prst="rect">
                      <a:avLst/>
                    </a:prstGeom>
                    <a:noFill/>
                    <a:ln>
                      <a:noFill/>
                    </a:ln>
                  </pic:spPr>
                </pic:pic>
              </a:graphicData>
            </a:graphic>
          </wp:inline>
        </w:drawing>
      </w:r>
      <w:r w:rsidR="004B7CD0" w:rsidRPr="007250F1">
        <w:rPr>
          <w:rFonts w:ascii="Times New Roman" w:hAnsi="Times New Roman" w:cs="Times New Roman"/>
          <w:sz w:val="28"/>
          <w:szCs w:val="28"/>
          <w:lang w:val="kk-KZ"/>
        </w:rPr>
        <w:t xml:space="preserve"> функцияларына </w:t>
      </w:r>
      <w:r w:rsidR="00A135AE" w:rsidRPr="007250F1">
        <w:rPr>
          <w:rFonts w:ascii="Times New Roman" w:hAnsi="Times New Roman" w:cs="Times New Roman"/>
          <w:noProof/>
          <w:position w:val="-12"/>
          <w:sz w:val="28"/>
          <w:szCs w:val="28"/>
        </w:rPr>
        <w:drawing>
          <wp:inline distT="0" distB="0" distL="0" distR="0" wp14:anchorId="18767853" wp14:editId="55AF9764">
            <wp:extent cx="462280" cy="231140"/>
            <wp:effectExtent l="0" t="0" r="0" b="0"/>
            <wp:docPr id="2383" name="Рисунок 2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3"/>
                    <pic:cNvPicPr>
                      <a:picLocks noChangeAspect="1" noChangeArrowheads="1"/>
                    </pic:cNvPicPr>
                  </pic:nvPicPr>
                  <pic:blipFill>
                    <a:blip r:embed="rId3162" cstate="print">
                      <a:extLst>
                        <a:ext uri="{28A0092B-C50C-407E-A947-70E740481C1C}">
                          <a14:useLocalDpi xmlns:a14="http://schemas.microsoft.com/office/drawing/2010/main" val="0"/>
                        </a:ext>
                      </a:extLst>
                    </a:blip>
                    <a:srcRect/>
                    <a:stretch>
                      <a:fillRect/>
                    </a:stretch>
                  </pic:blipFill>
                  <pic:spPr bwMode="auto">
                    <a:xfrm>
                      <a:off x="0" y="0"/>
                      <a:ext cx="462280" cy="231140"/>
                    </a:xfrm>
                    <a:prstGeom prst="rect">
                      <a:avLst/>
                    </a:prstGeom>
                    <a:noFill/>
                    <a:ln>
                      <a:noFill/>
                    </a:ln>
                  </pic:spPr>
                </pic:pic>
              </a:graphicData>
            </a:graphic>
          </wp:inline>
        </w:drawing>
      </w:r>
      <w:r w:rsidR="004B7CD0" w:rsidRPr="007250F1">
        <w:rPr>
          <w:rFonts w:ascii="Times New Roman" w:hAnsi="Times New Roman" w:cs="Times New Roman"/>
          <w:sz w:val="28"/>
          <w:szCs w:val="28"/>
          <w:lang w:val="kk-KZ"/>
        </w:rPr>
        <w:t>-</w:t>
      </w:r>
      <w:r w:rsidRPr="007250F1">
        <w:rPr>
          <w:rFonts w:ascii="Times New Roman" w:hAnsi="Times New Roman" w:cs="Times New Roman"/>
          <w:sz w:val="28"/>
          <w:szCs w:val="28"/>
          <w:lang w:val="kk-KZ"/>
        </w:rPr>
        <w:t>де скаляр көбейте отырып және (2.86) және (2.87</w:t>
      </w:r>
      <w:r w:rsidR="004B7CD0" w:rsidRPr="007250F1">
        <w:rPr>
          <w:rFonts w:ascii="Times New Roman" w:hAnsi="Times New Roman" w:cs="Times New Roman"/>
          <w:sz w:val="28"/>
          <w:szCs w:val="28"/>
          <w:lang w:val="kk-KZ"/>
        </w:rPr>
        <w:t xml:space="preserve">) бағалауларын ескеріп    </w:t>
      </w:r>
      <w:r w:rsidR="00A135AE" w:rsidRPr="007250F1">
        <w:rPr>
          <w:rFonts w:ascii="Times New Roman" w:hAnsi="Times New Roman" w:cs="Times New Roman"/>
          <w:noProof/>
          <w:position w:val="-12"/>
          <w:sz w:val="28"/>
          <w:szCs w:val="28"/>
        </w:rPr>
        <w:drawing>
          <wp:inline distT="0" distB="0" distL="0" distR="0" wp14:anchorId="13F2C43F" wp14:editId="0DD68BBD">
            <wp:extent cx="529590" cy="231140"/>
            <wp:effectExtent l="0" t="0" r="0" b="0"/>
            <wp:docPr id="2384" name="Рисунок 2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4"/>
                    <pic:cNvPicPr>
                      <a:picLocks noChangeAspect="1" noChangeArrowheads="1"/>
                    </pic:cNvPicPr>
                  </pic:nvPicPr>
                  <pic:blipFill>
                    <a:blip r:embed="rId3163" cstate="print">
                      <a:extLst>
                        <a:ext uri="{28A0092B-C50C-407E-A947-70E740481C1C}">
                          <a14:useLocalDpi xmlns:a14="http://schemas.microsoft.com/office/drawing/2010/main" val="0"/>
                        </a:ext>
                      </a:extLst>
                    </a:blip>
                    <a:srcRect/>
                    <a:stretch>
                      <a:fillRect/>
                    </a:stretch>
                  </pic:blipFill>
                  <pic:spPr bwMode="auto">
                    <a:xfrm>
                      <a:off x="0" y="0"/>
                      <a:ext cx="529590" cy="231140"/>
                    </a:xfrm>
                    <a:prstGeom prst="rect">
                      <a:avLst/>
                    </a:prstGeom>
                    <a:noFill/>
                    <a:ln>
                      <a:noFill/>
                    </a:ln>
                  </pic:spPr>
                </pic:pic>
              </a:graphicData>
            </a:graphic>
          </wp:inline>
        </w:drawing>
      </w:r>
      <w:r w:rsidRPr="007250F1">
        <w:rPr>
          <w:rFonts w:ascii="Times New Roman" w:hAnsi="Times New Roman" w:cs="Times New Roman"/>
          <w:sz w:val="28"/>
          <w:szCs w:val="28"/>
          <w:lang w:val="kk-KZ"/>
        </w:rPr>
        <w:t xml:space="preserve"> </w:t>
      </w:r>
      <w:r w:rsidR="004B7CD0" w:rsidRPr="007250F1">
        <w:rPr>
          <w:rFonts w:ascii="Times New Roman" w:hAnsi="Times New Roman" w:cs="Times New Roman"/>
          <w:sz w:val="28"/>
          <w:szCs w:val="28"/>
          <w:lang w:val="kk-KZ"/>
        </w:rPr>
        <w:t>функциясы үшін бағалауын аламыз:</w:t>
      </w:r>
    </w:p>
    <w:p w14:paraId="738C920A" w14:textId="77777777" w:rsidR="004B7CD0" w:rsidRPr="007250F1" w:rsidRDefault="004B7CD0" w:rsidP="007250F1">
      <w:pPr>
        <w:spacing w:after="0" w:line="240" w:lineRule="auto"/>
        <w:jc w:val="both"/>
        <w:rPr>
          <w:rFonts w:ascii="Times New Roman" w:hAnsi="Times New Roman" w:cs="Times New Roman"/>
          <w:sz w:val="28"/>
          <w:szCs w:val="28"/>
          <w:lang w:val="kk-KZ"/>
        </w:rPr>
      </w:pPr>
    </w:p>
    <w:p w14:paraId="72CB7394" w14:textId="7ACEA017" w:rsidR="004B7CD0" w:rsidRPr="007250F1" w:rsidRDefault="00A135AE" w:rsidP="007250F1">
      <w:pPr>
        <w:spacing w:after="0" w:line="240" w:lineRule="auto"/>
        <w:jc w:val="right"/>
        <w:rPr>
          <w:rFonts w:ascii="Times New Roman" w:hAnsi="Times New Roman" w:cs="Times New Roman"/>
          <w:sz w:val="28"/>
          <w:szCs w:val="28"/>
          <w:lang w:val="kk-KZ"/>
        </w:rPr>
      </w:pPr>
      <w:r w:rsidRPr="007250F1">
        <w:rPr>
          <w:rFonts w:ascii="Times New Roman" w:hAnsi="Times New Roman" w:cs="Times New Roman"/>
          <w:noProof/>
          <w:position w:val="-38"/>
          <w:sz w:val="28"/>
          <w:szCs w:val="28"/>
        </w:rPr>
        <w:drawing>
          <wp:inline distT="0" distB="0" distL="0" distR="0" wp14:anchorId="635F7249" wp14:editId="20F5C045">
            <wp:extent cx="4417695" cy="500380"/>
            <wp:effectExtent l="0" t="0" r="1905" b="0"/>
            <wp:docPr id="2385" name="Рисунок 2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5"/>
                    <pic:cNvPicPr>
                      <a:picLocks noChangeAspect="1" noChangeArrowheads="1"/>
                    </pic:cNvPicPr>
                  </pic:nvPicPr>
                  <pic:blipFill>
                    <a:blip r:embed="rId3164" cstate="print">
                      <a:extLst>
                        <a:ext uri="{28A0092B-C50C-407E-A947-70E740481C1C}">
                          <a14:useLocalDpi xmlns:a14="http://schemas.microsoft.com/office/drawing/2010/main" val="0"/>
                        </a:ext>
                      </a:extLst>
                    </a:blip>
                    <a:srcRect/>
                    <a:stretch>
                      <a:fillRect/>
                    </a:stretch>
                  </pic:blipFill>
                  <pic:spPr bwMode="auto">
                    <a:xfrm>
                      <a:off x="0" y="0"/>
                      <a:ext cx="4417695" cy="500380"/>
                    </a:xfrm>
                    <a:prstGeom prst="rect">
                      <a:avLst/>
                    </a:prstGeom>
                    <a:noFill/>
                    <a:ln>
                      <a:noFill/>
                    </a:ln>
                  </pic:spPr>
                </pic:pic>
              </a:graphicData>
            </a:graphic>
          </wp:inline>
        </w:drawing>
      </w:r>
      <w:r w:rsidR="00EA1B6A" w:rsidRPr="007250F1">
        <w:rPr>
          <w:rFonts w:ascii="Times New Roman" w:hAnsi="Times New Roman" w:cs="Times New Roman"/>
          <w:sz w:val="28"/>
          <w:szCs w:val="28"/>
          <w:lang w:val="kk-KZ"/>
        </w:rPr>
        <w:tab/>
      </w:r>
      <w:r w:rsidR="00EA1B6A" w:rsidRPr="007250F1">
        <w:rPr>
          <w:rFonts w:ascii="Times New Roman" w:hAnsi="Times New Roman" w:cs="Times New Roman"/>
          <w:sz w:val="28"/>
          <w:szCs w:val="28"/>
          <w:lang w:val="kk-KZ"/>
        </w:rPr>
        <w:tab/>
        <w:t>(2.88</w:t>
      </w:r>
      <w:r w:rsidR="004B7CD0" w:rsidRPr="007250F1">
        <w:rPr>
          <w:rFonts w:ascii="Times New Roman" w:hAnsi="Times New Roman" w:cs="Times New Roman"/>
          <w:sz w:val="28"/>
          <w:szCs w:val="28"/>
          <w:lang w:val="kk-KZ"/>
        </w:rPr>
        <w:t>)</w:t>
      </w:r>
    </w:p>
    <w:p w14:paraId="021DEEFA" w14:textId="39D78FDA" w:rsidR="004B7CD0" w:rsidRPr="007250F1" w:rsidRDefault="00A135AE" w:rsidP="007250F1">
      <w:pPr>
        <w:spacing w:after="0" w:line="240" w:lineRule="auto"/>
        <w:jc w:val="right"/>
        <w:rPr>
          <w:rFonts w:ascii="Times New Roman" w:hAnsi="Times New Roman" w:cs="Times New Roman"/>
          <w:sz w:val="28"/>
          <w:szCs w:val="28"/>
          <w:lang w:val="kk-KZ"/>
        </w:rPr>
      </w:pPr>
      <w:r w:rsidRPr="007250F1">
        <w:rPr>
          <w:rFonts w:ascii="Times New Roman" w:hAnsi="Times New Roman" w:cs="Times New Roman"/>
          <w:noProof/>
          <w:position w:val="-38"/>
          <w:sz w:val="28"/>
          <w:szCs w:val="28"/>
        </w:rPr>
        <w:drawing>
          <wp:inline distT="0" distB="0" distL="0" distR="0" wp14:anchorId="5FB04CB5" wp14:editId="31D1D2EF">
            <wp:extent cx="4071620" cy="500380"/>
            <wp:effectExtent l="0" t="0" r="5080" b="0"/>
            <wp:docPr id="2386" name="Рисунок 2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6"/>
                    <pic:cNvPicPr>
                      <a:picLocks noChangeAspect="1" noChangeArrowheads="1"/>
                    </pic:cNvPicPr>
                  </pic:nvPicPr>
                  <pic:blipFill>
                    <a:blip r:embed="rId3165" cstate="print">
                      <a:extLst>
                        <a:ext uri="{28A0092B-C50C-407E-A947-70E740481C1C}">
                          <a14:useLocalDpi xmlns:a14="http://schemas.microsoft.com/office/drawing/2010/main" val="0"/>
                        </a:ext>
                      </a:extLst>
                    </a:blip>
                    <a:srcRect/>
                    <a:stretch>
                      <a:fillRect/>
                    </a:stretch>
                  </pic:blipFill>
                  <pic:spPr bwMode="auto">
                    <a:xfrm>
                      <a:off x="0" y="0"/>
                      <a:ext cx="4071620" cy="500380"/>
                    </a:xfrm>
                    <a:prstGeom prst="rect">
                      <a:avLst/>
                    </a:prstGeom>
                    <a:noFill/>
                    <a:ln>
                      <a:noFill/>
                    </a:ln>
                  </pic:spPr>
                </pic:pic>
              </a:graphicData>
            </a:graphic>
          </wp:inline>
        </w:drawing>
      </w:r>
      <w:r w:rsidR="00EA1B6A" w:rsidRPr="007250F1">
        <w:rPr>
          <w:rFonts w:ascii="Times New Roman" w:hAnsi="Times New Roman" w:cs="Times New Roman"/>
          <w:sz w:val="28"/>
          <w:szCs w:val="28"/>
          <w:lang w:val="kk-KZ"/>
        </w:rPr>
        <w:tab/>
      </w:r>
      <w:r w:rsidR="00EA1B6A" w:rsidRPr="007250F1">
        <w:rPr>
          <w:rFonts w:ascii="Times New Roman" w:hAnsi="Times New Roman" w:cs="Times New Roman"/>
          <w:sz w:val="28"/>
          <w:szCs w:val="28"/>
          <w:lang w:val="kk-KZ"/>
        </w:rPr>
        <w:tab/>
        <w:t>(2.</w:t>
      </w:r>
      <w:r w:rsidR="004B7CD0" w:rsidRPr="007250F1">
        <w:rPr>
          <w:rFonts w:ascii="Times New Roman" w:hAnsi="Times New Roman" w:cs="Times New Roman"/>
          <w:sz w:val="28"/>
          <w:szCs w:val="28"/>
          <w:lang w:val="kk-KZ"/>
        </w:rPr>
        <w:t>8</w:t>
      </w:r>
      <w:r w:rsidR="00EA1B6A" w:rsidRPr="007250F1">
        <w:rPr>
          <w:rFonts w:ascii="Times New Roman" w:hAnsi="Times New Roman" w:cs="Times New Roman"/>
          <w:sz w:val="28"/>
          <w:szCs w:val="28"/>
          <w:lang w:val="kk-KZ"/>
        </w:rPr>
        <w:t>9</w:t>
      </w:r>
      <w:r w:rsidR="004B7CD0" w:rsidRPr="007250F1">
        <w:rPr>
          <w:rFonts w:ascii="Times New Roman" w:hAnsi="Times New Roman" w:cs="Times New Roman"/>
          <w:sz w:val="28"/>
          <w:szCs w:val="28"/>
          <w:lang w:val="kk-KZ"/>
        </w:rPr>
        <w:t>)</w:t>
      </w:r>
    </w:p>
    <w:p w14:paraId="5165AA30" w14:textId="77777777" w:rsidR="00D33D27" w:rsidRPr="007250F1" w:rsidRDefault="00D33D27" w:rsidP="007250F1">
      <w:pPr>
        <w:spacing w:after="0" w:line="240" w:lineRule="auto"/>
        <w:rPr>
          <w:rFonts w:ascii="Times New Roman" w:hAnsi="Times New Roman" w:cs="Times New Roman"/>
          <w:sz w:val="28"/>
          <w:szCs w:val="28"/>
          <w:lang w:val="kk-KZ"/>
        </w:rPr>
      </w:pPr>
    </w:p>
    <w:p w14:paraId="443EC436" w14:textId="10C9A8A7" w:rsidR="004B7CD0" w:rsidRPr="007250F1" w:rsidRDefault="004B7CD0" w:rsidP="00EF52AB">
      <w:pPr>
        <w:spacing w:after="0" w:line="240" w:lineRule="auto"/>
        <w:ind w:firstLine="708"/>
        <w:jc w:val="both"/>
        <w:rPr>
          <w:rFonts w:ascii="Times New Roman" w:hAnsi="Times New Roman" w:cs="Times New Roman"/>
          <w:sz w:val="28"/>
          <w:szCs w:val="28"/>
          <w:lang w:val="kk-KZ"/>
        </w:rPr>
      </w:pPr>
      <w:r w:rsidRPr="007250F1">
        <w:rPr>
          <w:rFonts w:ascii="Times New Roman" w:hAnsi="Times New Roman" w:cs="Times New Roman"/>
          <w:sz w:val="28"/>
          <w:szCs w:val="28"/>
          <w:lang w:val="kk-KZ"/>
        </w:rPr>
        <w:t xml:space="preserve">Алынған бағалаулар </w:t>
      </w:r>
      <w:r w:rsidR="00A135AE" w:rsidRPr="007250F1">
        <w:rPr>
          <w:rFonts w:ascii="Times New Roman" w:hAnsi="Times New Roman" w:cs="Times New Roman"/>
          <w:noProof/>
          <w:position w:val="-4"/>
          <w:sz w:val="28"/>
          <w:szCs w:val="28"/>
        </w:rPr>
        <w:drawing>
          <wp:inline distT="0" distB="0" distL="0" distR="0" wp14:anchorId="097BB511" wp14:editId="73655062">
            <wp:extent cx="182880" cy="182880"/>
            <wp:effectExtent l="0" t="0" r="7620" b="7620"/>
            <wp:docPr id="2387" name="Рисунок 2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7"/>
                    <pic:cNvPicPr>
                      <a:picLocks noChangeAspect="1" noChangeArrowheads="1"/>
                    </pic:cNvPicPr>
                  </pic:nvPicPr>
                  <pic:blipFill>
                    <a:blip r:embed="rId3166"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7250F1">
        <w:rPr>
          <w:rFonts w:ascii="Times New Roman" w:hAnsi="Times New Roman" w:cs="Times New Roman"/>
          <w:sz w:val="28"/>
          <w:szCs w:val="28"/>
          <w:lang w:val="kk-KZ"/>
        </w:rPr>
        <w:t xml:space="preserve"> жиынының ашықтығы мен тұйықтығын дәлелдеуге мүмкіндік береді. </w:t>
      </w:r>
    </w:p>
    <w:p w14:paraId="36FA351E" w14:textId="507B04CE" w:rsidR="004B7CD0" w:rsidRPr="007250F1" w:rsidRDefault="004B7CD0" w:rsidP="00EF52AB">
      <w:pPr>
        <w:spacing w:after="0" w:line="240" w:lineRule="auto"/>
        <w:ind w:firstLine="708"/>
        <w:jc w:val="both"/>
        <w:rPr>
          <w:rFonts w:ascii="Times New Roman" w:hAnsi="Times New Roman" w:cs="Times New Roman"/>
          <w:sz w:val="28"/>
          <w:szCs w:val="28"/>
          <w:lang w:val="kk-KZ"/>
        </w:rPr>
      </w:pPr>
      <w:r w:rsidRPr="007250F1">
        <w:rPr>
          <w:rFonts w:ascii="Times New Roman" w:hAnsi="Times New Roman" w:cs="Times New Roman"/>
          <w:sz w:val="28"/>
          <w:szCs w:val="28"/>
          <w:lang w:val="kk-KZ"/>
        </w:rPr>
        <w:t xml:space="preserve">Айталық, </w:t>
      </w:r>
      <w:r w:rsidR="00A135AE" w:rsidRPr="007250F1">
        <w:rPr>
          <w:rFonts w:ascii="Times New Roman" w:hAnsi="Times New Roman" w:cs="Times New Roman"/>
          <w:noProof/>
          <w:position w:val="-12"/>
          <w:sz w:val="28"/>
          <w:szCs w:val="28"/>
        </w:rPr>
        <w:drawing>
          <wp:inline distT="0" distB="0" distL="0" distR="0" wp14:anchorId="69DE0392" wp14:editId="1467D676">
            <wp:extent cx="182880" cy="231140"/>
            <wp:effectExtent l="0" t="0" r="7620" b="0"/>
            <wp:docPr id="2388" name="Рисунок 2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8"/>
                    <pic:cNvPicPr>
                      <a:picLocks noChangeAspect="1" noChangeArrowheads="1"/>
                    </pic:cNvPicPr>
                  </pic:nvPicPr>
                  <pic:blipFill>
                    <a:blip r:embed="rId3167" cstate="print">
                      <a:extLst>
                        <a:ext uri="{28A0092B-C50C-407E-A947-70E740481C1C}">
                          <a14:useLocalDpi xmlns:a14="http://schemas.microsoft.com/office/drawing/2010/main" val="0"/>
                        </a:ext>
                      </a:extLst>
                    </a:blip>
                    <a:srcRect/>
                    <a:stretch>
                      <a:fillRect/>
                    </a:stretch>
                  </pic:blipFill>
                  <pic:spPr bwMode="auto">
                    <a:xfrm>
                      <a:off x="0" y="0"/>
                      <a:ext cx="182880" cy="231140"/>
                    </a:xfrm>
                    <a:prstGeom prst="rect">
                      <a:avLst/>
                    </a:prstGeom>
                    <a:noFill/>
                    <a:ln>
                      <a:noFill/>
                    </a:ln>
                  </pic:spPr>
                </pic:pic>
              </a:graphicData>
            </a:graphic>
          </wp:inline>
        </w:drawing>
      </w:r>
      <w:r w:rsidRPr="007250F1">
        <w:rPr>
          <w:rFonts w:ascii="Times New Roman" w:hAnsi="Times New Roman" w:cs="Times New Roman"/>
          <w:sz w:val="28"/>
          <w:szCs w:val="28"/>
          <w:lang w:val="kk-KZ"/>
        </w:rPr>
        <w:t xml:space="preserve">.санына жинақталатын </w:t>
      </w:r>
      <w:r w:rsidR="00A135AE" w:rsidRPr="007250F1">
        <w:rPr>
          <w:rFonts w:ascii="Times New Roman" w:hAnsi="Times New Roman" w:cs="Times New Roman"/>
          <w:noProof/>
          <w:position w:val="-4"/>
          <w:sz w:val="28"/>
          <w:szCs w:val="28"/>
        </w:rPr>
        <w:drawing>
          <wp:inline distT="0" distB="0" distL="0" distR="0" wp14:anchorId="053BF34D" wp14:editId="1B5EE416">
            <wp:extent cx="182880" cy="182880"/>
            <wp:effectExtent l="0" t="0" r="7620" b="7620"/>
            <wp:docPr id="2389" name="Рисунок 2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9"/>
                    <pic:cNvPicPr>
                      <a:picLocks noChangeAspect="1" noChangeArrowheads="1"/>
                    </pic:cNvPicPr>
                  </pic:nvPicPr>
                  <pic:blipFill>
                    <a:blip r:embed="rId3168"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7250F1">
        <w:rPr>
          <w:rFonts w:ascii="Times New Roman" w:hAnsi="Times New Roman" w:cs="Times New Roman"/>
          <w:sz w:val="28"/>
          <w:szCs w:val="28"/>
          <w:lang w:val="kk-KZ"/>
        </w:rPr>
        <w:t xml:space="preserve">жиынының элементтер тізбегі </w:t>
      </w:r>
      <w:r w:rsidR="00A135AE" w:rsidRPr="007250F1">
        <w:rPr>
          <w:rFonts w:ascii="Times New Roman" w:hAnsi="Times New Roman" w:cs="Times New Roman"/>
          <w:noProof/>
          <w:position w:val="-12"/>
          <w:sz w:val="28"/>
          <w:szCs w:val="28"/>
        </w:rPr>
        <w:drawing>
          <wp:inline distT="0" distB="0" distL="0" distR="0" wp14:anchorId="67F17CBB" wp14:editId="1B7ECEF0">
            <wp:extent cx="337185" cy="231140"/>
            <wp:effectExtent l="0" t="0" r="5715" b="0"/>
            <wp:docPr id="2390" name="Рисунок 2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0"/>
                    <pic:cNvPicPr>
                      <a:picLocks noChangeAspect="1" noChangeArrowheads="1"/>
                    </pic:cNvPicPr>
                  </pic:nvPicPr>
                  <pic:blipFill>
                    <a:blip r:embed="rId3169" cstate="print">
                      <a:extLst>
                        <a:ext uri="{28A0092B-C50C-407E-A947-70E740481C1C}">
                          <a14:useLocalDpi xmlns:a14="http://schemas.microsoft.com/office/drawing/2010/main" val="0"/>
                        </a:ext>
                      </a:extLst>
                    </a:blip>
                    <a:srcRect/>
                    <a:stretch>
                      <a:fillRect/>
                    </a:stretch>
                  </pic:blipFill>
                  <pic:spPr bwMode="auto">
                    <a:xfrm>
                      <a:off x="0" y="0"/>
                      <a:ext cx="337185" cy="231140"/>
                    </a:xfrm>
                    <a:prstGeom prst="rect">
                      <a:avLst/>
                    </a:prstGeom>
                    <a:noFill/>
                    <a:ln>
                      <a:noFill/>
                    </a:ln>
                  </pic:spPr>
                </pic:pic>
              </a:graphicData>
            </a:graphic>
          </wp:inline>
        </w:drawing>
      </w:r>
      <w:r w:rsidRPr="007250F1">
        <w:rPr>
          <w:rFonts w:ascii="Times New Roman" w:hAnsi="Times New Roman" w:cs="Times New Roman"/>
          <w:sz w:val="28"/>
          <w:szCs w:val="28"/>
          <w:lang w:val="kk-KZ"/>
        </w:rPr>
        <w:t xml:space="preserve"> болсын. Онда, </w:t>
      </w:r>
      <w:r w:rsidR="00A135AE" w:rsidRPr="007250F1">
        <w:rPr>
          <w:rFonts w:ascii="Times New Roman" w:hAnsi="Times New Roman" w:cs="Times New Roman"/>
          <w:noProof/>
          <w:position w:val="-12"/>
          <w:sz w:val="28"/>
          <w:szCs w:val="28"/>
        </w:rPr>
        <w:drawing>
          <wp:inline distT="0" distB="0" distL="0" distR="0" wp14:anchorId="364AEEC5" wp14:editId="40C83523">
            <wp:extent cx="182880" cy="231140"/>
            <wp:effectExtent l="0" t="0" r="7620" b="0"/>
            <wp:docPr id="2391" name="Рисунок 2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1"/>
                    <pic:cNvPicPr>
                      <a:picLocks noChangeAspect="1" noChangeArrowheads="1"/>
                    </pic:cNvPicPr>
                  </pic:nvPicPr>
                  <pic:blipFill>
                    <a:blip r:embed="rId3170" cstate="print">
                      <a:extLst>
                        <a:ext uri="{28A0092B-C50C-407E-A947-70E740481C1C}">
                          <a14:useLocalDpi xmlns:a14="http://schemas.microsoft.com/office/drawing/2010/main" val="0"/>
                        </a:ext>
                      </a:extLst>
                    </a:blip>
                    <a:srcRect/>
                    <a:stretch>
                      <a:fillRect/>
                    </a:stretch>
                  </pic:blipFill>
                  <pic:spPr bwMode="auto">
                    <a:xfrm>
                      <a:off x="0" y="0"/>
                      <a:ext cx="182880" cy="231140"/>
                    </a:xfrm>
                    <a:prstGeom prst="rect">
                      <a:avLst/>
                    </a:prstGeom>
                    <a:noFill/>
                    <a:ln>
                      <a:noFill/>
                    </a:ln>
                  </pic:spPr>
                </pic:pic>
              </a:graphicData>
            </a:graphic>
          </wp:inline>
        </w:drawing>
      </w:r>
      <w:r w:rsidRPr="007250F1">
        <w:rPr>
          <w:rFonts w:ascii="Times New Roman" w:hAnsi="Times New Roman" w:cs="Times New Roman"/>
          <w:sz w:val="28"/>
          <w:szCs w:val="28"/>
          <w:lang w:val="kk-KZ"/>
        </w:rPr>
        <w:t xml:space="preserve">саны да </w:t>
      </w:r>
      <w:r w:rsidR="00A135AE" w:rsidRPr="007250F1">
        <w:rPr>
          <w:rFonts w:ascii="Times New Roman" w:hAnsi="Times New Roman" w:cs="Times New Roman"/>
          <w:noProof/>
          <w:position w:val="-4"/>
          <w:sz w:val="28"/>
          <w:szCs w:val="28"/>
        </w:rPr>
        <w:drawing>
          <wp:inline distT="0" distB="0" distL="0" distR="0" wp14:anchorId="73B6D76D" wp14:editId="78540C60">
            <wp:extent cx="182880" cy="182880"/>
            <wp:effectExtent l="0" t="0" r="7620" b="7620"/>
            <wp:docPr id="2392" name="Рисунок 2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2"/>
                    <pic:cNvPicPr>
                      <a:picLocks noChangeAspect="1" noChangeArrowheads="1"/>
                    </pic:cNvPicPr>
                  </pic:nvPicPr>
                  <pic:blipFill>
                    <a:blip r:embed="rId3171"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7250F1">
        <w:rPr>
          <w:rFonts w:ascii="Times New Roman" w:hAnsi="Times New Roman" w:cs="Times New Roman"/>
          <w:sz w:val="28"/>
          <w:szCs w:val="28"/>
          <w:lang w:val="kk-KZ"/>
        </w:rPr>
        <w:t xml:space="preserve"> жиынының элементі болатынын көрсетейік.</w:t>
      </w:r>
    </w:p>
    <w:p w14:paraId="37D49026" w14:textId="71912F03" w:rsidR="004B7CD0" w:rsidRPr="007250F1" w:rsidRDefault="006C7900" w:rsidP="00EF52AB">
      <w:pPr>
        <w:spacing w:after="0" w:line="240" w:lineRule="auto"/>
        <w:ind w:firstLine="708"/>
        <w:jc w:val="both"/>
        <w:rPr>
          <w:rFonts w:ascii="Times New Roman" w:hAnsi="Times New Roman" w:cs="Times New Roman"/>
          <w:sz w:val="28"/>
          <w:szCs w:val="28"/>
          <w:lang w:val="kk-KZ"/>
        </w:rPr>
      </w:pPr>
      <w:r w:rsidRPr="007250F1">
        <w:rPr>
          <w:rFonts w:ascii="Times New Roman" w:hAnsi="Times New Roman" w:cs="Times New Roman"/>
          <w:position w:val="-16"/>
          <w:sz w:val="28"/>
          <w:szCs w:val="28"/>
          <w:lang w:val="kk-KZ"/>
        </w:rPr>
        <w:object w:dxaOrig="740" w:dyaOrig="420" w14:anchorId="52E94121">
          <v:shape id="_x0000_i2255" type="#_x0000_t75" style="width:36.4pt;height:20.55pt" o:ole="">
            <v:imagedata r:id="rId3172" o:title=""/>
          </v:shape>
          <o:OLEObject Type="Embed" ProgID="Equation.DSMT4" ShapeID="_x0000_i2255" DrawAspect="Content" ObjectID="_1840332709" r:id="rId3173"/>
        </w:object>
      </w:r>
      <w:r w:rsidR="00D43902" w:rsidRPr="007250F1">
        <w:rPr>
          <w:rFonts w:ascii="Times New Roman" w:hAnsi="Times New Roman" w:cs="Times New Roman"/>
          <w:position w:val="-16"/>
          <w:sz w:val="28"/>
          <w:szCs w:val="28"/>
          <w:lang w:val="kk-KZ"/>
        </w:rPr>
        <w:t xml:space="preserve"> </w:t>
      </w:r>
      <w:r w:rsidR="004B7CD0" w:rsidRPr="007250F1">
        <w:rPr>
          <w:rFonts w:ascii="Times New Roman" w:hAnsi="Times New Roman" w:cs="Times New Roman"/>
          <w:sz w:val="28"/>
          <w:szCs w:val="28"/>
          <w:lang w:val="kk-KZ"/>
        </w:rPr>
        <w:t xml:space="preserve">кеңістігінде </w:t>
      </w:r>
      <w:r w:rsidRPr="007250F1">
        <w:rPr>
          <w:rFonts w:ascii="Times New Roman" w:hAnsi="Times New Roman" w:cs="Times New Roman"/>
          <w:sz w:val="28"/>
          <w:szCs w:val="28"/>
          <w:lang w:val="kk-KZ"/>
        </w:rPr>
        <w:t xml:space="preserve">(2.65), (2.62), </w:t>
      </w:r>
      <w:r w:rsidR="0096137D" w:rsidRPr="007250F1">
        <w:rPr>
          <w:rFonts w:ascii="Times New Roman" w:hAnsi="Times New Roman" w:cs="Times New Roman"/>
          <w:position w:val="-16"/>
          <w:sz w:val="28"/>
          <w:szCs w:val="28"/>
          <w:lang w:val="kk-KZ"/>
        </w:rPr>
        <w:object w:dxaOrig="960" w:dyaOrig="420" w14:anchorId="28BB103E">
          <v:shape id="_x0000_i2256" type="#_x0000_t75" style="width:46.7pt;height:20.55pt" o:ole="">
            <v:imagedata r:id="rId3174" o:title=""/>
          </v:shape>
          <o:OLEObject Type="Embed" ProgID="Equation.DSMT4" ShapeID="_x0000_i2256" DrawAspect="Content" ObjectID="_1840332710" r:id="rId3175"/>
        </w:object>
      </w:r>
      <w:r w:rsidR="0096137D" w:rsidRPr="007250F1">
        <w:rPr>
          <w:rFonts w:ascii="Times New Roman" w:hAnsi="Times New Roman" w:cs="Times New Roman"/>
          <w:sz w:val="28"/>
          <w:szCs w:val="28"/>
          <w:lang w:val="kk-KZ"/>
        </w:rPr>
        <w:t xml:space="preserve"> </w:t>
      </w:r>
      <w:r w:rsidR="004B7CD0" w:rsidRPr="007250F1">
        <w:rPr>
          <w:rFonts w:ascii="Times New Roman" w:hAnsi="Times New Roman" w:cs="Times New Roman"/>
          <w:sz w:val="28"/>
          <w:szCs w:val="28"/>
          <w:lang w:val="kk-KZ"/>
        </w:rPr>
        <w:t xml:space="preserve">шеттік </w:t>
      </w:r>
      <w:r w:rsidRPr="007250F1">
        <w:rPr>
          <w:rFonts w:ascii="Times New Roman" w:hAnsi="Times New Roman" w:cs="Times New Roman"/>
          <w:sz w:val="28"/>
          <w:szCs w:val="28"/>
          <w:lang w:val="kk-KZ"/>
        </w:rPr>
        <w:t xml:space="preserve">есебінің шешімі болып табылатын </w:t>
      </w:r>
      <w:r w:rsidRPr="007250F1">
        <w:rPr>
          <w:rFonts w:ascii="Times New Roman" w:hAnsi="Times New Roman" w:cs="Times New Roman"/>
          <w:position w:val="-12"/>
          <w:sz w:val="28"/>
          <w:szCs w:val="28"/>
          <w:lang w:val="kk-KZ"/>
        </w:rPr>
        <w:object w:dxaOrig="300" w:dyaOrig="380" w14:anchorId="7422174F">
          <v:shape id="_x0000_i2257" type="#_x0000_t75" style="width:15.8pt;height:18.2pt" o:ole="">
            <v:imagedata r:id="rId3176" o:title=""/>
          </v:shape>
          <o:OLEObject Type="Embed" ProgID="Equation.DSMT4" ShapeID="_x0000_i2257" DrawAspect="Content" ObjectID="_1840332711" r:id="rId3177"/>
        </w:object>
      </w:r>
      <w:r w:rsidR="004B7CD0" w:rsidRPr="007250F1">
        <w:rPr>
          <w:rFonts w:ascii="Times New Roman" w:hAnsi="Times New Roman" w:cs="Times New Roman"/>
          <w:sz w:val="28"/>
          <w:szCs w:val="28"/>
          <w:lang w:val="kk-KZ"/>
        </w:rPr>
        <w:t xml:space="preserve"> санына сәйкес </w:t>
      </w:r>
      <w:r w:rsidRPr="007250F1">
        <w:rPr>
          <w:rFonts w:ascii="Times New Roman" w:hAnsi="Times New Roman" w:cs="Times New Roman"/>
          <w:position w:val="-12"/>
          <w:sz w:val="28"/>
          <w:szCs w:val="28"/>
          <w:lang w:val="kk-KZ"/>
        </w:rPr>
        <w:object w:dxaOrig="920" w:dyaOrig="380" w14:anchorId="1ED42940">
          <v:shape id="_x0000_i2258" type="#_x0000_t75" style="width:45.9pt;height:18.2pt" o:ole="">
            <v:imagedata r:id="rId3178" o:title=""/>
          </v:shape>
          <o:OLEObject Type="Embed" ProgID="Equation.DSMT4" ShapeID="_x0000_i2258" DrawAspect="Content" ObjectID="_1840332712" r:id="rId3179"/>
        </w:object>
      </w:r>
      <w:r w:rsidR="004B7CD0" w:rsidRPr="007250F1">
        <w:rPr>
          <w:rFonts w:ascii="Times New Roman" w:hAnsi="Times New Roman" w:cs="Times New Roman"/>
          <w:sz w:val="28"/>
          <w:szCs w:val="28"/>
          <w:lang w:val="kk-KZ"/>
        </w:rPr>
        <w:t xml:space="preserve"> функциясы табылады.</w:t>
      </w:r>
      <w:r w:rsidRPr="007250F1">
        <w:rPr>
          <w:rFonts w:ascii="Times New Roman" w:hAnsi="Times New Roman" w:cs="Times New Roman"/>
          <w:sz w:val="28"/>
          <w:szCs w:val="28"/>
          <w:lang w:val="kk-KZ"/>
        </w:rPr>
        <w:t xml:space="preserve"> </w:t>
      </w:r>
      <w:r w:rsidRPr="007250F1">
        <w:rPr>
          <w:rFonts w:ascii="Times New Roman" w:hAnsi="Times New Roman" w:cs="Times New Roman"/>
          <w:position w:val="-12"/>
          <w:sz w:val="28"/>
          <w:szCs w:val="28"/>
          <w:lang w:val="kk-KZ"/>
        </w:rPr>
        <w:object w:dxaOrig="1140" w:dyaOrig="380" w14:anchorId="734DF124">
          <v:shape id="_x0000_i2259" type="#_x0000_t75" style="width:56.2pt;height:18.2pt" o:ole="">
            <v:imagedata r:id="rId3180" o:title=""/>
          </v:shape>
          <o:OLEObject Type="Embed" ProgID="Equation.DSMT4" ShapeID="_x0000_i2259" DrawAspect="Content" ObjectID="_1840332713" r:id="rId3181"/>
        </w:object>
      </w:r>
      <w:r w:rsidR="004B7CD0" w:rsidRPr="007250F1">
        <w:rPr>
          <w:rFonts w:ascii="Times New Roman" w:hAnsi="Times New Roman" w:cs="Times New Roman"/>
          <w:sz w:val="28"/>
          <w:szCs w:val="28"/>
          <w:lang w:val="kk-KZ"/>
        </w:rPr>
        <w:t xml:space="preserve"> функ</w:t>
      </w:r>
      <w:r w:rsidR="00067753" w:rsidRPr="007250F1">
        <w:rPr>
          <w:rFonts w:ascii="Times New Roman" w:hAnsi="Times New Roman" w:cs="Times New Roman"/>
          <w:sz w:val="28"/>
          <w:szCs w:val="28"/>
          <w:lang w:val="kk-KZ"/>
        </w:rPr>
        <w:t>циялар жиынтығына (2.86)-(2.89</w:t>
      </w:r>
      <w:r w:rsidR="00157709" w:rsidRPr="007250F1">
        <w:rPr>
          <w:rFonts w:ascii="Times New Roman" w:hAnsi="Times New Roman" w:cs="Times New Roman"/>
          <w:sz w:val="28"/>
          <w:szCs w:val="28"/>
          <w:lang w:val="kk-KZ"/>
        </w:rPr>
        <w:t xml:space="preserve">) </w:t>
      </w:r>
      <w:r w:rsidRPr="007250F1">
        <w:rPr>
          <w:rFonts w:ascii="Times New Roman" w:hAnsi="Times New Roman" w:cs="Times New Roman"/>
          <w:position w:val="-6"/>
          <w:sz w:val="28"/>
          <w:szCs w:val="28"/>
          <w:lang w:val="kk-KZ"/>
        </w:rPr>
        <w:object w:dxaOrig="220" w:dyaOrig="300" w14:anchorId="46D6178E">
          <v:shape id="_x0000_i2260" type="#_x0000_t75" style="width:11.1pt;height:15.8pt" o:ole="">
            <v:imagedata r:id="rId3182" o:title=""/>
          </v:shape>
          <o:OLEObject Type="Embed" ProgID="Equation.DSMT4" ShapeID="_x0000_i2260" DrawAspect="Content" ObjectID="_1840332714" r:id="rId3183"/>
        </w:object>
      </w:r>
      <w:r w:rsidR="004B7CD0" w:rsidRPr="007250F1">
        <w:rPr>
          <w:rFonts w:ascii="Times New Roman" w:hAnsi="Times New Roman" w:cs="Times New Roman"/>
          <w:sz w:val="28"/>
          <w:szCs w:val="28"/>
          <w:lang w:val="kk-KZ"/>
        </w:rPr>
        <w:t xml:space="preserve"> бойынша</w:t>
      </w:r>
      <w:r w:rsidR="00157709" w:rsidRPr="007250F1">
        <w:rPr>
          <w:rFonts w:ascii="Times New Roman" w:hAnsi="Times New Roman" w:cs="Times New Roman"/>
          <w:sz w:val="28"/>
          <w:szCs w:val="28"/>
          <w:lang w:val="kk-KZ"/>
        </w:rPr>
        <w:t xml:space="preserve"> бірқалыпты </w:t>
      </w:r>
      <w:r w:rsidR="004B7CD0" w:rsidRPr="007250F1">
        <w:rPr>
          <w:rFonts w:ascii="Times New Roman" w:hAnsi="Times New Roman" w:cs="Times New Roman"/>
          <w:sz w:val="28"/>
          <w:szCs w:val="28"/>
          <w:lang w:val="kk-KZ"/>
        </w:rPr>
        <w:t xml:space="preserve">бағалау орынды </w:t>
      </w:r>
      <w:r w:rsidR="004B7CD0" w:rsidRPr="007250F1">
        <w:rPr>
          <w:rFonts w:ascii="Times New Roman" w:hAnsi="Times New Roman" w:cs="Times New Roman"/>
          <w:sz w:val="28"/>
          <w:szCs w:val="28"/>
          <w:lang w:val="kk-KZ"/>
        </w:rPr>
        <w:lastRenderedPageBreak/>
        <w:t>болады</w:t>
      </w:r>
      <w:r w:rsidR="00D43902" w:rsidRPr="007250F1">
        <w:rPr>
          <w:rFonts w:ascii="Times New Roman" w:hAnsi="Times New Roman" w:cs="Times New Roman"/>
          <w:sz w:val="28"/>
          <w:szCs w:val="28"/>
          <w:lang w:val="kk-KZ"/>
        </w:rPr>
        <w:t>. Осы бағалаулардан шығатыны,</w:t>
      </w:r>
      <w:r w:rsidR="00D43902" w:rsidRPr="007250F1">
        <w:rPr>
          <w:rFonts w:ascii="Times New Roman" w:hAnsi="Times New Roman" w:cs="Times New Roman"/>
          <w:position w:val="-16"/>
          <w:sz w:val="28"/>
          <w:szCs w:val="28"/>
          <w:lang w:val="kk-KZ"/>
        </w:rPr>
        <w:t xml:space="preserve"> </w:t>
      </w:r>
      <w:r w:rsidR="00D43902" w:rsidRPr="007250F1">
        <w:rPr>
          <w:rFonts w:ascii="Times New Roman" w:hAnsi="Times New Roman" w:cs="Times New Roman"/>
          <w:position w:val="-16"/>
          <w:sz w:val="28"/>
          <w:szCs w:val="28"/>
          <w:lang w:val="kk-KZ"/>
        </w:rPr>
        <w:object w:dxaOrig="740" w:dyaOrig="420" w14:anchorId="1B5096C9">
          <v:shape id="_x0000_i2261" type="#_x0000_t75" style="width:36.4pt;height:20.55pt" o:ole="">
            <v:imagedata r:id="rId3172" o:title=""/>
          </v:shape>
          <o:OLEObject Type="Embed" ProgID="Equation.DSMT4" ShapeID="_x0000_i2261" DrawAspect="Content" ObjectID="_1840332715" r:id="rId3184"/>
        </w:object>
      </w:r>
      <w:r w:rsidR="00D43902" w:rsidRPr="007250F1">
        <w:rPr>
          <w:rFonts w:ascii="Times New Roman" w:hAnsi="Times New Roman" w:cs="Times New Roman"/>
          <w:sz w:val="28"/>
          <w:szCs w:val="28"/>
          <w:lang w:val="kk-KZ"/>
        </w:rPr>
        <w:t xml:space="preserve"> кеңістігінде </w:t>
      </w:r>
      <w:r w:rsidR="00D43902" w:rsidRPr="007250F1">
        <w:rPr>
          <w:rFonts w:ascii="Times New Roman" w:hAnsi="Times New Roman" w:cs="Times New Roman"/>
          <w:position w:val="-12"/>
          <w:sz w:val="28"/>
          <w:szCs w:val="28"/>
          <w:lang w:val="kk-KZ"/>
        </w:rPr>
        <w:object w:dxaOrig="820" w:dyaOrig="360" w14:anchorId="06EA4E02">
          <v:shape id="_x0000_i2262" type="#_x0000_t75" style="width:41.15pt;height:18.2pt" o:ole="">
            <v:imagedata r:id="rId3185" o:title=""/>
          </v:shape>
          <o:OLEObject Type="Embed" ProgID="Equation.DSMT4" ShapeID="_x0000_i2262" DrawAspect="Content" ObjectID="_1840332716" r:id="rId3186"/>
        </w:object>
      </w:r>
      <w:r w:rsidR="004B7CD0" w:rsidRPr="007250F1">
        <w:rPr>
          <w:rFonts w:ascii="Times New Roman" w:hAnsi="Times New Roman" w:cs="Times New Roman"/>
          <w:sz w:val="28"/>
          <w:szCs w:val="28"/>
          <w:lang w:val="kk-KZ"/>
        </w:rPr>
        <w:t xml:space="preserve"> функциясы табыл</w:t>
      </w:r>
      <w:r w:rsidR="00D43902" w:rsidRPr="007250F1">
        <w:rPr>
          <w:rFonts w:ascii="Times New Roman" w:hAnsi="Times New Roman" w:cs="Times New Roman"/>
          <w:sz w:val="28"/>
          <w:szCs w:val="28"/>
          <w:lang w:val="kk-KZ"/>
        </w:rPr>
        <w:t xml:space="preserve">ып және </w:t>
      </w:r>
      <w:r w:rsidR="00D43902" w:rsidRPr="007250F1">
        <w:rPr>
          <w:rFonts w:ascii="Times New Roman" w:hAnsi="Times New Roman" w:cs="Times New Roman"/>
          <w:position w:val="-6"/>
          <w:sz w:val="28"/>
          <w:szCs w:val="28"/>
          <w:lang w:val="kk-KZ"/>
        </w:rPr>
        <w:object w:dxaOrig="820" w:dyaOrig="300" w14:anchorId="6329B6A4">
          <v:shape id="_x0000_i2263" type="#_x0000_t75" style="width:41.15pt;height:15.8pt" o:ole="">
            <v:imagedata r:id="rId3187" o:title=""/>
          </v:shape>
          <o:OLEObject Type="Embed" ProgID="Equation.DSMT4" ShapeID="_x0000_i2263" DrawAspect="Content" ObjectID="_1840332717" r:id="rId3188"/>
        </w:object>
      </w:r>
      <w:r w:rsidR="00D43902" w:rsidRPr="007250F1">
        <w:rPr>
          <w:rFonts w:ascii="Times New Roman" w:hAnsi="Times New Roman" w:cs="Times New Roman"/>
          <w:sz w:val="28"/>
          <w:szCs w:val="28"/>
          <w:lang w:val="kk-KZ"/>
        </w:rPr>
        <w:t xml:space="preserve"> болғанда </w:t>
      </w:r>
      <w:r w:rsidR="00D43902" w:rsidRPr="007250F1">
        <w:rPr>
          <w:rFonts w:ascii="Times New Roman" w:hAnsi="Times New Roman" w:cs="Times New Roman"/>
          <w:position w:val="-12"/>
          <w:sz w:val="28"/>
          <w:szCs w:val="28"/>
          <w:lang w:val="kk-KZ"/>
        </w:rPr>
        <w:object w:dxaOrig="1140" w:dyaOrig="380" w14:anchorId="2AF3D97C">
          <v:shape id="_x0000_i2264" type="#_x0000_t75" style="width:56.2pt;height:18.2pt" o:ole="">
            <v:imagedata r:id="rId3180" o:title=""/>
          </v:shape>
          <o:OLEObject Type="Embed" ProgID="Equation.DSMT4" ShapeID="_x0000_i2264" DrawAspect="Content" ObjectID="_1840332718" r:id="rId3189"/>
        </w:object>
      </w:r>
      <w:r w:rsidR="004B7CD0" w:rsidRPr="007250F1">
        <w:rPr>
          <w:rFonts w:ascii="Times New Roman" w:hAnsi="Times New Roman" w:cs="Times New Roman"/>
          <w:sz w:val="28"/>
          <w:szCs w:val="28"/>
          <w:lang w:val="kk-KZ"/>
        </w:rPr>
        <w:t xml:space="preserve"> жинақталатын тізбекшесі болады.</w:t>
      </w:r>
    </w:p>
    <w:p w14:paraId="70AAC9E2" w14:textId="77777777" w:rsidR="004B7CD0" w:rsidRPr="007250F1" w:rsidRDefault="004B7CD0" w:rsidP="007250F1">
      <w:pPr>
        <w:spacing w:after="0" w:line="240" w:lineRule="auto"/>
        <w:jc w:val="both"/>
        <w:rPr>
          <w:rFonts w:ascii="Times New Roman" w:hAnsi="Times New Roman" w:cs="Times New Roman"/>
          <w:sz w:val="28"/>
          <w:szCs w:val="28"/>
          <w:lang w:val="kk-KZ"/>
        </w:rPr>
      </w:pPr>
    </w:p>
    <w:p w14:paraId="630FD943" w14:textId="498E15FA" w:rsidR="004B7CD0" w:rsidRPr="007250F1" w:rsidRDefault="004B7CD0" w:rsidP="007250F1">
      <w:pPr>
        <w:spacing w:after="0" w:line="240" w:lineRule="auto"/>
        <w:jc w:val="center"/>
        <w:rPr>
          <w:rFonts w:ascii="Times New Roman" w:hAnsi="Times New Roman" w:cs="Times New Roman"/>
          <w:sz w:val="28"/>
          <w:szCs w:val="28"/>
          <w:lang w:val="kk-KZ"/>
        </w:rPr>
      </w:pPr>
      <w:r w:rsidRPr="007250F1">
        <w:rPr>
          <w:rFonts w:ascii="Times New Roman" w:hAnsi="Times New Roman" w:cs="Times New Roman"/>
          <w:sz w:val="28"/>
          <w:szCs w:val="28"/>
          <w:lang w:val="kk-KZ"/>
        </w:rPr>
        <w:t xml:space="preserve"> </w:t>
      </w:r>
      <w:r w:rsidR="00D43902" w:rsidRPr="007250F1">
        <w:rPr>
          <w:rFonts w:ascii="Times New Roman" w:hAnsi="Times New Roman" w:cs="Times New Roman"/>
          <w:position w:val="-12"/>
          <w:sz w:val="28"/>
          <w:szCs w:val="28"/>
          <w:lang w:val="kk-KZ"/>
        </w:rPr>
        <w:object w:dxaOrig="2079" w:dyaOrig="380" w14:anchorId="17245F13">
          <v:shape id="_x0000_i2265" type="#_x0000_t75" style="width:106pt;height:18.2pt" o:ole="">
            <v:imagedata r:id="rId3190" o:title=""/>
          </v:shape>
          <o:OLEObject Type="Embed" ProgID="Equation.DSMT4" ShapeID="_x0000_i2265" DrawAspect="Content" ObjectID="_1840332719" r:id="rId3191"/>
        </w:object>
      </w:r>
      <w:r w:rsidRPr="007250F1">
        <w:rPr>
          <w:rFonts w:ascii="Times New Roman" w:hAnsi="Times New Roman" w:cs="Times New Roman"/>
          <w:sz w:val="28"/>
          <w:szCs w:val="28"/>
          <w:lang w:val="kk-KZ"/>
        </w:rPr>
        <w:t xml:space="preserve"> әлсіз </w:t>
      </w:r>
      <w:r w:rsidR="00D43902" w:rsidRPr="007250F1">
        <w:rPr>
          <w:rFonts w:ascii="Times New Roman" w:hAnsi="Times New Roman" w:cs="Times New Roman"/>
          <w:position w:val="-16"/>
          <w:sz w:val="28"/>
          <w:szCs w:val="28"/>
          <w:lang w:val="kk-KZ"/>
        </w:rPr>
        <w:object w:dxaOrig="740" w:dyaOrig="420" w14:anchorId="20BE7DDE">
          <v:shape id="_x0000_i2266" type="#_x0000_t75" style="width:36.4pt;height:20.55pt" o:ole="">
            <v:imagedata r:id="rId3172" o:title=""/>
          </v:shape>
          <o:OLEObject Type="Embed" ProgID="Equation.DSMT4" ShapeID="_x0000_i2266" DrawAspect="Content" ObjectID="_1840332720" r:id="rId3192"/>
        </w:object>
      </w:r>
      <w:r w:rsidRPr="007250F1">
        <w:rPr>
          <w:rFonts w:ascii="Times New Roman" w:hAnsi="Times New Roman" w:cs="Times New Roman"/>
          <w:sz w:val="28"/>
          <w:szCs w:val="28"/>
          <w:lang w:val="kk-KZ"/>
        </w:rPr>
        <w:t>.</w:t>
      </w:r>
    </w:p>
    <w:p w14:paraId="720ECA69" w14:textId="77777777" w:rsidR="004B7CD0" w:rsidRPr="007250F1" w:rsidRDefault="004B7CD0" w:rsidP="007250F1">
      <w:pPr>
        <w:spacing w:after="0" w:line="240" w:lineRule="auto"/>
        <w:jc w:val="center"/>
        <w:rPr>
          <w:rFonts w:ascii="Times New Roman" w:hAnsi="Times New Roman" w:cs="Times New Roman"/>
          <w:sz w:val="28"/>
          <w:szCs w:val="28"/>
          <w:lang w:val="kk-KZ"/>
        </w:rPr>
      </w:pPr>
    </w:p>
    <w:p w14:paraId="64B00AD7" w14:textId="58D7C756" w:rsidR="004B7CD0" w:rsidRPr="007250F1" w:rsidRDefault="004B7CD0" w:rsidP="00EF52AB">
      <w:pPr>
        <w:spacing w:after="0" w:line="240" w:lineRule="auto"/>
        <w:ind w:firstLine="708"/>
        <w:jc w:val="both"/>
        <w:rPr>
          <w:rFonts w:ascii="Times New Roman" w:hAnsi="Times New Roman" w:cs="Times New Roman"/>
          <w:sz w:val="28"/>
          <w:szCs w:val="28"/>
          <w:lang w:val="kk-KZ"/>
        </w:rPr>
      </w:pPr>
      <w:r w:rsidRPr="007250F1">
        <w:rPr>
          <w:rFonts w:ascii="Times New Roman" w:hAnsi="Times New Roman" w:cs="Times New Roman"/>
          <w:sz w:val="28"/>
          <w:szCs w:val="28"/>
          <w:lang w:val="kk-KZ"/>
        </w:rPr>
        <w:t xml:space="preserve">Осы жинақтылықтан шығатыны </w:t>
      </w:r>
      <w:r w:rsidR="00D43902" w:rsidRPr="007250F1">
        <w:rPr>
          <w:rFonts w:ascii="Times New Roman" w:hAnsi="Times New Roman" w:cs="Times New Roman"/>
          <w:position w:val="-12"/>
          <w:sz w:val="28"/>
          <w:szCs w:val="28"/>
          <w:lang w:val="kk-KZ"/>
        </w:rPr>
        <w:object w:dxaOrig="820" w:dyaOrig="360" w14:anchorId="72223433">
          <v:shape id="_x0000_i2267" type="#_x0000_t75" style="width:41.15pt;height:18.2pt" o:ole="">
            <v:imagedata r:id="rId3185" o:title=""/>
          </v:shape>
          <o:OLEObject Type="Embed" ProgID="Equation.DSMT4" ShapeID="_x0000_i2267" DrawAspect="Content" ObjectID="_1840332721" r:id="rId3193"/>
        </w:object>
      </w:r>
      <w:r w:rsidR="000A7311" w:rsidRPr="007250F1">
        <w:rPr>
          <w:rFonts w:ascii="Times New Roman" w:hAnsi="Times New Roman" w:cs="Times New Roman"/>
          <w:sz w:val="28"/>
          <w:szCs w:val="28"/>
          <w:lang w:val="kk-KZ"/>
        </w:rPr>
        <w:t xml:space="preserve"> шектік функциясы (2</w:t>
      </w:r>
      <w:r w:rsidRPr="007250F1">
        <w:rPr>
          <w:rFonts w:ascii="Times New Roman" w:hAnsi="Times New Roman" w:cs="Times New Roman"/>
          <w:sz w:val="28"/>
          <w:szCs w:val="28"/>
          <w:lang w:val="kk-KZ"/>
        </w:rPr>
        <w:t>.</w:t>
      </w:r>
      <w:r w:rsidR="000A7311" w:rsidRPr="007250F1">
        <w:rPr>
          <w:rFonts w:ascii="Times New Roman" w:hAnsi="Times New Roman" w:cs="Times New Roman"/>
          <w:sz w:val="28"/>
          <w:szCs w:val="28"/>
          <w:lang w:val="kk-KZ"/>
        </w:rPr>
        <w:t>65) теңдеудің шешімі және оған (2</w:t>
      </w:r>
      <w:r w:rsidRPr="007250F1">
        <w:rPr>
          <w:rFonts w:ascii="Times New Roman" w:hAnsi="Times New Roman" w:cs="Times New Roman"/>
          <w:sz w:val="28"/>
          <w:szCs w:val="28"/>
          <w:lang w:val="kk-KZ"/>
        </w:rPr>
        <w:t>.</w:t>
      </w:r>
      <w:r w:rsidR="00D43902" w:rsidRPr="007250F1">
        <w:rPr>
          <w:rFonts w:ascii="Times New Roman" w:hAnsi="Times New Roman" w:cs="Times New Roman"/>
          <w:sz w:val="28"/>
          <w:szCs w:val="28"/>
          <w:lang w:val="kk-KZ"/>
        </w:rPr>
        <w:t>62),</w:t>
      </w:r>
      <w:r w:rsidR="00D43902" w:rsidRPr="007250F1">
        <w:rPr>
          <w:rFonts w:ascii="Times New Roman" w:hAnsi="Times New Roman" w:cs="Times New Roman"/>
          <w:position w:val="-16"/>
          <w:sz w:val="28"/>
          <w:szCs w:val="28"/>
          <w:lang w:val="kk-KZ"/>
        </w:rPr>
        <w:t xml:space="preserve"> </w:t>
      </w:r>
      <w:r w:rsidR="00D43902" w:rsidRPr="007250F1">
        <w:rPr>
          <w:rFonts w:ascii="Times New Roman" w:hAnsi="Times New Roman" w:cs="Times New Roman"/>
          <w:position w:val="-16"/>
          <w:sz w:val="28"/>
          <w:szCs w:val="28"/>
          <w:lang w:val="kk-KZ"/>
        </w:rPr>
        <w:object w:dxaOrig="960" w:dyaOrig="420" w14:anchorId="16618DA8">
          <v:shape id="_x0000_i2268" type="#_x0000_t75" style="width:46.7pt;height:20.55pt" o:ole="">
            <v:imagedata r:id="rId3194" o:title=""/>
          </v:shape>
          <o:OLEObject Type="Embed" ProgID="Equation.DSMT4" ShapeID="_x0000_i2268" DrawAspect="Content" ObjectID="_1840332722" r:id="rId3195"/>
        </w:object>
      </w:r>
      <w:r w:rsidR="000A7311" w:rsidRPr="007250F1">
        <w:rPr>
          <w:rFonts w:ascii="Times New Roman" w:hAnsi="Times New Roman" w:cs="Times New Roman"/>
          <w:sz w:val="28"/>
          <w:szCs w:val="28"/>
          <w:lang w:val="kk-KZ"/>
        </w:rPr>
        <w:t xml:space="preserve"> шарт</w:t>
      </w:r>
      <w:r w:rsidR="003E6A34" w:rsidRPr="007250F1">
        <w:rPr>
          <w:rFonts w:ascii="Times New Roman" w:hAnsi="Times New Roman" w:cs="Times New Roman"/>
          <w:sz w:val="28"/>
          <w:szCs w:val="28"/>
          <w:lang w:val="kk-KZ"/>
        </w:rPr>
        <w:t xml:space="preserve">тары орындалады. (2.86)-(2.89) </w:t>
      </w:r>
      <w:r w:rsidR="000A7311" w:rsidRPr="007250F1">
        <w:rPr>
          <w:rFonts w:ascii="Times New Roman" w:hAnsi="Times New Roman" w:cs="Times New Roman"/>
          <w:sz w:val="28"/>
          <w:szCs w:val="28"/>
          <w:lang w:val="kk-KZ"/>
        </w:rPr>
        <w:t>бағалаулары (2.86), (2</w:t>
      </w:r>
      <w:r w:rsidRPr="007250F1">
        <w:rPr>
          <w:rFonts w:ascii="Times New Roman" w:hAnsi="Times New Roman" w:cs="Times New Roman"/>
          <w:sz w:val="28"/>
          <w:szCs w:val="28"/>
          <w:lang w:val="kk-KZ"/>
        </w:rPr>
        <w:t>.</w:t>
      </w:r>
      <w:r w:rsidR="000A7311" w:rsidRPr="007250F1">
        <w:rPr>
          <w:rFonts w:ascii="Times New Roman" w:hAnsi="Times New Roman" w:cs="Times New Roman"/>
          <w:sz w:val="28"/>
          <w:szCs w:val="28"/>
          <w:lang w:val="kk-KZ"/>
        </w:rPr>
        <w:t>6</w:t>
      </w:r>
      <w:r w:rsidRPr="007250F1">
        <w:rPr>
          <w:rFonts w:ascii="Times New Roman" w:hAnsi="Times New Roman" w:cs="Times New Roman"/>
          <w:sz w:val="28"/>
          <w:szCs w:val="28"/>
          <w:lang w:val="kk-KZ"/>
        </w:rPr>
        <w:t xml:space="preserve">2), </w:t>
      </w:r>
      <w:r w:rsidR="003E6A34" w:rsidRPr="007250F1">
        <w:rPr>
          <w:rFonts w:ascii="Times New Roman" w:hAnsi="Times New Roman" w:cs="Times New Roman"/>
          <w:position w:val="-16"/>
          <w:sz w:val="28"/>
          <w:szCs w:val="28"/>
          <w:lang w:val="kk-KZ"/>
        </w:rPr>
        <w:object w:dxaOrig="960" w:dyaOrig="420" w14:anchorId="63354570">
          <v:shape id="_x0000_i2269" type="#_x0000_t75" style="width:46.7pt;height:20.55pt" o:ole="">
            <v:imagedata r:id="rId3194" o:title=""/>
          </v:shape>
          <o:OLEObject Type="Embed" ProgID="Equation.DSMT4" ShapeID="_x0000_i2269" DrawAspect="Content" ObjectID="_1840332723" r:id="rId3196"/>
        </w:object>
      </w:r>
      <w:r w:rsidR="003E6A34" w:rsidRPr="007250F1">
        <w:rPr>
          <w:rFonts w:ascii="Times New Roman" w:hAnsi="Times New Roman" w:cs="Times New Roman"/>
          <w:sz w:val="28"/>
          <w:szCs w:val="28"/>
          <w:lang w:val="kk-KZ"/>
        </w:rPr>
        <w:t xml:space="preserve">теңдеуінің шешімдері үшін </w:t>
      </w:r>
      <w:r w:rsidR="003E6A34" w:rsidRPr="007250F1">
        <w:rPr>
          <w:rFonts w:ascii="Times New Roman" w:hAnsi="Times New Roman" w:cs="Times New Roman"/>
          <w:position w:val="-12"/>
          <w:sz w:val="28"/>
          <w:szCs w:val="28"/>
          <w:lang w:val="kk-KZ"/>
        </w:rPr>
        <w:object w:dxaOrig="820" w:dyaOrig="360" w14:anchorId="1A523A52">
          <v:shape id="_x0000_i2270" type="#_x0000_t75" style="width:41.15pt;height:18.2pt" o:ole="">
            <v:imagedata r:id="rId3185" o:title=""/>
          </v:shape>
          <o:OLEObject Type="Embed" ProgID="Equation.DSMT4" ShapeID="_x0000_i2270" DrawAspect="Content" ObjectID="_1840332724" r:id="rId3197"/>
        </w:object>
      </w:r>
      <w:r w:rsidRPr="007250F1">
        <w:rPr>
          <w:rFonts w:ascii="Times New Roman" w:hAnsi="Times New Roman" w:cs="Times New Roman"/>
          <w:sz w:val="28"/>
          <w:szCs w:val="28"/>
          <w:lang w:val="kk-KZ"/>
        </w:rPr>
        <w:t xml:space="preserve"> функ</w:t>
      </w:r>
      <w:r w:rsidR="003E6A34" w:rsidRPr="007250F1">
        <w:rPr>
          <w:rFonts w:ascii="Times New Roman" w:hAnsi="Times New Roman" w:cs="Times New Roman"/>
          <w:sz w:val="28"/>
          <w:szCs w:val="28"/>
          <w:lang w:val="kk-KZ"/>
        </w:rPr>
        <w:t xml:space="preserve">циясы </w:t>
      </w:r>
      <w:r w:rsidR="003E6A34" w:rsidRPr="007250F1">
        <w:rPr>
          <w:rFonts w:ascii="Times New Roman" w:hAnsi="Times New Roman" w:cs="Times New Roman"/>
          <w:position w:val="-16"/>
          <w:sz w:val="28"/>
          <w:szCs w:val="28"/>
          <w:lang w:val="kk-KZ"/>
        </w:rPr>
        <w:object w:dxaOrig="740" w:dyaOrig="420" w14:anchorId="7359CBEB">
          <v:shape id="_x0000_i2271" type="#_x0000_t75" style="width:36.4pt;height:20.55pt" o:ole="">
            <v:imagedata r:id="rId3172" o:title=""/>
          </v:shape>
          <o:OLEObject Type="Embed" ProgID="Equation.DSMT4" ShapeID="_x0000_i2271" DrawAspect="Content" ObjectID="_1840332725" r:id="rId3198"/>
        </w:object>
      </w:r>
      <w:r w:rsidR="003E6A34" w:rsidRPr="007250F1">
        <w:rPr>
          <w:rFonts w:ascii="Times New Roman" w:hAnsi="Times New Roman" w:cs="Times New Roman"/>
          <w:position w:val="-16"/>
          <w:sz w:val="28"/>
          <w:szCs w:val="28"/>
          <w:lang w:val="kk-KZ"/>
        </w:rPr>
        <w:t xml:space="preserve"> </w:t>
      </w:r>
      <w:r w:rsidRPr="007250F1">
        <w:rPr>
          <w:rFonts w:ascii="Times New Roman" w:hAnsi="Times New Roman" w:cs="Times New Roman"/>
          <w:sz w:val="28"/>
          <w:szCs w:val="28"/>
          <w:lang w:val="kk-KZ"/>
        </w:rPr>
        <w:t>кеңістігіне тиесі</w:t>
      </w:r>
      <w:r w:rsidR="003E6A34" w:rsidRPr="007250F1">
        <w:rPr>
          <w:rFonts w:ascii="Times New Roman" w:hAnsi="Times New Roman" w:cs="Times New Roman"/>
          <w:sz w:val="28"/>
          <w:szCs w:val="28"/>
          <w:lang w:val="kk-KZ"/>
        </w:rPr>
        <w:t xml:space="preserve">лі екендігін көрсетеді. Осыдан, </w:t>
      </w:r>
      <w:r w:rsidR="003E6A34" w:rsidRPr="007250F1">
        <w:rPr>
          <w:rFonts w:ascii="Times New Roman" w:hAnsi="Times New Roman" w:cs="Times New Roman"/>
          <w:position w:val="-12"/>
          <w:sz w:val="28"/>
          <w:szCs w:val="28"/>
          <w:lang w:val="kk-KZ"/>
        </w:rPr>
        <w:object w:dxaOrig="300" w:dyaOrig="380" w14:anchorId="4287E37B">
          <v:shape id="_x0000_i2272" type="#_x0000_t75" style="width:15.8pt;height:18.2pt" o:ole="">
            <v:imagedata r:id="rId3199" o:title=""/>
          </v:shape>
          <o:OLEObject Type="Embed" ProgID="Equation.DSMT4" ShapeID="_x0000_i2272" DrawAspect="Content" ObjectID="_1840332726" r:id="rId3200"/>
        </w:object>
      </w:r>
      <w:r w:rsidRPr="007250F1">
        <w:rPr>
          <w:rFonts w:ascii="Times New Roman" w:hAnsi="Times New Roman" w:cs="Times New Roman"/>
          <w:sz w:val="28"/>
          <w:szCs w:val="28"/>
          <w:lang w:val="kk-KZ"/>
        </w:rPr>
        <w:t xml:space="preserve"> саны</w:t>
      </w:r>
      <w:r w:rsidR="003E6A34" w:rsidRPr="007250F1">
        <w:rPr>
          <w:rFonts w:ascii="Times New Roman" w:hAnsi="Times New Roman" w:cs="Times New Roman"/>
          <w:sz w:val="28"/>
          <w:szCs w:val="28"/>
          <w:lang w:val="kk-KZ"/>
        </w:rPr>
        <w:t xml:space="preserve"> </w:t>
      </w:r>
      <w:r w:rsidR="003E6A34" w:rsidRPr="007250F1">
        <w:rPr>
          <w:rFonts w:ascii="Times New Roman" w:hAnsi="Times New Roman" w:cs="Times New Roman"/>
          <w:position w:val="-4"/>
          <w:sz w:val="28"/>
          <w:szCs w:val="28"/>
          <w:lang w:val="kk-KZ"/>
        </w:rPr>
        <w:object w:dxaOrig="279" w:dyaOrig="279" w14:anchorId="7C1FED45">
          <v:shape id="_x0000_i2273" type="#_x0000_t75" style="width:14.25pt;height:14.25pt" o:ole="">
            <v:imagedata r:id="rId3201" o:title=""/>
          </v:shape>
          <o:OLEObject Type="Embed" ProgID="Equation.DSMT4" ShapeID="_x0000_i2273" DrawAspect="Content" ObjectID="_1840332727" r:id="rId3202"/>
        </w:object>
      </w:r>
      <w:r w:rsidRPr="007250F1">
        <w:rPr>
          <w:rFonts w:ascii="Times New Roman" w:hAnsi="Times New Roman" w:cs="Times New Roman"/>
          <w:sz w:val="28"/>
          <w:szCs w:val="28"/>
          <w:lang w:val="kk-KZ"/>
        </w:rPr>
        <w:t xml:space="preserve">  жиынының элементі екендігі шығады</w:t>
      </w:r>
      <w:r w:rsidR="003E6A34" w:rsidRPr="007250F1">
        <w:rPr>
          <w:rFonts w:ascii="Times New Roman" w:hAnsi="Times New Roman" w:cs="Times New Roman"/>
          <w:sz w:val="28"/>
          <w:szCs w:val="28"/>
          <w:lang w:val="kk-KZ"/>
        </w:rPr>
        <w:t>.</w:t>
      </w:r>
      <w:r w:rsidR="00EF52AB">
        <w:rPr>
          <w:rFonts w:ascii="Times New Roman" w:hAnsi="Times New Roman" w:cs="Times New Roman"/>
          <w:sz w:val="28"/>
          <w:szCs w:val="28"/>
          <w:lang w:val="kk-KZ"/>
        </w:rPr>
        <w:t xml:space="preserve"> </w:t>
      </w:r>
      <w:r w:rsidRPr="007250F1">
        <w:rPr>
          <w:rFonts w:ascii="Times New Roman" w:hAnsi="Times New Roman" w:cs="Times New Roman"/>
          <w:sz w:val="28"/>
          <w:szCs w:val="28"/>
          <w:lang w:val="kk-KZ"/>
        </w:rPr>
        <w:t xml:space="preserve">Шектік нүктесі </w:t>
      </w:r>
      <w:r w:rsidR="003E6A34" w:rsidRPr="007250F1">
        <w:rPr>
          <w:rFonts w:ascii="Times New Roman" w:hAnsi="Times New Roman" w:cs="Times New Roman"/>
          <w:position w:val="-4"/>
          <w:sz w:val="28"/>
          <w:szCs w:val="28"/>
          <w:lang w:val="kk-KZ"/>
        </w:rPr>
        <w:object w:dxaOrig="279" w:dyaOrig="279" w14:anchorId="1810FACA">
          <v:shape id="_x0000_i2274" type="#_x0000_t75" style="width:14.25pt;height:14.25pt" o:ole="">
            <v:imagedata r:id="rId3201" o:title=""/>
          </v:shape>
          <o:OLEObject Type="Embed" ProgID="Equation.DSMT4" ShapeID="_x0000_i2274" DrawAspect="Content" ObjectID="_1840332728" r:id="rId3203"/>
        </w:object>
      </w:r>
      <w:r w:rsidRPr="007250F1">
        <w:rPr>
          <w:rFonts w:ascii="Times New Roman" w:hAnsi="Times New Roman" w:cs="Times New Roman"/>
          <w:sz w:val="28"/>
          <w:szCs w:val="28"/>
          <w:lang w:val="kk-KZ"/>
        </w:rPr>
        <w:t xml:space="preserve"> жиынының өзінде жатуы оның тұйықтығын білдіреді.</w:t>
      </w:r>
    </w:p>
    <w:p w14:paraId="5B88219C" w14:textId="77777777" w:rsidR="00EF52AB" w:rsidRDefault="004B7CD0" w:rsidP="00EF52AB">
      <w:pPr>
        <w:spacing w:after="0" w:line="240" w:lineRule="auto"/>
        <w:ind w:firstLine="708"/>
        <w:jc w:val="both"/>
        <w:rPr>
          <w:rFonts w:ascii="Times New Roman" w:hAnsi="Times New Roman" w:cs="Times New Roman"/>
          <w:sz w:val="28"/>
          <w:szCs w:val="28"/>
          <w:lang w:val="kk-KZ"/>
        </w:rPr>
      </w:pPr>
      <w:r w:rsidRPr="007250F1">
        <w:rPr>
          <w:rFonts w:ascii="Times New Roman" w:hAnsi="Times New Roman" w:cs="Times New Roman"/>
          <w:sz w:val="28"/>
          <w:szCs w:val="28"/>
          <w:lang w:val="kk-KZ"/>
        </w:rPr>
        <w:t xml:space="preserve">Енді </w:t>
      </w:r>
      <w:r w:rsidR="003E6A34" w:rsidRPr="007250F1">
        <w:rPr>
          <w:rFonts w:ascii="Times New Roman" w:hAnsi="Times New Roman" w:cs="Times New Roman"/>
          <w:position w:val="-4"/>
          <w:sz w:val="28"/>
          <w:szCs w:val="28"/>
          <w:lang w:val="kk-KZ"/>
        </w:rPr>
        <w:object w:dxaOrig="279" w:dyaOrig="279" w14:anchorId="4DBF9442">
          <v:shape id="_x0000_i2275" type="#_x0000_t75" style="width:14.25pt;height:14.25pt" o:ole="">
            <v:imagedata r:id="rId3201" o:title=""/>
          </v:shape>
          <o:OLEObject Type="Embed" ProgID="Equation.DSMT4" ShapeID="_x0000_i2275" DrawAspect="Content" ObjectID="_1840332729" r:id="rId3204"/>
        </w:object>
      </w:r>
      <w:r w:rsidRPr="007250F1">
        <w:rPr>
          <w:rFonts w:ascii="Times New Roman" w:hAnsi="Times New Roman" w:cs="Times New Roman"/>
          <w:position w:val="-4"/>
          <w:sz w:val="28"/>
          <w:szCs w:val="28"/>
          <w:lang w:val="kk-KZ"/>
        </w:rPr>
        <w:t xml:space="preserve"> жиынының ашық екенін дәлелдейік</w:t>
      </w:r>
      <w:r w:rsidR="00EF52AB">
        <w:rPr>
          <w:rFonts w:ascii="Times New Roman" w:hAnsi="Times New Roman" w:cs="Times New Roman"/>
          <w:sz w:val="28"/>
          <w:szCs w:val="28"/>
          <w:lang w:val="kk-KZ"/>
        </w:rPr>
        <w:t xml:space="preserve"> </w:t>
      </w:r>
    </w:p>
    <w:p w14:paraId="5C1F4912" w14:textId="0FAE5EB1" w:rsidR="004B7CD0" w:rsidRPr="007250F1" w:rsidRDefault="004B7CD0" w:rsidP="00EF52AB">
      <w:pPr>
        <w:spacing w:after="0" w:line="240" w:lineRule="auto"/>
        <w:ind w:firstLine="708"/>
        <w:jc w:val="both"/>
        <w:rPr>
          <w:rFonts w:ascii="Times New Roman" w:hAnsi="Times New Roman" w:cs="Times New Roman"/>
          <w:sz w:val="28"/>
          <w:szCs w:val="28"/>
          <w:lang w:val="kk-KZ"/>
        </w:rPr>
      </w:pPr>
      <w:r w:rsidRPr="007250F1">
        <w:rPr>
          <w:rFonts w:ascii="Times New Roman" w:hAnsi="Times New Roman" w:cs="Times New Roman"/>
          <w:sz w:val="28"/>
          <w:szCs w:val="28"/>
          <w:lang w:val="kk-KZ"/>
        </w:rPr>
        <w:t xml:space="preserve">Айталық, </w:t>
      </w:r>
      <w:r w:rsidR="003E6A34" w:rsidRPr="007250F1">
        <w:rPr>
          <w:rFonts w:ascii="Times New Roman" w:hAnsi="Times New Roman" w:cs="Times New Roman"/>
          <w:position w:val="-12"/>
          <w:sz w:val="28"/>
          <w:szCs w:val="28"/>
          <w:lang w:val="kk-KZ"/>
        </w:rPr>
        <w:object w:dxaOrig="300" w:dyaOrig="380" w14:anchorId="19B6F425">
          <v:shape id="_x0000_i2276" type="#_x0000_t75" style="width:15.8pt;height:18.2pt" o:ole="">
            <v:imagedata r:id="rId3199" o:title=""/>
          </v:shape>
          <o:OLEObject Type="Embed" ProgID="Equation.DSMT4" ShapeID="_x0000_i2276" DrawAspect="Content" ObjectID="_1840332730" r:id="rId3205"/>
        </w:object>
      </w:r>
      <w:r w:rsidR="003E6A34" w:rsidRPr="007250F1">
        <w:rPr>
          <w:rFonts w:ascii="Times New Roman" w:hAnsi="Times New Roman" w:cs="Times New Roman"/>
          <w:position w:val="-16"/>
          <w:sz w:val="28"/>
          <w:szCs w:val="28"/>
          <w:lang w:val="kk-KZ"/>
        </w:rPr>
        <w:t xml:space="preserve"> </w:t>
      </w:r>
      <w:r w:rsidRPr="007250F1">
        <w:rPr>
          <w:rFonts w:ascii="Times New Roman" w:hAnsi="Times New Roman" w:cs="Times New Roman"/>
          <w:sz w:val="28"/>
          <w:szCs w:val="28"/>
          <w:lang w:val="kk-KZ"/>
        </w:rPr>
        <w:t xml:space="preserve">саны </w:t>
      </w:r>
      <w:r w:rsidR="003E6A34" w:rsidRPr="007250F1">
        <w:rPr>
          <w:rFonts w:ascii="Times New Roman" w:hAnsi="Times New Roman" w:cs="Times New Roman"/>
          <w:position w:val="-4"/>
          <w:sz w:val="28"/>
          <w:szCs w:val="28"/>
          <w:lang w:val="kk-KZ"/>
        </w:rPr>
        <w:object w:dxaOrig="279" w:dyaOrig="279" w14:anchorId="7E214715">
          <v:shape id="_x0000_i2277" type="#_x0000_t75" style="width:14.25pt;height:14.25pt" o:ole="">
            <v:imagedata r:id="rId3201" o:title=""/>
          </v:shape>
          <o:OLEObject Type="Embed" ProgID="Equation.DSMT4" ShapeID="_x0000_i2277" DrawAspect="Content" ObjectID="_1840332731" r:id="rId3206"/>
        </w:object>
      </w:r>
      <w:r w:rsidRPr="007250F1">
        <w:rPr>
          <w:rFonts w:ascii="Times New Roman" w:hAnsi="Times New Roman" w:cs="Times New Roman"/>
          <w:sz w:val="28"/>
          <w:szCs w:val="28"/>
          <w:lang w:val="kk-KZ"/>
        </w:rPr>
        <w:t xml:space="preserve"> жиынының элементі болсын </w:t>
      </w:r>
      <w:r w:rsidR="003E6A34" w:rsidRPr="007250F1">
        <w:rPr>
          <w:rFonts w:ascii="Times New Roman" w:hAnsi="Times New Roman" w:cs="Times New Roman"/>
          <w:position w:val="-4"/>
          <w:sz w:val="28"/>
          <w:szCs w:val="28"/>
          <w:lang w:val="kk-KZ"/>
        </w:rPr>
        <w:object w:dxaOrig="279" w:dyaOrig="279" w14:anchorId="05314CB8">
          <v:shape id="_x0000_i2278" type="#_x0000_t75" style="width:14.25pt;height:14.25pt" o:ole="">
            <v:imagedata r:id="rId3201" o:title=""/>
          </v:shape>
          <o:OLEObject Type="Embed" ProgID="Equation.DSMT4" ShapeID="_x0000_i2278" DrawAspect="Content" ObjectID="_1840332732" r:id="rId3207"/>
        </w:object>
      </w:r>
      <w:r w:rsidRPr="007250F1">
        <w:rPr>
          <w:rFonts w:ascii="Times New Roman" w:hAnsi="Times New Roman" w:cs="Times New Roman"/>
          <w:sz w:val="28"/>
          <w:szCs w:val="28"/>
          <w:lang w:val="kk-KZ"/>
        </w:rPr>
        <w:t xml:space="preserve"> жиыны ашық болады, егер </w:t>
      </w:r>
      <w:r w:rsidR="00A135AE" w:rsidRPr="007250F1">
        <w:rPr>
          <w:rFonts w:ascii="Times New Roman" w:hAnsi="Times New Roman" w:cs="Times New Roman"/>
          <w:noProof/>
          <w:position w:val="-12"/>
          <w:sz w:val="28"/>
          <w:szCs w:val="28"/>
        </w:rPr>
        <w:drawing>
          <wp:inline distT="0" distB="0" distL="0" distR="0" wp14:anchorId="6E7EB7AA" wp14:editId="258F694E">
            <wp:extent cx="760095" cy="250190"/>
            <wp:effectExtent l="0" t="0" r="1905" b="0"/>
            <wp:docPr id="2416" name="Рисунок 2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6"/>
                    <pic:cNvPicPr>
                      <a:picLocks noChangeAspect="1" noChangeArrowheads="1"/>
                    </pic:cNvPicPr>
                  </pic:nvPicPr>
                  <pic:blipFill>
                    <a:blip r:embed="rId3208" cstate="print">
                      <a:extLst>
                        <a:ext uri="{28A0092B-C50C-407E-A947-70E740481C1C}">
                          <a14:useLocalDpi xmlns:a14="http://schemas.microsoft.com/office/drawing/2010/main" val="0"/>
                        </a:ext>
                      </a:extLst>
                    </a:blip>
                    <a:srcRect/>
                    <a:stretch>
                      <a:fillRect/>
                    </a:stretch>
                  </pic:blipFill>
                  <pic:spPr bwMode="auto">
                    <a:xfrm>
                      <a:off x="0" y="0"/>
                      <a:ext cx="760095" cy="250190"/>
                    </a:xfrm>
                    <a:prstGeom prst="rect">
                      <a:avLst/>
                    </a:prstGeom>
                    <a:noFill/>
                    <a:ln>
                      <a:noFill/>
                    </a:ln>
                  </pic:spPr>
                </pic:pic>
              </a:graphicData>
            </a:graphic>
          </wp:inline>
        </w:drawing>
      </w:r>
      <w:r w:rsidRPr="007250F1">
        <w:rPr>
          <w:rFonts w:ascii="Times New Roman" w:hAnsi="Times New Roman" w:cs="Times New Roman"/>
          <w:sz w:val="28"/>
          <w:szCs w:val="28"/>
          <w:lang w:val="kk-KZ"/>
        </w:rPr>
        <w:t xml:space="preserve"> сандары </w:t>
      </w:r>
      <w:r w:rsidR="00A135AE" w:rsidRPr="007250F1">
        <w:rPr>
          <w:rFonts w:ascii="Times New Roman" w:hAnsi="Times New Roman" w:cs="Times New Roman"/>
          <w:noProof/>
          <w:position w:val="-10"/>
          <w:sz w:val="28"/>
          <w:szCs w:val="28"/>
        </w:rPr>
        <w:drawing>
          <wp:inline distT="0" distB="0" distL="0" distR="0" wp14:anchorId="0E58DE4C" wp14:editId="59F89E27">
            <wp:extent cx="288925" cy="231140"/>
            <wp:effectExtent l="0" t="0" r="0" b="0"/>
            <wp:docPr id="2417" name="Рисунок 2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7"/>
                    <pic:cNvPicPr>
                      <a:picLocks noChangeAspect="1" noChangeArrowheads="1"/>
                    </pic:cNvPicPr>
                  </pic:nvPicPr>
                  <pic:blipFill>
                    <a:blip r:embed="rId3209" cstate="print">
                      <a:extLst>
                        <a:ext uri="{28A0092B-C50C-407E-A947-70E740481C1C}">
                          <a14:useLocalDpi xmlns:a14="http://schemas.microsoft.com/office/drawing/2010/main" val="0"/>
                        </a:ext>
                      </a:extLst>
                    </a:blip>
                    <a:srcRect/>
                    <a:stretch>
                      <a:fillRect/>
                    </a:stretch>
                  </pic:blipFill>
                  <pic:spPr bwMode="auto">
                    <a:xfrm>
                      <a:off x="0" y="0"/>
                      <a:ext cx="288925" cy="231140"/>
                    </a:xfrm>
                    <a:prstGeom prst="rect">
                      <a:avLst/>
                    </a:prstGeom>
                    <a:noFill/>
                    <a:ln>
                      <a:noFill/>
                    </a:ln>
                  </pic:spPr>
                </pic:pic>
              </a:graphicData>
            </a:graphic>
          </wp:inline>
        </w:drawing>
      </w:r>
      <w:r w:rsidRPr="007250F1">
        <w:rPr>
          <w:rFonts w:ascii="Times New Roman" w:hAnsi="Times New Roman" w:cs="Times New Roman"/>
          <w:sz w:val="28"/>
          <w:szCs w:val="28"/>
          <w:lang w:val="kk-KZ"/>
        </w:rPr>
        <w:t xml:space="preserve"> аз мә</w:t>
      </w:r>
      <w:r w:rsidR="00EF52AB">
        <w:rPr>
          <w:rFonts w:ascii="Times New Roman" w:hAnsi="Times New Roman" w:cs="Times New Roman"/>
          <w:sz w:val="28"/>
          <w:szCs w:val="28"/>
          <w:lang w:val="kk-KZ"/>
        </w:rPr>
        <w:t>нінде сол жиынның өзінде жатса.</w:t>
      </w:r>
      <w:r w:rsidRPr="007250F1">
        <w:rPr>
          <w:rFonts w:ascii="Times New Roman" w:hAnsi="Times New Roman" w:cs="Times New Roman"/>
          <w:sz w:val="28"/>
          <w:szCs w:val="28"/>
          <w:lang w:val="kk-KZ"/>
        </w:rPr>
        <w:t xml:space="preserve"> </w:t>
      </w:r>
      <w:r w:rsidR="003E6A34" w:rsidRPr="007250F1">
        <w:rPr>
          <w:rFonts w:ascii="Times New Roman" w:hAnsi="Times New Roman" w:cs="Times New Roman"/>
          <w:position w:val="-16"/>
          <w:sz w:val="28"/>
          <w:szCs w:val="28"/>
          <w:lang w:val="kk-KZ"/>
        </w:rPr>
        <w:object w:dxaOrig="740" w:dyaOrig="420" w14:anchorId="07A1BD0F">
          <v:shape id="_x0000_i2279" type="#_x0000_t75" style="width:36.4pt;height:20.55pt" o:ole="">
            <v:imagedata r:id="rId3172" o:title=""/>
          </v:shape>
          <o:OLEObject Type="Embed" ProgID="Equation.DSMT4" ShapeID="_x0000_i2279" DrawAspect="Content" ObjectID="_1840332733" r:id="rId3210"/>
        </w:object>
      </w:r>
      <w:r w:rsidR="003E6A34" w:rsidRPr="007250F1">
        <w:rPr>
          <w:rFonts w:ascii="Times New Roman" w:hAnsi="Times New Roman" w:cs="Times New Roman"/>
          <w:position w:val="-16"/>
          <w:sz w:val="28"/>
          <w:szCs w:val="28"/>
          <w:lang w:val="kk-KZ"/>
        </w:rPr>
        <w:t xml:space="preserve"> </w:t>
      </w:r>
      <w:r w:rsidR="003E6A34" w:rsidRPr="007250F1">
        <w:rPr>
          <w:rFonts w:ascii="Times New Roman" w:hAnsi="Times New Roman" w:cs="Times New Roman"/>
          <w:sz w:val="28"/>
          <w:szCs w:val="28"/>
          <w:lang w:val="kk-KZ"/>
        </w:rPr>
        <w:t xml:space="preserve">кеңістігінде кез-келген </w:t>
      </w:r>
      <w:r w:rsidR="003E6A34" w:rsidRPr="007250F1">
        <w:rPr>
          <w:rFonts w:ascii="Times New Roman" w:hAnsi="Times New Roman" w:cs="Times New Roman"/>
          <w:position w:val="-12"/>
          <w:sz w:val="28"/>
          <w:szCs w:val="28"/>
          <w:lang w:val="kk-KZ"/>
        </w:rPr>
        <w:object w:dxaOrig="820" w:dyaOrig="360" w14:anchorId="6510F841">
          <v:shape id="_x0000_i2280" type="#_x0000_t75" style="width:41.15pt;height:18.2pt" o:ole="">
            <v:imagedata r:id="rId3185" o:title=""/>
          </v:shape>
          <o:OLEObject Type="Embed" ProgID="Equation.DSMT4" ShapeID="_x0000_i2280" DrawAspect="Content" ObjectID="_1840332734" r:id="rId3211"/>
        </w:object>
      </w:r>
      <w:r w:rsidRPr="007250F1">
        <w:rPr>
          <w:rFonts w:ascii="Times New Roman" w:hAnsi="Times New Roman" w:cs="Times New Roman"/>
          <w:sz w:val="28"/>
          <w:szCs w:val="28"/>
          <w:lang w:val="kk-KZ"/>
        </w:rPr>
        <w:t xml:space="preserve"> функциясын алайық та және мына шеттік есебін қарастырайық:</w:t>
      </w:r>
    </w:p>
    <w:p w14:paraId="37432144" w14:textId="77777777" w:rsidR="004B7CD0" w:rsidRPr="007250F1" w:rsidRDefault="004B7CD0" w:rsidP="007250F1">
      <w:pPr>
        <w:spacing w:after="0" w:line="240" w:lineRule="auto"/>
        <w:jc w:val="both"/>
        <w:rPr>
          <w:rFonts w:ascii="Times New Roman" w:hAnsi="Times New Roman" w:cs="Times New Roman"/>
          <w:sz w:val="28"/>
          <w:szCs w:val="28"/>
          <w:lang w:val="kk-KZ"/>
        </w:rPr>
      </w:pPr>
    </w:p>
    <w:p w14:paraId="255FEC7F" w14:textId="00A24A32" w:rsidR="004B7CD0" w:rsidRPr="007250F1" w:rsidRDefault="00A135AE" w:rsidP="007250F1">
      <w:pPr>
        <w:spacing w:after="0" w:line="240" w:lineRule="auto"/>
        <w:jc w:val="right"/>
        <w:rPr>
          <w:rFonts w:ascii="Times New Roman" w:hAnsi="Times New Roman" w:cs="Times New Roman"/>
          <w:sz w:val="28"/>
          <w:szCs w:val="28"/>
          <w:lang w:val="kk-KZ"/>
        </w:rPr>
      </w:pPr>
      <w:r w:rsidRPr="007250F1">
        <w:rPr>
          <w:rFonts w:ascii="Times New Roman" w:hAnsi="Times New Roman" w:cs="Times New Roman"/>
          <w:noProof/>
          <w:position w:val="-18"/>
          <w:sz w:val="28"/>
          <w:szCs w:val="28"/>
        </w:rPr>
        <w:drawing>
          <wp:inline distT="0" distB="0" distL="0" distR="0" wp14:anchorId="0BC90DE9" wp14:editId="40D5BBAA">
            <wp:extent cx="3474720" cy="337185"/>
            <wp:effectExtent l="0" t="0" r="0" b="5715"/>
            <wp:docPr id="2420" name="Рисунок 2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0"/>
                    <pic:cNvPicPr>
                      <a:picLocks noChangeAspect="1" noChangeArrowheads="1"/>
                    </pic:cNvPicPr>
                  </pic:nvPicPr>
                  <pic:blipFill>
                    <a:blip r:embed="rId3212" cstate="print">
                      <a:extLst>
                        <a:ext uri="{28A0092B-C50C-407E-A947-70E740481C1C}">
                          <a14:useLocalDpi xmlns:a14="http://schemas.microsoft.com/office/drawing/2010/main" val="0"/>
                        </a:ext>
                      </a:extLst>
                    </a:blip>
                    <a:srcRect/>
                    <a:stretch>
                      <a:fillRect/>
                    </a:stretch>
                  </pic:blipFill>
                  <pic:spPr bwMode="auto">
                    <a:xfrm>
                      <a:off x="0" y="0"/>
                      <a:ext cx="3474720" cy="337185"/>
                    </a:xfrm>
                    <a:prstGeom prst="rect">
                      <a:avLst/>
                    </a:prstGeom>
                    <a:noFill/>
                    <a:ln>
                      <a:noFill/>
                    </a:ln>
                  </pic:spPr>
                </pic:pic>
              </a:graphicData>
            </a:graphic>
          </wp:inline>
        </w:drawing>
      </w:r>
      <w:r w:rsidR="000A7311" w:rsidRPr="007250F1">
        <w:rPr>
          <w:rFonts w:ascii="Times New Roman" w:hAnsi="Times New Roman" w:cs="Times New Roman"/>
          <w:sz w:val="28"/>
          <w:szCs w:val="28"/>
          <w:lang w:val="kk-KZ"/>
        </w:rPr>
        <w:tab/>
      </w:r>
      <w:r w:rsidR="000A7311" w:rsidRPr="007250F1">
        <w:rPr>
          <w:rFonts w:ascii="Times New Roman" w:hAnsi="Times New Roman" w:cs="Times New Roman"/>
          <w:sz w:val="28"/>
          <w:szCs w:val="28"/>
          <w:lang w:val="kk-KZ"/>
        </w:rPr>
        <w:tab/>
      </w:r>
      <w:r w:rsidR="000A7311" w:rsidRPr="007250F1">
        <w:rPr>
          <w:rFonts w:ascii="Times New Roman" w:hAnsi="Times New Roman" w:cs="Times New Roman"/>
          <w:sz w:val="28"/>
          <w:szCs w:val="28"/>
          <w:lang w:val="kk-KZ"/>
        </w:rPr>
        <w:tab/>
        <w:t>(2.90</w:t>
      </w:r>
      <w:r w:rsidR="004B7CD0" w:rsidRPr="007250F1">
        <w:rPr>
          <w:rFonts w:ascii="Times New Roman" w:hAnsi="Times New Roman" w:cs="Times New Roman"/>
          <w:sz w:val="28"/>
          <w:szCs w:val="28"/>
          <w:lang w:val="kk-KZ"/>
        </w:rPr>
        <w:t>)</w:t>
      </w:r>
    </w:p>
    <w:p w14:paraId="6C007FDA" w14:textId="77777777" w:rsidR="004B7CD0" w:rsidRPr="007250F1" w:rsidRDefault="004B7CD0" w:rsidP="007250F1">
      <w:pPr>
        <w:spacing w:after="0" w:line="240" w:lineRule="auto"/>
        <w:rPr>
          <w:rFonts w:ascii="Times New Roman" w:hAnsi="Times New Roman" w:cs="Times New Roman"/>
          <w:sz w:val="28"/>
          <w:szCs w:val="28"/>
          <w:lang w:val="kk-KZ"/>
        </w:rPr>
      </w:pPr>
    </w:p>
    <w:p w14:paraId="6A35C57B" w14:textId="720EA647" w:rsidR="004B7CD0" w:rsidRPr="007250F1" w:rsidRDefault="0004743F" w:rsidP="007250F1">
      <w:pPr>
        <w:spacing w:after="0" w:line="240" w:lineRule="auto"/>
        <w:rPr>
          <w:rFonts w:ascii="Times New Roman" w:hAnsi="Times New Roman" w:cs="Times New Roman"/>
          <w:sz w:val="28"/>
          <w:szCs w:val="28"/>
          <w:lang w:val="kk-KZ"/>
        </w:rPr>
      </w:pPr>
      <w:r w:rsidRPr="007250F1">
        <w:rPr>
          <w:rFonts w:ascii="Times New Roman" w:hAnsi="Times New Roman" w:cs="Times New Roman"/>
          <w:sz w:val="28"/>
          <w:szCs w:val="28"/>
          <w:lang w:val="kk-KZ"/>
        </w:rPr>
        <w:t>(2</w:t>
      </w:r>
      <w:r w:rsidR="004B7CD0" w:rsidRPr="007250F1">
        <w:rPr>
          <w:rFonts w:ascii="Times New Roman" w:hAnsi="Times New Roman" w:cs="Times New Roman"/>
          <w:sz w:val="28"/>
          <w:szCs w:val="28"/>
          <w:lang w:val="kk-KZ"/>
        </w:rPr>
        <w:t>.</w:t>
      </w:r>
      <w:r w:rsidRPr="007250F1">
        <w:rPr>
          <w:rFonts w:ascii="Times New Roman" w:hAnsi="Times New Roman" w:cs="Times New Roman"/>
          <w:sz w:val="28"/>
          <w:szCs w:val="28"/>
          <w:lang w:val="kk-KZ"/>
        </w:rPr>
        <w:t>6</w:t>
      </w:r>
      <w:r w:rsidR="004B7CD0" w:rsidRPr="007250F1">
        <w:rPr>
          <w:rFonts w:ascii="Times New Roman" w:hAnsi="Times New Roman" w:cs="Times New Roman"/>
          <w:sz w:val="28"/>
          <w:szCs w:val="28"/>
          <w:lang w:val="kk-KZ"/>
        </w:rPr>
        <w:t xml:space="preserve">2) шеттік шарттарымен және </w:t>
      </w:r>
    </w:p>
    <w:p w14:paraId="2BE5E01E" w14:textId="77777777" w:rsidR="004B7CD0" w:rsidRPr="007250F1" w:rsidRDefault="004B7CD0" w:rsidP="007250F1">
      <w:pPr>
        <w:spacing w:after="0" w:line="240" w:lineRule="auto"/>
        <w:rPr>
          <w:rFonts w:ascii="Times New Roman" w:hAnsi="Times New Roman" w:cs="Times New Roman"/>
          <w:sz w:val="28"/>
          <w:szCs w:val="28"/>
          <w:lang w:val="kk-KZ"/>
        </w:rPr>
      </w:pPr>
    </w:p>
    <w:p w14:paraId="2CD3AFF9" w14:textId="1E7F1BAF" w:rsidR="004B7CD0" w:rsidRPr="007250F1" w:rsidRDefault="00A135AE" w:rsidP="007250F1">
      <w:pPr>
        <w:spacing w:after="0" w:line="240" w:lineRule="auto"/>
        <w:jc w:val="right"/>
        <w:rPr>
          <w:rFonts w:ascii="Times New Roman" w:hAnsi="Times New Roman" w:cs="Times New Roman"/>
          <w:sz w:val="28"/>
          <w:szCs w:val="28"/>
          <w:lang w:val="kk-KZ"/>
        </w:rPr>
      </w:pPr>
      <w:r w:rsidRPr="007250F1">
        <w:rPr>
          <w:rFonts w:ascii="Times New Roman" w:hAnsi="Times New Roman" w:cs="Times New Roman"/>
          <w:noProof/>
          <w:position w:val="-12"/>
          <w:sz w:val="28"/>
          <w:szCs w:val="28"/>
        </w:rPr>
        <w:drawing>
          <wp:inline distT="0" distB="0" distL="0" distR="0" wp14:anchorId="3B2757B6" wp14:editId="243AA343">
            <wp:extent cx="3734435" cy="250190"/>
            <wp:effectExtent l="0" t="0" r="0" b="0"/>
            <wp:docPr id="2421" name="Рисунок 2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1"/>
                    <pic:cNvPicPr>
                      <a:picLocks noChangeAspect="1" noChangeArrowheads="1"/>
                    </pic:cNvPicPr>
                  </pic:nvPicPr>
                  <pic:blipFill>
                    <a:blip r:embed="rId3213" cstate="print">
                      <a:extLst>
                        <a:ext uri="{28A0092B-C50C-407E-A947-70E740481C1C}">
                          <a14:useLocalDpi xmlns:a14="http://schemas.microsoft.com/office/drawing/2010/main" val="0"/>
                        </a:ext>
                      </a:extLst>
                    </a:blip>
                    <a:srcRect/>
                    <a:stretch>
                      <a:fillRect/>
                    </a:stretch>
                  </pic:blipFill>
                  <pic:spPr bwMode="auto">
                    <a:xfrm>
                      <a:off x="0" y="0"/>
                      <a:ext cx="3734435" cy="250190"/>
                    </a:xfrm>
                    <a:prstGeom prst="rect">
                      <a:avLst/>
                    </a:prstGeom>
                    <a:noFill/>
                    <a:ln>
                      <a:noFill/>
                    </a:ln>
                  </pic:spPr>
                </pic:pic>
              </a:graphicData>
            </a:graphic>
          </wp:inline>
        </w:drawing>
      </w:r>
      <w:r w:rsidR="0004743F" w:rsidRPr="007250F1">
        <w:rPr>
          <w:rFonts w:ascii="Times New Roman" w:hAnsi="Times New Roman" w:cs="Times New Roman"/>
          <w:sz w:val="28"/>
          <w:szCs w:val="28"/>
          <w:lang w:val="kk-KZ"/>
        </w:rPr>
        <w:tab/>
      </w:r>
      <w:r w:rsidR="0004743F" w:rsidRPr="007250F1">
        <w:rPr>
          <w:rFonts w:ascii="Times New Roman" w:hAnsi="Times New Roman" w:cs="Times New Roman"/>
          <w:sz w:val="28"/>
          <w:szCs w:val="28"/>
          <w:lang w:val="kk-KZ"/>
        </w:rPr>
        <w:tab/>
      </w:r>
      <w:r w:rsidR="0004743F" w:rsidRPr="007250F1">
        <w:rPr>
          <w:rFonts w:ascii="Times New Roman" w:hAnsi="Times New Roman" w:cs="Times New Roman"/>
          <w:sz w:val="28"/>
          <w:szCs w:val="28"/>
          <w:lang w:val="kk-KZ"/>
        </w:rPr>
        <w:tab/>
        <w:t>(2.91</w:t>
      </w:r>
      <w:r w:rsidR="004B7CD0" w:rsidRPr="007250F1">
        <w:rPr>
          <w:rFonts w:ascii="Times New Roman" w:hAnsi="Times New Roman" w:cs="Times New Roman"/>
          <w:sz w:val="28"/>
          <w:szCs w:val="28"/>
          <w:lang w:val="kk-KZ"/>
        </w:rPr>
        <w:t>)</w:t>
      </w:r>
    </w:p>
    <w:p w14:paraId="0DEB7A75" w14:textId="77777777" w:rsidR="00752016" w:rsidRDefault="00752016" w:rsidP="00752016">
      <w:pPr>
        <w:spacing w:after="0" w:line="240" w:lineRule="auto"/>
        <w:jc w:val="both"/>
        <w:rPr>
          <w:rFonts w:ascii="Times New Roman" w:hAnsi="Times New Roman" w:cs="Times New Roman"/>
          <w:sz w:val="28"/>
          <w:szCs w:val="28"/>
          <w:lang w:val="kk-KZ"/>
        </w:rPr>
      </w:pPr>
    </w:p>
    <w:p w14:paraId="7748BD0F" w14:textId="2F736F10" w:rsidR="004B7CD0" w:rsidRPr="007250F1" w:rsidRDefault="003E6A34" w:rsidP="00752016">
      <w:pPr>
        <w:spacing w:after="0" w:line="240" w:lineRule="auto"/>
        <w:ind w:firstLine="567"/>
        <w:jc w:val="both"/>
        <w:rPr>
          <w:rFonts w:ascii="Times New Roman" w:hAnsi="Times New Roman" w:cs="Times New Roman"/>
          <w:sz w:val="28"/>
          <w:szCs w:val="28"/>
          <w:lang w:val="kk-KZ"/>
        </w:rPr>
      </w:pPr>
      <w:r w:rsidRPr="007250F1">
        <w:rPr>
          <w:rFonts w:ascii="Times New Roman" w:hAnsi="Times New Roman" w:cs="Times New Roman"/>
          <w:position w:val="-4"/>
          <w:sz w:val="28"/>
          <w:szCs w:val="28"/>
          <w:lang w:val="kk-KZ"/>
        </w:rPr>
        <w:object w:dxaOrig="279" w:dyaOrig="279" w14:anchorId="3A33D818">
          <v:shape id="_x0000_i2281" type="#_x0000_t75" style="width:14.25pt;height:14.25pt" o:ole="">
            <v:imagedata r:id="rId3201" o:title=""/>
          </v:shape>
          <o:OLEObject Type="Embed" ProgID="Equation.DSMT4" ShapeID="_x0000_i2281" DrawAspect="Content" ObjectID="_1840332735" r:id="rId3214"/>
        </w:object>
      </w:r>
      <w:r w:rsidR="004B7CD0" w:rsidRPr="007250F1">
        <w:rPr>
          <w:rFonts w:ascii="Times New Roman" w:hAnsi="Times New Roman" w:cs="Times New Roman"/>
          <w:sz w:val="28"/>
          <w:szCs w:val="28"/>
          <w:lang w:val="kk-KZ"/>
        </w:rPr>
        <w:t xml:space="preserve"> жиынының</w:t>
      </w:r>
      <w:r w:rsidRPr="007250F1">
        <w:rPr>
          <w:rFonts w:ascii="Times New Roman" w:hAnsi="Times New Roman" w:cs="Times New Roman"/>
          <w:sz w:val="28"/>
          <w:szCs w:val="28"/>
          <w:lang w:val="kk-KZ"/>
        </w:rPr>
        <w:t xml:space="preserve"> анықтамасына сай, бұл есептің </w:t>
      </w:r>
      <w:r w:rsidRPr="007250F1">
        <w:rPr>
          <w:rFonts w:ascii="Times New Roman" w:hAnsi="Times New Roman" w:cs="Times New Roman"/>
          <w:position w:val="-16"/>
          <w:sz w:val="28"/>
          <w:szCs w:val="28"/>
          <w:lang w:val="kk-KZ"/>
        </w:rPr>
        <w:object w:dxaOrig="740" w:dyaOrig="420" w14:anchorId="08CC99AB">
          <v:shape id="_x0000_i2282" type="#_x0000_t75" style="width:36.4pt;height:20.55pt" o:ole="">
            <v:imagedata r:id="rId3172" o:title=""/>
          </v:shape>
          <o:OLEObject Type="Embed" ProgID="Equation.DSMT4" ShapeID="_x0000_i2282" DrawAspect="Content" ObjectID="_1840332736" r:id="rId3215"/>
        </w:object>
      </w:r>
      <w:r w:rsidR="004B7CD0" w:rsidRPr="007250F1">
        <w:rPr>
          <w:rFonts w:ascii="Times New Roman" w:hAnsi="Times New Roman" w:cs="Times New Roman"/>
          <w:sz w:val="28"/>
          <w:szCs w:val="28"/>
          <w:lang w:val="kk-KZ"/>
        </w:rPr>
        <w:t xml:space="preserve"> кеңістігінде жататын </w:t>
      </w:r>
      <w:r w:rsidR="00A135AE" w:rsidRPr="007250F1">
        <w:rPr>
          <w:rFonts w:ascii="Times New Roman" w:hAnsi="Times New Roman" w:cs="Times New Roman"/>
          <w:noProof/>
          <w:position w:val="-12"/>
          <w:sz w:val="28"/>
          <w:szCs w:val="28"/>
        </w:rPr>
        <w:drawing>
          <wp:inline distT="0" distB="0" distL="0" distR="0" wp14:anchorId="46887AC9" wp14:editId="5E2149C2">
            <wp:extent cx="529590" cy="231140"/>
            <wp:effectExtent l="0" t="0" r="0" b="0"/>
            <wp:docPr id="2424" name="Рисунок 2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4"/>
                    <pic:cNvPicPr>
                      <a:picLocks noChangeAspect="1" noChangeArrowheads="1"/>
                    </pic:cNvPicPr>
                  </pic:nvPicPr>
                  <pic:blipFill>
                    <a:blip r:embed="rId3216" cstate="print">
                      <a:extLst>
                        <a:ext uri="{28A0092B-C50C-407E-A947-70E740481C1C}">
                          <a14:useLocalDpi xmlns:a14="http://schemas.microsoft.com/office/drawing/2010/main" val="0"/>
                        </a:ext>
                      </a:extLst>
                    </a:blip>
                    <a:srcRect/>
                    <a:stretch>
                      <a:fillRect/>
                    </a:stretch>
                  </pic:blipFill>
                  <pic:spPr bwMode="auto">
                    <a:xfrm>
                      <a:off x="0" y="0"/>
                      <a:ext cx="529590" cy="231140"/>
                    </a:xfrm>
                    <a:prstGeom prst="rect">
                      <a:avLst/>
                    </a:prstGeom>
                    <a:noFill/>
                    <a:ln>
                      <a:noFill/>
                    </a:ln>
                  </pic:spPr>
                </pic:pic>
              </a:graphicData>
            </a:graphic>
          </wp:inline>
        </w:drawing>
      </w:r>
      <w:r w:rsidR="0004743F" w:rsidRPr="007250F1">
        <w:rPr>
          <w:rFonts w:ascii="Times New Roman" w:hAnsi="Times New Roman" w:cs="Times New Roman"/>
          <w:sz w:val="28"/>
          <w:szCs w:val="28"/>
          <w:lang w:val="kk-KZ"/>
        </w:rPr>
        <w:t xml:space="preserve"> шешімі бар болады. Осылайша, (2.90), (2</w:t>
      </w:r>
      <w:r w:rsidR="004B7CD0" w:rsidRPr="007250F1">
        <w:rPr>
          <w:rFonts w:ascii="Times New Roman" w:hAnsi="Times New Roman" w:cs="Times New Roman"/>
          <w:sz w:val="28"/>
          <w:szCs w:val="28"/>
          <w:lang w:val="kk-KZ"/>
        </w:rPr>
        <w:t>.</w:t>
      </w:r>
      <w:r w:rsidR="0004743F" w:rsidRPr="007250F1">
        <w:rPr>
          <w:rFonts w:ascii="Times New Roman" w:hAnsi="Times New Roman" w:cs="Times New Roman"/>
          <w:sz w:val="28"/>
          <w:szCs w:val="28"/>
          <w:lang w:val="kk-KZ"/>
        </w:rPr>
        <w:t>62), (2.91</w:t>
      </w:r>
      <w:r w:rsidRPr="007250F1">
        <w:rPr>
          <w:rFonts w:ascii="Times New Roman" w:hAnsi="Times New Roman" w:cs="Times New Roman"/>
          <w:sz w:val="28"/>
          <w:szCs w:val="28"/>
          <w:lang w:val="kk-KZ"/>
        </w:rPr>
        <w:t xml:space="preserve">) шеттік есебі </w:t>
      </w:r>
      <w:r w:rsidRPr="007250F1">
        <w:rPr>
          <w:rFonts w:ascii="Times New Roman" w:hAnsi="Times New Roman" w:cs="Times New Roman"/>
          <w:position w:val="-16"/>
          <w:sz w:val="28"/>
          <w:szCs w:val="28"/>
          <w:lang w:val="kk-KZ"/>
        </w:rPr>
        <w:object w:dxaOrig="740" w:dyaOrig="420" w14:anchorId="49B6418A">
          <v:shape id="_x0000_i2283" type="#_x0000_t75" style="width:36.4pt;height:20.55pt" o:ole="">
            <v:imagedata r:id="rId3172" o:title=""/>
          </v:shape>
          <o:OLEObject Type="Embed" ProgID="Equation.DSMT4" ShapeID="_x0000_i2283" DrawAspect="Content" ObjectID="_1840332737" r:id="rId3217"/>
        </w:object>
      </w:r>
      <w:r w:rsidR="004B7CD0" w:rsidRPr="007250F1">
        <w:rPr>
          <w:rFonts w:ascii="Times New Roman" w:hAnsi="Times New Roman" w:cs="Times New Roman"/>
          <w:sz w:val="28"/>
          <w:szCs w:val="28"/>
          <w:lang w:val="kk-KZ"/>
        </w:rPr>
        <w:t xml:space="preserve"> кеңістігін өзіне-өзі көшіретін  </w:t>
      </w:r>
      <w:r w:rsidR="00A135AE" w:rsidRPr="007250F1">
        <w:rPr>
          <w:rFonts w:ascii="Times New Roman" w:hAnsi="Times New Roman" w:cs="Times New Roman"/>
          <w:noProof/>
          <w:position w:val="-4"/>
          <w:sz w:val="28"/>
          <w:szCs w:val="28"/>
        </w:rPr>
        <w:drawing>
          <wp:inline distT="0" distB="0" distL="0" distR="0" wp14:anchorId="0563399F" wp14:editId="1E85F6AE">
            <wp:extent cx="182880" cy="182880"/>
            <wp:effectExtent l="0" t="0" r="7620" b="7620"/>
            <wp:docPr id="2426" name="Рисунок 2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6"/>
                    <pic:cNvPicPr>
                      <a:picLocks noChangeAspect="1" noChangeArrowheads="1"/>
                    </pic:cNvPicPr>
                  </pic:nvPicPr>
                  <pic:blipFill>
                    <a:blip r:embed="rId3218"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004B7CD0" w:rsidRPr="007250F1">
        <w:rPr>
          <w:rFonts w:ascii="Times New Roman" w:hAnsi="Times New Roman" w:cs="Times New Roman"/>
          <w:sz w:val="28"/>
          <w:szCs w:val="28"/>
          <w:lang w:val="kk-KZ"/>
        </w:rPr>
        <w:t xml:space="preserve"> операторын тудырады, </w:t>
      </w:r>
      <w:r w:rsidR="00A135AE" w:rsidRPr="007250F1">
        <w:rPr>
          <w:rFonts w:ascii="Times New Roman" w:hAnsi="Times New Roman" w:cs="Times New Roman"/>
          <w:noProof/>
          <w:position w:val="-12"/>
          <w:sz w:val="28"/>
          <w:szCs w:val="28"/>
        </w:rPr>
        <w:drawing>
          <wp:inline distT="0" distB="0" distL="0" distR="0" wp14:anchorId="4AA63E7C" wp14:editId="483FA853">
            <wp:extent cx="731520" cy="231140"/>
            <wp:effectExtent l="0" t="0" r="0" b="0"/>
            <wp:docPr id="2427" name="Рисунок 2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7"/>
                    <pic:cNvPicPr>
                      <a:picLocks noChangeAspect="1" noChangeArrowheads="1"/>
                    </pic:cNvPicPr>
                  </pic:nvPicPr>
                  <pic:blipFill>
                    <a:blip r:embed="rId3219" cstate="print">
                      <a:extLst>
                        <a:ext uri="{28A0092B-C50C-407E-A947-70E740481C1C}">
                          <a14:useLocalDpi xmlns:a14="http://schemas.microsoft.com/office/drawing/2010/main" val="0"/>
                        </a:ext>
                      </a:extLst>
                    </a:blip>
                    <a:srcRect/>
                    <a:stretch>
                      <a:fillRect/>
                    </a:stretch>
                  </pic:blipFill>
                  <pic:spPr bwMode="auto">
                    <a:xfrm>
                      <a:off x="0" y="0"/>
                      <a:ext cx="731520" cy="231140"/>
                    </a:xfrm>
                    <a:prstGeom prst="rect">
                      <a:avLst/>
                    </a:prstGeom>
                    <a:noFill/>
                    <a:ln>
                      <a:noFill/>
                    </a:ln>
                  </pic:spPr>
                </pic:pic>
              </a:graphicData>
            </a:graphic>
          </wp:inline>
        </w:drawing>
      </w:r>
      <w:r w:rsidR="00A135AE" w:rsidRPr="007250F1">
        <w:rPr>
          <w:rFonts w:ascii="Times New Roman" w:hAnsi="Times New Roman" w:cs="Times New Roman"/>
          <w:noProof/>
          <w:position w:val="-10"/>
          <w:sz w:val="28"/>
          <w:szCs w:val="28"/>
        </w:rPr>
        <w:drawing>
          <wp:inline distT="0" distB="0" distL="0" distR="0" wp14:anchorId="66B7FDF3" wp14:editId="2A67D403">
            <wp:extent cx="288925" cy="231140"/>
            <wp:effectExtent l="0" t="0" r="0" b="0"/>
            <wp:docPr id="2428" name="Рисунок 2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8"/>
                    <pic:cNvPicPr>
                      <a:picLocks noChangeAspect="1" noChangeArrowheads="1"/>
                    </pic:cNvPicPr>
                  </pic:nvPicPr>
                  <pic:blipFill>
                    <a:blip r:embed="rId3220" cstate="print">
                      <a:extLst>
                        <a:ext uri="{28A0092B-C50C-407E-A947-70E740481C1C}">
                          <a14:useLocalDpi xmlns:a14="http://schemas.microsoft.com/office/drawing/2010/main" val="0"/>
                        </a:ext>
                      </a:extLst>
                    </a:blip>
                    <a:srcRect/>
                    <a:stretch>
                      <a:fillRect/>
                    </a:stretch>
                  </pic:blipFill>
                  <pic:spPr bwMode="auto">
                    <a:xfrm>
                      <a:off x="0" y="0"/>
                      <a:ext cx="288925" cy="231140"/>
                    </a:xfrm>
                    <a:prstGeom prst="rect">
                      <a:avLst/>
                    </a:prstGeom>
                    <a:noFill/>
                    <a:ln>
                      <a:noFill/>
                    </a:ln>
                  </pic:spPr>
                </pic:pic>
              </a:graphicData>
            </a:graphic>
          </wp:inline>
        </w:drawing>
      </w:r>
      <w:r w:rsidR="004B7CD0" w:rsidRPr="007250F1">
        <w:rPr>
          <w:rFonts w:ascii="Times New Roman" w:hAnsi="Times New Roman" w:cs="Times New Roman"/>
          <w:sz w:val="28"/>
          <w:szCs w:val="28"/>
          <w:lang w:val="kk-KZ"/>
        </w:rPr>
        <w:t>-ның аз мәнінде бұл қысып бейнелейтін оператор екенін көрсетейік.</w:t>
      </w:r>
    </w:p>
    <w:p w14:paraId="3C89D792" w14:textId="2EF70823" w:rsidR="004B7CD0" w:rsidRPr="007250F1" w:rsidRDefault="004B7CD0" w:rsidP="00BB4365">
      <w:pPr>
        <w:spacing w:after="0" w:line="240" w:lineRule="auto"/>
        <w:ind w:firstLine="708"/>
        <w:jc w:val="both"/>
        <w:rPr>
          <w:rFonts w:ascii="Times New Roman" w:hAnsi="Times New Roman" w:cs="Times New Roman"/>
          <w:sz w:val="28"/>
          <w:szCs w:val="28"/>
          <w:lang w:val="kk-KZ"/>
        </w:rPr>
      </w:pPr>
      <w:r w:rsidRPr="007250F1">
        <w:rPr>
          <w:rFonts w:ascii="Times New Roman" w:hAnsi="Times New Roman" w:cs="Times New Roman"/>
          <w:sz w:val="28"/>
          <w:szCs w:val="28"/>
          <w:lang w:val="kk-KZ"/>
        </w:rPr>
        <w:t xml:space="preserve">Айталық, </w:t>
      </w:r>
      <w:r w:rsidR="00A135AE" w:rsidRPr="007250F1">
        <w:rPr>
          <w:rFonts w:ascii="Times New Roman" w:hAnsi="Times New Roman" w:cs="Times New Roman"/>
          <w:noProof/>
          <w:position w:val="-16"/>
          <w:sz w:val="28"/>
          <w:szCs w:val="28"/>
        </w:rPr>
        <w:drawing>
          <wp:inline distT="0" distB="0" distL="0" distR="0" wp14:anchorId="3B964A7D" wp14:editId="30605436">
            <wp:extent cx="462280" cy="250190"/>
            <wp:effectExtent l="0" t="0" r="0" b="0"/>
            <wp:docPr id="2429" name="Рисунок 2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9"/>
                    <pic:cNvPicPr>
                      <a:picLocks noChangeAspect="1" noChangeArrowheads="1"/>
                    </pic:cNvPicPr>
                  </pic:nvPicPr>
                  <pic:blipFill>
                    <a:blip r:embed="rId3221" cstate="print">
                      <a:extLst>
                        <a:ext uri="{28A0092B-C50C-407E-A947-70E740481C1C}">
                          <a14:useLocalDpi xmlns:a14="http://schemas.microsoft.com/office/drawing/2010/main" val="0"/>
                        </a:ext>
                      </a:extLst>
                    </a:blip>
                    <a:srcRect/>
                    <a:stretch>
                      <a:fillRect/>
                    </a:stretch>
                  </pic:blipFill>
                  <pic:spPr bwMode="auto">
                    <a:xfrm>
                      <a:off x="0" y="0"/>
                      <a:ext cx="462280" cy="250190"/>
                    </a:xfrm>
                    <a:prstGeom prst="rect">
                      <a:avLst/>
                    </a:prstGeom>
                    <a:noFill/>
                    <a:ln>
                      <a:noFill/>
                    </a:ln>
                  </pic:spPr>
                </pic:pic>
              </a:graphicData>
            </a:graphic>
          </wp:inline>
        </w:drawing>
      </w:r>
      <w:r w:rsidRPr="007250F1">
        <w:rPr>
          <w:rFonts w:ascii="Times New Roman" w:hAnsi="Times New Roman" w:cs="Times New Roman"/>
          <w:sz w:val="28"/>
          <w:szCs w:val="28"/>
          <w:lang w:val="kk-KZ"/>
        </w:rPr>
        <w:t xml:space="preserve"> кеңістігіндегі </w:t>
      </w:r>
      <w:r w:rsidR="00A135AE" w:rsidRPr="007250F1">
        <w:rPr>
          <w:rFonts w:ascii="Times New Roman" w:hAnsi="Times New Roman" w:cs="Times New Roman"/>
          <w:noProof/>
          <w:position w:val="-12"/>
          <w:sz w:val="28"/>
          <w:szCs w:val="28"/>
        </w:rPr>
        <w:drawing>
          <wp:inline distT="0" distB="0" distL="0" distR="0" wp14:anchorId="0FB476E1" wp14:editId="1C7C2B73">
            <wp:extent cx="596900" cy="231140"/>
            <wp:effectExtent l="0" t="0" r="0" b="0"/>
            <wp:docPr id="2430" name="Рисунок 2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0"/>
                    <pic:cNvPicPr>
                      <a:picLocks noChangeAspect="1" noChangeArrowheads="1"/>
                    </pic:cNvPicPr>
                  </pic:nvPicPr>
                  <pic:blipFill>
                    <a:blip r:embed="rId3222" cstate="print">
                      <a:extLst>
                        <a:ext uri="{28A0092B-C50C-407E-A947-70E740481C1C}">
                          <a14:useLocalDpi xmlns:a14="http://schemas.microsoft.com/office/drawing/2010/main" val="0"/>
                        </a:ext>
                      </a:extLst>
                    </a:blip>
                    <a:srcRect/>
                    <a:stretch>
                      <a:fillRect/>
                    </a:stretch>
                  </pic:blipFill>
                  <pic:spPr bwMode="auto">
                    <a:xfrm>
                      <a:off x="0" y="0"/>
                      <a:ext cx="596900" cy="231140"/>
                    </a:xfrm>
                    <a:prstGeom prst="rect">
                      <a:avLst/>
                    </a:prstGeom>
                    <a:noFill/>
                    <a:ln>
                      <a:noFill/>
                    </a:ln>
                  </pic:spPr>
                </pic:pic>
              </a:graphicData>
            </a:graphic>
          </wp:inline>
        </w:drawing>
      </w:r>
      <w:r w:rsidRPr="007250F1">
        <w:rPr>
          <w:rFonts w:ascii="Times New Roman" w:hAnsi="Times New Roman" w:cs="Times New Roman"/>
          <w:sz w:val="28"/>
          <w:szCs w:val="28"/>
          <w:lang w:val="kk-KZ"/>
        </w:rPr>
        <w:t xml:space="preserve"> және </w:t>
      </w:r>
      <w:r w:rsidR="00A135AE" w:rsidRPr="007250F1">
        <w:rPr>
          <w:rFonts w:ascii="Times New Roman" w:hAnsi="Times New Roman" w:cs="Times New Roman"/>
          <w:noProof/>
          <w:position w:val="-12"/>
          <w:sz w:val="28"/>
          <w:szCs w:val="28"/>
        </w:rPr>
        <w:drawing>
          <wp:inline distT="0" distB="0" distL="0" distR="0" wp14:anchorId="19414492" wp14:editId="34EC5727">
            <wp:extent cx="596900" cy="231140"/>
            <wp:effectExtent l="0" t="0" r="0" b="0"/>
            <wp:docPr id="2431" name="Рисунок 2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1"/>
                    <pic:cNvPicPr>
                      <a:picLocks noChangeAspect="1" noChangeArrowheads="1"/>
                    </pic:cNvPicPr>
                  </pic:nvPicPr>
                  <pic:blipFill>
                    <a:blip r:embed="rId3223" cstate="print">
                      <a:extLst>
                        <a:ext uri="{28A0092B-C50C-407E-A947-70E740481C1C}">
                          <a14:useLocalDpi xmlns:a14="http://schemas.microsoft.com/office/drawing/2010/main" val="0"/>
                        </a:ext>
                      </a:extLst>
                    </a:blip>
                    <a:srcRect/>
                    <a:stretch>
                      <a:fillRect/>
                    </a:stretch>
                  </pic:blipFill>
                  <pic:spPr bwMode="auto">
                    <a:xfrm>
                      <a:off x="0" y="0"/>
                      <a:ext cx="596900" cy="231140"/>
                    </a:xfrm>
                    <a:prstGeom prst="rect">
                      <a:avLst/>
                    </a:prstGeom>
                    <a:noFill/>
                    <a:ln>
                      <a:noFill/>
                    </a:ln>
                  </pic:spPr>
                </pic:pic>
              </a:graphicData>
            </a:graphic>
          </wp:inline>
        </w:drawing>
      </w:r>
      <w:r w:rsidRPr="007250F1">
        <w:rPr>
          <w:rFonts w:ascii="Times New Roman" w:hAnsi="Times New Roman" w:cs="Times New Roman"/>
          <w:sz w:val="28"/>
          <w:szCs w:val="28"/>
          <w:lang w:val="kk-KZ"/>
        </w:rPr>
        <w:t xml:space="preserve"> функцияларына </w:t>
      </w:r>
      <w:r w:rsidR="00A135AE" w:rsidRPr="007250F1">
        <w:rPr>
          <w:rFonts w:ascii="Times New Roman" w:hAnsi="Times New Roman" w:cs="Times New Roman"/>
          <w:noProof/>
          <w:position w:val="-4"/>
          <w:sz w:val="28"/>
          <w:szCs w:val="28"/>
        </w:rPr>
        <w:drawing>
          <wp:inline distT="0" distB="0" distL="0" distR="0" wp14:anchorId="77F05CAB" wp14:editId="0EFCCC0B">
            <wp:extent cx="182880" cy="182880"/>
            <wp:effectExtent l="0" t="0" r="7620" b="7620"/>
            <wp:docPr id="2432" name="Рисунок 2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2"/>
                    <pic:cNvPicPr>
                      <a:picLocks noChangeAspect="1" noChangeArrowheads="1"/>
                    </pic:cNvPicPr>
                  </pic:nvPicPr>
                  <pic:blipFill>
                    <a:blip r:embed="rId3224"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7250F1">
        <w:rPr>
          <w:rFonts w:ascii="Times New Roman" w:hAnsi="Times New Roman" w:cs="Times New Roman"/>
          <w:sz w:val="28"/>
          <w:szCs w:val="28"/>
          <w:lang w:val="kk-KZ"/>
        </w:rPr>
        <w:t xml:space="preserve">оператораның әсерінен алынған </w:t>
      </w:r>
      <w:r w:rsidR="00A135AE" w:rsidRPr="007250F1">
        <w:rPr>
          <w:rFonts w:ascii="Times New Roman" w:hAnsi="Times New Roman" w:cs="Times New Roman"/>
          <w:noProof/>
          <w:position w:val="-12"/>
          <w:sz w:val="28"/>
          <w:szCs w:val="28"/>
        </w:rPr>
        <w:drawing>
          <wp:inline distT="0" distB="0" distL="0" distR="0" wp14:anchorId="5B1FFED6" wp14:editId="347AEF56">
            <wp:extent cx="577215" cy="231140"/>
            <wp:effectExtent l="0" t="0" r="0" b="0"/>
            <wp:docPr id="2433" name="Рисунок 2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3"/>
                    <pic:cNvPicPr>
                      <a:picLocks noChangeAspect="1" noChangeArrowheads="1"/>
                    </pic:cNvPicPr>
                  </pic:nvPicPr>
                  <pic:blipFill>
                    <a:blip r:embed="rId3225" cstate="print">
                      <a:extLst>
                        <a:ext uri="{28A0092B-C50C-407E-A947-70E740481C1C}">
                          <a14:useLocalDpi xmlns:a14="http://schemas.microsoft.com/office/drawing/2010/main" val="0"/>
                        </a:ext>
                      </a:extLst>
                    </a:blip>
                    <a:srcRect/>
                    <a:stretch>
                      <a:fillRect/>
                    </a:stretch>
                  </pic:blipFill>
                  <pic:spPr bwMode="auto">
                    <a:xfrm>
                      <a:off x="0" y="0"/>
                      <a:ext cx="577215" cy="231140"/>
                    </a:xfrm>
                    <a:prstGeom prst="rect">
                      <a:avLst/>
                    </a:prstGeom>
                    <a:noFill/>
                    <a:ln>
                      <a:noFill/>
                    </a:ln>
                  </pic:spPr>
                </pic:pic>
              </a:graphicData>
            </a:graphic>
          </wp:inline>
        </w:drawing>
      </w:r>
      <w:r w:rsidR="003E6A34" w:rsidRPr="007250F1">
        <w:rPr>
          <w:rFonts w:ascii="Times New Roman" w:hAnsi="Times New Roman" w:cs="Times New Roman"/>
          <w:sz w:val="28"/>
          <w:szCs w:val="28"/>
          <w:lang w:val="kk-KZ"/>
        </w:rPr>
        <w:t xml:space="preserve"> және </w:t>
      </w:r>
      <w:r w:rsidR="00A135AE" w:rsidRPr="007250F1">
        <w:rPr>
          <w:rFonts w:ascii="Times New Roman" w:hAnsi="Times New Roman" w:cs="Times New Roman"/>
          <w:noProof/>
          <w:position w:val="-12"/>
          <w:sz w:val="28"/>
          <w:szCs w:val="28"/>
        </w:rPr>
        <w:drawing>
          <wp:inline distT="0" distB="0" distL="0" distR="0" wp14:anchorId="7580352D" wp14:editId="0F9810AC">
            <wp:extent cx="577215" cy="231140"/>
            <wp:effectExtent l="0" t="0" r="0" b="0"/>
            <wp:docPr id="2434" name="Рисунок 2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4"/>
                    <pic:cNvPicPr>
                      <a:picLocks noChangeAspect="1" noChangeArrowheads="1"/>
                    </pic:cNvPicPr>
                  </pic:nvPicPr>
                  <pic:blipFill>
                    <a:blip r:embed="rId3226" cstate="print">
                      <a:extLst>
                        <a:ext uri="{28A0092B-C50C-407E-A947-70E740481C1C}">
                          <a14:useLocalDpi xmlns:a14="http://schemas.microsoft.com/office/drawing/2010/main" val="0"/>
                        </a:ext>
                      </a:extLst>
                    </a:blip>
                    <a:srcRect/>
                    <a:stretch>
                      <a:fillRect/>
                    </a:stretch>
                  </pic:blipFill>
                  <pic:spPr bwMode="auto">
                    <a:xfrm>
                      <a:off x="0" y="0"/>
                      <a:ext cx="577215" cy="231140"/>
                    </a:xfrm>
                    <a:prstGeom prst="rect">
                      <a:avLst/>
                    </a:prstGeom>
                    <a:noFill/>
                    <a:ln>
                      <a:noFill/>
                    </a:ln>
                  </pic:spPr>
                </pic:pic>
              </a:graphicData>
            </a:graphic>
          </wp:inline>
        </w:drawing>
      </w:r>
      <w:r w:rsidRPr="007250F1">
        <w:rPr>
          <w:rFonts w:ascii="Times New Roman" w:hAnsi="Times New Roman" w:cs="Times New Roman"/>
          <w:sz w:val="28"/>
          <w:szCs w:val="28"/>
          <w:lang w:val="kk-KZ"/>
        </w:rPr>
        <w:t xml:space="preserve"> сәйкес бейнелер болсын. </w:t>
      </w:r>
      <w:r w:rsidR="00A135AE" w:rsidRPr="007250F1">
        <w:rPr>
          <w:rFonts w:ascii="Times New Roman" w:hAnsi="Times New Roman" w:cs="Times New Roman"/>
          <w:noProof/>
          <w:position w:val="-12"/>
          <w:sz w:val="28"/>
          <w:szCs w:val="28"/>
        </w:rPr>
        <w:drawing>
          <wp:inline distT="0" distB="0" distL="0" distR="0" wp14:anchorId="5284EC98" wp14:editId="16295A49">
            <wp:extent cx="2059940" cy="231140"/>
            <wp:effectExtent l="0" t="0" r="0" b="0"/>
            <wp:docPr id="2435" name="Рисунок 2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5"/>
                    <pic:cNvPicPr>
                      <a:picLocks noChangeAspect="1" noChangeArrowheads="1"/>
                    </pic:cNvPicPr>
                  </pic:nvPicPr>
                  <pic:blipFill>
                    <a:blip r:embed="rId3227" cstate="print">
                      <a:extLst>
                        <a:ext uri="{28A0092B-C50C-407E-A947-70E740481C1C}">
                          <a14:useLocalDpi xmlns:a14="http://schemas.microsoft.com/office/drawing/2010/main" val="0"/>
                        </a:ext>
                      </a:extLst>
                    </a:blip>
                    <a:srcRect/>
                    <a:stretch>
                      <a:fillRect/>
                    </a:stretch>
                  </pic:blipFill>
                  <pic:spPr bwMode="auto">
                    <a:xfrm>
                      <a:off x="0" y="0"/>
                      <a:ext cx="2059940" cy="231140"/>
                    </a:xfrm>
                    <a:prstGeom prst="rect">
                      <a:avLst/>
                    </a:prstGeom>
                    <a:noFill/>
                    <a:ln>
                      <a:noFill/>
                    </a:ln>
                  </pic:spPr>
                </pic:pic>
              </a:graphicData>
            </a:graphic>
          </wp:inline>
        </w:drawing>
      </w:r>
      <w:r w:rsidR="00A135AE" w:rsidRPr="007250F1">
        <w:rPr>
          <w:rFonts w:ascii="Times New Roman" w:hAnsi="Times New Roman" w:cs="Times New Roman"/>
          <w:noProof/>
          <w:position w:val="-12"/>
          <w:sz w:val="28"/>
          <w:szCs w:val="28"/>
        </w:rPr>
        <w:drawing>
          <wp:inline distT="0" distB="0" distL="0" distR="0" wp14:anchorId="507556C3" wp14:editId="35684660">
            <wp:extent cx="1905635" cy="231140"/>
            <wp:effectExtent l="0" t="0" r="0" b="0"/>
            <wp:docPr id="2436" name="Рисунок 2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6"/>
                    <pic:cNvPicPr>
                      <a:picLocks noChangeAspect="1" noChangeArrowheads="1"/>
                    </pic:cNvPicPr>
                  </pic:nvPicPr>
                  <pic:blipFill>
                    <a:blip r:embed="rId3228" cstate="print">
                      <a:extLst>
                        <a:ext uri="{28A0092B-C50C-407E-A947-70E740481C1C}">
                          <a14:useLocalDpi xmlns:a14="http://schemas.microsoft.com/office/drawing/2010/main" val="0"/>
                        </a:ext>
                      </a:extLst>
                    </a:blip>
                    <a:srcRect/>
                    <a:stretch>
                      <a:fillRect/>
                    </a:stretch>
                  </pic:blipFill>
                  <pic:spPr bwMode="auto">
                    <a:xfrm>
                      <a:off x="0" y="0"/>
                      <a:ext cx="1905635" cy="231140"/>
                    </a:xfrm>
                    <a:prstGeom prst="rect">
                      <a:avLst/>
                    </a:prstGeom>
                    <a:noFill/>
                    <a:ln>
                      <a:noFill/>
                    </a:ln>
                  </pic:spPr>
                </pic:pic>
              </a:graphicData>
            </a:graphic>
          </wp:inline>
        </w:drawing>
      </w:r>
      <w:r w:rsidRPr="007250F1">
        <w:rPr>
          <w:rFonts w:ascii="Times New Roman" w:hAnsi="Times New Roman" w:cs="Times New Roman"/>
          <w:sz w:val="28"/>
          <w:szCs w:val="28"/>
          <w:lang w:val="kk-KZ"/>
        </w:rPr>
        <w:t xml:space="preserve"> деп белгілеу енгіземіз. </w:t>
      </w:r>
      <w:r w:rsidR="00A135AE" w:rsidRPr="007250F1">
        <w:rPr>
          <w:rFonts w:ascii="Times New Roman" w:hAnsi="Times New Roman" w:cs="Times New Roman"/>
          <w:noProof/>
          <w:position w:val="-12"/>
          <w:sz w:val="28"/>
          <w:szCs w:val="28"/>
        </w:rPr>
        <w:drawing>
          <wp:inline distT="0" distB="0" distL="0" distR="0" wp14:anchorId="408E64FC" wp14:editId="0445AB4D">
            <wp:extent cx="529590" cy="231140"/>
            <wp:effectExtent l="0" t="0" r="0" b="0"/>
            <wp:docPr id="2437" name="Рисунок 2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7"/>
                    <pic:cNvPicPr>
                      <a:picLocks noChangeAspect="1" noChangeArrowheads="1"/>
                    </pic:cNvPicPr>
                  </pic:nvPicPr>
                  <pic:blipFill>
                    <a:blip r:embed="rId3229" cstate="print">
                      <a:extLst>
                        <a:ext uri="{28A0092B-C50C-407E-A947-70E740481C1C}">
                          <a14:useLocalDpi xmlns:a14="http://schemas.microsoft.com/office/drawing/2010/main" val="0"/>
                        </a:ext>
                      </a:extLst>
                    </a:blip>
                    <a:srcRect/>
                    <a:stretch>
                      <a:fillRect/>
                    </a:stretch>
                  </pic:blipFill>
                  <pic:spPr bwMode="auto">
                    <a:xfrm>
                      <a:off x="0" y="0"/>
                      <a:ext cx="529590" cy="231140"/>
                    </a:xfrm>
                    <a:prstGeom prst="rect">
                      <a:avLst/>
                    </a:prstGeom>
                    <a:noFill/>
                    <a:ln>
                      <a:noFill/>
                    </a:ln>
                  </pic:spPr>
                </pic:pic>
              </a:graphicData>
            </a:graphic>
          </wp:inline>
        </w:drawing>
      </w:r>
      <w:r w:rsidRPr="007250F1">
        <w:rPr>
          <w:rFonts w:ascii="Times New Roman" w:hAnsi="Times New Roman" w:cs="Times New Roman"/>
          <w:sz w:val="28"/>
          <w:szCs w:val="28"/>
          <w:lang w:val="kk-KZ"/>
        </w:rPr>
        <w:t>функциясына төмендегі теңдеу орындалады</w:t>
      </w:r>
    </w:p>
    <w:p w14:paraId="0F1FBDE8" w14:textId="77777777" w:rsidR="00D33D27" w:rsidRPr="007250F1" w:rsidRDefault="00D33D27" w:rsidP="007250F1">
      <w:pPr>
        <w:spacing w:after="0" w:line="240" w:lineRule="auto"/>
        <w:jc w:val="both"/>
        <w:rPr>
          <w:rFonts w:ascii="Times New Roman" w:hAnsi="Times New Roman" w:cs="Times New Roman"/>
          <w:sz w:val="28"/>
          <w:szCs w:val="28"/>
          <w:lang w:val="kk-KZ"/>
        </w:rPr>
      </w:pPr>
    </w:p>
    <w:p w14:paraId="4FC513CB" w14:textId="377BC4D3" w:rsidR="004B7CD0" w:rsidRPr="007250F1" w:rsidRDefault="00A135AE" w:rsidP="007250F1">
      <w:pPr>
        <w:spacing w:after="0" w:line="240" w:lineRule="auto"/>
        <w:jc w:val="center"/>
        <w:rPr>
          <w:rFonts w:ascii="Times New Roman" w:hAnsi="Times New Roman" w:cs="Times New Roman"/>
          <w:position w:val="-26"/>
          <w:sz w:val="28"/>
          <w:szCs w:val="28"/>
        </w:rPr>
      </w:pPr>
      <w:r w:rsidRPr="007250F1">
        <w:rPr>
          <w:rFonts w:ascii="Times New Roman" w:hAnsi="Times New Roman" w:cs="Times New Roman"/>
          <w:noProof/>
          <w:position w:val="-26"/>
          <w:sz w:val="28"/>
          <w:szCs w:val="28"/>
        </w:rPr>
        <w:drawing>
          <wp:inline distT="0" distB="0" distL="0" distR="0" wp14:anchorId="31C4F1D6" wp14:editId="58470446">
            <wp:extent cx="4446905" cy="414020"/>
            <wp:effectExtent l="0" t="0" r="0" b="5080"/>
            <wp:docPr id="2438" name="Рисунок 2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8"/>
                    <pic:cNvPicPr>
                      <a:picLocks noChangeAspect="1" noChangeArrowheads="1"/>
                    </pic:cNvPicPr>
                  </pic:nvPicPr>
                  <pic:blipFill>
                    <a:blip r:embed="rId3230" cstate="print">
                      <a:extLst>
                        <a:ext uri="{28A0092B-C50C-407E-A947-70E740481C1C}">
                          <a14:useLocalDpi xmlns:a14="http://schemas.microsoft.com/office/drawing/2010/main" val="0"/>
                        </a:ext>
                      </a:extLst>
                    </a:blip>
                    <a:srcRect/>
                    <a:stretch>
                      <a:fillRect/>
                    </a:stretch>
                  </pic:blipFill>
                  <pic:spPr bwMode="auto">
                    <a:xfrm>
                      <a:off x="0" y="0"/>
                      <a:ext cx="4446905" cy="414020"/>
                    </a:xfrm>
                    <a:prstGeom prst="rect">
                      <a:avLst/>
                    </a:prstGeom>
                    <a:noFill/>
                    <a:ln>
                      <a:noFill/>
                    </a:ln>
                  </pic:spPr>
                </pic:pic>
              </a:graphicData>
            </a:graphic>
          </wp:inline>
        </w:drawing>
      </w:r>
    </w:p>
    <w:p w14:paraId="56953A85" w14:textId="77777777" w:rsidR="00D33D27" w:rsidRPr="007250F1" w:rsidRDefault="00D33D27" w:rsidP="007250F1">
      <w:pPr>
        <w:spacing w:after="0" w:line="240" w:lineRule="auto"/>
        <w:jc w:val="center"/>
        <w:rPr>
          <w:rFonts w:ascii="Times New Roman" w:hAnsi="Times New Roman" w:cs="Times New Roman"/>
          <w:position w:val="-16"/>
          <w:sz w:val="28"/>
          <w:szCs w:val="28"/>
        </w:rPr>
      </w:pPr>
    </w:p>
    <w:p w14:paraId="35F2F01C" w14:textId="77777777" w:rsidR="004B7CD0" w:rsidRPr="007250F1" w:rsidRDefault="004B7CD0" w:rsidP="007250F1">
      <w:pPr>
        <w:spacing w:after="0" w:line="240" w:lineRule="auto"/>
        <w:jc w:val="both"/>
        <w:rPr>
          <w:rFonts w:ascii="Times New Roman" w:hAnsi="Times New Roman" w:cs="Times New Roman"/>
          <w:sz w:val="28"/>
          <w:szCs w:val="28"/>
          <w:lang w:val="kk-KZ"/>
        </w:rPr>
      </w:pPr>
      <w:r w:rsidRPr="007250F1">
        <w:rPr>
          <w:rFonts w:ascii="Times New Roman" w:hAnsi="Times New Roman" w:cs="Times New Roman"/>
          <w:sz w:val="28"/>
          <w:szCs w:val="28"/>
          <w:lang w:val="kk-KZ"/>
        </w:rPr>
        <w:t>және шеттік шарттарымен</w:t>
      </w:r>
    </w:p>
    <w:p w14:paraId="43F23C50" w14:textId="77777777" w:rsidR="00D33D27" w:rsidRPr="007250F1" w:rsidRDefault="00D33D27" w:rsidP="007250F1">
      <w:pPr>
        <w:spacing w:after="0" w:line="240" w:lineRule="auto"/>
        <w:jc w:val="both"/>
        <w:rPr>
          <w:rFonts w:ascii="Times New Roman" w:hAnsi="Times New Roman" w:cs="Times New Roman"/>
          <w:sz w:val="28"/>
          <w:szCs w:val="28"/>
          <w:lang w:val="kk-KZ"/>
        </w:rPr>
      </w:pPr>
    </w:p>
    <w:p w14:paraId="3F00903F" w14:textId="2A536856" w:rsidR="004B7CD0" w:rsidRPr="007250F1" w:rsidRDefault="00A135AE" w:rsidP="007250F1">
      <w:pPr>
        <w:spacing w:after="0" w:line="240" w:lineRule="auto"/>
        <w:jc w:val="center"/>
        <w:rPr>
          <w:rFonts w:ascii="Times New Roman" w:hAnsi="Times New Roman" w:cs="Times New Roman"/>
          <w:sz w:val="28"/>
          <w:szCs w:val="28"/>
        </w:rPr>
      </w:pPr>
      <w:r w:rsidRPr="007250F1">
        <w:rPr>
          <w:rFonts w:ascii="Times New Roman" w:hAnsi="Times New Roman" w:cs="Times New Roman"/>
          <w:noProof/>
          <w:position w:val="-16"/>
          <w:sz w:val="28"/>
          <w:szCs w:val="28"/>
        </w:rPr>
        <w:drawing>
          <wp:inline distT="0" distB="0" distL="0" distR="0" wp14:anchorId="6B7E73DC" wp14:editId="2907C669">
            <wp:extent cx="1328420" cy="288925"/>
            <wp:effectExtent l="0" t="0" r="5080" b="0"/>
            <wp:docPr id="2439" name="Рисунок 2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9"/>
                    <pic:cNvPicPr>
                      <a:picLocks noChangeAspect="1" noChangeArrowheads="1"/>
                    </pic:cNvPicPr>
                  </pic:nvPicPr>
                  <pic:blipFill>
                    <a:blip r:embed="rId3231" cstate="print">
                      <a:extLst>
                        <a:ext uri="{28A0092B-C50C-407E-A947-70E740481C1C}">
                          <a14:useLocalDpi xmlns:a14="http://schemas.microsoft.com/office/drawing/2010/main" val="0"/>
                        </a:ext>
                      </a:extLst>
                    </a:blip>
                    <a:srcRect/>
                    <a:stretch>
                      <a:fillRect/>
                    </a:stretch>
                  </pic:blipFill>
                  <pic:spPr bwMode="auto">
                    <a:xfrm>
                      <a:off x="0" y="0"/>
                      <a:ext cx="1328420" cy="288925"/>
                    </a:xfrm>
                    <a:prstGeom prst="rect">
                      <a:avLst/>
                    </a:prstGeom>
                    <a:noFill/>
                    <a:ln>
                      <a:noFill/>
                    </a:ln>
                  </pic:spPr>
                </pic:pic>
              </a:graphicData>
            </a:graphic>
          </wp:inline>
        </w:drawing>
      </w:r>
    </w:p>
    <w:p w14:paraId="13AA89CC" w14:textId="70D55DB9" w:rsidR="004B7CD0" w:rsidRPr="007250F1" w:rsidRDefault="00A135AE" w:rsidP="007250F1">
      <w:pPr>
        <w:spacing w:after="0" w:line="240" w:lineRule="auto"/>
        <w:jc w:val="center"/>
        <w:rPr>
          <w:rFonts w:ascii="Times New Roman" w:hAnsi="Times New Roman" w:cs="Times New Roman"/>
          <w:position w:val="-12"/>
          <w:sz w:val="28"/>
          <w:szCs w:val="28"/>
        </w:rPr>
      </w:pPr>
      <w:r w:rsidRPr="007250F1">
        <w:rPr>
          <w:rFonts w:ascii="Times New Roman" w:hAnsi="Times New Roman" w:cs="Times New Roman"/>
          <w:noProof/>
          <w:position w:val="-12"/>
          <w:sz w:val="28"/>
          <w:szCs w:val="28"/>
        </w:rPr>
        <w:lastRenderedPageBreak/>
        <w:drawing>
          <wp:inline distT="0" distB="0" distL="0" distR="0" wp14:anchorId="6D2FA5F2" wp14:editId="5DF3E642">
            <wp:extent cx="3734435" cy="250190"/>
            <wp:effectExtent l="0" t="0" r="0" b="0"/>
            <wp:docPr id="2440" name="Рисунок 2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0"/>
                    <pic:cNvPicPr>
                      <a:picLocks noChangeAspect="1" noChangeArrowheads="1"/>
                    </pic:cNvPicPr>
                  </pic:nvPicPr>
                  <pic:blipFill>
                    <a:blip r:embed="rId3232" cstate="print">
                      <a:extLst>
                        <a:ext uri="{28A0092B-C50C-407E-A947-70E740481C1C}">
                          <a14:useLocalDpi xmlns:a14="http://schemas.microsoft.com/office/drawing/2010/main" val="0"/>
                        </a:ext>
                      </a:extLst>
                    </a:blip>
                    <a:srcRect/>
                    <a:stretch>
                      <a:fillRect/>
                    </a:stretch>
                  </pic:blipFill>
                  <pic:spPr bwMode="auto">
                    <a:xfrm>
                      <a:off x="0" y="0"/>
                      <a:ext cx="3734435" cy="250190"/>
                    </a:xfrm>
                    <a:prstGeom prst="rect">
                      <a:avLst/>
                    </a:prstGeom>
                    <a:noFill/>
                    <a:ln>
                      <a:noFill/>
                    </a:ln>
                  </pic:spPr>
                </pic:pic>
              </a:graphicData>
            </a:graphic>
          </wp:inline>
        </w:drawing>
      </w:r>
    </w:p>
    <w:p w14:paraId="10750079" w14:textId="77777777" w:rsidR="00D33D27" w:rsidRPr="007250F1" w:rsidRDefault="00D33D27" w:rsidP="007250F1">
      <w:pPr>
        <w:spacing w:after="0" w:line="240" w:lineRule="auto"/>
        <w:jc w:val="center"/>
        <w:rPr>
          <w:rFonts w:ascii="Times New Roman" w:hAnsi="Times New Roman" w:cs="Times New Roman"/>
          <w:sz w:val="28"/>
          <w:szCs w:val="28"/>
        </w:rPr>
      </w:pPr>
    </w:p>
    <w:p w14:paraId="739FDF9F" w14:textId="77E46ABA" w:rsidR="004B7CD0" w:rsidRPr="007250F1" w:rsidRDefault="00A135AE" w:rsidP="007250F1">
      <w:pPr>
        <w:spacing w:after="0" w:line="240" w:lineRule="auto"/>
        <w:jc w:val="both"/>
        <w:rPr>
          <w:rFonts w:ascii="Times New Roman" w:hAnsi="Times New Roman" w:cs="Times New Roman"/>
          <w:sz w:val="28"/>
          <w:szCs w:val="28"/>
          <w:lang w:val="kk-KZ"/>
        </w:rPr>
      </w:pPr>
      <w:r w:rsidRPr="007250F1">
        <w:rPr>
          <w:rFonts w:ascii="Times New Roman" w:hAnsi="Times New Roman" w:cs="Times New Roman"/>
          <w:noProof/>
          <w:position w:val="-12"/>
          <w:sz w:val="28"/>
          <w:szCs w:val="28"/>
        </w:rPr>
        <w:drawing>
          <wp:inline distT="0" distB="0" distL="0" distR="0" wp14:anchorId="57FE2BD3" wp14:editId="1CC1E1E6">
            <wp:extent cx="529590" cy="231140"/>
            <wp:effectExtent l="0" t="0" r="0" b="0"/>
            <wp:docPr id="2441" name="Рисунок 2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1"/>
                    <pic:cNvPicPr>
                      <a:picLocks noChangeAspect="1" noChangeArrowheads="1"/>
                    </pic:cNvPicPr>
                  </pic:nvPicPr>
                  <pic:blipFill>
                    <a:blip r:embed="rId3233" cstate="print">
                      <a:extLst>
                        <a:ext uri="{28A0092B-C50C-407E-A947-70E740481C1C}">
                          <a14:useLocalDpi xmlns:a14="http://schemas.microsoft.com/office/drawing/2010/main" val="0"/>
                        </a:ext>
                      </a:extLst>
                    </a:blip>
                    <a:srcRect/>
                    <a:stretch>
                      <a:fillRect/>
                    </a:stretch>
                  </pic:blipFill>
                  <pic:spPr bwMode="auto">
                    <a:xfrm>
                      <a:off x="0" y="0"/>
                      <a:ext cx="529590" cy="231140"/>
                    </a:xfrm>
                    <a:prstGeom prst="rect">
                      <a:avLst/>
                    </a:prstGeom>
                    <a:noFill/>
                    <a:ln>
                      <a:noFill/>
                    </a:ln>
                  </pic:spPr>
                </pic:pic>
              </a:graphicData>
            </a:graphic>
          </wp:inline>
        </w:drawing>
      </w:r>
      <w:r w:rsidR="0004743F" w:rsidRPr="007250F1">
        <w:rPr>
          <w:rFonts w:ascii="Times New Roman" w:hAnsi="Times New Roman" w:cs="Times New Roman"/>
          <w:sz w:val="28"/>
          <w:szCs w:val="28"/>
          <w:lang w:val="kk-KZ"/>
        </w:rPr>
        <w:t>функциясы үшін (2.87)-(2.91</w:t>
      </w:r>
      <w:r w:rsidR="004B7CD0" w:rsidRPr="007250F1">
        <w:rPr>
          <w:rFonts w:ascii="Times New Roman" w:hAnsi="Times New Roman" w:cs="Times New Roman"/>
          <w:sz w:val="28"/>
          <w:szCs w:val="28"/>
          <w:lang w:val="kk-KZ"/>
        </w:rPr>
        <w:t>) бағалаулары келесі теңсіздікті береді:</w:t>
      </w:r>
    </w:p>
    <w:p w14:paraId="5752C368" w14:textId="77777777" w:rsidR="004B7CD0" w:rsidRPr="007250F1" w:rsidRDefault="004B7CD0" w:rsidP="007250F1">
      <w:pPr>
        <w:spacing w:after="0" w:line="240" w:lineRule="auto"/>
        <w:jc w:val="both"/>
        <w:rPr>
          <w:rFonts w:ascii="Times New Roman" w:hAnsi="Times New Roman" w:cs="Times New Roman"/>
          <w:sz w:val="28"/>
          <w:szCs w:val="28"/>
          <w:lang w:val="kk-KZ"/>
        </w:rPr>
      </w:pPr>
    </w:p>
    <w:p w14:paraId="1D1F554F" w14:textId="69254FC2" w:rsidR="004B7CD0" w:rsidRPr="007250F1" w:rsidRDefault="00A135AE" w:rsidP="007250F1">
      <w:pPr>
        <w:spacing w:after="0" w:line="240" w:lineRule="auto"/>
        <w:jc w:val="center"/>
        <w:rPr>
          <w:rFonts w:ascii="Times New Roman" w:hAnsi="Times New Roman" w:cs="Times New Roman"/>
          <w:position w:val="-22"/>
          <w:sz w:val="28"/>
          <w:szCs w:val="28"/>
        </w:rPr>
      </w:pPr>
      <w:r w:rsidRPr="007250F1">
        <w:rPr>
          <w:rFonts w:ascii="Times New Roman" w:hAnsi="Times New Roman" w:cs="Times New Roman"/>
          <w:noProof/>
          <w:position w:val="-22"/>
          <w:sz w:val="28"/>
          <w:szCs w:val="28"/>
        </w:rPr>
        <w:drawing>
          <wp:inline distT="0" distB="0" distL="0" distR="0" wp14:anchorId="4CE421AE" wp14:editId="03A196DD">
            <wp:extent cx="3320415" cy="375285"/>
            <wp:effectExtent l="0" t="0" r="0" b="5715"/>
            <wp:docPr id="2442" name="Рисунок 2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2"/>
                    <pic:cNvPicPr>
                      <a:picLocks noChangeAspect="1" noChangeArrowheads="1"/>
                    </pic:cNvPicPr>
                  </pic:nvPicPr>
                  <pic:blipFill>
                    <a:blip r:embed="rId3234" cstate="print">
                      <a:extLst>
                        <a:ext uri="{28A0092B-C50C-407E-A947-70E740481C1C}">
                          <a14:useLocalDpi xmlns:a14="http://schemas.microsoft.com/office/drawing/2010/main" val="0"/>
                        </a:ext>
                      </a:extLst>
                    </a:blip>
                    <a:srcRect/>
                    <a:stretch>
                      <a:fillRect/>
                    </a:stretch>
                  </pic:blipFill>
                  <pic:spPr bwMode="auto">
                    <a:xfrm>
                      <a:off x="0" y="0"/>
                      <a:ext cx="3320415" cy="375285"/>
                    </a:xfrm>
                    <a:prstGeom prst="rect">
                      <a:avLst/>
                    </a:prstGeom>
                    <a:noFill/>
                    <a:ln>
                      <a:noFill/>
                    </a:ln>
                  </pic:spPr>
                </pic:pic>
              </a:graphicData>
            </a:graphic>
          </wp:inline>
        </w:drawing>
      </w:r>
    </w:p>
    <w:p w14:paraId="56187A16" w14:textId="77777777" w:rsidR="00D33D27" w:rsidRPr="007250F1" w:rsidRDefault="00D33D27" w:rsidP="007250F1">
      <w:pPr>
        <w:spacing w:after="0" w:line="240" w:lineRule="auto"/>
        <w:jc w:val="center"/>
        <w:rPr>
          <w:rFonts w:ascii="Times New Roman" w:hAnsi="Times New Roman" w:cs="Times New Roman"/>
          <w:sz w:val="28"/>
          <w:szCs w:val="28"/>
        </w:rPr>
      </w:pPr>
    </w:p>
    <w:p w14:paraId="0410754A" w14:textId="77777777" w:rsidR="004B7CD0" w:rsidRPr="007250F1" w:rsidRDefault="004B7CD0" w:rsidP="007250F1">
      <w:pPr>
        <w:spacing w:after="0" w:line="240" w:lineRule="auto"/>
        <w:jc w:val="both"/>
        <w:rPr>
          <w:rFonts w:ascii="Times New Roman" w:hAnsi="Times New Roman" w:cs="Times New Roman"/>
          <w:sz w:val="28"/>
          <w:szCs w:val="28"/>
          <w:lang w:val="kk-KZ"/>
        </w:rPr>
      </w:pPr>
      <w:r w:rsidRPr="007250F1">
        <w:rPr>
          <w:rFonts w:ascii="Times New Roman" w:hAnsi="Times New Roman" w:cs="Times New Roman"/>
          <w:sz w:val="28"/>
          <w:szCs w:val="28"/>
          <w:lang w:val="kk-KZ"/>
        </w:rPr>
        <w:t>Осы теңсіздігінен айқын түрде мына теңсіздік алынады</w:t>
      </w:r>
    </w:p>
    <w:p w14:paraId="06703C74" w14:textId="77777777" w:rsidR="00D33D27" w:rsidRPr="007250F1" w:rsidRDefault="00D33D27" w:rsidP="007250F1">
      <w:pPr>
        <w:spacing w:after="0" w:line="240" w:lineRule="auto"/>
        <w:jc w:val="center"/>
        <w:rPr>
          <w:rFonts w:ascii="Times New Roman" w:hAnsi="Times New Roman" w:cs="Times New Roman"/>
          <w:position w:val="-22"/>
          <w:sz w:val="28"/>
          <w:szCs w:val="28"/>
        </w:rPr>
      </w:pPr>
    </w:p>
    <w:p w14:paraId="1ACBD3D5" w14:textId="5FF87BAF" w:rsidR="004B7CD0" w:rsidRPr="007250F1" w:rsidRDefault="00A135AE" w:rsidP="007250F1">
      <w:pPr>
        <w:spacing w:after="0" w:line="240" w:lineRule="auto"/>
        <w:jc w:val="center"/>
        <w:rPr>
          <w:rFonts w:ascii="Times New Roman" w:hAnsi="Times New Roman" w:cs="Times New Roman"/>
          <w:position w:val="-22"/>
          <w:sz w:val="28"/>
          <w:szCs w:val="28"/>
        </w:rPr>
      </w:pPr>
      <w:r w:rsidRPr="007250F1">
        <w:rPr>
          <w:rFonts w:ascii="Times New Roman" w:hAnsi="Times New Roman" w:cs="Times New Roman"/>
          <w:noProof/>
          <w:position w:val="-22"/>
          <w:sz w:val="28"/>
          <w:szCs w:val="28"/>
        </w:rPr>
        <w:drawing>
          <wp:inline distT="0" distB="0" distL="0" distR="0" wp14:anchorId="66ECFCDB" wp14:editId="701B3CCD">
            <wp:extent cx="2117725" cy="337185"/>
            <wp:effectExtent l="0" t="0" r="0" b="5715"/>
            <wp:docPr id="2443" name="Рисунок 2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3"/>
                    <pic:cNvPicPr>
                      <a:picLocks noChangeAspect="1" noChangeArrowheads="1"/>
                    </pic:cNvPicPr>
                  </pic:nvPicPr>
                  <pic:blipFill>
                    <a:blip r:embed="rId3235" cstate="print">
                      <a:extLst>
                        <a:ext uri="{28A0092B-C50C-407E-A947-70E740481C1C}">
                          <a14:useLocalDpi xmlns:a14="http://schemas.microsoft.com/office/drawing/2010/main" val="0"/>
                        </a:ext>
                      </a:extLst>
                    </a:blip>
                    <a:srcRect/>
                    <a:stretch>
                      <a:fillRect/>
                    </a:stretch>
                  </pic:blipFill>
                  <pic:spPr bwMode="auto">
                    <a:xfrm>
                      <a:off x="0" y="0"/>
                      <a:ext cx="2117725" cy="337185"/>
                    </a:xfrm>
                    <a:prstGeom prst="rect">
                      <a:avLst/>
                    </a:prstGeom>
                    <a:noFill/>
                    <a:ln>
                      <a:noFill/>
                    </a:ln>
                  </pic:spPr>
                </pic:pic>
              </a:graphicData>
            </a:graphic>
          </wp:inline>
        </w:drawing>
      </w:r>
    </w:p>
    <w:p w14:paraId="188A53DE" w14:textId="77777777" w:rsidR="00D33D27" w:rsidRPr="007250F1" w:rsidRDefault="00D33D27" w:rsidP="007250F1">
      <w:pPr>
        <w:spacing w:after="0" w:line="240" w:lineRule="auto"/>
        <w:jc w:val="center"/>
        <w:rPr>
          <w:rFonts w:ascii="Times New Roman" w:hAnsi="Times New Roman" w:cs="Times New Roman"/>
          <w:sz w:val="28"/>
          <w:szCs w:val="28"/>
        </w:rPr>
      </w:pPr>
    </w:p>
    <w:p w14:paraId="0DC03C0D" w14:textId="69B9B0CF" w:rsidR="004B7CD0" w:rsidRPr="007250F1" w:rsidRDefault="004B7CD0" w:rsidP="00BB4365">
      <w:pPr>
        <w:spacing w:after="0" w:line="240" w:lineRule="auto"/>
        <w:ind w:firstLine="708"/>
        <w:jc w:val="both"/>
        <w:rPr>
          <w:rFonts w:ascii="Times New Roman" w:hAnsi="Times New Roman" w:cs="Times New Roman"/>
          <w:sz w:val="28"/>
          <w:szCs w:val="28"/>
          <w:lang w:val="kk-KZ"/>
        </w:rPr>
      </w:pPr>
      <w:r w:rsidRPr="007250F1">
        <w:rPr>
          <w:rFonts w:ascii="Times New Roman" w:hAnsi="Times New Roman" w:cs="Times New Roman"/>
          <w:sz w:val="28"/>
          <w:szCs w:val="28"/>
          <w:lang w:val="kk-KZ"/>
        </w:rPr>
        <w:t xml:space="preserve">Егер </w:t>
      </w:r>
      <w:r w:rsidR="00A135AE" w:rsidRPr="007250F1">
        <w:rPr>
          <w:rFonts w:ascii="Times New Roman" w:hAnsi="Times New Roman" w:cs="Times New Roman"/>
          <w:noProof/>
          <w:position w:val="-6"/>
          <w:sz w:val="28"/>
          <w:szCs w:val="28"/>
        </w:rPr>
        <w:drawing>
          <wp:inline distT="0" distB="0" distL="0" distR="0" wp14:anchorId="2CAD45EF" wp14:editId="1CACB302">
            <wp:extent cx="154305" cy="231140"/>
            <wp:effectExtent l="0" t="0" r="0" b="0"/>
            <wp:docPr id="2444" name="Рисунок 2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4"/>
                    <pic:cNvPicPr>
                      <a:picLocks noChangeAspect="1" noChangeArrowheads="1"/>
                    </pic:cNvPicPr>
                  </pic:nvPicPr>
                  <pic:blipFill>
                    <a:blip r:embed="rId3236" cstate="print">
                      <a:extLst>
                        <a:ext uri="{28A0092B-C50C-407E-A947-70E740481C1C}">
                          <a14:useLocalDpi xmlns:a14="http://schemas.microsoft.com/office/drawing/2010/main" val="0"/>
                        </a:ext>
                      </a:extLst>
                    </a:blip>
                    <a:srcRect/>
                    <a:stretch>
                      <a:fillRect/>
                    </a:stretch>
                  </pic:blipFill>
                  <pic:spPr bwMode="auto">
                    <a:xfrm>
                      <a:off x="0" y="0"/>
                      <a:ext cx="154305" cy="231140"/>
                    </a:xfrm>
                    <a:prstGeom prst="rect">
                      <a:avLst/>
                    </a:prstGeom>
                    <a:noFill/>
                    <a:ln>
                      <a:noFill/>
                    </a:ln>
                  </pic:spPr>
                </pic:pic>
              </a:graphicData>
            </a:graphic>
          </wp:inline>
        </w:drawing>
      </w:r>
      <w:r w:rsidRPr="007250F1">
        <w:rPr>
          <w:rFonts w:ascii="Times New Roman" w:hAnsi="Times New Roman" w:cs="Times New Roman"/>
          <w:sz w:val="28"/>
          <w:szCs w:val="28"/>
          <w:lang w:val="kk-KZ"/>
        </w:rPr>
        <w:t xml:space="preserve"> саны </w:t>
      </w:r>
      <w:r w:rsidR="00A135AE" w:rsidRPr="007250F1">
        <w:rPr>
          <w:rFonts w:ascii="Times New Roman" w:hAnsi="Times New Roman" w:cs="Times New Roman"/>
          <w:noProof/>
          <w:position w:val="-10"/>
          <w:sz w:val="28"/>
          <w:szCs w:val="28"/>
        </w:rPr>
        <w:drawing>
          <wp:inline distT="0" distB="0" distL="0" distR="0" wp14:anchorId="0E60BCA4" wp14:editId="0313DA9D">
            <wp:extent cx="664210" cy="231140"/>
            <wp:effectExtent l="0" t="0" r="0" b="0"/>
            <wp:docPr id="2445" name="Рисунок 2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5"/>
                    <pic:cNvPicPr>
                      <a:picLocks noChangeAspect="1" noChangeArrowheads="1"/>
                    </pic:cNvPicPr>
                  </pic:nvPicPr>
                  <pic:blipFill>
                    <a:blip r:embed="rId3237" cstate="print">
                      <a:extLst>
                        <a:ext uri="{28A0092B-C50C-407E-A947-70E740481C1C}">
                          <a14:useLocalDpi xmlns:a14="http://schemas.microsoft.com/office/drawing/2010/main" val="0"/>
                        </a:ext>
                      </a:extLst>
                    </a:blip>
                    <a:srcRect/>
                    <a:stretch>
                      <a:fillRect/>
                    </a:stretch>
                  </pic:blipFill>
                  <pic:spPr bwMode="auto">
                    <a:xfrm>
                      <a:off x="0" y="0"/>
                      <a:ext cx="664210" cy="231140"/>
                    </a:xfrm>
                    <a:prstGeom prst="rect">
                      <a:avLst/>
                    </a:prstGeom>
                    <a:noFill/>
                    <a:ln>
                      <a:noFill/>
                    </a:ln>
                  </pic:spPr>
                </pic:pic>
              </a:graphicData>
            </a:graphic>
          </wp:inline>
        </w:drawing>
      </w:r>
      <w:r w:rsidRPr="007250F1">
        <w:rPr>
          <w:rFonts w:ascii="Times New Roman" w:hAnsi="Times New Roman" w:cs="Times New Roman"/>
          <w:sz w:val="28"/>
          <w:szCs w:val="28"/>
          <w:lang w:val="kk-KZ"/>
        </w:rPr>
        <w:t xml:space="preserve"> теңсіздікті қанағаттандыратын болса, онда </w:t>
      </w:r>
      <w:r w:rsidR="00A135AE" w:rsidRPr="007250F1">
        <w:rPr>
          <w:rFonts w:ascii="Times New Roman" w:hAnsi="Times New Roman" w:cs="Times New Roman"/>
          <w:noProof/>
          <w:position w:val="-4"/>
          <w:sz w:val="28"/>
          <w:szCs w:val="28"/>
        </w:rPr>
        <w:drawing>
          <wp:inline distT="0" distB="0" distL="0" distR="0" wp14:anchorId="303198C0" wp14:editId="5373B3C1">
            <wp:extent cx="182880" cy="182880"/>
            <wp:effectExtent l="0" t="0" r="7620" b="7620"/>
            <wp:docPr id="2446" name="Рисунок 2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6"/>
                    <pic:cNvPicPr>
                      <a:picLocks noChangeAspect="1" noChangeArrowheads="1"/>
                    </pic:cNvPicPr>
                  </pic:nvPicPr>
                  <pic:blipFill>
                    <a:blip r:embed="rId3238"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7250F1">
        <w:rPr>
          <w:rFonts w:ascii="Times New Roman" w:hAnsi="Times New Roman" w:cs="Times New Roman"/>
          <w:sz w:val="28"/>
          <w:szCs w:val="28"/>
          <w:lang w:val="kk-KZ"/>
        </w:rPr>
        <w:t xml:space="preserve"> операторы қысып бейнелейтін оператор болады. Қысып бейнелейтін оп</w:t>
      </w:r>
      <w:r w:rsidR="004A23C7" w:rsidRPr="007250F1">
        <w:rPr>
          <w:rFonts w:ascii="Times New Roman" w:hAnsi="Times New Roman" w:cs="Times New Roman"/>
          <w:sz w:val="28"/>
          <w:szCs w:val="28"/>
          <w:lang w:val="kk-KZ"/>
        </w:rPr>
        <w:t xml:space="preserve">ератордың қозғалмайтын нүктесі– </w:t>
      </w:r>
      <w:r w:rsidR="00A135AE" w:rsidRPr="007250F1">
        <w:rPr>
          <w:rFonts w:ascii="Times New Roman" w:hAnsi="Times New Roman" w:cs="Times New Roman"/>
          <w:noProof/>
          <w:position w:val="-12"/>
          <w:sz w:val="28"/>
          <w:szCs w:val="28"/>
        </w:rPr>
        <w:drawing>
          <wp:inline distT="0" distB="0" distL="0" distR="0" wp14:anchorId="79BDC7ED" wp14:editId="7A55FFE1">
            <wp:extent cx="529590" cy="231140"/>
            <wp:effectExtent l="0" t="0" r="0" b="0"/>
            <wp:docPr id="2447" name="Рисунок 2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7"/>
                    <pic:cNvPicPr>
                      <a:picLocks noChangeAspect="1" noChangeArrowheads="1"/>
                    </pic:cNvPicPr>
                  </pic:nvPicPr>
                  <pic:blipFill>
                    <a:blip r:embed="rId3239" cstate="print">
                      <a:extLst>
                        <a:ext uri="{28A0092B-C50C-407E-A947-70E740481C1C}">
                          <a14:useLocalDpi xmlns:a14="http://schemas.microsoft.com/office/drawing/2010/main" val="0"/>
                        </a:ext>
                      </a:extLst>
                    </a:blip>
                    <a:srcRect/>
                    <a:stretch>
                      <a:fillRect/>
                    </a:stretch>
                  </pic:blipFill>
                  <pic:spPr bwMode="auto">
                    <a:xfrm>
                      <a:off x="0" y="0"/>
                      <a:ext cx="529590" cy="231140"/>
                    </a:xfrm>
                    <a:prstGeom prst="rect">
                      <a:avLst/>
                    </a:prstGeom>
                    <a:noFill/>
                    <a:ln>
                      <a:noFill/>
                    </a:ln>
                  </pic:spPr>
                </pic:pic>
              </a:graphicData>
            </a:graphic>
          </wp:inline>
        </w:drawing>
      </w:r>
      <w:r w:rsidR="004A23C7" w:rsidRPr="007250F1">
        <w:rPr>
          <w:rFonts w:ascii="Times New Roman" w:hAnsi="Times New Roman" w:cs="Times New Roman"/>
          <w:sz w:val="28"/>
          <w:szCs w:val="28"/>
          <w:lang w:val="kk-KZ"/>
        </w:rPr>
        <w:t xml:space="preserve"> функциясы</w:t>
      </w:r>
      <w:r w:rsidRPr="007250F1">
        <w:rPr>
          <w:rFonts w:ascii="Times New Roman" w:hAnsi="Times New Roman" w:cs="Times New Roman"/>
          <w:sz w:val="28"/>
          <w:szCs w:val="28"/>
          <w:lang w:val="kk-KZ"/>
        </w:rPr>
        <w:t xml:space="preserve">, ол </w:t>
      </w:r>
      <w:r w:rsidR="00A135AE" w:rsidRPr="007250F1">
        <w:rPr>
          <w:rFonts w:ascii="Times New Roman" w:hAnsi="Times New Roman" w:cs="Times New Roman"/>
          <w:noProof/>
          <w:position w:val="-12"/>
          <w:sz w:val="28"/>
          <w:szCs w:val="28"/>
        </w:rPr>
        <w:drawing>
          <wp:inline distT="0" distB="0" distL="0" distR="0" wp14:anchorId="00ABC890" wp14:editId="52BECDF7">
            <wp:extent cx="692785" cy="231140"/>
            <wp:effectExtent l="0" t="0" r="0" b="0"/>
            <wp:docPr id="2448" name="Рисунок 2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8"/>
                    <pic:cNvPicPr>
                      <a:picLocks noChangeAspect="1" noChangeArrowheads="1"/>
                    </pic:cNvPicPr>
                  </pic:nvPicPr>
                  <pic:blipFill>
                    <a:blip r:embed="rId3240" cstate="print">
                      <a:extLst>
                        <a:ext uri="{28A0092B-C50C-407E-A947-70E740481C1C}">
                          <a14:useLocalDpi xmlns:a14="http://schemas.microsoft.com/office/drawing/2010/main" val="0"/>
                        </a:ext>
                      </a:extLst>
                    </a:blip>
                    <a:srcRect/>
                    <a:stretch>
                      <a:fillRect/>
                    </a:stretch>
                  </pic:blipFill>
                  <pic:spPr bwMode="auto">
                    <a:xfrm>
                      <a:off x="0" y="0"/>
                      <a:ext cx="692785" cy="231140"/>
                    </a:xfrm>
                    <a:prstGeom prst="rect">
                      <a:avLst/>
                    </a:prstGeom>
                    <a:noFill/>
                    <a:ln>
                      <a:noFill/>
                    </a:ln>
                  </pic:spPr>
                </pic:pic>
              </a:graphicData>
            </a:graphic>
          </wp:inline>
        </w:drawing>
      </w:r>
      <w:r w:rsidRPr="007250F1">
        <w:rPr>
          <w:rFonts w:ascii="Times New Roman" w:hAnsi="Times New Roman" w:cs="Times New Roman"/>
          <w:sz w:val="28"/>
          <w:szCs w:val="28"/>
          <w:lang w:val="kk-KZ"/>
        </w:rPr>
        <w:t xml:space="preserve"> теңдігін қанағаттандырады.  Бұл функция үшін келесі теңдеу орындалады.</w:t>
      </w:r>
    </w:p>
    <w:p w14:paraId="22CC6E61" w14:textId="77777777" w:rsidR="00D33D27" w:rsidRPr="007250F1" w:rsidRDefault="00D33D27" w:rsidP="007250F1">
      <w:pPr>
        <w:spacing w:after="0" w:line="240" w:lineRule="auto"/>
        <w:jc w:val="both"/>
        <w:rPr>
          <w:rFonts w:ascii="Times New Roman" w:hAnsi="Times New Roman" w:cs="Times New Roman"/>
          <w:sz w:val="28"/>
          <w:szCs w:val="28"/>
          <w:lang w:val="kk-KZ"/>
        </w:rPr>
      </w:pPr>
    </w:p>
    <w:p w14:paraId="17B346CC" w14:textId="7D272E77" w:rsidR="004B7CD0" w:rsidRPr="007250F1" w:rsidRDefault="00A135AE" w:rsidP="007250F1">
      <w:pPr>
        <w:spacing w:after="0" w:line="240" w:lineRule="auto"/>
        <w:jc w:val="center"/>
        <w:rPr>
          <w:rFonts w:ascii="Times New Roman" w:hAnsi="Times New Roman" w:cs="Times New Roman"/>
          <w:position w:val="-16"/>
          <w:sz w:val="28"/>
          <w:szCs w:val="28"/>
          <w:lang w:val="en-US"/>
        </w:rPr>
      </w:pPr>
      <w:r w:rsidRPr="007250F1">
        <w:rPr>
          <w:rFonts w:ascii="Times New Roman" w:hAnsi="Times New Roman" w:cs="Times New Roman"/>
          <w:noProof/>
          <w:position w:val="-26"/>
          <w:sz w:val="28"/>
          <w:szCs w:val="28"/>
        </w:rPr>
        <w:drawing>
          <wp:inline distT="0" distB="0" distL="0" distR="0" wp14:anchorId="5939DA5C" wp14:editId="24A8DCB1">
            <wp:extent cx="4495165" cy="414020"/>
            <wp:effectExtent l="0" t="0" r="635" b="5080"/>
            <wp:docPr id="2449" name="Рисунок 2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9"/>
                    <pic:cNvPicPr>
                      <a:picLocks noChangeAspect="1" noChangeArrowheads="1"/>
                    </pic:cNvPicPr>
                  </pic:nvPicPr>
                  <pic:blipFill>
                    <a:blip r:embed="rId3241" cstate="print">
                      <a:extLst>
                        <a:ext uri="{28A0092B-C50C-407E-A947-70E740481C1C}">
                          <a14:useLocalDpi xmlns:a14="http://schemas.microsoft.com/office/drawing/2010/main" val="0"/>
                        </a:ext>
                      </a:extLst>
                    </a:blip>
                    <a:srcRect/>
                    <a:stretch>
                      <a:fillRect/>
                    </a:stretch>
                  </pic:blipFill>
                  <pic:spPr bwMode="auto">
                    <a:xfrm>
                      <a:off x="0" y="0"/>
                      <a:ext cx="4495165" cy="414020"/>
                    </a:xfrm>
                    <a:prstGeom prst="rect">
                      <a:avLst/>
                    </a:prstGeom>
                    <a:noFill/>
                    <a:ln>
                      <a:noFill/>
                    </a:ln>
                  </pic:spPr>
                </pic:pic>
              </a:graphicData>
            </a:graphic>
          </wp:inline>
        </w:drawing>
      </w:r>
    </w:p>
    <w:p w14:paraId="074AEAB3" w14:textId="77777777" w:rsidR="004A23C7" w:rsidRPr="007250F1" w:rsidRDefault="004A23C7" w:rsidP="007250F1">
      <w:pPr>
        <w:spacing w:after="0" w:line="240" w:lineRule="auto"/>
        <w:rPr>
          <w:rFonts w:ascii="Times New Roman" w:hAnsi="Times New Roman" w:cs="Times New Roman"/>
          <w:position w:val="-16"/>
          <w:sz w:val="28"/>
          <w:szCs w:val="28"/>
          <w:lang w:val="en-US"/>
        </w:rPr>
      </w:pPr>
    </w:p>
    <w:p w14:paraId="53AFC57E" w14:textId="77777777" w:rsidR="004B7CD0" w:rsidRPr="007250F1" w:rsidRDefault="004B7CD0" w:rsidP="007250F1">
      <w:pPr>
        <w:spacing w:after="0" w:line="240" w:lineRule="auto"/>
        <w:jc w:val="both"/>
        <w:rPr>
          <w:rFonts w:ascii="Times New Roman" w:hAnsi="Times New Roman" w:cs="Times New Roman"/>
          <w:sz w:val="28"/>
          <w:szCs w:val="28"/>
          <w:lang w:val="kk-KZ"/>
        </w:rPr>
      </w:pPr>
      <w:r w:rsidRPr="007250F1">
        <w:rPr>
          <w:rFonts w:ascii="Times New Roman" w:hAnsi="Times New Roman" w:cs="Times New Roman"/>
          <w:sz w:val="28"/>
          <w:szCs w:val="28"/>
          <w:lang w:val="kk-KZ"/>
        </w:rPr>
        <w:t>және шарты</w:t>
      </w:r>
    </w:p>
    <w:p w14:paraId="19385442" w14:textId="77777777" w:rsidR="00D33D27" w:rsidRPr="007250F1" w:rsidRDefault="00D33D27" w:rsidP="007250F1">
      <w:pPr>
        <w:spacing w:after="0" w:line="240" w:lineRule="auto"/>
        <w:jc w:val="both"/>
        <w:rPr>
          <w:rFonts w:ascii="Times New Roman" w:hAnsi="Times New Roman" w:cs="Times New Roman"/>
          <w:sz w:val="28"/>
          <w:szCs w:val="28"/>
          <w:lang w:val="kk-KZ"/>
        </w:rPr>
      </w:pPr>
    </w:p>
    <w:p w14:paraId="21052785" w14:textId="4F2BADA8" w:rsidR="004B7CD0" w:rsidRPr="007250F1" w:rsidRDefault="00A135AE" w:rsidP="007250F1">
      <w:pPr>
        <w:spacing w:after="0" w:line="240" w:lineRule="auto"/>
        <w:jc w:val="center"/>
        <w:rPr>
          <w:rFonts w:ascii="Times New Roman" w:hAnsi="Times New Roman" w:cs="Times New Roman"/>
          <w:sz w:val="28"/>
          <w:szCs w:val="28"/>
        </w:rPr>
      </w:pPr>
      <w:r w:rsidRPr="007250F1">
        <w:rPr>
          <w:rFonts w:ascii="Times New Roman" w:hAnsi="Times New Roman" w:cs="Times New Roman"/>
          <w:noProof/>
          <w:position w:val="-16"/>
          <w:sz w:val="28"/>
          <w:szCs w:val="28"/>
        </w:rPr>
        <w:drawing>
          <wp:inline distT="0" distB="0" distL="0" distR="0" wp14:anchorId="1B7ACF0C" wp14:editId="7CC5E694">
            <wp:extent cx="1328420" cy="288925"/>
            <wp:effectExtent l="0" t="0" r="5080" b="0"/>
            <wp:docPr id="2450" name="Рисунок 2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0"/>
                    <pic:cNvPicPr>
                      <a:picLocks noChangeAspect="1" noChangeArrowheads="1"/>
                    </pic:cNvPicPr>
                  </pic:nvPicPr>
                  <pic:blipFill>
                    <a:blip r:embed="rId3242" cstate="print">
                      <a:extLst>
                        <a:ext uri="{28A0092B-C50C-407E-A947-70E740481C1C}">
                          <a14:useLocalDpi xmlns:a14="http://schemas.microsoft.com/office/drawing/2010/main" val="0"/>
                        </a:ext>
                      </a:extLst>
                    </a:blip>
                    <a:srcRect/>
                    <a:stretch>
                      <a:fillRect/>
                    </a:stretch>
                  </pic:blipFill>
                  <pic:spPr bwMode="auto">
                    <a:xfrm>
                      <a:off x="0" y="0"/>
                      <a:ext cx="1328420" cy="288925"/>
                    </a:xfrm>
                    <a:prstGeom prst="rect">
                      <a:avLst/>
                    </a:prstGeom>
                    <a:noFill/>
                    <a:ln>
                      <a:noFill/>
                    </a:ln>
                  </pic:spPr>
                </pic:pic>
              </a:graphicData>
            </a:graphic>
          </wp:inline>
        </w:drawing>
      </w:r>
    </w:p>
    <w:p w14:paraId="5DC9CDFD" w14:textId="020CE585" w:rsidR="004B7CD0" w:rsidRPr="007250F1" w:rsidRDefault="00A135AE" w:rsidP="007250F1">
      <w:pPr>
        <w:spacing w:after="0" w:line="240" w:lineRule="auto"/>
        <w:jc w:val="center"/>
        <w:rPr>
          <w:rFonts w:ascii="Times New Roman" w:hAnsi="Times New Roman" w:cs="Times New Roman"/>
          <w:position w:val="-12"/>
          <w:sz w:val="28"/>
          <w:szCs w:val="28"/>
        </w:rPr>
      </w:pPr>
      <w:r w:rsidRPr="007250F1">
        <w:rPr>
          <w:rFonts w:ascii="Times New Roman" w:hAnsi="Times New Roman" w:cs="Times New Roman"/>
          <w:noProof/>
          <w:position w:val="-12"/>
          <w:sz w:val="28"/>
          <w:szCs w:val="28"/>
        </w:rPr>
        <w:drawing>
          <wp:inline distT="0" distB="0" distL="0" distR="0" wp14:anchorId="5165B336" wp14:editId="01F4F4BE">
            <wp:extent cx="3694670" cy="250767"/>
            <wp:effectExtent l="0" t="0" r="1270" b="0"/>
            <wp:docPr id="2451" name="Рисунок 2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1"/>
                    <pic:cNvPicPr>
                      <a:picLocks noChangeAspect="1" noChangeArrowheads="1"/>
                    </pic:cNvPicPr>
                  </pic:nvPicPr>
                  <pic:blipFill>
                    <a:blip r:embed="rId3243" cstate="print">
                      <a:extLst>
                        <a:ext uri="{28A0092B-C50C-407E-A947-70E740481C1C}">
                          <a14:useLocalDpi xmlns:a14="http://schemas.microsoft.com/office/drawing/2010/main" val="0"/>
                        </a:ext>
                      </a:extLst>
                    </a:blip>
                    <a:srcRect/>
                    <a:stretch>
                      <a:fillRect/>
                    </a:stretch>
                  </pic:blipFill>
                  <pic:spPr bwMode="auto">
                    <a:xfrm>
                      <a:off x="0" y="0"/>
                      <a:ext cx="3782621" cy="256736"/>
                    </a:xfrm>
                    <a:prstGeom prst="rect">
                      <a:avLst/>
                    </a:prstGeom>
                    <a:noFill/>
                    <a:ln>
                      <a:noFill/>
                    </a:ln>
                  </pic:spPr>
                </pic:pic>
              </a:graphicData>
            </a:graphic>
          </wp:inline>
        </w:drawing>
      </w:r>
    </w:p>
    <w:p w14:paraId="21F0575A" w14:textId="77777777" w:rsidR="00D33D27" w:rsidRPr="007250F1" w:rsidRDefault="00D33D27" w:rsidP="007250F1">
      <w:pPr>
        <w:spacing w:after="0" w:line="240" w:lineRule="auto"/>
        <w:rPr>
          <w:rFonts w:ascii="Times New Roman" w:hAnsi="Times New Roman" w:cs="Times New Roman"/>
          <w:sz w:val="28"/>
          <w:szCs w:val="28"/>
          <w:lang w:val="en-US"/>
        </w:rPr>
      </w:pPr>
    </w:p>
    <w:p w14:paraId="5732D6CF" w14:textId="55FFF397" w:rsidR="004B7CD0" w:rsidRPr="007250F1" w:rsidRDefault="004B7CD0" w:rsidP="00BB4365">
      <w:pPr>
        <w:spacing w:after="0" w:line="240" w:lineRule="auto"/>
        <w:ind w:firstLine="708"/>
        <w:jc w:val="both"/>
        <w:rPr>
          <w:rFonts w:ascii="Times New Roman" w:hAnsi="Times New Roman" w:cs="Times New Roman"/>
          <w:sz w:val="28"/>
          <w:szCs w:val="28"/>
          <w:lang w:val="kk-KZ"/>
        </w:rPr>
      </w:pPr>
      <w:r w:rsidRPr="007250F1">
        <w:rPr>
          <w:rFonts w:ascii="Times New Roman" w:hAnsi="Times New Roman" w:cs="Times New Roman"/>
          <w:sz w:val="28"/>
          <w:szCs w:val="28"/>
          <w:lang w:val="kk-KZ"/>
        </w:rPr>
        <w:t xml:space="preserve">Бұл дегеніміз, </w:t>
      </w:r>
      <w:r w:rsidR="00A135AE" w:rsidRPr="007250F1">
        <w:rPr>
          <w:rFonts w:ascii="Times New Roman" w:hAnsi="Times New Roman" w:cs="Times New Roman"/>
          <w:noProof/>
          <w:position w:val="-12"/>
          <w:sz w:val="28"/>
          <w:szCs w:val="28"/>
        </w:rPr>
        <w:drawing>
          <wp:inline distT="0" distB="0" distL="0" distR="0" wp14:anchorId="4598ECC4" wp14:editId="46C971DB">
            <wp:extent cx="500380" cy="250190"/>
            <wp:effectExtent l="0" t="0" r="0" b="0"/>
            <wp:docPr id="2452" name="Рисунок 2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2"/>
                    <pic:cNvPicPr>
                      <a:picLocks noChangeAspect="1" noChangeArrowheads="1"/>
                    </pic:cNvPicPr>
                  </pic:nvPicPr>
                  <pic:blipFill>
                    <a:blip r:embed="rId3244" cstate="print">
                      <a:extLst>
                        <a:ext uri="{28A0092B-C50C-407E-A947-70E740481C1C}">
                          <a14:useLocalDpi xmlns:a14="http://schemas.microsoft.com/office/drawing/2010/main" val="0"/>
                        </a:ext>
                      </a:extLst>
                    </a:blip>
                    <a:srcRect/>
                    <a:stretch>
                      <a:fillRect/>
                    </a:stretch>
                  </pic:blipFill>
                  <pic:spPr bwMode="auto">
                    <a:xfrm>
                      <a:off x="0" y="0"/>
                      <a:ext cx="500380" cy="250190"/>
                    </a:xfrm>
                    <a:prstGeom prst="rect">
                      <a:avLst/>
                    </a:prstGeom>
                    <a:noFill/>
                    <a:ln>
                      <a:noFill/>
                    </a:ln>
                  </pic:spPr>
                </pic:pic>
              </a:graphicData>
            </a:graphic>
          </wp:inline>
        </w:drawing>
      </w:r>
      <w:r w:rsidRPr="007250F1">
        <w:rPr>
          <w:rFonts w:ascii="Times New Roman" w:hAnsi="Times New Roman" w:cs="Times New Roman"/>
          <w:sz w:val="28"/>
          <w:szCs w:val="28"/>
          <w:lang w:val="kk-KZ"/>
        </w:rPr>
        <w:t xml:space="preserve"> саны </w:t>
      </w:r>
      <w:r w:rsidR="00A135AE" w:rsidRPr="007250F1">
        <w:rPr>
          <w:rFonts w:ascii="Times New Roman" w:hAnsi="Times New Roman" w:cs="Times New Roman"/>
          <w:noProof/>
          <w:position w:val="-4"/>
          <w:sz w:val="28"/>
          <w:szCs w:val="28"/>
        </w:rPr>
        <w:drawing>
          <wp:inline distT="0" distB="0" distL="0" distR="0" wp14:anchorId="16C0065A" wp14:editId="10ADBAEF">
            <wp:extent cx="182880" cy="182880"/>
            <wp:effectExtent l="0" t="0" r="7620" b="7620"/>
            <wp:docPr id="2453" name="Рисунок 2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3"/>
                    <pic:cNvPicPr>
                      <a:picLocks noChangeAspect="1" noChangeArrowheads="1"/>
                    </pic:cNvPicPr>
                  </pic:nvPicPr>
                  <pic:blipFill>
                    <a:blip r:embed="rId3245"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7250F1">
        <w:rPr>
          <w:rFonts w:ascii="Times New Roman" w:hAnsi="Times New Roman" w:cs="Times New Roman"/>
          <w:sz w:val="28"/>
          <w:szCs w:val="28"/>
          <w:lang w:val="kk-KZ"/>
        </w:rPr>
        <w:t xml:space="preserve">жиынының элементі, және </w:t>
      </w:r>
      <w:r w:rsidR="00A135AE" w:rsidRPr="007250F1">
        <w:rPr>
          <w:rFonts w:ascii="Times New Roman" w:hAnsi="Times New Roman" w:cs="Times New Roman"/>
          <w:noProof/>
          <w:position w:val="-4"/>
          <w:sz w:val="28"/>
          <w:szCs w:val="28"/>
        </w:rPr>
        <w:drawing>
          <wp:inline distT="0" distB="0" distL="0" distR="0" wp14:anchorId="5FC07ACB" wp14:editId="197C492A">
            <wp:extent cx="182880" cy="182880"/>
            <wp:effectExtent l="0" t="0" r="7620" b="7620"/>
            <wp:docPr id="2454" name="Рисунок 2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4"/>
                    <pic:cNvPicPr>
                      <a:picLocks noChangeAspect="1" noChangeArrowheads="1"/>
                    </pic:cNvPicPr>
                  </pic:nvPicPr>
                  <pic:blipFill>
                    <a:blip r:embed="rId3246"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7250F1">
        <w:rPr>
          <w:rFonts w:ascii="Times New Roman" w:hAnsi="Times New Roman" w:cs="Times New Roman"/>
          <w:sz w:val="28"/>
          <w:szCs w:val="28"/>
          <w:lang w:val="kk-KZ"/>
        </w:rPr>
        <w:t xml:space="preserve"> жиыны ашық екен.</w:t>
      </w:r>
      <w:r w:rsidR="00A135AE" w:rsidRPr="007250F1">
        <w:rPr>
          <w:rFonts w:ascii="Times New Roman" w:hAnsi="Times New Roman" w:cs="Times New Roman"/>
          <w:noProof/>
          <w:position w:val="-12"/>
          <w:sz w:val="28"/>
          <w:szCs w:val="28"/>
        </w:rPr>
        <w:drawing>
          <wp:inline distT="0" distB="0" distL="0" distR="0" wp14:anchorId="76339E40" wp14:editId="0AADBB6A">
            <wp:extent cx="529590" cy="231140"/>
            <wp:effectExtent l="0" t="0" r="0" b="0"/>
            <wp:docPr id="2455" name="Рисунок 2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5"/>
                    <pic:cNvPicPr>
                      <a:picLocks noChangeAspect="1" noChangeArrowheads="1"/>
                    </pic:cNvPicPr>
                  </pic:nvPicPr>
                  <pic:blipFill>
                    <a:blip r:embed="rId3247" cstate="print">
                      <a:extLst>
                        <a:ext uri="{28A0092B-C50C-407E-A947-70E740481C1C}">
                          <a14:useLocalDpi xmlns:a14="http://schemas.microsoft.com/office/drawing/2010/main" val="0"/>
                        </a:ext>
                      </a:extLst>
                    </a:blip>
                    <a:srcRect/>
                    <a:stretch>
                      <a:fillRect/>
                    </a:stretch>
                  </pic:blipFill>
                  <pic:spPr bwMode="auto">
                    <a:xfrm>
                      <a:off x="0" y="0"/>
                      <a:ext cx="529590" cy="231140"/>
                    </a:xfrm>
                    <a:prstGeom prst="rect">
                      <a:avLst/>
                    </a:prstGeom>
                    <a:noFill/>
                    <a:ln>
                      <a:noFill/>
                    </a:ln>
                  </pic:spPr>
                </pic:pic>
              </a:graphicData>
            </a:graphic>
          </wp:inline>
        </w:drawing>
      </w:r>
      <w:r w:rsidRPr="007250F1">
        <w:rPr>
          <w:rFonts w:ascii="Times New Roman" w:hAnsi="Times New Roman" w:cs="Times New Roman"/>
          <w:sz w:val="28"/>
          <w:szCs w:val="28"/>
          <w:lang w:val="kk-KZ"/>
        </w:rPr>
        <w:t xml:space="preserve">функциясы </w:t>
      </w:r>
      <w:r w:rsidR="00A135AE" w:rsidRPr="007250F1">
        <w:rPr>
          <w:rFonts w:ascii="Times New Roman" w:hAnsi="Times New Roman" w:cs="Times New Roman"/>
          <w:noProof/>
          <w:position w:val="-16"/>
          <w:sz w:val="28"/>
          <w:szCs w:val="28"/>
        </w:rPr>
        <w:drawing>
          <wp:inline distT="0" distB="0" distL="0" distR="0" wp14:anchorId="354AFBA8" wp14:editId="53B3192A">
            <wp:extent cx="462280" cy="250190"/>
            <wp:effectExtent l="0" t="0" r="0" b="0"/>
            <wp:docPr id="2456" name="Рисунок 2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6"/>
                    <pic:cNvPicPr>
                      <a:picLocks noChangeAspect="1" noChangeArrowheads="1"/>
                    </pic:cNvPicPr>
                  </pic:nvPicPr>
                  <pic:blipFill>
                    <a:blip r:embed="rId3248" cstate="print">
                      <a:extLst>
                        <a:ext uri="{28A0092B-C50C-407E-A947-70E740481C1C}">
                          <a14:useLocalDpi xmlns:a14="http://schemas.microsoft.com/office/drawing/2010/main" val="0"/>
                        </a:ext>
                      </a:extLst>
                    </a:blip>
                    <a:srcRect/>
                    <a:stretch>
                      <a:fillRect/>
                    </a:stretch>
                  </pic:blipFill>
                  <pic:spPr bwMode="auto">
                    <a:xfrm>
                      <a:off x="0" y="0"/>
                      <a:ext cx="462280" cy="250190"/>
                    </a:xfrm>
                    <a:prstGeom prst="rect">
                      <a:avLst/>
                    </a:prstGeom>
                    <a:noFill/>
                    <a:ln>
                      <a:noFill/>
                    </a:ln>
                  </pic:spPr>
                </pic:pic>
              </a:graphicData>
            </a:graphic>
          </wp:inline>
        </w:drawing>
      </w:r>
      <w:r w:rsidR="0004743F" w:rsidRPr="007250F1">
        <w:rPr>
          <w:rFonts w:ascii="Times New Roman" w:hAnsi="Times New Roman" w:cs="Times New Roman"/>
          <w:sz w:val="28"/>
          <w:szCs w:val="28"/>
          <w:lang w:val="kk-KZ"/>
        </w:rPr>
        <w:t xml:space="preserve"> кеңістігінен болса, онда (2.90), (2</w:t>
      </w:r>
      <w:r w:rsidRPr="007250F1">
        <w:rPr>
          <w:rFonts w:ascii="Times New Roman" w:hAnsi="Times New Roman" w:cs="Times New Roman"/>
          <w:sz w:val="28"/>
          <w:szCs w:val="28"/>
          <w:lang w:val="kk-KZ"/>
        </w:rPr>
        <w:t>.</w:t>
      </w:r>
      <w:r w:rsidR="0004743F" w:rsidRPr="007250F1">
        <w:rPr>
          <w:rFonts w:ascii="Times New Roman" w:hAnsi="Times New Roman" w:cs="Times New Roman"/>
          <w:sz w:val="28"/>
          <w:szCs w:val="28"/>
          <w:lang w:val="kk-KZ"/>
        </w:rPr>
        <w:t>6</w:t>
      </w:r>
      <w:r w:rsidR="004A23C7" w:rsidRPr="007250F1">
        <w:rPr>
          <w:rFonts w:ascii="Times New Roman" w:hAnsi="Times New Roman" w:cs="Times New Roman"/>
          <w:sz w:val="28"/>
          <w:szCs w:val="28"/>
          <w:lang w:val="kk-KZ"/>
        </w:rPr>
        <w:t xml:space="preserve">2), </w:t>
      </w:r>
      <w:r w:rsidR="004A23C7" w:rsidRPr="007250F1">
        <w:rPr>
          <w:rFonts w:ascii="Times New Roman" w:hAnsi="Times New Roman" w:cs="Times New Roman"/>
          <w:position w:val="-12"/>
          <w:sz w:val="28"/>
          <w:szCs w:val="28"/>
          <w:lang w:val="kk-KZ"/>
        </w:rPr>
        <w:object w:dxaOrig="840" w:dyaOrig="380" w14:anchorId="2A2EDFE6">
          <v:shape id="_x0000_i2284" type="#_x0000_t75" style="width:43.5pt;height:18.2pt" o:ole="">
            <v:imagedata r:id="rId3249" o:title=""/>
          </v:shape>
          <o:OLEObject Type="Embed" ProgID="Equation.DSMT4" ShapeID="_x0000_i2284" DrawAspect="Content" ObjectID="_1840332738" r:id="rId3250"/>
        </w:object>
      </w:r>
      <w:r w:rsidRPr="007250F1">
        <w:rPr>
          <w:rFonts w:ascii="Times New Roman" w:hAnsi="Times New Roman" w:cs="Times New Roman"/>
          <w:sz w:val="28"/>
          <w:szCs w:val="28"/>
          <w:lang w:val="kk-KZ"/>
        </w:rPr>
        <w:t xml:space="preserve"> шеттік есебінің </w:t>
      </w:r>
      <w:r w:rsidR="00A135AE" w:rsidRPr="007250F1">
        <w:rPr>
          <w:rFonts w:ascii="Times New Roman" w:hAnsi="Times New Roman" w:cs="Times New Roman"/>
          <w:noProof/>
          <w:position w:val="-16"/>
          <w:sz w:val="28"/>
          <w:szCs w:val="28"/>
        </w:rPr>
        <w:drawing>
          <wp:inline distT="0" distB="0" distL="0" distR="0" wp14:anchorId="11C92373" wp14:editId="33C02CD7">
            <wp:extent cx="462280" cy="250190"/>
            <wp:effectExtent l="0" t="0" r="0" b="0"/>
            <wp:docPr id="2458" name="Рисунок 2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8"/>
                    <pic:cNvPicPr>
                      <a:picLocks noChangeAspect="1" noChangeArrowheads="1"/>
                    </pic:cNvPicPr>
                  </pic:nvPicPr>
                  <pic:blipFill>
                    <a:blip r:embed="rId3251" cstate="print">
                      <a:extLst>
                        <a:ext uri="{28A0092B-C50C-407E-A947-70E740481C1C}">
                          <a14:useLocalDpi xmlns:a14="http://schemas.microsoft.com/office/drawing/2010/main" val="0"/>
                        </a:ext>
                      </a:extLst>
                    </a:blip>
                    <a:srcRect/>
                    <a:stretch>
                      <a:fillRect/>
                    </a:stretch>
                  </pic:blipFill>
                  <pic:spPr bwMode="auto">
                    <a:xfrm>
                      <a:off x="0" y="0"/>
                      <a:ext cx="462280" cy="250190"/>
                    </a:xfrm>
                    <a:prstGeom prst="rect">
                      <a:avLst/>
                    </a:prstGeom>
                    <a:noFill/>
                    <a:ln>
                      <a:noFill/>
                    </a:ln>
                  </pic:spPr>
                </pic:pic>
              </a:graphicData>
            </a:graphic>
          </wp:inline>
        </w:drawing>
      </w:r>
      <w:r w:rsidRPr="007250F1">
        <w:rPr>
          <w:rFonts w:ascii="Times New Roman" w:hAnsi="Times New Roman" w:cs="Times New Roman"/>
          <w:sz w:val="28"/>
          <w:szCs w:val="28"/>
          <w:lang w:val="kk-KZ"/>
        </w:rPr>
        <w:t xml:space="preserve"> кеңістігінде тағы да тиісті </w:t>
      </w:r>
      <w:r w:rsidR="00A135AE" w:rsidRPr="007250F1">
        <w:rPr>
          <w:rFonts w:ascii="Times New Roman" w:hAnsi="Times New Roman" w:cs="Times New Roman"/>
          <w:noProof/>
          <w:position w:val="-12"/>
          <w:sz w:val="28"/>
          <w:szCs w:val="28"/>
        </w:rPr>
        <w:drawing>
          <wp:inline distT="0" distB="0" distL="0" distR="0" wp14:anchorId="6C61B3E3" wp14:editId="06CE4C6E">
            <wp:extent cx="529590" cy="231140"/>
            <wp:effectExtent l="0" t="0" r="0" b="0"/>
            <wp:docPr id="2459" name="Рисунок 2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9"/>
                    <pic:cNvPicPr>
                      <a:picLocks noChangeAspect="1" noChangeArrowheads="1"/>
                    </pic:cNvPicPr>
                  </pic:nvPicPr>
                  <pic:blipFill>
                    <a:blip r:embed="rId3252" cstate="print">
                      <a:extLst>
                        <a:ext uri="{28A0092B-C50C-407E-A947-70E740481C1C}">
                          <a14:useLocalDpi xmlns:a14="http://schemas.microsoft.com/office/drawing/2010/main" val="0"/>
                        </a:ext>
                      </a:extLst>
                    </a:blip>
                    <a:srcRect/>
                    <a:stretch>
                      <a:fillRect/>
                    </a:stretch>
                  </pic:blipFill>
                  <pic:spPr bwMode="auto">
                    <a:xfrm>
                      <a:off x="0" y="0"/>
                      <a:ext cx="529590" cy="231140"/>
                    </a:xfrm>
                    <a:prstGeom prst="rect">
                      <a:avLst/>
                    </a:prstGeom>
                    <a:noFill/>
                    <a:ln>
                      <a:noFill/>
                    </a:ln>
                  </pic:spPr>
                </pic:pic>
              </a:graphicData>
            </a:graphic>
          </wp:inline>
        </w:drawing>
      </w:r>
      <w:r w:rsidRPr="007250F1">
        <w:rPr>
          <w:rFonts w:ascii="Times New Roman" w:hAnsi="Times New Roman" w:cs="Times New Roman"/>
          <w:sz w:val="28"/>
          <w:szCs w:val="28"/>
          <w:lang w:val="kk-KZ"/>
        </w:rPr>
        <w:t xml:space="preserve"> шешімі болады. Онда, бұл шеттік есебі, </w:t>
      </w:r>
      <w:r w:rsidR="00A135AE" w:rsidRPr="007250F1">
        <w:rPr>
          <w:rFonts w:ascii="Times New Roman" w:hAnsi="Times New Roman" w:cs="Times New Roman"/>
          <w:noProof/>
          <w:position w:val="-16"/>
          <w:sz w:val="28"/>
          <w:szCs w:val="28"/>
        </w:rPr>
        <w:drawing>
          <wp:inline distT="0" distB="0" distL="0" distR="0" wp14:anchorId="7B3F05BF" wp14:editId="23724A52">
            <wp:extent cx="462280" cy="250190"/>
            <wp:effectExtent l="0" t="0" r="0" b="0"/>
            <wp:docPr id="2460" name="Рисунок 2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0"/>
                    <pic:cNvPicPr>
                      <a:picLocks noChangeAspect="1" noChangeArrowheads="1"/>
                    </pic:cNvPicPr>
                  </pic:nvPicPr>
                  <pic:blipFill>
                    <a:blip r:embed="rId3253" cstate="print">
                      <a:extLst>
                        <a:ext uri="{28A0092B-C50C-407E-A947-70E740481C1C}">
                          <a14:useLocalDpi xmlns:a14="http://schemas.microsoft.com/office/drawing/2010/main" val="0"/>
                        </a:ext>
                      </a:extLst>
                    </a:blip>
                    <a:srcRect/>
                    <a:stretch>
                      <a:fillRect/>
                    </a:stretch>
                  </pic:blipFill>
                  <pic:spPr bwMode="auto">
                    <a:xfrm>
                      <a:off x="0" y="0"/>
                      <a:ext cx="462280" cy="250190"/>
                    </a:xfrm>
                    <a:prstGeom prst="rect">
                      <a:avLst/>
                    </a:prstGeom>
                    <a:noFill/>
                    <a:ln>
                      <a:noFill/>
                    </a:ln>
                  </pic:spPr>
                </pic:pic>
              </a:graphicData>
            </a:graphic>
          </wp:inline>
        </w:drawing>
      </w:r>
      <w:r w:rsidRPr="007250F1">
        <w:rPr>
          <w:rFonts w:ascii="Times New Roman" w:hAnsi="Times New Roman" w:cs="Times New Roman"/>
          <w:sz w:val="28"/>
          <w:szCs w:val="28"/>
          <w:lang w:val="kk-KZ"/>
        </w:rPr>
        <w:t xml:space="preserve"> кеңістігін</w:t>
      </w:r>
      <w:r w:rsidR="004A23C7" w:rsidRPr="007250F1">
        <w:rPr>
          <w:rFonts w:ascii="Times New Roman" w:hAnsi="Times New Roman" w:cs="Times New Roman"/>
          <w:sz w:val="28"/>
          <w:szCs w:val="28"/>
          <w:lang w:val="kk-KZ"/>
        </w:rPr>
        <w:t xml:space="preserve"> өзіне-өзін бейнелейтін</w:t>
      </w:r>
      <w:r w:rsidRPr="007250F1">
        <w:rPr>
          <w:rFonts w:ascii="Times New Roman" w:hAnsi="Times New Roman" w:cs="Times New Roman"/>
          <w:sz w:val="28"/>
          <w:szCs w:val="28"/>
          <w:lang w:val="kk-KZ"/>
        </w:rPr>
        <w:t xml:space="preserve"> </w:t>
      </w:r>
      <w:r w:rsidR="00A135AE" w:rsidRPr="007250F1">
        <w:rPr>
          <w:rFonts w:ascii="Times New Roman" w:hAnsi="Times New Roman" w:cs="Times New Roman"/>
          <w:noProof/>
          <w:position w:val="-4"/>
          <w:sz w:val="28"/>
          <w:szCs w:val="28"/>
        </w:rPr>
        <w:drawing>
          <wp:inline distT="0" distB="0" distL="0" distR="0" wp14:anchorId="3BCC5B03" wp14:editId="3D3BBE35">
            <wp:extent cx="154305" cy="182880"/>
            <wp:effectExtent l="0" t="0" r="0" b="7620"/>
            <wp:docPr id="2461" name="Рисунок 2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1"/>
                    <pic:cNvPicPr>
                      <a:picLocks noChangeAspect="1" noChangeArrowheads="1"/>
                    </pic:cNvPicPr>
                  </pic:nvPicPr>
                  <pic:blipFill>
                    <a:blip r:embed="rId3254" cstate="print">
                      <a:extLst>
                        <a:ext uri="{28A0092B-C50C-407E-A947-70E740481C1C}">
                          <a14:useLocalDpi xmlns:a14="http://schemas.microsoft.com/office/drawing/2010/main" val="0"/>
                        </a:ext>
                      </a:extLst>
                    </a:blip>
                    <a:srcRect/>
                    <a:stretch>
                      <a:fillRect/>
                    </a:stretch>
                  </pic:blipFill>
                  <pic:spPr bwMode="auto">
                    <a:xfrm>
                      <a:off x="0" y="0"/>
                      <a:ext cx="154305" cy="182880"/>
                    </a:xfrm>
                    <a:prstGeom prst="rect">
                      <a:avLst/>
                    </a:prstGeom>
                    <a:noFill/>
                    <a:ln>
                      <a:noFill/>
                    </a:ln>
                  </pic:spPr>
                </pic:pic>
              </a:graphicData>
            </a:graphic>
          </wp:inline>
        </w:drawing>
      </w:r>
      <w:r w:rsidRPr="007250F1">
        <w:rPr>
          <w:rFonts w:ascii="Times New Roman" w:hAnsi="Times New Roman" w:cs="Times New Roman"/>
          <w:sz w:val="28"/>
          <w:szCs w:val="28"/>
          <w:lang w:val="kk-KZ"/>
        </w:rPr>
        <w:t xml:space="preserve"> операторын тудырады </w:t>
      </w:r>
      <w:r w:rsidR="00A135AE" w:rsidRPr="007250F1">
        <w:rPr>
          <w:rFonts w:ascii="Times New Roman" w:hAnsi="Times New Roman" w:cs="Times New Roman"/>
          <w:noProof/>
          <w:position w:val="-12"/>
          <w:sz w:val="28"/>
          <w:szCs w:val="28"/>
        </w:rPr>
        <w:drawing>
          <wp:inline distT="0" distB="0" distL="0" distR="0" wp14:anchorId="29CC47DA" wp14:editId="22D0C919">
            <wp:extent cx="664210" cy="231140"/>
            <wp:effectExtent l="0" t="0" r="2540" b="0"/>
            <wp:docPr id="2462" name="Рисунок 2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2"/>
                    <pic:cNvPicPr>
                      <a:picLocks noChangeAspect="1" noChangeArrowheads="1"/>
                    </pic:cNvPicPr>
                  </pic:nvPicPr>
                  <pic:blipFill>
                    <a:blip r:embed="rId3255" cstate="print">
                      <a:extLst>
                        <a:ext uri="{28A0092B-C50C-407E-A947-70E740481C1C}">
                          <a14:useLocalDpi xmlns:a14="http://schemas.microsoft.com/office/drawing/2010/main" val="0"/>
                        </a:ext>
                      </a:extLst>
                    </a:blip>
                    <a:srcRect/>
                    <a:stretch>
                      <a:fillRect/>
                    </a:stretch>
                  </pic:blipFill>
                  <pic:spPr bwMode="auto">
                    <a:xfrm>
                      <a:off x="0" y="0"/>
                      <a:ext cx="664210" cy="231140"/>
                    </a:xfrm>
                    <a:prstGeom prst="rect">
                      <a:avLst/>
                    </a:prstGeom>
                    <a:noFill/>
                    <a:ln>
                      <a:noFill/>
                    </a:ln>
                  </pic:spPr>
                </pic:pic>
              </a:graphicData>
            </a:graphic>
          </wp:inline>
        </w:drawing>
      </w:r>
      <w:r w:rsidRPr="007250F1">
        <w:rPr>
          <w:rFonts w:ascii="Times New Roman" w:hAnsi="Times New Roman" w:cs="Times New Roman"/>
          <w:sz w:val="28"/>
          <w:szCs w:val="28"/>
          <w:lang w:val="kk-KZ"/>
        </w:rPr>
        <w:t xml:space="preserve">. </w:t>
      </w:r>
      <w:r w:rsidR="00A135AE" w:rsidRPr="007250F1">
        <w:rPr>
          <w:rFonts w:ascii="Times New Roman" w:hAnsi="Times New Roman" w:cs="Times New Roman"/>
          <w:noProof/>
          <w:position w:val="-16"/>
          <w:sz w:val="28"/>
          <w:szCs w:val="28"/>
        </w:rPr>
        <w:drawing>
          <wp:inline distT="0" distB="0" distL="0" distR="0" wp14:anchorId="1CED2DCB" wp14:editId="05D9D923">
            <wp:extent cx="462280" cy="250190"/>
            <wp:effectExtent l="0" t="0" r="0" b="0"/>
            <wp:docPr id="2463" name="Рисунок 2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3"/>
                    <pic:cNvPicPr>
                      <a:picLocks noChangeAspect="1" noChangeArrowheads="1"/>
                    </pic:cNvPicPr>
                  </pic:nvPicPr>
                  <pic:blipFill>
                    <a:blip r:embed="rId3256" cstate="print">
                      <a:extLst>
                        <a:ext uri="{28A0092B-C50C-407E-A947-70E740481C1C}">
                          <a14:useLocalDpi xmlns:a14="http://schemas.microsoft.com/office/drawing/2010/main" val="0"/>
                        </a:ext>
                      </a:extLst>
                    </a:blip>
                    <a:srcRect/>
                    <a:stretch>
                      <a:fillRect/>
                    </a:stretch>
                  </pic:blipFill>
                  <pic:spPr bwMode="auto">
                    <a:xfrm>
                      <a:off x="0" y="0"/>
                      <a:ext cx="462280" cy="250190"/>
                    </a:xfrm>
                    <a:prstGeom prst="rect">
                      <a:avLst/>
                    </a:prstGeom>
                    <a:noFill/>
                    <a:ln>
                      <a:noFill/>
                    </a:ln>
                  </pic:spPr>
                </pic:pic>
              </a:graphicData>
            </a:graphic>
          </wp:inline>
        </w:drawing>
      </w:r>
      <w:r w:rsidR="004A23C7" w:rsidRPr="007250F1">
        <w:rPr>
          <w:rFonts w:ascii="Times New Roman" w:hAnsi="Times New Roman" w:cs="Times New Roman"/>
          <w:sz w:val="28"/>
          <w:szCs w:val="28"/>
          <w:lang w:val="kk-KZ"/>
        </w:rPr>
        <w:t xml:space="preserve"> </w:t>
      </w:r>
      <w:r w:rsidRPr="007250F1">
        <w:rPr>
          <w:rFonts w:ascii="Times New Roman" w:hAnsi="Times New Roman" w:cs="Times New Roman"/>
          <w:sz w:val="28"/>
          <w:szCs w:val="28"/>
          <w:lang w:val="kk-KZ"/>
        </w:rPr>
        <w:t xml:space="preserve">кеңістігінде </w:t>
      </w:r>
      <w:r w:rsidR="00A135AE" w:rsidRPr="007250F1">
        <w:rPr>
          <w:rFonts w:ascii="Times New Roman" w:hAnsi="Times New Roman" w:cs="Times New Roman"/>
          <w:noProof/>
          <w:position w:val="-4"/>
          <w:sz w:val="28"/>
          <w:szCs w:val="28"/>
        </w:rPr>
        <w:drawing>
          <wp:inline distT="0" distB="0" distL="0" distR="0" wp14:anchorId="5202960B" wp14:editId="388CFDC7">
            <wp:extent cx="154305" cy="182880"/>
            <wp:effectExtent l="0" t="0" r="0" b="7620"/>
            <wp:docPr id="2464" name="Рисунок 2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4"/>
                    <pic:cNvPicPr>
                      <a:picLocks noChangeAspect="1" noChangeArrowheads="1"/>
                    </pic:cNvPicPr>
                  </pic:nvPicPr>
                  <pic:blipFill>
                    <a:blip r:embed="rId3257" cstate="print">
                      <a:extLst>
                        <a:ext uri="{28A0092B-C50C-407E-A947-70E740481C1C}">
                          <a14:useLocalDpi xmlns:a14="http://schemas.microsoft.com/office/drawing/2010/main" val="0"/>
                        </a:ext>
                      </a:extLst>
                    </a:blip>
                    <a:srcRect/>
                    <a:stretch>
                      <a:fillRect/>
                    </a:stretch>
                  </pic:blipFill>
                  <pic:spPr bwMode="auto">
                    <a:xfrm>
                      <a:off x="0" y="0"/>
                      <a:ext cx="154305" cy="182880"/>
                    </a:xfrm>
                    <a:prstGeom prst="rect">
                      <a:avLst/>
                    </a:prstGeom>
                    <a:noFill/>
                    <a:ln>
                      <a:noFill/>
                    </a:ln>
                  </pic:spPr>
                </pic:pic>
              </a:graphicData>
            </a:graphic>
          </wp:inline>
        </w:drawing>
      </w:r>
      <w:r w:rsidR="004A23C7" w:rsidRPr="007250F1">
        <w:rPr>
          <w:rFonts w:ascii="Times New Roman" w:hAnsi="Times New Roman" w:cs="Times New Roman"/>
          <w:sz w:val="28"/>
          <w:szCs w:val="28"/>
          <w:lang w:val="kk-KZ"/>
        </w:rPr>
        <w:t xml:space="preserve"> операторының</w:t>
      </w:r>
      <w:r w:rsidRPr="007250F1">
        <w:rPr>
          <w:rFonts w:ascii="Times New Roman" w:hAnsi="Times New Roman" w:cs="Times New Roman"/>
          <w:sz w:val="28"/>
          <w:szCs w:val="28"/>
          <w:lang w:val="kk-KZ"/>
        </w:rPr>
        <w:t xml:space="preserve"> қозғалмайтын </w:t>
      </w:r>
      <w:r w:rsidR="00D33D27" w:rsidRPr="007250F1">
        <w:rPr>
          <w:rFonts w:ascii="Times New Roman" w:hAnsi="Times New Roman" w:cs="Times New Roman"/>
          <w:sz w:val="28"/>
          <w:szCs w:val="28"/>
          <w:lang w:val="kk-KZ"/>
        </w:rPr>
        <w:t xml:space="preserve">нүктесі бар екенін көрсетейік. </w:t>
      </w:r>
      <w:r w:rsidRPr="007250F1">
        <w:rPr>
          <w:rFonts w:ascii="Times New Roman" w:hAnsi="Times New Roman" w:cs="Times New Roman"/>
          <w:sz w:val="28"/>
          <w:szCs w:val="28"/>
          <w:lang w:val="kk-KZ"/>
        </w:rPr>
        <w:t>(</w:t>
      </w:r>
      <w:r w:rsidR="0004743F" w:rsidRPr="007250F1">
        <w:rPr>
          <w:rFonts w:ascii="Times New Roman" w:hAnsi="Times New Roman" w:cs="Times New Roman"/>
          <w:sz w:val="28"/>
          <w:szCs w:val="28"/>
          <w:lang w:val="kk-KZ"/>
        </w:rPr>
        <w:t>2.65), (2</w:t>
      </w:r>
      <w:r w:rsidRPr="007250F1">
        <w:rPr>
          <w:rFonts w:ascii="Times New Roman" w:hAnsi="Times New Roman" w:cs="Times New Roman"/>
          <w:sz w:val="28"/>
          <w:szCs w:val="28"/>
          <w:lang w:val="kk-KZ"/>
        </w:rPr>
        <w:t>.</w:t>
      </w:r>
      <w:r w:rsidR="0004743F" w:rsidRPr="007250F1">
        <w:rPr>
          <w:rFonts w:ascii="Times New Roman" w:hAnsi="Times New Roman" w:cs="Times New Roman"/>
          <w:sz w:val="28"/>
          <w:szCs w:val="28"/>
          <w:lang w:val="kk-KZ"/>
        </w:rPr>
        <w:t>6</w:t>
      </w:r>
      <w:r w:rsidR="004A23C7" w:rsidRPr="007250F1">
        <w:rPr>
          <w:rFonts w:ascii="Times New Roman" w:hAnsi="Times New Roman" w:cs="Times New Roman"/>
          <w:sz w:val="28"/>
          <w:szCs w:val="28"/>
          <w:lang w:val="kk-KZ"/>
        </w:rPr>
        <w:t xml:space="preserve">2), </w:t>
      </w:r>
      <w:r w:rsidR="004A23C7" w:rsidRPr="007250F1">
        <w:rPr>
          <w:rFonts w:ascii="Times New Roman" w:hAnsi="Times New Roman" w:cs="Times New Roman"/>
          <w:position w:val="-12"/>
          <w:sz w:val="28"/>
          <w:szCs w:val="28"/>
          <w:lang w:val="kk-KZ"/>
        </w:rPr>
        <w:object w:dxaOrig="840" w:dyaOrig="380" w14:anchorId="47F6445F">
          <v:shape id="_x0000_i2285" type="#_x0000_t75" style="width:43.5pt;height:18.2pt" o:ole="">
            <v:imagedata r:id="rId3249" o:title=""/>
          </v:shape>
          <o:OLEObject Type="Embed" ProgID="Equation.DSMT4" ShapeID="_x0000_i2285" DrawAspect="Content" ObjectID="_1840332739" r:id="rId3258"/>
        </w:object>
      </w:r>
      <w:r w:rsidRPr="007250F1">
        <w:rPr>
          <w:rFonts w:ascii="Times New Roman" w:hAnsi="Times New Roman" w:cs="Times New Roman"/>
          <w:position w:val="-12"/>
          <w:sz w:val="28"/>
          <w:szCs w:val="28"/>
          <w:lang w:val="kk-KZ"/>
        </w:rPr>
        <w:t xml:space="preserve"> </w:t>
      </w:r>
      <w:r w:rsidR="0004743F" w:rsidRPr="007250F1">
        <w:rPr>
          <w:rFonts w:ascii="Times New Roman" w:hAnsi="Times New Roman" w:cs="Times New Roman"/>
          <w:sz w:val="28"/>
          <w:szCs w:val="28"/>
          <w:lang w:val="kk-KZ"/>
        </w:rPr>
        <w:t>шеттік есебінің шешімдеріне (2.86)-(2.89</w:t>
      </w:r>
      <w:r w:rsidRPr="007250F1">
        <w:rPr>
          <w:rFonts w:ascii="Times New Roman" w:hAnsi="Times New Roman" w:cs="Times New Roman"/>
          <w:sz w:val="28"/>
          <w:szCs w:val="28"/>
          <w:lang w:val="kk-KZ"/>
        </w:rPr>
        <w:t>) бағалаулары орындалады. Келесі бағалауын алу қиын емес:</w:t>
      </w:r>
    </w:p>
    <w:p w14:paraId="5467A355" w14:textId="77777777" w:rsidR="00D33D27" w:rsidRPr="007250F1" w:rsidRDefault="00D33D27" w:rsidP="007250F1">
      <w:pPr>
        <w:spacing w:after="0" w:line="240" w:lineRule="auto"/>
        <w:jc w:val="both"/>
        <w:rPr>
          <w:rFonts w:ascii="Times New Roman" w:hAnsi="Times New Roman" w:cs="Times New Roman"/>
          <w:sz w:val="28"/>
          <w:szCs w:val="28"/>
          <w:lang w:val="kk-KZ"/>
        </w:rPr>
      </w:pPr>
    </w:p>
    <w:p w14:paraId="26F1CF71" w14:textId="44C6DF2B" w:rsidR="004B7CD0" w:rsidRPr="007250F1" w:rsidRDefault="00A135AE" w:rsidP="007250F1">
      <w:pPr>
        <w:spacing w:after="0" w:line="240" w:lineRule="auto"/>
        <w:jc w:val="center"/>
        <w:rPr>
          <w:rFonts w:ascii="Times New Roman" w:hAnsi="Times New Roman" w:cs="Times New Roman"/>
          <w:position w:val="-22"/>
          <w:sz w:val="28"/>
          <w:szCs w:val="28"/>
        </w:rPr>
      </w:pPr>
      <w:r w:rsidRPr="007250F1">
        <w:rPr>
          <w:rFonts w:ascii="Times New Roman" w:hAnsi="Times New Roman" w:cs="Times New Roman"/>
          <w:noProof/>
          <w:position w:val="-22"/>
          <w:sz w:val="28"/>
          <w:szCs w:val="28"/>
        </w:rPr>
        <w:drawing>
          <wp:inline distT="0" distB="0" distL="0" distR="0" wp14:anchorId="4D86A71C" wp14:editId="4A374109">
            <wp:extent cx="2358390" cy="375285"/>
            <wp:effectExtent l="0" t="0" r="3810" b="5715"/>
            <wp:docPr id="2466" name="Рисунок 2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6"/>
                    <pic:cNvPicPr>
                      <a:picLocks noChangeAspect="1" noChangeArrowheads="1"/>
                    </pic:cNvPicPr>
                  </pic:nvPicPr>
                  <pic:blipFill>
                    <a:blip r:embed="rId3259" cstate="print">
                      <a:extLst>
                        <a:ext uri="{28A0092B-C50C-407E-A947-70E740481C1C}">
                          <a14:useLocalDpi xmlns:a14="http://schemas.microsoft.com/office/drawing/2010/main" val="0"/>
                        </a:ext>
                      </a:extLst>
                    </a:blip>
                    <a:srcRect/>
                    <a:stretch>
                      <a:fillRect/>
                    </a:stretch>
                  </pic:blipFill>
                  <pic:spPr bwMode="auto">
                    <a:xfrm>
                      <a:off x="0" y="0"/>
                      <a:ext cx="2358390" cy="375285"/>
                    </a:xfrm>
                    <a:prstGeom prst="rect">
                      <a:avLst/>
                    </a:prstGeom>
                    <a:noFill/>
                    <a:ln>
                      <a:noFill/>
                    </a:ln>
                  </pic:spPr>
                </pic:pic>
              </a:graphicData>
            </a:graphic>
          </wp:inline>
        </w:drawing>
      </w:r>
    </w:p>
    <w:p w14:paraId="25AFFA8B" w14:textId="77777777" w:rsidR="00D33D27" w:rsidRPr="007250F1" w:rsidRDefault="00D33D27" w:rsidP="007250F1">
      <w:pPr>
        <w:spacing w:after="0" w:line="240" w:lineRule="auto"/>
        <w:rPr>
          <w:rFonts w:ascii="Times New Roman" w:hAnsi="Times New Roman" w:cs="Times New Roman"/>
          <w:sz w:val="28"/>
          <w:szCs w:val="28"/>
        </w:rPr>
      </w:pPr>
    </w:p>
    <w:p w14:paraId="6B2B6DD3" w14:textId="1BF4F7CA" w:rsidR="004B7CD0" w:rsidRPr="007250F1" w:rsidRDefault="004B7CD0" w:rsidP="007250F1">
      <w:pPr>
        <w:spacing w:after="0" w:line="240" w:lineRule="auto"/>
        <w:jc w:val="both"/>
        <w:rPr>
          <w:rFonts w:ascii="Times New Roman" w:hAnsi="Times New Roman" w:cs="Times New Roman"/>
          <w:sz w:val="28"/>
          <w:szCs w:val="28"/>
          <w:lang w:val="kk-KZ"/>
        </w:rPr>
      </w:pPr>
      <w:r w:rsidRPr="007250F1">
        <w:rPr>
          <w:rFonts w:ascii="Times New Roman" w:hAnsi="Times New Roman" w:cs="Times New Roman"/>
          <w:sz w:val="28"/>
          <w:szCs w:val="28"/>
          <w:lang w:val="kk-KZ"/>
        </w:rPr>
        <w:t xml:space="preserve">Осыдан, </w:t>
      </w:r>
      <w:r w:rsidR="00A135AE" w:rsidRPr="007250F1">
        <w:rPr>
          <w:rFonts w:ascii="Times New Roman" w:hAnsi="Times New Roman" w:cs="Times New Roman"/>
          <w:noProof/>
          <w:position w:val="-4"/>
          <w:sz w:val="28"/>
          <w:szCs w:val="28"/>
        </w:rPr>
        <w:drawing>
          <wp:inline distT="0" distB="0" distL="0" distR="0" wp14:anchorId="41C5CD6A" wp14:editId="14124530">
            <wp:extent cx="154305" cy="182880"/>
            <wp:effectExtent l="0" t="0" r="0" b="7620"/>
            <wp:docPr id="2467" name="Рисунок 2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7"/>
                    <pic:cNvPicPr>
                      <a:picLocks noChangeAspect="1" noChangeArrowheads="1"/>
                    </pic:cNvPicPr>
                  </pic:nvPicPr>
                  <pic:blipFill>
                    <a:blip r:embed="rId3260" cstate="print">
                      <a:extLst>
                        <a:ext uri="{28A0092B-C50C-407E-A947-70E740481C1C}">
                          <a14:useLocalDpi xmlns:a14="http://schemas.microsoft.com/office/drawing/2010/main" val="0"/>
                        </a:ext>
                      </a:extLst>
                    </a:blip>
                    <a:srcRect/>
                    <a:stretch>
                      <a:fillRect/>
                    </a:stretch>
                  </pic:blipFill>
                  <pic:spPr bwMode="auto">
                    <a:xfrm>
                      <a:off x="0" y="0"/>
                      <a:ext cx="154305" cy="182880"/>
                    </a:xfrm>
                    <a:prstGeom prst="rect">
                      <a:avLst/>
                    </a:prstGeom>
                    <a:noFill/>
                    <a:ln>
                      <a:noFill/>
                    </a:ln>
                  </pic:spPr>
                </pic:pic>
              </a:graphicData>
            </a:graphic>
          </wp:inline>
        </w:drawing>
      </w:r>
      <w:r w:rsidRPr="007250F1">
        <w:rPr>
          <w:rFonts w:ascii="Times New Roman" w:hAnsi="Times New Roman" w:cs="Times New Roman"/>
          <w:sz w:val="28"/>
          <w:szCs w:val="28"/>
          <w:lang w:val="kk-KZ"/>
        </w:rPr>
        <w:t xml:space="preserve"> операторы </w:t>
      </w:r>
      <w:r w:rsidR="00A135AE" w:rsidRPr="007250F1">
        <w:rPr>
          <w:rFonts w:ascii="Times New Roman" w:hAnsi="Times New Roman" w:cs="Times New Roman"/>
          <w:noProof/>
          <w:position w:val="-16"/>
          <w:sz w:val="28"/>
          <w:szCs w:val="28"/>
        </w:rPr>
        <w:drawing>
          <wp:inline distT="0" distB="0" distL="0" distR="0" wp14:anchorId="5C663918" wp14:editId="7B73D1EF">
            <wp:extent cx="462280" cy="250190"/>
            <wp:effectExtent l="0" t="0" r="0" b="0"/>
            <wp:docPr id="2468" name="Рисунок 2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8"/>
                    <pic:cNvPicPr>
                      <a:picLocks noChangeAspect="1" noChangeArrowheads="1"/>
                    </pic:cNvPicPr>
                  </pic:nvPicPr>
                  <pic:blipFill>
                    <a:blip r:embed="rId3261" cstate="print">
                      <a:extLst>
                        <a:ext uri="{28A0092B-C50C-407E-A947-70E740481C1C}">
                          <a14:useLocalDpi xmlns:a14="http://schemas.microsoft.com/office/drawing/2010/main" val="0"/>
                        </a:ext>
                      </a:extLst>
                    </a:blip>
                    <a:srcRect/>
                    <a:stretch>
                      <a:fillRect/>
                    </a:stretch>
                  </pic:blipFill>
                  <pic:spPr bwMode="auto">
                    <a:xfrm>
                      <a:off x="0" y="0"/>
                      <a:ext cx="462280" cy="250190"/>
                    </a:xfrm>
                    <a:prstGeom prst="rect">
                      <a:avLst/>
                    </a:prstGeom>
                    <a:noFill/>
                    <a:ln>
                      <a:noFill/>
                    </a:ln>
                  </pic:spPr>
                </pic:pic>
              </a:graphicData>
            </a:graphic>
          </wp:inline>
        </w:drawing>
      </w:r>
      <w:r w:rsidRPr="007250F1">
        <w:rPr>
          <w:rFonts w:ascii="Times New Roman" w:hAnsi="Times New Roman" w:cs="Times New Roman"/>
          <w:sz w:val="28"/>
          <w:szCs w:val="28"/>
          <w:lang w:val="kk-KZ"/>
        </w:rPr>
        <w:t xml:space="preserve"> кеңістігіндегі радиусы  </w:t>
      </w:r>
      <w:r w:rsidR="00A135AE" w:rsidRPr="007250F1">
        <w:rPr>
          <w:rFonts w:ascii="Times New Roman" w:hAnsi="Times New Roman" w:cs="Times New Roman"/>
          <w:noProof/>
          <w:position w:val="-22"/>
          <w:sz w:val="28"/>
          <w:szCs w:val="28"/>
        </w:rPr>
        <w:drawing>
          <wp:inline distT="0" distB="0" distL="0" distR="0" wp14:anchorId="58A92289" wp14:editId="799EF71C">
            <wp:extent cx="1491615" cy="375285"/>
            <wp:effectExtent l="0" t="0" r="0" b="5715"/>
            <wp:docPr id="2469" name="Рисунок 2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9"/>
                    <pic:cNvPicPr>
                      <a:picLocks noChangeAspect="1" noChangeArrowheads="1"/>
                    </pic:cNvPicPr>
                  </pic:nvPicPr>
                  <pic:blipFill>
                    <a:blip r:embed="rId3262" cstate="print">
                      <a:extLst>
                        <a:ext uri="{28A0092B-C50C-407E-A947-70E740481C1C}">
                          <a14:useLocalDpi xmlns:a14="http://schemas.microsoft.com/office/drawing/2010/main" val="0"/>
                        </a:ext>
                      </a:extLst>
                    </a:blip>
                    <a:srcRect/>
                    <a:stretch>
                      <a:fillRect/>
                    </a:stretch>
                  </pic:blipFill>
                  <pic:spPr bwMode="auto">
                    <a:xfrm>
                      <a:off x="0" y="0"/>
                      <a:ext cx="1491615" cy="375285"/>
                    </a:xfrm>
                    <a:prstGeom prst="rect">
                      <a:avLst/>
                    </a:prstGeom>
                    <a:noFill/>
                    <a:ln>
                      <a:noFill/>
                    </a:ln>
                  </pic:spPr>
                </pic:pic>
              </a:graphicData>
            </a:graphic>
          </wp:inline>
        </w:drawing>
      </w:r>
      <w:r w:rsidRPr="007250F1">
        <w:rPr>
          <w:rFonts w:ascii="Times New Roman" w:hAnsi="Times New Roman" w:cs="Times New Roman"/>
          <w:sz w:val="28"/>
          <w:szCs w:val="28"/>
          <w:lang w:val="kk-KZ"/>
        </w:rPr>
        <w:t xml:space="preserve"> болатын кез–келген шарды өз</w:t>
      </w:r>
      <w:r w:rsidR="00D33D27" w:rsidRPr="007250F1">
        <w:rPr>
          <w:rFonts w:ascii="Times New Roman" w:hAnsi="Times New Roman" w:cs="Times New Roman"/>
          <w:sz w:val="28"/>
          <w:szCs w:val="28"/>
          <w:lang w:val="kk-KZ"/>
        </w:rPr>
        <w:t>іне-өзін бейнелейді екен.</w:t>
      </w:r>
    </w:p>
    <w:p w14:paraId="7C2134DB" w14:textId="4EEFABE2" w:rsidR="004B7CD0" w:rsidRPr="007250F1" w:rsidRDefault="004B7CD0" w:rsidP="007250F1">
      <w:pPr>
        <w:spacing w:after="0" w:line="240" w:lineRule="auto"/>
        <w:ind w:firstLine="708"/>
        <w:jc w:val="both"/>
        <w:rPr>
          <w:rFonts w:ascii="Times New Roman" w:hAnsi="Times New Roman" w:cs="Times New Roman"/>
          <w:sz w:val="28"/>
          <w:szCs w:val="28"/>
          <w:lang w:val="kk-KZ"/>
        </w:rPr>
      </w:pPr>
      <w:r w:rsidRPr="007250F1">
        <w:rPr>
          <w:rFonts w:ascii="Times New Roman" w:hAnsi="Times New Roman" w:cs="Times New Roman"/>
          <w:sz w:val="28"/>
          <w:szCs w:val="28"/>
          <w:lang w:val="kk-KZ"/>
        </w:rPr>
        <w:t xml:space="preserve">Енді, </w:t>
      </w:r>
      <w:r w:rsidR="00A135AE" w:rsidRPr="007250F1">
        <w:rPr>
          <w:rFonts w:ascii="Times New Roman" w:hAnsi="Times New Roman" w:cs="Times New Roman"/>
          <w:noProof/>
          <w:position w:val="-4"/>
          <w:sz w:val="28"/>
          <w:szCs w:val="28"/>
        </w:rPr>
        <w:drawing>
          <wp:inline distT="0" distB="0" distL="0" distR="0" wp14:anchorId="6B9ED349" wp14:editId="0090FA77">
            <wp:extent cx="154305" cy="182880"/>
            <wp:effectExtent l="0" t="0" r="0" b="7620"/>
            <wp:docPr id="2470" name="Рисунок 2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0"/>
                    <pic:cNvPicPr>
                      <a:picLocks noChangeAspect="1" noChangeArrowheads="1"/>
                    </pic:cNvPicPr>
                  </pic:nvPicPr>
                  <pic:blipFill>
                    <a:blip r:embed="rId3263" cstate="print">
                      <a:extLst>
                        <a:ext uri="{28A0092B-C50C-407E-A947-70E740481C1C}">
                          <a14:useLocalDpi xmlns:a14="http://schemas.microsoft.com/office/drawing/2010/main" val="0"/>
                        </a:ext>
                      </a:extLst>
                    </a:blip>
                    <a:srcRect/>
                    <a:stretch>
                      <a:fillRect/>
                    </a:stretch>
                  </pic:blipFill>
                  <pic:spPr bwMode="auto">
                    <a:xfrm>
                      <a:off x="0" y="0"/>
                      <a:ext cx="154305" cy="182880"/>
                    </a:xfrm>
                    <a:prstGeom prst="rect">
                      <a:avLst/>
                    </a:prstGeom>
                    <a:noFill/>
                    <a:ln>
                      <a:noFill/>
                    </a:ln>
                  </pic:spPr>
                </pic:pic>
              </a:graphicData>
            </a:graphic>
          </wp:inline>
        </w:drawing>
      </w:r>
      <w:r w:rsidRPr="007250F1">
        <w:rPr>
          <w:rFonts w:ascii="Times New Roman" w:hAnsi="Times New Roman" w:cs="Times New Roman"/>
          <w:sz w:val="28"/>
          <w:szCs w:val="28"/>
          <w:lang w:val="kk-KZ"/>
        </w:rPr>
        <w:t xml:space="preserve"> операторының үзіллісіз екенін көрсетейік</w:t>
      </w:r>
      <w:r w:rsidR="004A23C7" w:rsidRPr="007250F1">
        <w:rPr>
          <w:rFonts w:ascii="Times New Roman" w:hAnsi="Times New Roman" w:cs="Times New Roman"/>
          <w:sz w:val="28"/>
          <w:szCs w:val="28"/>
          <w:lang w:val="kk-KZ"/>
        </w:rPr>
        <w:t>.</w:t>
      </w:r>
    </w:p>
    <w:p w14:paraId="20F5A37B" w14:textId="6B3E2788" w:rsidR="00D33D27" w:rsidRPr="007250F1" w:rsidRDefault="004B7CD0" w:rsidP="004A23C7">
      <w:pPr>
        <w:spacing w:after="0" w:line="240" w:lineRule="auto"/>
        <w:ind w:firstLine="708"/>
        <w:jc w:val="both"/>
        <w:rPr>
          <w:rFonts w:ascii="Times New Roman" w:hAnsi="Times New Roman" w:cs="Times New Roman"/>
          <w:sz w:val="28"/>
          <w:szCs w:val="28"/>
          <w:lang w:val="kk-KZ"/>
        </w:rPr>
      </w:pPr>
      <w:r w:rsidRPr="007250F1">
        <w:rPr>
          <w:rStyle w:val="ezkurwreuab5ozgtqnkl"/>
          <w:rFonts w:ascii="Times New Roman" w:hAnsi="Times New Roman" w:cs="Times New Roman"/>
          <w:sz w:val="28"/>
          <w:szCs w:val="28"/>
          <w:lang w:val="kk-KZ"/>
        </w:rPr>
        <w:lastRenderedPageBreak/>
        <w:t>Функциялар</w:t>
      </w:r>
      <w:r w:rsidRPr="007250F1">
        <w:rPr>
          <w:rFonts w:ascii="Times New Roman" w:hAnsi="Times New Roman" w:cs="Times New Roman"/>
          <w:sz w:val="28"/>
          <w:szCs w:val="28"/>
          <w:lang w:val="kk-KZ"/>
        </w:rPr>
        <w:t xml:space="preserve"> тізбегінде </w:t>
      </w:r>
      <w:r w:rsidR="00A135AE" w:rsidRPr="007250F1">
        <w:rPr>
          <w:rFonts w:ascii="Times New Roman" w:hAnsi="Times New Roman" w:cs="Times New Roman"/>
          <w:noProof/>
          <w:position w:val="-16"/>
          <w:sz w:val="28"/>
          <w:szCs w:val="28"/>
        </w:rPr>
        <w:drawing>
          <wp:inline distT="0" distB="0" distL="0" distR="0" wp14:anchorId="471C787A" wp14:editId="67AC8AAD">
            <wp:extent cx="462280" cy="250190"/>
            <wp:effectExtent l="0" t="0" r="0" b="0"/>
            <wp:docPr id="2471" name="Рисунок 2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1"/>
                    <pic:cNvPicPr>
                      <a:picLocks noChangeAspect="1" noChangeArrowheads="1"/>
                    </pic:cNvPicPr>
                  </pic:nvPicPr>
                  <pic:blipFill>
                    <a:blip r:embed="rId3264" cstate="print">
                      <a:extLst>
                        <a:ext uri="{28A0092B-C50C-407E-A947-70E740481C1C}">
                          <a14:useLocalDpi xmlns:a14="http://schemas.microsoft.com/office/drawing/2010/main" val="0"/>
                        </a:ext>
                      </a:extLst>
                    </a:blip>
                    <a:srcRect/>
                    <a:stretch>
                      <a:fillRect/>
                    </a:stretch>
                  </pic:blipFill>
                  <pic:spPr bwMode="auto">
                    <a:xfrm>
                      <a:off x="0" y="0"/>
                      <a:ext cx="462280" cy="250190"/>
                    </a:xfrm>
                    <a:prstGeom prst="rect">
                      <a:avLst/>
                    </a:prstGeom>
                    <a:noFill/>
                    <a:ln>
                      <a:noFill/>
                    </a:ln>
                  </pic:spPr>
                </pic:pic>
              </a:graphicData>
            </a:graphic>
          </wp:inline>
        </w:drawing>
      </w:r>
      <w:r w:rsidR="004A23C7" w:rsidRPr="007250F1">
        <w:rPr>
          <w:rFonts w:ascii="Times New Roman" w:hAnsi="Times New Roman" w:cs="Times New Roman"/>
          <w:sz w:val="28"/>
          <w:szCs w:val="28"/>
          <w:lang w:val="kk-KZ"/>
        </w:rPr>
        <w:t xml:space="preserve"> </w:t>
      </w:r>
      <w:r w:rsidRPr="007250F1">
        <w:rPr>
          <w:rFonts w:ascii="Times New Roman" w:hAnsi="Times New Roman" w:cs="Times New Roman"/>
          <w:sz w:val="28"/>
          <w:szCs w:val="28"/>
          <w:lang w:val="kk-KZ"/>
        </w:rPr>
        <w:t xml:space="preserve">кеңістігіндегі </w:t>
      </w:r>
      <w:r w:rsidR="00A135AE" w:rsidRPr="007250F1">
        <w:rPr>
          <w:rFonts w:ascii="Times New Roman" w:hAnsi="Times New Roman" w:cs="Times New Roman"/>
          <w:noProof/>
          <w:position w:val="-12"/>
          <w:sz w:val="28"/>
          <w:szCs w:val="28"/>
        </w:rPr>
        <w:drawing>
          <wp:inline distT="0" distB="0" distL="0" distR="0" wp14:anchorId="2A46BBF6" wp14:editId="7D4F9F95">
            <wp:extent cx="760095" cy="231140"/>
            <wp:effectExtent l="0" t="0" r="1905" b="0"/>
            <wp:docPr id="2472" name="Рисунок 2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2"/>
                    <pic:cNvPicPr>
                      <a:picLocks noChangeAspect="1" noChangeArrowheads="1"/>
                    </pic:cNvPicPr>
                  </pic:nvPicPr>
                  <pic:blipFill>
                    <a:blip r:embed="rId3265" cstate="print">
                      <a:extLst>
                        <a:ext uri="{28A0092B-C50C-407E-A947-70E740481C1C}">
                          <a14:useLocalDpi xmlns:a14="http://schemas.microsoft.com/office/drawing/2010/main" val="0"/>
                        </a:ext>
                      </a:extLst>
                    </a:blip>
                    <a:srcRect/>
                    <a:stretch>
                      <a:fillRect/>
                    </a:stretch>
                  </pic:blipFill>
                  <pic:spPr bwMode="auto">
                    <a:xfrm>
                      <a:off x="0" y="0"/>
                      <a:ext cx="760095" cy="231140"/>
                    </a:xfrm>
                    <a:prstGeom prst="rect">
                      <a:avLst/>
                    </a:prstGeom>
                    <a:noFill/>
                    <a:ln>
                      <a:noFill/>
                    </a:ln>
                  </pic:spPr>
                </pic:pic>
              </a:graphicData>
            </a:graphic>
          </wp:inline>
        </w:drawing>
      </w:r>
      <w:r w:rsidR="0004743F" w:rsidRPr="007250F1">
        <w:rPr>
          <w:rFonts w:ascii="Times New Roman" w:hAnsi="Times New Roman" w:cs="Times New Roman"/>
          <w:sz w:val="28"/>
          <w:szCs w:val="28"/>
          <w:lang w:val="kk-KZ"/>
        </w:rPr>
        <w:t xml:space="preserve"> шектелген тізбек болсын. (2.86)-(2.89</w:t>
      </w:r>
      <w:r w:rsidRPr="007250F1">
        <w:rPr>
          <w:rFonts w:ascii="Times New Roman" w:hAnsi="Times New Roman" w:cs="Times New Roman"/>
          <w:sz w:val="28"/>
          <w:szCs w:val="28"/>
          <w:lang w:val="kk-KZ"/>
        </w:rPr>
        <w:t xml:space="preserve">) бағалаулардан бірқалыпты шектеулерге байланысты </w:t>
      </w:r>
      <w:r w:rsidR="00A135AE" w:rsidRPr="007250F1">
        <w:rPr>
          <w:rFonts w:ascii="Times New Roman" w:hAnsi="Times New Roman" w:cs="Times New Roman"/>
          <w:noProof/>
          <w:position w:val="-12"/>
          <w:sz w:val="28"/>
          <w:szCs w:val="28"/>
        </w:rPr>
        <w:drawing>
          <wp:inline distT="0" distB="0" distL="0" distR="0" wp14:anchorId="76A58576" wp14:editId="36666FCD">
            <wp:extent cx="760095" cy="231140"/>
            <wp:effectExtent l="0" t="0" r="1905" b="0"/>
            <wp:docPr id="2473" name="Рисунок 2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3"/>
                    <pic:cNvPicPr>
                      <a:picLocks noChangeAspect="1" noChangeArrowheads="1"/>
                    </pic:cNvPicPr>
                  </pic:nvPicPr>
                  <pic:blipFill>
                    <a:blip r:embed="rId3266" cstate="print">
                      <a:extLst>
                        <a:ext uri="{28A0092B-C50C-407E-A947-70E740481C1C}">
                          <a14:useLocalDpi xmlns:a14="http://schemas.microsoft.com/office/drawing/2010/main" val="0"/>
                        </a:ext>
                      </a:extLst>
                    </a:blip>
                    <a:srcRect/>
                    <a:stretch>
                      <a:fillRect/>
                    </a:stretch>
                  </pic:blipFill>
                  <pic:spPr bwMode="auto">
                    <a:xfrm>
                      <a:off x="0" y="0"/>
                      <a:ext cx="760095" cy="231140"/>
                    </a:xfrm>
                    <a:prstGeom prst="rect">
                      <a:avLst/>
                    </a:prstGeom>
                    <a:noFill/>
                    <a:ln>
                      <a:noFill/>
                    </a:ln>
                  </pic:spPr>
                </pic:pic>
              </a:graphicData>
            </a:graphic>
          </wp:inline>
        </w:drawing>
      </w:r>
      <w:r w:rsidRPr="007250F1">
        <w:rPr>
          <w:rFonts w:ascii="Times New Roman" w:hAnsi="Times New Roman" w:cs="Times New Roman"/>
          <w:sz w:val="28"/>
          <w:szCs w:val="28"/>
          <w:lang w:val="kk-KZ"/>
        </w:rPr>
        <w:t xml:space="preserve"> тізбегі </w:t>
      </w:r>
      <w:r w:rsidR="00A135AE" w:rsidRPr="007250F1">
        <w:rPr>
          <w:rFonts w:ascii="Times New Roman" w:hAnsi="Times New Roman" w:cs="Times New Roman"/>
          <w:noProof/>
          <w:position w:val="-16"/>
          <w:sz w:val="28"/>
          <w:szCs w:val="28"/>
        </w:rPr>
        <w:drawing>
          <wp:inline distT="0" distB="0" distL="0" distR="0" wp14:anchorId="46FDE971" wp14:editId="003EE6AB">
            <wp:extent cx="462280" cy="250190"/>
            <wp:effectExtent l="0" t="0" r="0" b="0"/>
            <wp:docPr id="2474" name="Рисунок 2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4"/>
                    <pic:cNvPicPr>
                      <a:picLocks noChangeAspect="1" noChangeArrowheads="1"/>
                    </pic:cNvPicPr>
                  </pic:nvPicPr>
                  <pic:blipFill>
                    <a:blip r:embed="rId3267" cstate="print">
                      <a:extLst>
                        <a:ext uri="{28A0092B-C50C-407E-A947-70E740481C1C}">
                          <a14:useLocalDpi xmlns:a14="http://schemas.microsoft.com/office/drawing/2010/main" val="0"/>
                        </a:ext>
                      </a:extLst>
                    </a:blip>
                    <a:srcRect/>
                    <a:stretch>
                      <a:fillRect/>
                    </a:stretch>
                  </pic:blipFill>
                  <pic:spPr bwMode="auto">
                    <a:xfrm>
                      <a:off x="0" y="0"/>
                      <a:ext cx="462280" cy="250190"/>
                    </a:xfrm>
                    <a:prstGeom prst="rect">
                      <a:avLst/>
                    </a:prstGeom>
                    <a:noFill/>
                    <a:ln>
                      <a:noFill/>
                    </a:ln>
                  </pic:spPr>
                </pic:pic>
              </a:graphicData>
            </a:graphic>
          </wp:inline>
        </w:drawing>
      </w:r>
      <w:r w:rsidR="004A23C7" w:rsidRPr="007250F1">
        <w:rPr>
          <w:rFonts w:ascii="Times New Roman" w:hAnsi="Times New Roman" w:cs="Times New Roman"/>
          <w:sz w:val="28"/>
          <w:szCs w:val="28"/>
          <w:lang w:val="kk-KZ"/>
        </w:rPr>
        <w:t xml:space="preserve"> </w:t>
      </w:r>
      <w:r w:rsidRPr="007250F1">
        <w:rPr>
          <w:rFonts w:ascii="Times New Roman" w:hAnsi="Times New Roman" w:cs="Times New Roman"/>
          <w:sz w:val="28"/>
          <w:szCs w:val="28"/>
          <w:lang w:val="kk-KZ"/>
        </w:rPr>
        <w:t xml:space="preserve">кеңістігінде шектелгендігі шығады. </w:t>
      </w:r>
      <w:r w:rsidR="00A135AE" w:rsidRPr="007250F1">
        <w:rPr>
          <w:rFonts w:ascii="Times New Roman" w:hAnsi="Times New Roman" w:cs="Times New Roman"/>
          <w:noProof/>
          <w:position w:val="-16"/>
          <w:sz w:val="28"/>
          <w:szCs w:val="28"/>
        </w:rPr>
        <w:drawing>
          <wp:inline distT="0" distB="0" distL="0" distR="0" wp14:anchorId="15F16B58" wp14:editId="2920930A">
            <wp:extent cx="2820035" cy="250190"/>
            <wp:effectExtent l="0" t="0" r="0" b="0"/>
            <wp:docPr id="2475" name="Рисунок 2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5"/>
                    <pic:cNvPicPr>
                      <a:picLocks noChangeAspect="1" noChangeArrowheads="1"/>
                    </pic:cNvPicPr>
                  </pic:nvPicPr>
                  <pic:blipFill>
                    <a:blip r:embed="rId3268" cstate="print">
                      <a:extLst>
                        <a:ext uri="{28A0092B-C50C-407E-A947-70E740481C1C}">
                          <a14:useLocalDpi xmlns:a14="http://schemas.microsoft.com/office/drawing/2010/main" val="0"/>
                        </a:ext>
                      </a:extLst>
                    </a:blip>
                    <a:srcRect/>
                    <a:stretch>
                      <a:fillRect/>
                    </a:stretch>
                  </pic:blipFill>
                  <pic:spPr bwMode="auto">
                    <a:xfrm>
                      <a:off x="0" y="0"/>
                      <a:ext cx="2820035" cy="250190"/>
                    </a:xfrm>
                    <a:prstGeom prst="rect">
                      <a:avLst/>
                    </a:prstGeom>
                    <a:noFill/>
                    <a:ln>
                      <a:noFill/>
                    </a:ln>
                  </pic:spPr>
                </pic:pic>
              </a:graphicData>
            </a:graphic>
          </wp:inline>
        </w:drawing>
      </w:r>
      <w:r w:rsidRPr="007250F1">
        <w:rPr>
          <w:rFonts w:ascii="Times New Roman" w:hAnsi="Times New Roman" w:cs="Times New Roman"/>
          <w:sz w:val="28"/>
          <w:szCs w:val="28"/>
          <w:lang w:val="kk-KZ"/>
        </w:rPr>
        <w:t xml:space="preserve"> тізбектерінің шектелгендігінен </w:t>
      </w:r>
      <w:r w:rsidR="00A135AE" w:rsidRPr="007250F1">
        <w:rPr>
          <w:rFonts w:ascii="Times New Roman" w:hAnsi="Times New Roman" w:cs="Times New Roman"/>
          <w:noProof/>
          <w:position w:val="-12"/>
          <w:sz w:val="28"/>
          <w:szCs w:val="28"/>
        </w:rPr>
        <w:drawing>
          <wp:inline distT="0" distB="0" distL="0" distR="0" wp14:anchorId="69AFD9E5" wp14:editId="447598EB">
            <wp:extent cx="414020" cy="231140"/>
            <wp:effectExtent l="0" t="0" r="5080" b="0"/>
            <wp:docPr id="2476" name="Рисунок 2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6"/>
                    <pic:cNvPicPr>
                      <a:picLocks noChangeAspect="1" noChangeArrowheads="1"/>
                    </pic:cNvPicPr>
                  </pic:nvPicPr>
                  <pic:blipFill>
                    <a:blip r:embed="rId3269" cstate="print">
                      <a:extLst>
                        <a:ext uri="{28A0092B-C50C-407E-A947-70E740481C1C}">
                          <a14:useLocalDpi xmlns:a14="http://schemas.microsoft.com/office/drawing/2010/main" val="0"/>
                        </a:ext>
                      </a:extLst>
                    </a:blip>
                    <a:srcRect/>
                    <a:stretch>
                      <a:fillRect/>
                    </a:stretch>
                  </pic:blipFill>
                  <pic:spPr bwMode="auto">
                    <a:xfrm>
                      <a:off x="0" y="0"/>
                      <a:ext cx="414020" cy="231140"/>
                    </a:xfrm>
                    <a:prstGeom prst="rect">
                      <a:avLst/>
                    </a:prstGeom>
                    <a:noFill/>
                    <a:ln>
                      <a:noFill/>
                    </a:ln>
                  </pic:spPr>
                </pic:pic>
              </a:graphicData>
            </a:graphic>
          </wp:inline>
        </w:drawing>
      </w:r>
      <w:r w:rsidRPr="007250F1">
        <w:rPr>
          <w:rFonts w:ascii="Times New Roman" w:hAnsi="Times New Roman" w:cs="Times New Roman"/>
          <w:sz w:val="28"/>
          <w:szCs w:val="28"/>
          <w:lang w:val="kk-KZ"/>
        </w:rPr>
        <w:t xml:space="preserve">-де </w:t>
      </w:r>
      <w:r w:rsidR="00A135AE" w:rsidRPr="007250F1">
        <w:rPr>
          <w:rFonts w:ascii="Times New Roman" w:hAnsi="Times New Roman" w:cs="Times New Roman"/>
          <w:noProof/>
          <w:position w:val="-12"/>
          <w:sz w:val="28"/>
          <w:szCs w:val="28"/>
        </w:rPr>
        <w:drawing>
          <wp:inline distT="0" distB="0" distL="0" distR="0" wp14:anchorId="1A47189C" wp14:editId="019C12AE">
            <wp:extent cx="529590" cy="250190"/>
            <wp:effectExtent l="0" t="0" r="0" b="0"/>
            <wp:docPr id="2477" name="Рисунок 2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7"/>
                    <pic:cNvPicPr>
                      <a:picLocks noChangeAspect="1" noChangeArrowheads="1"/>
                    </pic:cNvPicPr>
                  </pic:nvPicPr>
                  <pic:blipFill>
                    <a:blip r:embed="rId3270" cstate="print">
                      <a:extLst>
                        <a:ext uri="{28A0092B-C50C-407E-A947-70E740481C1C}">
                          <a14:useLocalDpi xmlns:a14="http://schemas.microsoft.com/office/drawing/2010/main" val="0"/>
                        </a:ext>
                      </a:extLst>
                    </a:blip>
                    <a:srcRect/>
                    <a:stretch>
                      <a:fillRect/>
                    </a:stretch>
                  </pic:blipFill>
                  <pic:spPr bwMode="auto">
                    <a:xfrm>
                      <a:off x="0" y="0"/>
                      <a:ext cx="529590" cy="250190"/>
                    </a:xfrm>
                    <a:prstGeom prst="rect">
                      <a:avLst/>
                    </a:prstGeom>
                    <a:noFill/>
                    <a:ln>
                      <a:noFill/>
                    </a:ln>
                  </pic:spPr>
                </pic:pic>
              </a:graphicData>
            </a:graphic>
          </wp:inline>
        </w:drawing>
      </w:r>
      <w:r w:rsidRPr="007250F1">
        <w:rPr>
          <w:rFonts w:ascii="Times New Roman" w:hAnsi="Times New Roman" w:cs="Times New Roman"/>
          <w:sz w:val="28"/>
          <w:szCs w:val="28"/>
          <w:lang w:val="kk-KZ"/>
        </w:rPr>
        <w:t xml:space="preserve">енгізуінің компактілігінен   тізбекшелерге сәйкес </w:t>
      </w:r>
      <w:r w:rsidR="00A135AE" w:rsidRPr="007250F1">
        <w:rPr>
          <w:rFonts w:ascii="Times New Roman" w:hAnsi="Times New Roman" w:cs="Times New Roman"/>
          <w:noProof/>
          <w:position w:val="-16"/>
          <w:sz w:val="28"/>
          <w:szCs w:val="28"/>
        </w:rPr>
        <w:drawing>
          <wp:inline distT="0" distB="0" distL="0" distR="0" wp14:anchorId="3487DA29" wp14:editId="03A69AB2">
            <wp:extent cx="2146300" cy="250190"/>
            <wp:effectExtent l="0" t="0" r="6350" b="0"/>
            <wp:docPr id="2478" name="Рисунок 2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8"/>
                    <pic:cNvPicPr>
                      <a:picLocks noChangeAspect="1" noChangeArrowheads="1"/>
                    </pic:cNvPicPr>
                  </pic:nvPicPr>
                  <pic:blipFill>
                    <a:blip r:embed="rId3271" cstate="print">
                      <a:extLst>
                        <a:ext uri="{28A0092B-C50C-407E-A947-70E740481C1C}">
                          <a14:useLocalDpi xmlns:a14="http://schemas.microsoft.com/office/drawing/2010/main" val="0"/>
                        </a:ext>
                      </a:extLst>
                    </a:blip>
                    <a:srcRect/>
                    <a:stretch>
                      <a:fillRect/>
                    </a:stretch>
                  </pic:blipFill>
                  <pic:spPr bwMode="auto">
                    <a:xfrm>
                      <a:off x="0" y="0"/>
                      <a:ext cx="2146300" cy="250190"/>
                    </a:xfrm>
                    <a:prstGeom prst="rect">
                      <a:avLst/>
                    </a:prstGeom>
                    <a:noFill/>
                    <a:ln>
                      <a:noFill/>
                    </a:ln>
                  </pic:spPr>
                </pic:pic>
              </a:graphicData>
            </a:graphic>
          </wp:inline>
        </w:drawing>
      </w:r>
      <w:r w:rsidRPr="007250F1">
        <w:rPr>
          <w:rFonts w:ascii="Times New Roman" w:hAnsi="Times New Roman" w:cs="Times New Roman"/>
          <w:sz w:val="28"/>
          <w:szCs w:val="28"/>
          <w:lang w:val="kk-KZ"/>
        </w:rPr>
        <w:t xml:space="preserve"> тізбектер мен </w:t>
      </w:r>
      <w:r w:rsidR="00A135AE" w:rsidRPr="007250F1">
        <w:rPr>
          <w:rFonts w:ascii="Times New Roman" w:hAnsi="Times New Roman" w:cs="Times New Roman"/>
          <w:noProof/>
          <w:position w:val="-6"/>
          <w:sz w:val="28"/>
          <w:szCs w:val="28"/>
        </w:rPr>
        <w:drawing>
          <wp:inline distT="0" distB="0" distL="0" distR="0" wp14:anchorId="5AC9274B" wp14:editId="336B50FB">
            <wp:extent cx="529590" cy="182880"/>
            <wp:effectExtent l="0" t="0" r="3810" b="7620"/>
            <wp:docPr id="2479" name="Рисунок 2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9"/>
                    <pic:cNvPicPr>
                      <a:picLocks noChangeAspect="1" noChangeArrowheads="1"/>
                    </pic:cNvPicPr>
                  </pic:nvPicPr>
                  <pic:blipFill>
                    <a:blip r:embed="rId3272" cstate="print">
                      <a:extLst>
                        <a:ext uri="{28A0092B-C50C-407E-A947-70E740481C1C}">
                          <a14:useLocalDpi xmlns:a14="http://schemas.microsoft.com/office/drawing/2010/main" val="0"/>
                        </a:ext>
                      </a:extLst>
                    </a:blip>
                    <a:srcRect/>
                    <a:stretch>
                      <a:fillRect/>
                    </a:stretch>
                  </pic:blipFill>
                  <pic:spPr bwMode="auto">
                    <a:xfrm>
                      <a:off x="0" y="0"/>
                      <a:ext cx="529590" cy="182880"/>
                    </a:xfrm>
                    <a:prstGeom prst="rect">
                      <a:avLst/>
                    </a:prstGeom>
                    <a:noFill/>
                    <a:ln>
                      <a:noFill/>
                    </a:ln>
                  </pic:spPr>
                </pic:pic>
              </a:graphicData>
            </a:graphic>
          </wp:inline>
        </w:drawing>
      </w:r>
      <w:r w:rsidRPr="007250F1">
        <w:rPr>
          <w:rFonts w:ascii="Times New Roman" w:hAnsi="Times New Roman" w:cs="Times New Roman"/>
          <w:sz w:val="28"/>
          <w:szCs w:val="28"/>
          <w:lang w:val="kk-KZ"/>
        </w:rPr>
        <w:t xml:space="preserve"> болғанда жинақтылығы орынды </w:t>
      </w:r>
    </w:p>
    <w:p w14:paraId="0A8D6B25" w14:textId="77777777" w:rsidR="00D33D27" w:rsidRPr="007250F1" w:rsidRDefault="00D33D27" w:rsidP="004B7CD0">
      <w:pPr>
        <w:spacing w:after="0" w:line="240" w:lineRule="auto"/>
        <w:jc w:val="both"/>
        <w:rPr>
          <w:rFonts w:ascii="Times New Roman" w:hAnsi="Times New Roman" w:cs="Times New Roman"/>
          <w:sz w:val="28"/>
          <w:szCs w:val="28"/>
          <w:lang w:val="kk-KZ"/>
        </w:rPr>
      </w:pPr>
    </w:p>
    <w:p w14:paraId="6E542C87" w14:textId="54BE84E7" w:rsidR="004B7CD0" w:rsidRPr="007250F1" w:rsidRDefault="00A135AE" w:rsidP="004B7CD0">
      <w:pPr>
        <w:spacing w:after="0" w:line="240" w:lineRule="auto"/>
        <w:jc w:val="both"/>
        <w:rPr>
          <w:rFonts w:ascii="Times New Roman" w:hAnsi="Times New Roman" w:cs="Times New Roman"/>
          <w:sz w:val="28"/>
          <w:szCs w:val="28"/>
          <w:lang w:val="kk-KZ"/>
        </w:rPr>
      </w:pPr>
      <w:r w:rsidRPr="007250F1">
        <w:rPr>
          <w:rFonts w:ascii="Times New Roman" w:hAnsi="Times New Roman" w:cs="Times New Roman"/>
          <w:noProof/>
          <w:position w:val="-16"/>
          <w:sz w:val="28"/>
          <w:szCs w:val="28"/>
        </w:rPr>
        <w:drawing>
          <wp:inline distT="0" distB="0" distL="0" distR="0" wp14:anchorId="71F53E43" wp14:editId="033649EC">
            <wp:extent cx="2974340" cy="250190"/>
            <wp:effectExtent l="0" t="0" r="0" b="0"/>
            <wp:docPr id="2480" name="Рисунок 2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0"/>
                    <pic:cNvPicPr>
                      <a:picLocks noChangeAspect="1" noChangeArrowheads="1"/>
                    </pic:cNvPicPr>
                  </pic:nvPicPr>
                  <pic:blipFill>
                    <a:blip r:embed="rId3273" cstate="print">
                      <a:extLst>
                        <a:ext uri="{28A0092B-C50C-407E-A947-70E740481C1C}">
                          <a14:useLocalDpi xmlns:a14="http://schemas.microsoft.com/office/drawing/2010/main" val="0"/>
                        </a:ext>
                      </a:extLst>
                    </a:blip>
                    <a:srcRect/>
                    <a:stretch>
                      <a:fillRect/>
                    </a:stretch>
                  </pic:blipFill>
                  <pic:spPr bwMode="auto">
                    <a:xfrm>
                      <a:off x="0" y="0"/>
                      <a:ext cx="2974340" cy="250190"/>
                    </a:xfrm>
                    <a:prstGeom prst="rect">
                      <a:avLst/>
                    </a:prstGeom>
                    <a:noFill/>
                    <a:ln>
                      <a:noFill/>
                    </a:ln>
                  </pic:spPr>
                </pic:pic>
              </a:graphicData>
            </a:graphic>
          </wp:inline>
        </w:drawing>
      </w:r>
      <w:r w:rsidR="004B7CD0" w:rsidRPr="007250F1">
        <w:rPr>
          <w:rFonts w:ascii="Times New Roman" w:hAnsi="Times New Roman" w:cs="Times New Roman"/>
          <w:sz w:val="28"/>
          <w:szCs w:val="28"/>
          <w:lang w:val="kk-KZ"/>
        </w:rPr>
        <w:t xml:space="preserve"> функциялар бар </w:t>
      </w:r>
    </w:p>
    <w:p w14:paraId="2E3D18D3" w14:textId="7524907D" w:rsidR="004B7CD0" w:rsidRPr="007250F1" w:rsidRDefault="004B7CD0" w:rsidP="004B7CD0">
      <w:pPr>
        <w:spacing w:after="0" w:line="240" w:lineRule="auto"/>
        <w:jc w:val="both"/>
        <w:rPr>
          <w:rFonts w:ascii="Times New Roman" w:hAnsi="Times New Roman" w:cs="Times New Roman"/>
          <w:sz w:val="28"/>
          <w:szCs w:val="28"/>
          <w:lang w:val="kk-KZ"/>
        </w:rPr>
      </w:pPr>
      <w:r w:rsidRPr="007250F1">
        <w:rPr>
          <w:rFonts w:ascii="Times New Roman" w:hAnsi="Times New Roman" w:cs="Times New Roman"/>
          <w:position w:val="-14"/>
          <w:sz w:val="28"/>
          <w:szCs w:val="28"/>
          <w:lang w:val="kk-KZ"/>
        </w:rPr>
        <w:tab/>
      </w:r>
      <w:r w:rsidR="00A135AE" w:rsidRPr="007250F1">
        <w:rPr>
          <w:rFonts w:ascii="Times New Roman" w:hAnsi="Times New Roman" w:cs="Times New Roman"/>
          <w:noProof/>
          <w:position w:val="-16"/>
          <w:sz w:val="28"/>
          <w:szCs w:val="28"/>
        </w:rPr>
        <w:drawing>
          <wp:inline distT="0" distB="0" distL="0" distR="0" wp14:anchorId="68627E42" wp14:editId="163472CB">
            <wp:extent cx="1376680" cy="250190"/>
            <wp:effectExtent l="0" t="0" r="0" b="0"/>
            <wp:docPr id="2481" name="Рисунок 2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1"/>
                    <pic:cNvPicPr>
                      <a:picLocks noChangeAspect="1" noChangeArrowheads="1"/>
                    </pic:cNvPicPr>
                  </pic:nvPicPr>
                  <pic:blipFill>
                    <a:blip r:embed="rId3274" cstate="print">
                      <a:extLst>
                        <a:ext uri="{28A0092B-C50C-407E-A947-70E740481C1C}">
                          <a14:useLocalDpi xmlns:a14="http://schemas.microsoft.com/office/drawing/2010/main" val="0"/>
                        </a:ext>
                      </a:extLst>
                    </a:blip>
                    <a:srcRect/>
                    <a:stretch>
                      <a:fillRect/>
                    </a:stretch>
                  </pic:blipFill>
                  <pic:spPr bwMode="auto">
                    <a:xfrm>
                      <a:off x="0" y="0"/>
                      <a:ext cx="1376680" cy="250190"/>
                    </a:xfrm>
                    <a:prstGeom prst="rect">
                      <a:avLst/>
                    </a:prstGeom>
                    <a:noFill/>
                    <a:ln>
                      <a:noFill/>
                    </a:ln>
                  </pic:spPr>
                </pic:pic>
              </a:graphicData>
            </a:graphic>
          </wp:inline>
        </w:drawing>
      </w:r>
      <w:r w:rsidRPr="007250F1">
        <w:rPr>
          <w:rFonts w:ascii="Times New Roman" w:hAnsi="Times New Roman" w:cs="Times New Roman"/>
          <w:sz w:val="28"/>
          <w:szCs w:val="28"/>
          <w:lang w:val="kk-KZ"/>
        </w:rPr>
        <w:t xml:space="preserve">   әлсіз </w:t>
      </w:r>
      <w:r w:rsidR="00A135AE" w:rsidRPr="007250F1">
        <w:rPr>
          <w:rFonts w:ascii="Times New Roman" w:hAnsi="Times New Roman" w:cs="Times New Roman"/>
          <w:noProof/>
          <w:position w:val="-12"/>
          <w:sz w:val="28"/>
          <w:szCs w:val="28"/>
        </w:rPr>
        <w:drawing>
          <wp:inline distT="0" distB="0" distL="0" distR="0" wp14:anchorId="259295CD" wp14:editId="026F8B6F">
            <wp:extent cx="529590" cy="231140"/>
            <wp:effectExtent l="0" t="0" r="3810" b="0"/>
            <wp:docPr id="2482" name="Рисунок 2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2"/>
                    <pic:cNvPicPr>
                      <a:picLocks noChangeAspect="1" noChangeArrowheads="1"/>
                    </pic:cNvPicPr>
                  </pic:nvPicPr>
                  <pic:blipFill>
                    <a:blip r:embed="rId3275" cstate="print">
                      <a:extLst>
                        <a:ext uri="{28A0092B-C50C-407E-A947-70E740481C1C}">
                          <a14:useLocalDpi xmlns:a14="http://schemas.microsoft.com/office/drawing/2010/main" val="0"/>
                        </a:ext>
                      </a:extLst>
                    </a:blip>
                    <a:srcRect/>
                    <a:stretch>
                      <a:fillRect/>
                    </a:stretch>
                  </pic:blipFill>
                  <pic:spPr bwMode="auto">
                    <a:xfrm>
                      <a:off x="0" y="0"/>
                      <a:ext cx="529590" cy="231140"/>
                    </a:xfrm>
                    <a:prstGeom prst="rect">
                      <a:avLst/>
                    </a:prstGeom>
                    <a:noFill/>
                    <a:ln>
                      <a:noFill/>
                    </a:ln>
                  </pic:spPr>
                </pic:pic>
              </a:graphicData>
            </a:graphic>
          </wp:inline>
        </w:drawing>
      </w:r>
    </w:p>
    <w:p w14:paraId="78EE3223" w14:textId="673F26FA" w:rsidR="004B7CD0" w:rsidRPr="007250F1" w:rsidRDefault="004B7CD0" w:rsidP="004B7CD0">
      <w:pPr>
        <w:spacing w:after="0" w:line="240" w:lineRule="auto"/>
        <w:jc w:val="both"/>
        <w:rPr>
          <w:rFonts w:ascii="Times New Roman" w:hAnsi="Times New Roman" w:cs="Times New Roman"/>
          <w:sz w:val="28"/>
          <w:szCs w:val="28"/>
          <w:lang w:val="kk-KZ"/>
        </w:rPr>
      </w:pPr>
      <w:r w:rsidRPr="007250F1">
        <w:rPr>
          <w:rFonts w:ascii="Times New Roman" w:hAnsi="Times New Roman" w:cs="Times New Roman"/>
          <w:position w:val="-14"/>
          <w:sz w:val="28"/>
          <w:szCs w:val="28"/>
          <w:lang w:val="kk-KZ"/>
        </w:rPr>
        <w:tab/>
      </w:r>
      <w:r w:rsidR="00A135AE" w:rsidRPr="007250F1">
        <w:rPr>
          <w:rFonts w:ascii="Times New Roman" w:hAnsi="Times New Roman" w:cs="Times New Roman"/>
          <w:noProof/>
          <w:position w:val="-16"/>
          <w:sz w:val="28"/>
          <w:szCs w:val="28"/>
        </w:rPr>
        <w:drawing>
          <wp:inline distT="0" distB="0" distL="0" distR="0" wp14:anchorId="03899B90" wp14:editId="67F96FB3">
            <wp:extent cx="1780540" cy="250190"/>
            <wp:effectExtent l="0" t="0" r="0" b="0"/>
            <wp:docPr id="2483" name="Рисунок 2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3"/>
                    <pic:cNvPicPr>
                      <a:picLocks noChangeAspect="1" noChangeArrowheads="1"/>
                    </pic:cNvPicPr>
                  </pic:nvPicPr>
                  <pic:blipFill>
                    <a:blip r:embed="rId3276" cstate="print">
                      <a:extLst>
                        <a:ext uri="{28A0092B-C50C-407E-A947-70E740481C1C}">
                          <a14:useLocalDpi xmlns:a14="http://schemas.microsoft.com/office/drawing/2010/main" val="0"/>
                        </a:ext>
                      </a:extLst>
                    </a:blip>
                    <a:srcRect/>
                    <a:stretch>
                      <a:fillRect/>
                    </a:stretch>
                  </pic:blipFill>
                  <pic:spPr bwMode="auto">
                    <a:xfrm>
                      <a:off x="0" y="0"/>
                      <a:ext cx="1780540" cy="250190"/>
                    </a:xfrm>
                    <a:prstGeom prst="rect">
                      <a:avLst/>
                    </a:prstGeom>
                    <a:noFill/>
                    <a:ln>
                      <a:noFill/>
                    </a:ln>
                  </pic:spPr>
                </pic:pic>
              </a:graphicData>
            </a:graphic>
          </wp:inline>
        </w:drawing>
      </w:r>
      <w:r w:rsidRPr="007250F1">
        <w:rPr>
          <w:rFonts w:ascii="Times New Roman" w:hAnsi="Times New Roman" w:cs="Times New Roman"/>
          <w:sz w:val="28"/>
          <w:szCs w:val="28"/>
          <w:lang w:val="kk-KZ"/>
        </w:rPr>
        <w:t xml:space="preserve"> әлсіз  </w:t>
      </w:r>
      <w:r w:rsidR="00A135AE" w:rsidRPr="007250F1">
        <w:rPr>
          <w:rFonts w:ascii="Times New Roman" w:hAnsi="Times New Roman" w:cs="Times New Roman"/>
          <w:noProof/>
          <w:position w:val="-12"/>
          <w:sz w:val="28"/>
          <w:szCs w:val="28"/>
        </w:rPr>
        <w:drawing>
          <wp:inline distT="0" distB="0" distL="0" distR="0" wp14:anchorId="51219EBB" wp14:editId="126DA57A">
            <wp:extent cx="529590" cy="231140"/>
            <wp:effectExtent l="0" t="0" r="3810" b="0"/>
            <wp:docPr id="2484" name="Рисунок 2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4"/>
                    <pic:cNvPicPr>
                      <a:picLocks noChangeAspect="1" noChangeArrowheads="1"/>
                    </pic:cNvPicPr>
                  </pic:nvPicPr>
                  <pic:blipFill>
                    <a:blip r:embed="rId3277" cstate="print">
                      <a:extLst>
                        <a:ext uri="{28A0092B-C50C-407E-A947-70E740481C1C}">
                          <a14:useLocalDpi xmlns:a14="http://schemas.microsoft.com/office/drawing/2010/main" val="0"/>
                        </a:ext>
                      </a:extLst>
                    </a:blip>
                    <a:srcRect/>
                    <a:stretch>
                      <a:fillRect/>
                    </a:stretch>
                  </pic:blipFill>
                  <pic:spPr bwMode="auto">
                    <a:xfrm>
                      <a:off x="0" y="0"/>
                      <a:ext cx="529590" cy="231140"/>
                    </a:xfrm>
                    <a:prstGeom prst="rect">
                      <a:avLst/>
                    </a:prstGeom>
                    <a:noFill/>
                    <a:ln>
                      <a:noFill/>
                    </a:ln>
                  </pic:spPr>
                </pic:pic>
              </a:graphicData>
            </a:graphic>
          </wp:inline>
        </w:drawing>
      </w:r>
    </w:p>
    <w:p w14:paraId="65066099" w14:textId="7B97BE6D" w:rsidR="004B7CD0" w:rsidRPr="007250F1" w:rsidRDefault="004B7CD0" w:rsidP="004B7CD0">
      <w:pPr>
        <w:spacing w:after="0" w:line="240" w:lineRule="auto"/>
        <w:jc w:val="both"/>
        <w:rPr>
          <w:rFonts w:ascii="Times New Roman" w:hAnsi="Times New Roman" w:cs="Times New Roman"/>
          <w:sz w:val="28"/>
          <w:szCs w:val="28"/>
          <w:lang w:val="kk-KZ"/>
        </w:rPr>
      </w:pPr>
      <w:r w:rsidRPr="007250F1">
        <w:rPr>
          <w:rFonts w:ascii="Times New Roman" w:hAnsi="Times New Roman" w:cs="Times New Roman"/>
          <w:position w:val="-14"/>
          <w:sz w:val="28"/>
          <w:szCs w:val="28"/>
          <w:lang w:val="kk-KZ"/>
        </w:rPr>
        <w:tab/>
      </w:r>
      <w:r w:rsidR="00A135AE" w:rsidRPr="007250F1">
        <w:rPr>
          <w:rFonts w:ascii="Times New Roman" w:hAnsi="Times New Roman" w:cs="Times New Roman"/>
          <w:noProof/>
          <w:position w:val="-16"/>
          <w:sz w:val="28"/>
          <w:szCs w:val="28"/>
        </w:rPr>
        <w:drawing>
          <wp:inline distT="0" distB="0" distL="0" distR="0" wp14:anchorId="11D34759" wp14:editId="6D51F102">
            <wp:extent cx="1983105" cy="250190"/>
            <wp:effectExtent l="0" t="0" r="0" b="0"/>
            <wp:docPr id="2485" name="Рисунок 2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5"/>
                    <pic:cNvPicPr>
                      <a:picLocks noChangeAspect="1" noChangeArrowheads="1"/>
                    </pic:cNvPicPr>
                  </pic:nvPicPr>
                  <pic:blipFill>
                    <a:blip r:embed="rId3278" cstate="print">
                      <a:extLst>
                        <a:ext uri="{28A0092B-C50C-407E-A947-70E740481C1C}">
                          <a14:useLocalDpi xmlns:a14="http://schemas.microsoft.com/office/drawing/2010/main" val="0"/>
                        </a:ext>
                      </a:extLst>
                    </a:blip>
                    <a:srcRect/>
                    <a:stretch>
                      <a:fillRect/>
                    </a:stretch>
                  </pic:blipFill>
                  <pic:spPr bwMode="auto">
                    <a:xfrm>
                      <a:off x="0" y="0"/>
                      <a:ext cx="1983105" cy="250190"/>
                    </a:xfrm>
                    <a:prstGeom prst="rect">
                      <a:avLst/>
                    </a:prstGeom>
                    <a:noFill/>
                    <a:ln>
                      <a:noFill/>
                    </a:ln>
                  </pic:spPr>
                </pic:pic>
              </a:graphicData>
            </a:graphic>
          </wp:inline>
        </w:drawing>
      </w:r>
      <w:r w:rsidRPr="007250F1">
        <w:rPr>
          <w:rFonts w:ascii="Times New Roman" w:hAnsi="Times New Roman" w:cs="Times New Roman"/>
          <w:sz w:val="28"/>
          <w:szCs w:val="28"/>
          <w:lang w:val="kk-KZ"/>
        </w:rPr>
        <w:t xml:space="preserve"> әлсіз   </w:t>
      </w:r>
      <w:r w:rsidR="00A135AE" w:rsidRPr="007250F1">
        <w:rPr>
          <w:rFonts w:ascii="Times New Roman" w:hAnsi="Times New Roman" w:cs="Times New Roman"/>
          <w:noProof/>
          <w:position w:val="-12"/>
          <w:sz w:val="28"/>
          <w:szCs w:val="28"/>
        </w:rPr>
        <w:drawing>
          <wp:inline distT="0" distB="0" distL="0" distR="0" wp14:anchorId="7164EBE2" wp14:editId="52825705">
            <wp:extent cx="529590" cy="231140"/>
            <wp:effectExtent l="0" t="0" r="3810" b="0"/>
            <wp:docPr id="2486" name="Рисунок 2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6"/>
                    <pic:cNvPicPr>
                      <a:picLocks noChangeAspect="1" noChangeArrowheads="1"/>
                    </pic:cNvPicPr>
                  </pic:nvPicPr>
                  <pic:blipFill>
                    <a:blip r:embed="rId3279" cstate="print">
                      <a:extLst>
                        <a:ext uri="{28A0092B-C50C-407E-A947-70E740481C1C}">
                          <a14:useLocalDpi xmlns:a14="http://schemas.microsoft.com/office/drawing/2010/main" val="0"/>
                        </a:ext>
                      </a:extLst>
                    </a:blip>
                    <a:srcRect/>
                    <a:stretch>
                      <a:fillRect/>
                    </a:stretch>
                  </pic:blipFill>
                  <pic:spPr bwMode="auto">
                    <a:xfrm>
                      <a:off x="0" y="0"/>
                      <a:ext cx="529590" cy="231140"/>
                    </a:xfrm>
                    <a:prstGeom prst="rect">
                      <a:avLst/>
                    </a:prstGeom>
                    <a:noFill/>
                    <a:ln>
                      <a:noFill/>
                    </a:ln>
                  </pic:spPr>
                </pic:pic>
              </a:graphicData>
            </a:graphic>
          </wp:inline>
        </w:drawing>
      </w:r>
    </w:p>
    <w:p w14:paraId="40B4BF66" w14:textId="6822EF5E" w:rsidR="004B7CD0" w:rsidRPr="007250F1" w:rsidRDefault="004B7CD0" w:rsidP="004B7CD0">
      <w:pPr>
        <w:spacing w:after="0" w:line="240" w:lineRule="auto"/>
        <w:jc w:val="both"/>
        <w:rPr>
          <w:rFonts w:ascii="Times New Roman" w:hAnsi="Times New Roman" w:cs="Times New Roman"/>
          <w:sz w:val="28"/>
          <w:szCs w:val="28"/>
          <w:lang w:val="kk-KZ"/>
        </w:rPr>
      </w:pPr>
      <w:r w:rsidRPr="007250F1">
        <w:rPr>
          <w:rFonts w:ascii="Times New Roman" w:hAnsi="Times New Roman" w:cs="Times New Roman"/>
          <w:position w:val="-14"/>
          <w:sz w:val="28"/>
          <w:szCs w:val="28"/>
          <w:lang w:val="kk-KZ"/>
        </w:rPr>
        <w:tab/>
      </w:r>
      <w:r w:rsidR="00A135AE" w:rsidRPr="007250F1">
        <w:rPr>
          <w:rFonts w:ascii="Times New Roman" w:hAnsi="Times New Roman" w:cs="Times New Roman"/>
          <w:noProof/>
          <w:position w:val="-16"/>
          <w:sz w:val="28"/>
          <w:szCs w:val="28"/>
        </w:rPr>
        <w:drawing>
          <wp:inline distT="0" distB="0" distL="0" distR="0" wp14:anchorId="47BA330A" wp14:editId="5FC6C93C">
            <wp:extent cx="1376680" cy="250190"/>
            <wp:effectExtent l="0" t="0" r="0" b="0"/>
            <wp:docPr id="2487" name="Рисунок 2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7"/>
                    <pic:cNvPicPr>
                      <a:picLocks noChangeAspect="1" noChangeArrowheads="1"/>
                    </pic:cNvPicPr>
                  </pic:nvPicPr>
                  <pic:blipFill>
                    <a:blip r:embed="rId3280" cstate="print">
                      <a:extLst>
                        <a:ext uri="{28A0092B-C50C-407E-A947-70E740481C1C}">
                          <a14:useLocalDpi xmlns:a14="http://schemas.microsoft.com/office/drawing/2010/main" val="0"/>
                        </a:ext>
                      </a:extLst>
                    </a:blip>
                    <a:srcRect/>
                    <a:stretch>
                      <a:fillRect/>
                    </a:stretch>
                  </pic:blipFill>
                  <pic:spPr bwMode="auto">
                    <a:xfrm>
                      <a:off x="0" y="0"/>
                      <a:ext cx="1376680" cy="250190"/>
                    </a:xfrm>
                    <a:prstGeom prst="rect">
                      <a:avLst/>
                    </a:prstGeom>
                    <a:noFill/>
                    <a:ln>
                      <a:noFill/>
                    </a:ln>
                  </pic:spPr>
                </pic:pic>
              </a:graphicData>
            </a:graphic>
          </wp:inline>
        </w:drawing>
      </w:r>
      <w:r w:rsidRPr="007250F1">
        <w:rPr>
          <w:rFonts w:ascii="Times New Roman" w:hAnsi="Times New Roman" w:cs="Times New Roman"/>
          <w:sz w:val="28"/>
          <w:szCs w:val="28"/>
          <w:lang w:val="kk-KZ"/>
        </w:rPr>
        <w:t xml:space="preserve"> әлді </w:t>
      </w:r>
      <w:r w:rsidR="00A135AE" w:rsidRPr="007250F1">
        <w:rPr>
          <w:rFonts w:ascii="Times New Roman" w:hAnsi="Times New Roman" w:cs="Times New Roman"/>
          <w:noProof/>
          <w:position w:val="-12"/>
          <w:sz w:val="28"/>
          <w:szCs w:val="28"/>
        </w:rPr>
        <w:drawing>
          <wp:inline distT="0" distB="0" distL="0" distR="0" wp14:anchorId="4D44DCE0" wp14:editId="3158BF0D">
            <wp:extent cx="462280" cy="231140"/>
            <wp:effectExtent l="0" t="0" r="0" b="0"/>
            <wp:docPr id="2488" name="Рисунок 2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8"/>
                    <pic:cNvPicPr>
                      <a:picLocks noChangeAspect="1" noChangeArrowheads="1"/>
                    </pic:cNvPicPr>
                  </pic:nvPicPr>
                  <pic:blipFill>
                    <a:blip r:embed="rId3281" cstate="print">
                      <a:extLst>
                        <a:ext uri="{28A0092B-C50C-407E-A947-70E740481C1C}">
                          <a14:useLocalDpi xmlns:a14="http://schemas.microsoft.com/office/drawing/2010/main" val="0"/>
                        </a:ext>
                      </a:extLst>
                    </a:blip>
                    <a:srcRect/>
                    <a:stretch>
                      <a:fillRect/>
                    </a:stretch>
                  </pic:blipFill>
                  <pic:spPr bwMode="auto">
                    <a:xfrm>
                      <a:off x="0" y="0"/>
                      <a:ext cx="462280" cy="231140"/>
                    </a:xfrm>
                    <a:prstGeom prst="rect">
                      <a:avLst/>
                    </a:prstGeom>
                    <a:noFill/>
                    <a:ln>
                      <a:noFill/>
                    </a:ln>
                  </pic:spPr>
                </pic:pic>
              </a:graphicData>
            </a:graphic>
          </wp:inline>
        </w:drawing>
      </w:r>
    </w:p>
    <w:p w14:paraId="711F8285" w14:textId="605FB8E2" w:rsidR="004B7CD0" w:rsidRPr="007250F1" w:rsidRDefault="004B7CD0" w:rsidP="004B7CD0">
      <w:pPr>
        <w:spacing w:after="0" w:line="240" w:lineRule="auto"/>
        <w:jc w:val="both"/>
        <w:rPr>
          <w:rFonts w:ascii="Times New Roman" w:hAnsi="Times New Roman" w:cs="Times New Roman"/>
          <w:sz w:val="28"/>
          <w:szCs w:val="28"/>
          <w:lang w:val="kk-KZ"/>
        </w:rPr>
      </w:pPr>
      <w:r w:rsidRPr="007250F1">
        <w:rPr>
          <w:rFonts w:ascii="Times New Roman" w:hAnsi="Times New Roman" w:cs="Times New Roman"/>
          <w:position w:val="-14"/>
          <w:sz w:val="28"/>
          <w:szCs w:val="28"/>
          <w:lang w:val="kk-KZ"/>
        </w:rPr>
        <w:tab/>
      </w:r>
      <w:r w:rsidR="00A135AE" w:rsidRPr="007250F1">
        <w:rPr>
          <w:rFonts w:ascii="Times New Roman" w:hAnsi="Times New Roman" w:cs="Times New Roman"/>
          <w:noProof/>
          <w:position w:val="-16"/>
          <w:sz w:val="28"/>
          <w:szCs w:val="28"/>
        </w:rPr>
        <w:drawing>
          <wp:inline distT="0" distB="0" distL="0" distR="0" wp14:anchorId="65DA59D6" wp14:editId="12F1C6AE">
            <wp:extent cx="1328420" cy="250190"/>
            <wp:effectExtent l="0" t="0" r="5080" b="0"/>
            <wp:docPr id="2489" name="Рисунок 2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9"/>
                    <pic:cNvPicPr>
                      <a:picLocks noChangeAspect="1" noChangeArrowheads="1"/>
                    </pic:cNvPicPr>
                  </pic:nvPicPr>
                  <pic:blipFill>
                    <a:blip r:embed="rId3282" cstate="print">
                      <a:extLst>
                        <a:ext uri="{28A0092B-C50C-407E-A947-70E740481C1C}">
                          <a14:useLocalDpi xmlns:a14="http://schemas.microsoft.com/office/drawing/2010/main" val="0"/>
                        </a:ext>
                      </a:extLst>
                    </a:blip>
                    <a:srcRect/>
                    <a:stretch>
                      <a:fillRect/>
                    </a:stretch>
                  </pic:blipFill>
                  <pic:spPr bwMode="auto">
                    <a:xfrm>
                      <a:off x="0" y="0"/>
                      <a:ext cx="1328420" cy="250190"/>
                    </a:xfrm>
                    <a:prstGeom prst="rect">
                      <a:avLst/>
                    </a:prstGeom>
                    <a:noFill/>
                    <a:ln>
                      <a:noFill/>
                    </a:ln>
                  </pic:spPr>
                </pic:pic>
              </a:graphicData>
            </a:graphic>
          </wp:inline>
        </w:drawing>
      </w:r>
      <w:r w:rsidRPr="007250F1">
        <w:rPr>
          <w:rFonts w:ascii="Times New Roman" w:hAnsi="Times New Roman" w:cs="Times New Roman"/>
          <w:sz w:val="28"/>
          <w:szCs w:val="28"/>
          <w:lang w:val="kk-KZ"/>
        </w:rPr>
        <w:t xml:space="preserve"> әлді</w:t>
      </w:r>
      <w:r w:rsidR="00A135AE" w:rsidRPr="007250F1">
        <w:rPr>
          <w:rFonts w:ascii="Times New Roman" w:hAnsi="Times New Roman" w:cs="Times New Roman"/>
          <w:noProof/>
          <w:position w:val="-12"/>
          <w:sz w:val="28"/>
          <w:szCs w:val="28"/>
        </w:rPr>
        <w:drawing>
          <wp:inline distT="0" distB="0" distL="0" distR="0" wp14:anchorId="04B54621" wp14:editId="4014154A">
            <wp:extent cx="462280" cy="231140"/>
            <wp:effectExtent l="0" t="0" r="0" b="0"/>
            <wp:docPr id="2490" name="Рисунок 2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0"/>
                    <pic:cNvPicPr>
                      <a:picLocks noChangeAspect="1" noChangeArrowheads="1"/>
                    </pic:cNvPicPr>
                  </pic:nvPicPr>
                  <pic:blipFill>
                    <a:blip r:embed="rId3283" cstate="print">
                      <a:extLst>
                        <a:ext uri="{28A0092B-C50C-407E-A947-70E740481C1C}">
                          <a14:useLocalDpi xmlns:a14="http://schemas.microsoft.com/office/drawing/2010/main" val="0"/>
                        </a:ext>
                      </a:extLst>
                    </a:blip>
                    <a:srcRect/>
                    <a:stretch>
                      <a:fillRect/>
                    </a:stretch>
                  </pic:blipFill>
                  <pic:spPr bwMode="auto">
                    <a:xfrm>
                      <a:off x="0" y="0"/>
                      <a:ext cx="462280" cy="231140"/>
                    </a:xfrm>
                    <a:prstGeom prst="rect">
                      <a:avLst/>
                    </a:prstGeom>
                    <a:noFill/>
                    <a:ln>
                      <a:noFill/>
                    </a:ln>
                  </pic:spPr>
                </pic:pic>
              </a:graphicData>
            </a:graphic>
          </wp:inline>
        </w:drawing>
      </w:r>
    </w:p>
    <w:p w14:paraId="60DF19AE" w14:textId="01A38787" w:rsidR="004B7CD0" w:rsidRPr="007250F1" w:rsidRDefault="004B7CD0" w:rsidP="004B7CD0">
      <w:pPr>
        <w:spacing w:after="0" w:line="240" w:lineRule="auto"/>
        <w:jc w:val="both"/>
        <w:rPr>
          <w:rFonts w:ascii="Times New Roman" w:hAnsi="Times New Roman" w:cs="Times New Roman"/>
          <w:sz w:val="28"/>
          <w:szCs w:val="28"/>
          <w:lang w:val="kk-KZ"/>
        </w:rPr>
      </w:pPr>
      <w:r w:rsidRPr="007250F1">
        <w:rPr>
          <w:rFonts w:ascii="Times New Roman" w:hAnsi="Times New Roman" w:cs="Times New Roman"/>
          <w:position w:val="-14"/>
          <w:sz w:val="28"/>
          <w:szCs w:val="28"/>
          <w:lang w:val="kk-KZ"/>
        </w:rPr>
        <w:tab/>
      </w:r>
      <w:r w:rsidR="00A135AE" w:rsidRPr="007250F1">
        <w:rPr>
          <w:rFonts w:ascii="Times New Roman" w:hAnsi="Times New Roman" w:cs="Times New Roman"/>
          <w:noProof/>
          <w:position w:val="-16"/>
          <w:sz w:val="28"/>
          <w:szCs w:val="28"/>
        </w:rPr>
        <w:drawing>
          <wp:inline distT="0" distB="0" distL="0" distR="0" wp14:anchorId="39501C3B" wp14:editId="55F3B640">
            <wp:extent cx="1443990" cy="250190"/>
            <wp:effectExtent l="0" t="0" r="3810" b="0"/>
            <wp:docPr id="2491" name="Рисунок 2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1"/>
                    <pic:cNvPicPr>
                      <a:picLocks noChangeAspect="1" noChangeArrowheads="1"/>
                    </pic:cNvPicPr>
                  </pic:nvPicPr>
                  <pic:blipFill>
                    <a:blip r:embed="rId3284" cstate="print">
                      <a:extLst>
                        <a:ext uri="{28A0092B-C50C-407E-A947-70E740481C1C}">
                          <a14:useLocalDpi xmlns:a14="http://schemas.microsoft.com/office/drawing/2010/main" val="0"/>
                        </a:ext>
                      </a:extLst>
                    </a:blip>
                    <a:srcRect/>
                    <a:stretch>
                      <a:fillRect/>
                    </a:stretch>
                  </pic:blipFill>
                  <pic:spPr bwMode="auto">
                    <a:xfrm>
                      <a:off x="0" y="0"/>
                      <a:ext cx="1443990" cy="250190"/>
                    </a:xfrm>
                    <a:prstGeom prst="rect">
                      <a:avLst/>
                    </a:prstGeom>
                    <a:noFill/>
                    <a:ln>
                      <a:noFill/>
                    </a:ln>
                  </pic:spPr>
                </pic:pic>
              </a:graphicData>
            </a:graphic>
          </wp:inline>
        </w:drawing>
      </w:r>
      <w:r w:rsidRPr="007250F1">
        <w:rPr>
          <w:rFonts w:ascii="Times New Roman" w:hAnsi="Times New Roman" w:cs="Times New Roman"/>
          <w:sz w:val="28"/>
          <w:szCs w:val="28"/>
          <w:lang w:val="kk-KZ"/>
        </w:rPr>
        <w:t xml:space="preserve"> әлді</w:t>
      </w:r>
      <w:r w:rsidR="00A135AE" w:rsidRPr="007250F1">
        <w:rPr>
          <w:rFonts w:ascii="Times New Roman" w:hAnsi="Times New Roman" w:cs="Times New Roman"/>
          <w:noProof/>
          <w:position w:val="-12"/>
          <w:sz w:val="28"/>
          <w:szCs w:val="28"/>
        </w:rPr>
        <w:drawing>
          <wp:inline distT="0" distB="0" distL="0" distR="0" wp14:anchorId="5157DEC5" wp14:editId="2C08F00E">
            <wp:extent cx="414020" cy="231140"/>
            <wp:effectExtent l="0" t="0" r="5080" b="0"/>
            <wp:docPr id="2492" name="Рисунок 2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2"/>
                    <pic:cNvPicPr>
                      <a:picLocks noChangeAspect="1" noChangeArrowheads="1"/>
                    </pic:cNvPicPr>
                  </pic:nvPicPr>
                  <pic:blipFill>
                    <a:blip r:embed="rId3285" cstate="print">
                      <a:extLst>
                        <a:ext uri="{28A0092B-C50C-407E-A947-70E740481C1C}">
                          <a14:useLocalDpi xmlns:a14="http://schemas.microsoft.com/office/drawing/2010/main" val="0"/>
                        </a:ext>
                      </a:extLst>
                    </a:blip>
                    <a:srcRect/>
                    <a:stretch>
                      <a:fillRect/>
                    </a:stretch>
                  </pic:blipFill>
                  <pic:spPr bwMode="auto">
                    <a:xfrm>
                      <a:off x="0" y="0"/>
                      <a:ext cx="414020" cy="231140"/>
                    </a:xfrm>
                    <a:prstGeom prst="rect">
                      <a:avLst/>
                    </a:prstGeom>
                    <a:noFill/>
                    <a:ln>
                      <a:noFill/>
                    </a:ln>
                  </pic:spPr>
                </pic:pic>
              </a:graphicData>
            </a:graphic>
          </wp:inline>
        </w:drawing>
      </w:r>
      <w:r w:rsidRPr="007250F1">
        <w:rPr>
          <w:rFonts w:ascii="Times New Roman" w:hAnsi="Times New Roman" w:cs="Times New Roman"/>
          <w:sz w:val="28"/>
          <w:szCs w:val="28"/>
          <w:lang w:val="kk-KZ"/>
        </w:rPr>
        <w:t>.</w:t>
      </w:r>
    </w:p>
    <w:p w14:paraId="69E921AB" w14:textId="77777777" w:rsidR="00D33D27" w:rsidRPr="007250F1" w:rsidRDefault="00D33D27" w:rsidP="004B7CD0">
      <w:pPr>
        <w:spacing w:after="0" w:line="240" w:lineRule="auto"/>
        <w:jc w:val="both"/>
        <w:rPr>
          <w:rFonts w:ascii="Times New Roman" w:hAnsi="Times New Roman" w:cs="Times New Roman"/>
          <w:sz w:val="28"/>
          <w:szCs w:val="28"/>
          <w:lang w:val="kk-KZ"/>
        </w:rPr>
      </w:pPr>
    </w:p>
    <w:p w14:paraId="2FBD87D2" w14:textId="054362F7" w:rsidR="004B7CD0" w:rsidRPr="007250F1" w:rsidRDefault="004B7CD0" w:rsidP="007250F1">
      <w:pPr>
        <w:spacing w:after="0" w:line="240" w:lineRule="auto"/>
        <w:ind w:firstLine="708"/>
        <w:jc w:val="both"/>
        <w:rPr>
          <w:rFonts w:ascii="Times New Roman" w:hAnsi="Times New Roman" w:cs="Times New Roman"/>
          <w:sz w:val="28"/>
          <w:szCs w:val="28"/>
          <w:lang w:val="kk-KZ"/>
        </w:rPr>
      </w:pPr>
      <w:r w:rsidRPr="007250F1">
        <w:rPr>
          <w:rFonts w:ascii="Times New Roman" w:hAnsi="Times New Roman" w:cs="Times New Roman"/>
          <w:sz w:val="28"/>
          <w:szCs w:val="28"/>
          <w:lang w:val="kk-KZ"/>
        </w:rPr>
        <w:t xml:space="preserve">Бұл жинақтылықтан </w:t>
      </w:r>
      <w:r w:rsidR="00A135AE" w:rsidRPr="007250F1">
        <w:rPr>
          <w:rFonts w:ascii="Times New Roman" w:hAnsi="Times New Roman" w:cs="Times New Roman"/>
          <w:noProof/>
          <w:position w:val="-12"/>
          <w:sz w:val="28"/>
          <w:szCs w:val="28"/>
        </w:rPr>
        <w:drawing>
          <wp:inline distT="0" distB="0" distL="0" distR="0" wp14:anchorId="330A1584" wp14:editId="0D475A5F">
            <wp:extent cx="529590" cy="231140"/>
            <wp:effectExtent l="0" t="0" r="0" b="0"/>
            <wp:docPr id="2493" name="Рисунок 2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3"/>
                    <pic:cNvPicPr>
                      <a:picLocks noChangeAspect="1" noChangeArrowheads="1"/>
                    </pic:cNvPicPr>
                  </pic:nvPicPr>
                  <pic:blipFill>
                    <a:blip r:embed="rId3286" cstate="print">
                      <a:extLst>
                        <a:ext uri="{28A0092B-C50C-407E-A947-70E740481C1C}">
                          <a14:useLocalDpi xmlns:a14="http://schemas.microsoft.com/office/drawing/2010/main" val="0"/>
                        </a:ext>
                      </a:extLst>
                    </a:blip>
                    <a:srcRect/>
                    <a:stretch>
                      <a:fillRect/>
                    </a:stretch>
                  </pic:blipFill>
                  <pic:spPr bwMode="auto">
                    <a:xfrm>
                      <a:off x="0" y="0"/>
                      <a:ext cx="529590" cy="231140"/>
                    </a:xfrm>
                    <a:prstGeom prst="rect">
                      <a:avLst/>
                    </a:prstGeom>
                    <a:noFill/>
                    <a:ln>
                      <a:noFill/>
                    </a:ln>
                  </pic:spPr>
                </pic:pic>
              </a:graphicData>
            </a:graphic>
          </wp:inline>
        </w:drawing>
      </w:r>
      <w:r w:rsidR="0004743F" w:rsidRPr="007250F1">
        <w:rPr>
          <w:rFonts w:ascii="Times New Roman" w:hAnsi="Times New Roman" w:cs="Times New Roman"/>
          <w:sz w:val="28"/>
          <w:szCs w:val="28"/>
          <w:lang w:val="kk-KZ"/>
        </w:rPr>
        <w:t>функциясы (2</w:t>
      </w:r>
      <w:r w:rsidRPr="007250F1">
        <w:rPr>
          <w:rFonts w:ascii="Times New Roman" w:hAnsi="Times New Roman" w:cs="Times New Roman"/>
          <w:sz w:val="28"/>
          <w:szCs w:val="28"/>
          <w:lang w:val="kk-KZ"/>
        </w:rPr>
        <w:t>.</w:t>
      </w:r>
      <w:r w:rsidR="0004743F" w:rsidRPr="007250F1">
        <w:rPr>
          <w:rFonts w:ascii="Times New Roman" w:hAnsi="Times New Roman" w:cs="Times New Roman"/>
          <w:sz w:val="28"/>
          <w:szCs w:val="28"/>
          <w:lang w:val="kk-KZ"/>
        </w:rPr>
        <w:t>65), (2</w:t>
      </w:r>
      <w:r w:rsidRPr="007250F1">
        <w:rPr>
          <w:rFonts w:ascii="Times New Roman" w:hAnsi="Times New Roman" w:cs="Times New Roman"/>
          <w:sz w:val="28"/>
          <w:szCs w:val="28"/>
          <w:lang w:val="kk-KZ"/>
        </w:rPr>
        <w:t>.</w:t>
      </w:r>
      <w:r w:rsidR="0004743F" w:rsidRPr="007250F1">
        <w:rPr>
          <w:rFonts w:ascii="Times New Roman" w:hAnsi="Times New Roman" w:cs="Times New Roman"/>
          <w:sz w:val="28"/>
          <w:szCs w:val="28"/>
          <w:lang w:val="kk-KZ"/>
        </w:rPr>
        <w:t>6</w:t>
      </w:r>
      <w:r w:rsidR="004A23C7" w:rsidRPr="007250F1">
        <w:rPr>
          <w:rFonts w:ascii="Times New Roman" w:hAnsi="Times New Roman" w:cs="Times New Roman"/>
          <w:sz w:val="28"/>
          <w:szCs w:val="28"/>
          <w:lang w:val="kk-KZ"/>
        </w:rPr>
        <w:t xml:space="preserve">2), </w:t>
      </w:r>
      <w:r w:rsidR="004A23C7" w:rsidRPr="007250F1">
        <w:rPr>
          <w:rFonts w:ascii="Times New Roman" w:hAnsi="Times New Roman" w:cs="Times New Roman"/>
          <w:position w:val="-12"/>
          <w:sz w:val="28"/>
          <w:szCs w:val="28"/>
          <w:lang w:val="kk-KZ"/>
        </w:rPr>
        <w:object w:dxaOrig="840" w:dyaOrig="380" w14:anchorId="7D550C13">
          <v:shape id="_x0000_i2286" type="#_x0000_t75" style="width:41.15pt;height:18.2pt" o:ole="">
            <v:imagedata r:id="rId3287" o:title=""/>
          </v:shape>
          <o:OLEObject Type="Embed" ProgID="Equation.DSMT4" ShapeID="_x0000_i2286" DrawAspect="Content" ObjectID="_1840332740" r:id="rId3288"/>
        </w:object>
      </w:r>
      <w:r w:rsidRPr="007250F1">
        <w:rPr>
          <w:rFonts w:ascii="Times New Roman" w:hAnsi="Times New Roman" w:cs="Times New Roman"/>
          <w:position w:val="-12"/>
          <w:sz w:val="28"/>
          <w:szCs w:val="28"/>
          <w:lang w:val="kk-KZ"/>
        </w:rPr>
        <w:t xml:space="preserve"> </w:t>
      </w:r>
      <w:r w:rsidRPr="007250F1">
        <w:rPr>
          <w:rFonts w:ascii="Times New Roman" w:hAnsi="Times New Roman" w:cs="Times New Roman"/>
          <w:sz w:val="28"/>
          <w:szCs w:val="28"/>
          <w:lang w:val="kk-KZ"/>
        </w:rPr>
        <w:t xml:space="preserve">есебімен байланысты болады. </w:t>
      </w:r>
      <w:r w:rsidR="00A135AE" w:rsidRPr="007250F1">
        <w:rPr>
          <w:rFonts w:ascii="Times New Roman" w:hAnsi="Times New Roman" w:cs="Times New Roman"/>
          <w:noProof/>
          <w:position w:val="-16"/>
          <w:sz w:val="28"/>
          <w:szCs w:val="28"/>
        </w:rPr>
        <w:drawing>
          <wp:inline distT="0" distB="0" distL="0" distR="0" wp14:anchorId="7C6B8205" wp14:editId="066F6B6D">
            <wp:extent cx="2059940" cy="250190"/>
            <wp:effectExtent l="0" t="0" r="0" b="0"/>
            <wp:docPr id="2495" name="Рисунок 2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5"/>
                    <pic:cNvPicPr>
                      <a:picLocks noChangeAspect="1" noChangeArrowheads="1"/>
                    </pic:cNvPicPr>
                  </pic:nvPicPr>
                  <pic:blipFill>
                    <a:blip r:embed="rId3289" cstate="print">
                      <a:extLst>
                        <a:ext uri="{28A0092B-C50C-407E-A947-70E740481C1C}">
                          <a14:useLocalDpi xmlns:a14="http://schemas.microsoft.com/office/drawing/2010/main" val="0"/>
                        </a:ext>
                      </a:extLst>
                    </a:blip>
                    <a:srcRect/>
                    <a:stretch>
                      <a:fillRect/>
                    </a:stretch>
                  </pic:blipFill>
                  <pic:spPr bwMode="auto">
                    <a:xfrm>
                      <a:off x="0" y="0"/>
                      <a:ext cx="2059940" cy="250190"/>
                    </a:xfrm>
                    <a:prstGeom prst="rect">
                      <a:avLst/>
                    </a:prstGeom>
                    <a:noFill/>
                    <a:ln>
                      <a:noFill/>
                    </a:ln>
                  </pic:spPr>
                </pic:pic>
              </a:graphicData>
            </a:graphic>
          </wp:inline>
        </w:drawing>
      </w:r>
      <w:r w:rsidRPr="007250F1">
        <w:rPr>
          <w:rFonts w:ascii="Times New Roman" w:hAnsi="Times New Roman" w:cs="Times New Roman"/>
          <w:sz w:val="28"/>
          <w:szCs w:val="28"/>
          <w:lang w:val="kk-KZ"/>
        </w:rPr>
        <w:t xml:space="preserve"> белгілеуін енгізейік. Теңдігі орынды:</w:t>
      </w:r>
    </w:p>
    <w:p w14:paraId="15104FF2" w14:textId="77777777" w:rsidR="004B7CD0" w:rsidRPr="007250F1" w:rsidRDefault="004B7CD0" w:rsidP="004B7CD0">
      <w:pPr>
        <w:spacing w:after="0" w:line="240" w:lineRule="auto"/>
        <w:jc w:val="both"/>
        <w:rPr>
          <w:rFonts w:ascii="Times New Roman" w:hAnsi="Times New Roman" w:cs="Times New Roman"/>
          <w:sz w:val="28"/>
          <w:szCs w:val="28"/>
          <w:lang w:val="kk-KZ"/>
        </w:rPr>
      </w:pPr>
    </w:p>
    <w:p w14:paraId="2DD7A36C" w14:textId="77E47F3F" w:rsidR="004B7CD0" w:rsidRPr="007250F1" w:rsidRDefault="00A135AE" w:rsidP="004B7CD0">
      <w:pPr>
        <w:spacing w:after="0" w:line="240" w:lineRule="auto"/>
        <w:jc w:val="center"/>
        <w:rPr>
          <w:rFonts w:ascii="Times New Roman" w:hAnsi="Times New Roman" w:cs="Times New Roman"/>
          <w:position w:val="-26"/>
          <w:sz w:val="28"/>
          <w:szCs w:val="28"/>
        </w:rPr>
      </w:pPr>
      <w:r w:rsidRPr="007250F1">
        <w:rPr>
          <w:rFonts w:ascii="Times New Roman" w:hAnsi="Times New Roman" w:cs="Times New Roman"/>
          <w:noProof/>
          <w:position w:val="-26"/>
          <w:sz w:val="28"/>
          <w:szCs w:val="28"/>
        </w:rPr>
        <w:drawing>
          <wp:inline distT="0" distB="0" distL="0" distR="0" wp14:anchorId="4367F23A" wp14:editId="5755211F">
            <wp:extent cx="5072380" cy="414020"/>
            <wp:effectExtent l="0" t="0" r="0" b="5080"/>
            <wp:docPr id="2496" name="Рисунок 2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6"/>
                    <pic:cNvPicPr>
                      <a:picLocks noChangeAspect="1" noChangeArrowheads="1"/>
                    </pic:cNvPicPr>
                  </pic:nvPicPr>
                  <pic:blipFill>
                    <a:blip r:embed="rId3290" cstate="print">
                      <a:extLst>
                        <a:ext uri="{28A0092B-C50C-407E-A947-70E740481C1C}">
                          <a14:useLocalDpi xmlns:a14="http://schemas.microsoft.com/office/drawing/2010/main" val="0"/>
                        </a:ext>
                      </a:extLst>
                    </a:blip>
                    <a:srcRect/>
                    <a:stretch>
                      <a:fillRect/>
                    </a:stretch>
                  </pic:blipFill>
                  <pic:spPr bwMode="auto">
                    <a:xfrm>
                      <a:off x="0" y="0"/>
                      <a:ext cx="5072380" cy="414020"/>
                    </a:xfrm>
                    <a:prstGeom prst="rect">
                      <a:avLst/>
                    </a:prstGeom>
                    <a:noFill/>
                    <a:ln>
                      <a:noFill/>
                    </a:ln>
                  </pic:spPr>
                </pic:pic>
              </a:graphicData>
            </a:graphic>
          </wp:inline>
        </w:drawing>
      </w:r>
    </w:p>
    <w:p w14:paraId="44A53C07" w14:textId="77777777" w:rsidR="00D33D27" w:rsidRPr="007250F1" w:rsidRDefault="00D33D27" w:rsidP="004A23C7">
      <w:pPr>
        <w:spacing w:after="0" w:line="240" w:lineRule="auto"/>
        <w:rPr>
          <w:rFonts w:ascii="Times New Roman" w:hAnsi="Times New Roman" w:cs="Times New Roman"/>
          <w:sz w:val="28"/>
          <w:szCs w:val="28"/>
          <w:lang w:val="en-US"/>
        </w:rPr>
      </w:pPr>
    </w:p>
    <w:p w14:paraId="11FCB190" w14:textId="4C7A1DDA" w:rsidR="004B7CD0" w:rsidRPr="007250F1" w:rsidRDefault="00A135AE" w:rsidP="004B7CD0">
      <w:pPr>
        <w:spacing w:after="0" w:line="240" w:lineRule="auto"/>
        <w:jc w:val="both"/>
        <w:rPr>
          <w:rFonts w:ascii="Times New Roman" w:hAnsi="Times New Roman" w:cs="Times New Roman"/>
          <w:sz w:val="28"/>
          <w:szCs w:val="28"/>
          <w:lang w:val="en-US"/>
        </w:rPr>
      </w:pPr>
      <w:r w:rsidRPr="007250F1">
        <w:rPr>
          <w:rFonts w:ascii="Times New Roman" w:hAnsi="Times New Roman" w:cs="Times New Roman"/>
          <w:noProof/>
          <w:position w:val="-12"/>
          <w:sz w:val="28"/>
          <w:szCs w:val="28"/>
        </w:rPr>
        <w:drawing>
          <wp:inline distT="0" distB="0" distL="0" distR="0" wp14:anchorId="05C47104" wp14:editId="1DC9D4BF">
            <wp:extent cx="596900" cy="231140"/>
            <wp:effectExtent l="0" t="0" r="0" b="0"/>
            <wp:docPr id="2497" name="Рисунок 2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7"/>
                    <pic:cNvPicPr>
                      <a:picLocks noChangeAspect="1" noChangeArrowheads="1"/>
                    </pic:cNvPicPr>
                  </pic:nvPicPr>
                  <pic:blipFill>
                    <a:blip r:embed="rId3291" cstate="print">
                      <a:extLst>
                        <a:ext uri="{28A0092B-C50C-407E-A947-70E740481C1C}">
                          <a14:useLocalDpi xmlns:a14="http://schemas.microsoft.com/office/drawing/2010/main" val="0"/>
                        </a:ext>
                      </a:extLst>
                    </a:blip>
                    <a:srcRect/>
                    <a:stretch>
                      <a:fillRect/>
                    </a:stretch>
                  </pic:blipFill>
                  <pic:spPr bwMode="auto">
                    <a:xfrm>
                      <a:off x="0" y="0"/>
                      <a:ext cx="596900" cy="231140"/>
                    </a:xfrm>
                    <a:prstGeom prst="rect">
                      <a:avLst/>
                    </a:prstGeom>
                    <a:noFill/>
                    <a:ln>
                      <a:noFill/>
                    </a:ln>
                  </pic:spPr>
                </pic:pic>
              </a:graphicData>
            </a:graphic>
          </wp:inline>
        </w:drawing>
      </w:r>
      <w:r w:rsidR="0004743F" w:rsidRPr="007250F1">
        <w:rPr>
          <w:rFonts w:ascii="Times New Roman" w:hAnsi="Times New Roman" w:cs="Times New Roman"/>
          <w:sz w:val="28"/>
          <w:szCs w:val="28"/>
          <w:lang w:val="kk-KZ"/>
        </w:rPr>
        <w:t>функциясына (2.86)-(2.89</w:t>
      </w:r>
      <w:r w:rsidR="004B7CD0" w:rsidRPr="007250F1">
        <w:rPr>
          <w:rFonts w:ascii="Times New Roman" w:hAnsi="Times New Roman" w:cs="Times New Roman"/>
          <w:sz w:val="28"/>
          <w:szCs w:val="28"/>
          <w:lang w:val="kk-KZ"/>
        </w:rPr>
        <w:t xml:space="preserve">) бағалауынан </w:t>
      </w:r>
      <w:r w:rsidRPr="007250F1">
        <w:rPr>
          <w:rFonts w:ascii="Times New Roman" w:hAnsi="Times New Roman" w:cs="Times New Roman"/>
          <w:noProof/>
          <w:position w:val="-16"/>
          <w:sz w:val="28"/>
          <w:szCs w:val="28"/>
        </w:rPr>
        <w:drawing>
          <wp:inline distT="0" distB="0" distL="0" distR="0" wp14:anchorId="5C30670A" wp14:editId="6C04087A">
            <wp:extent cx="462280" cy="250190"/>
            <wp:effectExtent l="0" t="0" r="0" b="0"/>
            <wp:docPr id="2498" name="Рисунок 2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8"/>
                    <pic:cNvPicPr>
                      <a:picLocks noChangeAspect="1" noChangeArrowheads="1"/>
                    </pic:cNvPicPr>
                  </pic:nvPicPr>
                  <pic:blipFill>
                    <a:blip r:embed="rId3292" cstate="print">
                      <a:extLst>
                        <a:ext uri="{28A0092B-C50C-407E-A947-70E740481C1C}">
                          <a14:useLocalDpi xmlns:a14="http://schemas.microsoft.com/office/drawing/2010/main" val="0"/>
                        </a:ext>
                      </a:extLst>
                    </a:blip>
                    <a:srcRect/>
                    <a:stretch>
                      <a:fillRect/>
                    </a:stretch>
                  </pic:blipFill>
                  <pic:spPr bwMode="auto">
                    <a:xfrm>
                      <a:off x="0" y="0"/>
                      <a:ext cx="462280" cy="250190"/>
                    </a:xfrm>
                    <a:prstGeom prst="rect">
                      <a:avLst/>
                    </a:prstGeom>
                    <a:noFill/>
                    <a:ln>
                      <a:noFill/>
                    </a:ln>
                  </pic:spPr>
                </pic:pic>
              </a:graphicData>
            </a:graphic>
          </wp:inline>
        </w:drawing>
      </w:r>
      <w:r w:rsidR="004B7CD0" w:rsidRPr="007250F1">
        <w:rPr>
          <w:rFonts w:ascii="Times New Roman" w:hAnsi="Times New Roman" w:cs="Times New Roman"/>
          <w:sz w:val="28"/>
          <w:szCs w:val="28"/>
          <w:lang w:val="kk-KZ"/>
        </w:rPr>
        <w:t xml:space="preserve">кеңістігінде </w:t>
      </w:r>
      <w:r w:rsidRPr="007250F1">
        <w:rPr>
          <w:rFonts w:ascii="Times New Roman" w:hAnsi="Times New Roman" w:cs="Times New Roman"/>
          <w:noProof/>
          <w:position w:val="-16"/>
          <w:sz w:val="28"/>
          <w:szCs w:val="28"/>
        </w:rPr>
        <w:drawing>
          <wp:inline distT="0" distB="0" distL="0" distR="0" wp14:anchorId="47EDDA80" wp14:editId="2843673C">
            <wp:extent cx="817880" cy="250190"/>
            <wp:effectExtent l="0" t="0" r="1270" b="0"/>
            <wp:docPr id="2499" name="Рисунок 2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9"/>
                    <pic:cNvPicPr>
                      <a:picLocks noChangeAspect="1" noChangeArrowheads="1"/>
                    </pic:cNvPicPr>
                  </pic:nvPicPr>
                  <pic:blipFill>
                    <a:blip r:embed="rId3293" cstate="print">
                      <a:extLst>
                        <a:ext uri="{28A0092B-C50C-407E-A947-70E740481C1C}">
                          <a14:useLocalDpi xmlns:a14="http://schemas.microsoft.com/office/drawing/2010/main" val="0"/>
                        </a:ext>
                      </a:extLst>
                    </a:blip>
                    <a:srcRect/>
                    <a:stretch>
                      <a:fillRect/>
                    </a:stretch>
                  </pic:blipFill>
                  <pic:spPr bwMode="auto">
                    <a:xfrm>
                      <a:off x="0" y="0"/>
                      <a:ext cx="817880" cy="250190"/>
                    </a:xfrm>
                    <a:prstGeom prst="rect">
                      <a:avLst/>
                    </a:prstGeom>
                    <a:noFill/>
                    <a:ln>
                      <a:noFill/>
                    </a:ln>
                  </pic:spPr>
                </pic:pic>
              </a:graphicData>
            </a:graphic>
          </wp:inline>
        </w:drawing>
      </w:r>
      <w:r w:rsidR="004B7CD0" w:rsidRPr="007250F1">
        <w:rPr>
          <w:rFonts w:ascii="Times New Roman" w:hAnsi="Times New Roman" w:cs="Times New Roman"/>
          <w:sz w:val="28"/>
          <w:szCs w:val="28"/>
          <w:lang w:val="kk-KZ"/>
        </w:rPr>
        <w:t xml:space="preserve"> шектелгендігі және </w:t>
      </w:r>
      <w:r w:rsidRPr="007250F1">
        <w:rPr>
          <w:rFonts w:ascii="Times New Roman" w:hAnsi="Times New Roman" w:cs="Times New Roman"/>
          <w:noProof/>
          <w:position w:val="-16"/>
          <w:sz w:val="28"/>
          <w:szCs w:val="28"/>
        </w:rPr>
        <w:drawing>
          <wp:inline distT="0" distB="0" distL="0" distR="0" wp14:anchorId="0AE4419C" wp14:editId="4A045328">
            <wp:extent cx="817880" cy="250190"/>
            <wp:effectExtent l="0" t="0" r="1270" b="0"/>
            <wp:docPr id="2500" name="Рисунок 2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0"/>
                    <pic:cNvPicPr>
                      <a:picLocks noChangeAspect="1" noChangeArrowheads="1"/>
                    </pic:cNvPicPr>
                  </pic:nvPicPr>
                  <pic:blipFill>
                    <a:blip r:embed="rId3294" cstate="print">
                      <a:extLst>
                        <a:ext uri="{28A0092B-C50C-407E-A947-70E740481C1C}">
                          <a14:useLocalDpi xmlns:a14="http://schemas.microsoft.com/office/drawing/2010/main" val="0"/>
                        </a:ext>
                      </a:extLst>
                    </a:blip>
                    <a:srcRect/>
                    <a:stretch>
                      <a:fillRect/>
                    </a:stretch>
                  </pic:blipFill>
                  <pic:spPr bwMode="auto">
                    <a:xfrm>
                      <a:off x="0" y="0"/>
                      <a:ext cx="817880" cy="250190"/>
                    </a:xfrm>
                    <a:prstGeom prst="rect">
                      <a:avLst/>
                    </a:prstGeom>
                    <a:noFill/>
                    <a:ln>
                      <a:noFill/>
                    </a:ln>
                  </pic:spPr>
                </pic:pic>
              </a:graphicData>
            </a:graphic>
          </wp:inline>
        </w:drawing>
      </w:r>
      <w:r w:rsidR="004B7CD0" w:rsidRPr="007250F1">
        <w:rPr>
          <w:rFonts w:ascii="Times New Roman" w:hAnsi="Times New Roman" w:cs="Times New Roman"/>
          <w:sz w:val="28"/>
          <w:szCs w:val="28"/>
          <w:lang w:val="kk-KZ"/>
        </w:rPr>
        <w:t xml:space="preserve"> жоғарыда келтірілген тізбекшелердің жинақтылығынан алатынымыз:</w:t>
      </w:r>
    </w:p>
    <w:p w14:paraId="6D4C99C4" w14:textId="77777777" w:rsidR="004A23C7" w:rsidRPr="007250F1" w:rsidRDefault="004A23C7" w:rsidP="004B7CD0">
      <w:pPr>
        <w:spacing w:after="0" w:line="240" w:lineRule="auto"/>
        <w:jc w:val="both"/>
        <w:rPr>
          <w:rFonts w:ascii="Times New Roman" w:hAnsi="Times New Roman" w:cs="Times New Roman"/>
          <w:sz w:val="28"/>
          <w:szCs w:val="28"/>
          <w:lang w:val="en-US"/>
        </w:rPr>
      </w:pPr>
    </w:p>
    <w:p w14:paraId="26348CB3" w14:textId="61FD2EFB" w:rsidR="004B7CD0" w:rsidRPr="007250F1" w:rsidRDefault="00A135AE" w:rsidP="004B7CD0">
      <w:pPr>
        <w:spacing w:after="0" w:line="240" w:lineRule="auto"/>
        <w:jc w:val="center"/>
        <w:rPr>
          <w:rFonts w:ascii="Times New Roman" w:hAnsi="Times New Roman" w:cs="Times New Roman"/>
          <w:position w:val="-10"/>
          <w:sz w:val="28"/>
          <w:szCs w:val="28"/>
          <w:lang w:val="en-US"/>
        </w:rPr>
      </w:pPr>
      <w:r w:rsidRPr="007250F1">
        <w:rPr>
          <w:rFonts w:ascii="Times New Roman" w:hAnsi="Times New Roman" w:cs="Times New Roman"/>
          <w:noProof/>
          <w:position w:val="-22"/>
          <w:sz w:val="28"/>
          <w:szCs w:val="28"/>
        </w:rPr>
        <w:drawing>
          <wp:inline distT="0" distB="0" distL="0" distR="0" wp14:anchorId="71B5C0BB" wp14:editId="2A2AF0B3">
            <wp:extent cx="1366520" cy="317500"/>
            <wp:effectExtent l="0" t="0" r="5080" b="6350"/>
            <wp:docPr id="2501" name="Рисунок 2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1"/>
                    <pic:cNvPicPr>
                      <a:picLocks noChangeAspect="1" noChangeArrowheads="1"/>
                    </pic:cNvPicPr>
                  </pic:nvPicPr>
                  <pic:blipFill>
                    <a:blip r:embed="rId3295" cstate="print">
                      <a:extLst>
                        <a:ext uri="{28A0092B-C50C-407E-A947-70E740481C1C}">
                          <a14:useLocalDpi xmlns:a14="http://schemas.microsoft.com/office/drawing/2010/main" val="0"/>
                        </a:ext>
                      </a:extLst>
                    </a:blip>
                    <a:srcRect/>
                    <a:stretch>
                      <a:fillRect/>
                    </a:stretch>
                  </pic:blipFill>
                  <pic:spPr bwMode="auto">
                    <a:xfrm>
                      <a:off x="0" y="0"/>
                      <a:ext cx="1366520" cy="317500"/>
                    </a:xfrm>
                    <a:prstGeom prst="rect">
                      <a:avLst/>
                    </a:prstGeom>
                    <a:noFill/>
                    <a:ln>
                      <a:noFill/>
                    </a:ln>
                  </pic:spPr>
                </pic:pic>
              </a:graphicData>
            </a:graphic>
          </wp:inline>
        </w:drawing>
      </w:r>
      <w:r w:rsidR="004A23C7" w:rsidRPr="007250F1">
        <w:rPr>
          <w:rFonts w:ascii="Times New Roman" w:hAnsi="Times New Roman" w:cs="Times New Roman"/>
          <w:sz w:val="28"/>
          <w:szCs w:val="28"/>
          <w:lang w:val="en-US"/>
        </w:rPr>
        <w:t>,</w:t>
      </w:r>
      <w:r w:rsidR="004B7CD0" w:rsidRPr="007250F1">
        <w:rPr>
          <w:rFonts w:ascii="Times New Roman" w:hAnsi="Times New Roman" w:cs="Times New Roman"/>
          <w:sz w:val="28"/>
          <w:szCs w:val="28"/>
          <w:lang w:val="kk-KZ"/>
        </w:rPr>
        <w:t xml:space="preserve"> </w:t>
      </w:r>
      <w:r w:rsidRPr="007250F1">
        <w:rPr>
          <w:rFonts w:ascii="Times New Roman" w:hAnsi="Times New Roman" w:cs="Times New Roman"/>
          <w:noProof/>
          <w:position w:val="-6"/>
          <w:sz w:val="28"/>
          <w:szCs w:val="28"/>
        </w:rPr>
        <w:drawing>
          <wp:inline distT="0" distB="0" distL="0" distR="0" wp14:anchorId="64AFB593" wp14:editId="19E26D6D">
            <wp:extent cx="529590" cy="182880"/>
            <wp:effectExtent l="0" t="0" r="3810" b="7620"/>
            <wp:docPr id="2502" name="Рисунок 2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2"/>
                    <pic:cNvPicPr>
                      <a:picLocks noChangeAspect="1" noChangeArrowheads="1"/>
                    </pic:cNvPicPr>
                  </pic:nvPicPr>
                  <pic:blipFill>
                    <a:blip r:embed="rId3296" cstate="print">
                      <a:extLst>
                        <a:ext uri="{28A0092B-C50C-407E-A947-70E740481C1C}">
                          <a14:useLocalDpi xmlns:a14="http://schemas.microsoft.com/office/drawing/2010/main" val="0"/>
                        </a:ext>
                      </a:extLst>
                    </a:blip>
                    <a:srcRect/>
                    <a:stretch>
                      <a:fillRect/>
                    </a:stretch>
                  </pic:blipFill>
                  <pic:spPr bwMode="auto">
                    <a:xfrm>
                      <a:off x="0" y="0"/>
                      <a:ext cx="529590" cy="182880"/>
                    </a:xfrm>
                    <a:prstGeom prst="rect">
                      <a:avLst/>
                    </a:prstGeom>
                    <a:noFill/>
                    <a:ln>
                      <a:noFill/>
                    </a:ln>
                  </pic:spPr>
                </pic:pic>
              </a:graphicData>
            </a:graphic>
          </wp:inline>
        </w:drawing>
      </w:r>
      <w:r w:rsidR="004B7CD0" w:rsidRPr="007250F1">
        <w:rPr>
          <w:rFonts w:ascii="Times New Roman" w:hAnsi="Times New Roman" w:cs="Times New Roman"/>
          <w:position w:val="-10"/>
          <w:sz w:val="28"/>
          <w:szCs w:val="28"/>
          <w:lang w:val="kk-KZ"/>
        </w:rPr>
        <w:t>.</w:t>
      </w:r>
    </w:p>
    <w:p w14:paraId="2EB3E725" w14:textId="77777777" w:rsidR="004A23C7" w:rsidRPr="007250F1" w:rsidRDefault="004A23C7" w:rsidP="004B7CD0">
      <w:pPr>
        <w:spacing w:after="0" w:line="240" w:lineRule="auto"/>
        <w:jc w:val="center"/>
        <w:rPr>
          <w:rFonts w:ascii="Times New Roman" w:hAnsi="Times New Roman" w:cs="Times New Roman"/>
          <w:sz w:val="28"/>
          <w:szCs w:val="28"/>
          <w:lang w:val="en-US"/>
        </w:rPr>
      </w:pPr>
    </w:p>
    <w:p w14:paraId="49066906" w14:textId="05384C1D" w:rsidR="004B7CD0" w:rsidRPr="007250F1" w:rsidRDefault="00A135AE" w:rsidP="007250F1">
      <w:pPr>
        <w:spacing w:after="0" w:line="240" w:lineRule="auto"/>
        <w:ind w:firstLine="708"/>
        <w:jc w:val="both"/>
        <w:rPr>
          <w:rFonts w:ascii="Times New Roman" w:hAnsi="Times New Roman" w:cs="Times New Roman"/>
          <w:sz w:val="28"/>
          <w:szCs w:val="28"/>
          <w:lang w:val="kk-KZ"/>
        </w:rPr>
      </w:pPr>
      <w:r w:rsidRPr="007250F1">
        <w:rPr>
          <w:rFonts w:ascii="Times New Roman" w:hAnsi="Times New Roman" w:cs="Times New Roman"/>
          <w:noProof/>
          <w:position w:val="-16"/>
          <w:sz w:val="28"/>
          <w:szCs w:val="28"/>
        </w:rPr>
        <w:drawing>
          <wp:inline distT="0" distB="0" distL="0" distR="0" wp14:anchorId="43D5BB1E" wp14:editId="774208FB">
            <wp:extent cx="462280" cy="250190"/>
            <wp:effectExtent l="0" t="0" r="0" b="0"/>
            <wp:docPr id="2503" name="Рисунок 2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3"/>
                    <pic:cNvPicPr>
                      <a:picLocks noChangeAspect="1" noChangeArrowheads="1"/>
                    </pic:cNvPicPr>
                  </pic:nvPicPr>
                  <pic:blipFill>
                    <a:blip r:embed="rId3297" cstate="print">
                      <a:extLst>
                        <a:ext uri="{28A0092B-C50C-407E-A947-70E740481C1C}">
                          <a14:useLocalDpi xmlns:a14="http://schemas.microsoft.com/office/drawing/2010/main" val="0"/>
                        </a:ext>
                      </a:extLst>
                    </a:blip>
                    <a:srcRect/>
                    <a:stretch>
                      <a:fillRect/>
                    </a:stretch>
                  </pic:blipFill>
                  <pic:spPr bwMode="auto">
                    <a:xfrm>
                      <a:off x="0" y="0"/>
                      <a:ext cx="462280" cy="250190"/>
                    </a:xfrm>
                    <a:prstGeom prst="rect">
                      <a:avLst/>
                    </a:prstGeom>
                    <a:noFill/>
                    <a:ln>
                      <a:noFill/>
                    </a:ln>
                  </pic:spPr>
                </pic:pic>
              </a:graphicData>
            </a:graphic>
          </wp:inline>
        </w:drawing>
      </w:r>
      <w:r w:rsidR="004A23C7" w:rsidRPr="007250F1">
        <w:rPr>
          <w:rFonts w:ascii="Times New Roman" w:hAnsi="Times New Roman" w:cs="Times New Roman"/>
          <w:sz w:val="28"/>
          <w:szCs w:val="28"/>
          <w:lang w:val="kk-KZ"/>
        </w:rPr>
        <w:t xml:space="preserve"> кеңістігінде кез-келген</w:t>
      </w:r>
      <w:r w:rsidR="004B7CD0" w:rsidRPr="007250F1">
        <w:rPr>
          <w:rFonts w:ascii="Times New Roman" w:hAnsi="Times New Roman" w:cs="Times New Roman"/>
          <w:sz w:val="28"/>
          <w:szCs w:val="28"/>
          <w:lang w:val="kk-KZ"/>
        </w:rPr>
        <w:t xml:space="preserve"> </w:t>
      </w:r>
      <w:r w:rsidRPr="007250F1">
        <w:rPr>
          <w:rFonts w:ascii="Times New Roman" w:hAnsi="Times New Roman" w:cs="Times New Roman"/>
          <w:noProof/>
          <w:position w:val="-12"/>
          <w:sz w:val="28"/>
          <w:szCs w:val="28"/>
        </w:rPr>
        <w:drawing>
          <wp:inline distT="0" distB="0" distL="0" distR="0" wp14:anchorId="79784B42" wp14:editId="41250916">
            <wp:extent cx="760095" cy="231140"/>
            <wp:effectExtent l="0" t="0" r="1905" b="0"/>
            <wp:docPr id="2504" name="Рисунок 2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4"/>
                    <pic:cNvPicPr>
                      <a:picLocks noChangeAspect="1" noChangeArrowheads="1"/>
                    </pic:cNvPicPr>
                  </pic:nvPicPr>
                  <pic:blipFill>
                    <a:blip r:embed="rId3298" cstate="print">
                      <a:extLst>
                        <a:ext uri="{28A0092B-C50C-407E-A947-70E740481C1C}">
                          <a14:useLocalDpi xmlns:a14="http://schemas.microsoft.com/office/drawing/2010/main" val="0"/>
                        </a:ext>
                      </a:extLst>
                    </a:blip>
                    <a:srcRect/>
                    <a:stretch>
                      <a:fillRect/>
                    </a:stretch>
                  </pic:blipFill>
                  <pic:spPr bwMode="auto">
                    <a:xfrm>
                      <a:off x="0" y="0"/>
                      <a:ext cx="760095" cy="231140"/>
                    </a:xfrm>
                    <a:prstGeom prst="rect">
                      <a:avLst/>
                    </a:prstGeom>
                    <a:noFill/>
                    <a:ln>
                      <a:noFill/>
                    </a:ln>
                  </pic:spPr>
                </pic:pic>
              </a:graphicData>
            </a:graphic>
          </wp:inline>
        </w:drawing>
      </w:r>
      <w:r w:rsidR="004B7CD0" w:rsidRPr="007250F1">
        <w:rPr>
          <w:rFonts w:ascii="Times New Roman" w:hAnsi="Times New Roman" w:cs="Times New Roman"/>
          <w:sz w:val="28"/>
          <w:szCs w:val="28"/>
          <w:lang w:val="kk-KZ"/>
        </w:rPr>
        <w:t xml:space="preserve"> шектелген тізбегінен </w:t>
      </w:r>
      <w:r w:rsidRPr="007250F1">
        <w:rPr>
          <w:rFonts w:ascii="Times New Roman" w:hAnsi="Times New Roman" w:cs="Times New Roman"/>
          <w:noProof/>
          <w:position w:val="-12"/>
          <w:sz w:val="28"/>
          <w:szCs w:val="28"/>
        </w:rPr>
        <w:drawing>
          <wp:inline distT="0" distB="0" distL="0" distR="0" wp14:anchorId="16EC0942" wp14:editId="4817D65C">
            <wp:extent cx="596900" cy="231140"/>
            <wp:effectExtent l="0" t="0" r="0" b="0"/>
            <wp:docPr id="2505" name="Рисунок 2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5"/>
                    <pic:cNvPicPr>
                      <a:picLocks noChangeAspect="1" noChangeArrowheads="1"/>
                    </pic:cNvPicPr>
                  </pic:nvPicPr>
                  <pic:blipFill>
                    <a:blip r:embed="rId3299" cstate="print">
                      <a:extLst>
                        <a:ext uri="{28A0092B-C50C-407E-A947-70E740481C1C}">
                          <a14:useLocalDpi xmlns:a14="http://schemas.microsoft.com/office/drawing/2010/main" val="0"/>
                        </a:ext>
                      </a:extLst>
                    </a:blip>
                    <a:srcRect/>
                    <a:stretch>
                      <a:fillRect/>
                    </a:stretch>
                  </pic:blipFill>
                  <pic:spPr bwMode="auto">
                    <a:xfrm>
                      <a:off x="0" y="0"/>
                      <a:ext cx="596900" cy="231140"/>
                    </a:xfrm>
                    <a:prstGeom prst="rect">
                      <a:avLst/>
                    </a:prstGeom>
                    <a:noFill/>
                    <a:ln>
                      <a:noFill/>
                    </a:ln>
                  </pic:spPr>
                </pic:pic>
              </a:graphicData>
            </a:graphic>
          </wp:inline>
        </w:drawing>
      </w:r>
      <w:r w:rsidR="004B7CD0" w:rsidRPr="007250F1">
        <w:rPr>
          <w:rFonts w:ascii="Times New Roman" w:hAnsi="Times New Roman" w:cs="Times New Roman"/>
          <w:sz w:val="28"/>
          <w:szCs w:val="28"/>
          <w:lang w:val="kk-KZ"/>
        </w:rPr>
        <w:t xml:space="preserve"> жинақталатын тізбекше алуға болады. </w:t>
      </w:r>
      <w:r w:rsidRPr="007250F1">
        <w:rPr>
          <w:rFonts w:ascii="Times New Roman" w:hAnsi="Times New Roman" w:cs="Times New Roman"/>
          <w:noProof/>
          <w:position w:val="-16"/>
          <w:sz w:val="28"/>
          <w:szCs w:val="28"/>
        </w:rPr>
        <w:drawing>
          <wp:inline distT="0" distB="0" distL="0" distR="0" wp14:anchorId="782BDA34" wp14:editId="31B2532A">
            <wp:extent cx="462280" cy="250190"/>
            <wp:effectExtent l="0" t="0" r="0" b="0"/>
            <wp:docPr id="2506" name="Рисунок 2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6"/>
                    <pic:cNvPicPr>
                      <a:picLocks noChangeAspect="1" noChangeArrowheads="1"/>
                    </pic:cNvPicPr>
                  </pic:nvPicPr>
                  <pic:blipFill>
                    <a:blip r:embed="rId3300" cstate="print">
                      <a:extLst>
                        <a:ext uri="{28A0092B-C50C-407E-A947-70E740481C1C}">
                          <a14:useLocalDpi xmlns:a14="http://schemas.microsoft.com/office/drawing/2010/main" val="0"/>
                        </a:ext>
                      </a:extLst>
                    </a:blip>
                    <a:srcRect/>
                    <a:stretch>
                      <a:fillRect/>
                    </a:stretch>
                  </pic:blipFill>
                  <pic:spPr bwMode="auto">
                    <a:xfrm>
                      <a:off x="0" y="0"/>
                      <a:ext cx="462280" cy="250190"/>
                    </a:xfrm>
                    <a:prstGeom prst="rect">
                      <a:avLst/>
                    </a:prstGeom>
                    <a:noFill/>
                    <a:ln>
                      <a:noFill/>
                    </a:ln>
                  </pic:spPr>
                </pic:pic>
              </a:graphicData>
            </a:graphic>
          </wp:inline>
        </w:drawing>
      </w:r>
      <w:r w:rsidR="004B7CD0" w:rsidRPr="007250F1">
        <w:rPr>
          <w:rFonts w:ascii="Times New Roman" w:hAnsi="Times New Roman" w:cs="Times New Roman"/>
          <w:sz w:val="28"/>
          <w:szCs w:val="28"/>
          <w:lang w:val="kk-KZ"/>
        </w:rPr>
        <w:t xml:space="preserve"> кеңістігінде </w:t>
      </w:r>
      <w:r w:rsidRPr="007250F1">
        <w:rPr>
          <w:rFonts w:ascii="Times New Roman" w:hAnsi="Times New Roman" w:cs="Times New Roman"/>
          <w:noProof/>
          <w:position w:val="-4"/>
          <w:sz w:val="28"/>
          <w:szCs w:val="28"/>
        </w:rPr>
        <w:drawing>
          <wp:inline distT="0" distB="0" distL="0" distR="0" wp14:anchorId="455EE3B1" wp14:editId="4A6FA7D1">
            <wp:extent cx="154305" cy="182880"/>
            <wp:effectExtent l="0" t="0" r="0" b="7620"/>
            <wp:docPr id="2507" name="Рисунок 2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7"/>
                    <pic:cNvPicPr>
                      <a:picLocks noChangeAspect="1" noChangeArrowheads="1"/>
                    </pic:cNvPicPr>
                  </pic:nvPicPr>
                  <pic:blipFill>
                    <a:blip r:embed="rId3301" cstate="print">
                      <a:extLst>
                        <a:ext uri="{28A0092B-C50C-407E-A947-70E740481C1C}">
                          <a14:useLocalDpi xmlns:a14="http://schemas.microsoft.com/office/drawing/2010/main" val="0"/>
                        </a:ext>
                      </a:extLst>
                    </a:blip>
                    <a:srcRect/>
                    <a:stretch>
                      <a:fillRect/>
                    </a:stretch>
                  </pic:blipFill>
                  <pic:spPr bwMode="auto">
                    <a:xfrm>
                      <a:off x="0" y="0"/>
                      <a:ext cx="154305" cy="182880"/>
                    </a:xfrm>
                    <a:prstGeom prst="rect">
                      <a:avLst/>
                    </a:prstGeom>
                    <a:noFill/>
                    <a:ln>
                      <a:noFill/>
                    </a:ln>
                  </pic:spPr>
                </pic:pic>
              </a:graphicData>
            </a:graphic>
          </wp:inline>
        </w:drawing>
      </w:r>
      <w:r w:rsidR="004A23C7" w:rsidRPr="007250F1">
        <w:rPr>
          <w:rFonts w:ascii="Times New Roman" w:hAnsi="Times New Roman" w:cs="Times New Roman"/>
          <w:sz w:val="28"/>
          <w:szCs w:val="28"/>
          <w:lang w:val="kk-KZ"/>
        </w:rPr>
        <w:t xml:space="preserve"> операторы </w:t>
      </w:r>
      <w:r w:rsidR="004B7CD0" w:rsidRPr="007250F1">
        <w:rPr>
          <w:rFonts w:ascii="Times New Roman" w:hAnsi="Times New Roman" w:cs="Times New Roman"/>
          <w:sz w:val="28"/>
          <w:szCs w:val="28"/>
          <w:lang w:val="kk-KZ"/>
        </w:rPr>
        <w:t>үзілісссіз екенін көрсетеді.</w:t>
      </w:r>
    </w:p>
    <w:p w14:paraId="15F7D549" w14:textId="5BCCB8B8" w:rsidR="004B7CD0" w:rsidRPr="007250F1" w:rsidRDefault="00A135AE" w:rsidP="007250F1">
      <w:pPr>
        <w:spacing w:after="0" w:line="240" w:lineRule="auto"/>
        <w:ind w:firstLine="708"/>
        <w:jc w:val="both"/>
        <w:rPr>
          <w:rFonts w:ascii="Times New Roman" w:hAnsi="Times New Roman" w:cs="Times New Roman"/>
          <w:sz w:val="28"/>
          <w:szCs w:val="28"/>
          <w:lang w:val="kk-KZ"/>
        </w:rPr>
      </w:pPr>
      <w:r w:rsidRPr="007250F1">
        <w:rPr>
          <w:rFonts w:ascii="Times New Roman" w:hAnsi="Times New Roman" w:cs="Times New Roman"/>
          <w:noProof/>
          <w:position w:val="-4"/>
          <w:sz w:val="28"/>
          <w:szCs w:val="28"/>
        </w:rPr>
        <w:drawing>
          <wp:inline distT="0" distB="0" distL="0" distR="0" wp14:anchorId="6451DF3B" wp14:editId="7B979D59">
            <wp:extent cx="154305" cy="182880"/>
            <wp:effectExtent l="0" t="0" r="0" b="7620"/>
            <wp:docPr id="2508" name="Рисунок 2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8"/>
                    <pic:cNvPicPr>
                      <a:picLocks noChangeAspect="1" noChangeArrowheads="1"/>
                    </pic:cNvPicPr>
                  </pic:nvPicPr>
                  <pic:blipFill>
                    <a:blip r:embed="rId3302" cstate="print">
                      <a:extLst>
                        <a:ext uri="{28A0092B-C50C-407E-A947-70E740481C1C}">
                          <a14:useLocalDpi xmlns:a14="http://schemas.microsoft.com/office/drawing/2010/main" val="0"/>
                        </a:ext>
                      </a:extLst>
                    </a:blip>
                    <a:srcRect/>
                    <a:stretch>
                      <a:fillRect/>
                    </a:stretch>
                  </pic:blipFill>
                  <pic:spPr bwMode="auto">
                    <a:xfrm>
                      <a:off x="0" y="0"/>
                      <a:ext cx="154305" cy="182880"/>
                    </a:xfrm>
                    <a:prstGeom prst="rect">
                      <a:avLst/>
                    </a:prstGeom>
                    <a:noFill/>
                    <a:ln>
                      <a:noFill/>
                    </a:ln>
                  </pic:spPr>
                </pic:pic>
              </a:graphicData>
            </a:graphic>
          </wp:inline>
        </w:drawing>
      </w:r>
      <w:r w:rsidR="004B7CD0" w:rsidRPr="007250F1">
        <w:rPr>
          <w:rFonts w:ascii="Times New Roman" w:hAnsi="Times New Roman" w:cs="Times New Roman"/>
          <w:sz w:val="28"/>
          <w:szCs w:val="28"/>
          <w:lang w:val="kk-KZ"/>
        </w:rPr>
        <w:t xml:space="preserve"> оператордың жеткілікті үзіліссіздігі </w:t>
      </w:r>
      <w:r w:rsidRPr="007250F1">
        <w:rPr>
          <w:rFonts w:ascii="Times New Roman" w:hAnsi="Times New Roman" w:cs="Times New Roman"/>
          <w:noProof/>
          <w:position w:val="-16"/>
          <w:sz w:val="28"/>
          <w:szCs w:val="28"/>
        </w:rPr>
        <w:drawing>
          <wp:inline distT="0" distB="0" distL="0" distR="0" wp14:anchorId="33EDC3C9" wp14:editId="1F982583">
            <wp:extent cx="462280" cy="250190"/>
            <wp:effectExtent l="0" t="0" r="0" b="0"/>
            <wp:docPr id="2509" name="Рисунок 2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9"/>
                    <pic:cNvPicPr>
                      <a:picLocks noChangeAspect="1" noChangeArrowheads="1"/>
                    </pic:cNvPicPr>
                  </pic:nvPicPr>
                  <pic:blipFill>
                    <a:blip r:embed="rId3303" cstate="print">
                      <a:extLst>
                        <a:ext uri="{28A0092B-C50C-407E-A947-70E740481C1C}">
                          <a14:useLocalDpi xmlns:a14="http://schemas.microsoft.com/office/drawing/2010/main" val="0"/>
                        </a:ext>
                      </a:extLst>
                    </a:blip>
                    <a:srcRect/>
                    <a:stretch>
                      <a:fillRect/>
                    </a:stretch>
                  </pic:blipFill>
                  <pic:spPr bwMode="auto">
                    <a:xfrm>
                      <a:off x="0" y="0"/>
                      <a:ext cx="462280" cy="250190"/>
                    </a:xfrm>
                    <a:prstGeom prst="rect">
                      <a:avLst/>
                    </a:prstGeom>
                    <a:noFill/>
                    <a:ln>
                      <a:noFill/>
                    </a:ln>
                  </pic:spPr>
                </pic:pic>
              </a:graphicData>
            </a:graphic>
          </wp:inline>
        </w:drawing>
      </w:r>
      <w:r w:rsidR="004B7CD0" w:rsidRPr="007250F1">
        <w:rPr>
          <w:rFonts w:ascii="Times New Roman" w:hAnsi="Times New Roman" w:cs="Times New Roman"/>
          <w:sz w:val="28"/>
          <w:szCs w:val="28"/>
          <w:lang w:val="kk-KZ"/>
        </w:rPr>
        <w:t xml:space="preserve"> кеңістікте үлкен радиусты шарын өзіне-өзін аударуы және Шаудер теоремасы бізге Т оператордың </w:t>
      </w:r>
      <w:r w:rsidRPr="007250F1">
        <w:rPr>
          <w:rFonts w:ascii="Times New Roman" w:hAnsi="Times New Roman" w:cs="Times New Roman"/>
          <w:noProof/>
          <w:position w:val="-16"/>
          <w:sz w:val="28"/>
          <w:szCs w:val="28"/>
        </w:rPr>
        <w:drawing>
          <wp:inline distT="0" distB="0" distL="0" distR="0" wp14:anchorId="437CB855" wp14:editId="7E8E766A">
            <wp:extent cx="462280" cy="250190"/>
            <wp:effectExtent l="0" t="0" r="0" b="0"/>
            <wp:docPr id="2510" name="Рисунок 2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0"/>
                    <pic:cNvPicPr>
                      <a:picLocks noChangeAspect="1" noChangeArrowheads="1"/>
                    </pic:cNvPicPr>
                  </pic:nvPicPr>
                  <pic:blipFill>
                    <a:blip r:embed="rId3304" cstate="print">
                      <a:extLst>
                        <a:ext uri="{28A0092B-C50C-407E-A947-70E740481C1C}">
                          <a14:useLocalDpi xmlns:a14="http://schemas.microsoft.com/office/drawing/2010/main" val="0"/>
                        </a:ext>
                      </a:extLst>
                    </a:blip>
                    <a:srcRect/>
                    <a:stretch>
                      <a:fillRect/>
                    </a:stretch>
                  </pic:blipFill>
                  <pic:spPr bwMode="auto">
                    <a:xfrm>
                      <a:off x="0" y="0"/>
                      <a:ext cx="462280" cy="250190"/>
                    </a:xfrm>
                    <a:prstGeom prst="rect">
                      <a:avLst/>
                    </a:prstGeom>
                    <a:noFill/>
                    <a:ln>
                      <a:noFill/>
                    </a:ln>
                  </pic:spPr>
                </pic:pic>
              </a:graphicData>
            </a:graphic>
          </wp:inline>
        </w:drawing>
      </w:r>
      <w:r w:rsidR="004B7CD0" w:rsidRPr="007250F1">
        <w:rPr>
          <w:rFonts w:ascii="Times New Roman" w:hAnsi="Times New Roman" w:cs="Times New Roman"/>
          <w:sz w:val="28"/>
          <w:szCs w:val="28"/>
          <w:lang w:val="kk-KZ"/>
        </w:rPr>
        <w:t xml:space="preserve"> кеңістікте қозғалмайтын нүктесі бар екенін береді. Бұл нүкте, яғни </w:t>
      </w:r>
      <w:r w:rsidRPr="007250F1">
        <w:rPr>
          <w:rFonts w:ascii="Times New Roman" w:hAnsi="Times New Roman" w:cs="Times New Roman"/>
          <w:noProof/>
          <w:position w:val="-16"/>
          <w:sz w:val="28"/>
          <w:szCs w:val="28"/>
        </w:rPr>
        <w:drawing>
          <wp:inline distT="0" distB="0" distL="0" distR="0" wp14:anchorId="22B86534" wp14:editId="142677BA">
            <wp:extent cx="462280" cy="250190"/>
            <wp:effectExtent l="0" t="0" r="0" b="0"/>
            <wp:docPr id="2511" name="Рисунок 2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1"/>
                    <pic:cNvPicPr>
                      <a:picLocks noChangeAspect="1" noChangeArrowheads="1"/>
                    </pic:cNvPicPr>
                  </pic:nvPicPr>
                  <pic:blipFill>
                    <a:blip r:embed="rId3305" cstate="print">
                      <a:extLst>
                        <a:ext uri="{28A0092B-C50C-407E-A947-70E740481C1C}">
                          <a14:useLocalDpi xmlns:a14="http://schemas.microsoft.com/office/drawing/2010/main" val="0"/>
                        </a:ext>
                      </a:extLst>
                    </a:blip>
                    <a:srcRect/>
                    <a:stretch>
                      <a:fillRect/>
                    </a:stretch>
                  </pic:blipFill>
                  <pic:spPr bwMode="auto">
                    <a:xfrm>
                      <a:off x="0" y="0"/>
                      <a:ext cx="462280" cy="250190"/>
                    </a:xfrm>
                    <a:prstGeom prst="rect">
                      <a:avLst/>
                    </a:prstGeom>
                    <a:noFill/>
                    <a:ln>
                      <a:noFill/>
                    </a:ln>
                  </pic:spPr>
                </pic:pic>
              </a:graphicData>
            </a:graphic>
          </wp:inline>
        </w:drawing>
      </w:r>
      <w:r w:rsidR="004B7CD0" w:rsidRPr="007250F1">
        <w:rPr>
          <w:rFonts w:ascii="Times New Roman" w:hAnsi="Times New Roman" w:cs="Times New Roman"/>
          <w:sz w:val="28"/>
          <w:szCs w:val="28"/>
          <w:lang w:val="kk-KZ"/>
        </w:rPr>
        <w:t xml:space="preserve"> кеңістікте  </w:t>
      </w:r>
      <w:r w:rsidRPr="007250F1">
        <w:rPr>
          <w:rFonts w:ascii="Times New Roman" w:hAnsi="Times New Roman" w:cs="Times New Roman"/>
          <w:noProof/>
          <w:position w:val="-12"/>
          <w:sz w:val="28"/>
          <w:szCs w:val="28"/>
        </w:rPr>
        <w:drawing>
          <wp:inline distT="0" distB="0" distL="0" distR="0" wp14:anchorId="170F4AF1" wp14:editId="07BB3EB3">
            <wp:extent cx="529590" cy="231140"/>
            <wp:effectExtent l="0" t="0" r="0" b="0"/>
            <wp:docPr id="2512" name="Рисунок 2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2"/>
                    <pic:cNvPicPr>
                      <a:picLocks noChangeAspect="1" noChangeArrowheads="1"/>
                    </pic:cNvPicPr>
                  </pic:nvPicPr>
                  <pic:blipFill>
                    <a:blip r:embed="rId3306" cstate="print">
                      <a:extLst>
                        <a:ext uri="{28A0092B-C50C-407E-A947-70E740481C1C}">
                          <a14:useLocalDpi xmlns:a14="http://schemas.microsoft.com/office/drawing/2010/main" val="0"/>
                        </a:ext>
                      </a:extLst>
                    </a:blip>
                    <a:srcRect/>
                    <a:stretch>
                      <a:fillRect/>
                    </a:stretch>
                  </pic:blipFill>
                  <pic:spPr bwMode="auto">
                    <a:xfrm>
                      <a:off x="0" y="0"/>
                      <a:ext cx="529590" cy="231140"/>
                    </a:xfrm>
                    <a:prstGeom prst="rect">
                      <a:avLst/>
                    </a:prstGeom>
                    <a:noFill/>
                    <a:ln>
                      <a:noFill/>
                    </a:ln>
                  </pic:spPr>
                </pic:pic>
              </a:graphicData>
            </a:graphic>
          </wp:inline>
        </w:drawing>
      </w:r>
      <w:r w:rsidR="0004743F" w:rsidRPr="007250F1">
        <w:rPr>
          <w:rFonts w:ascii="Times New Roman" w:hAnsi="Times New Roman" w:cs="Times New Roman"/>
          <w:sz w:val="28"/>
          <w:szCs w:val="28"/>
          <w:lang w:val="kk-KZ"/>
        </w:rPr>
        <w:t>функциясы  (2</w:t>
      </w:r>
      <w:r w:rsidR="004B7CD0" w:rsidRPr="007250F1">
        <w:rPr>
          <w:rFonts w:ascii="Times New Roman" w:hAnsi="Times New Roman" w:cs="Times New Roman"/>
          <w:sz w:val="28"/>
          <w:szCs w:val="28"/>
          <w:lang w:val="kk-KZ"/>
        </w:rPr>
        <w:t>.</w:t>
      </w:r>
      <w:r w:rsidR="0004743F" w:rsidRPr="007250F1">
        <w:rPr>
          <w:rFonts w:ascii="Times New Roman" w:hAnsi="Times New Roman" w:cs="Times New Roman"/>
          <w:sz w:val="28"/>
          <w:szCs w:val="28"/>
          <w:lang w:val="kk-KZ"/>
        </w:rPr>
        <w:t>65), (2</w:t>
      </w:r>
      <w:r w:rsidR="004B7CD0" w:rsidRPr="007250F1">
        <w:rPr>
          <w:rFonts w:ascii="Times New Roman" w:hAnsi="Times New Roman" w:cs="Times New Roman"/>
          <w:sz w:val="28"/>
          <w:szCs w:val="28"/>
          <w:lang w:val="kk-KZ"/>
        </w:rPr>
        <w:t>.</w:t>
      </w:r>
      <w:r w:rsidR="0004743F" w:rsidRPr="007250F1">
        <w:rPr>
          <w:rFonts w:ascii="Times New Roman" w:hAnsi="Times New Roman" w:cs="Times New Roman"/>
          <w:sz w:val="28"/>
          <w:szCs w:val="28"/>
          <w:lang w:val="kk-KZ"/>
        </w:rPr>
        <w:t>6</w:t>
      </w:r>
      <w:r w:rsidR="005C7983" w:rsidRPr="007250F1">
        <w:rPr>
          <w:rFonts w:ascii="Times New Roman" w:hAnsi="Times New Roman" w:cs="Times New Roman"/>
          <w:sz w:val="28"/>
          <w:szCs w:val="28"/>
          <w:lang w:val="kk-KZ"/>
        </w:rPr>
        <w:t>2),</w:t>
      </w:r>
      <w:r w:rsidR="005C7983" w:rsidRPr="007250F1">
        <w:rPr>
          <w:rFonts w:ascii="Times New Roman" w:hAnsi="Times New Roman" w:cs="Times New Roman"/>
          <w:position w:val="-14"/>
          <w:sz w:val="28"/>
          <w:szCs w:val="28"/>
          <w:lang w:val="kk-KZ"/>
        </w:rPr>
        <w:object w:dxaOrig="920" w:dyaOrig="420" w14:anchorId="253B386E">
          <v:shape id="_x0000_i2287" type="#_x0000_t75" style="width:45.9pt;height:20.55pt" o:ole="">
            <v:imagedata r:id="rId3307" o:title=""/>
          </v:shape>
          <o:OLEObject Type="Embed" ProgID="Equation.DSMT4" ShapeID="_x0000_i2287" DrawAspect="Content" ObjectID="_1840332741" r:id="rId3308"/>
        </w:object>
      </w:r>
      <w:r w:rsidR="004B7CD0" w:rsidRPr="007250F1">
        <w:rPr>
          <w:rFonts w:ascii="Times New Roman" w:hAnsi="Times New Roman" w:cs="Times New Roman"/>
          <w:position w:val="-12"/>
          <w:sz w:val="28"/>
          <w:szCs w:val="28"/>
          <w:lang w:val="kk-KZ"/>
        </w:rPr>
        <w:t xml:space="preserve"> </w:t>
      </w:r>
      <w:r w:rsidR="004B7CD0" w:rsidRPr="007250F1">
        <w:rPr>
          <w:rFonts w:ascii="Times New Roman" w:hAnsi="Times New Roman" w:cs="Times New Roman"/>
          <w:sz w:val="28"/>
          <w:szCs w:val="28"/>
          <w:lang w:val="kk-KZ"/>
        </w:rPr>
        <w:t>шеттік есебінің ізделінді шешімі болады</w:t>
      </w:r>
    </w:p>
    <w:p w14:paraId="5FBE1DA5" w14:textId="349C094C" w:rsidR="004B7CD0" w:rsidRPr="007250F1" w:rsidRDefault="0004743F" w:rsidP="004B7CD0">
      <w:pPr>
        <w:spacing w:after="0" w:line="240" w:lineRule="auto"/>
        <w:jc w:val="both"/>
        <w:rPr>
          <w:rFonts w:ascii="Times New Roman" w:hAnsi="Times New Roman" w:cs="Times New Roman"/>
          <w:sz w:val="28"/>
          <w:szCs w:val="28"/>
          <w:lang w:val="kk-KZ"/>
        </w:rPr>
      </w:pPr>
      <w:r w:rsidRPr="007250F1">
        <w:rPr>
          <w:rFonts w:ascii="Times New Roman" w:hAnsi="Times New Roman" w:cs="Times New Roman"/>
          <w:sz w:val="28"/>
          <w:szCs w:val="28"/>
          <w:lang w:val="kk-KZ"/>
        </w:rPr>
        <w:lastRenderedPageBreak/>
        <w:t xml:space="preserve"> (2</w:t>
      </w:r>
      <w:r w:rsidR="004B7CD0" w:rsidRPr="007250F1">
        <w:rPr>
          <w:rFonts w:ascii="Times New Roman" w:hAnsi="Times New Roman" w:cs="Times New Roman"/>
          <w:sz w:val="28"/>
          <w:szCs w:val="28"/>
          <w:lang w:val="kk-KZ"/>
        </w:rPr>
        <w:t>.</w:t>
      </w:r>
      <w:r w:rsidRPr="007250F1">
        <w:rPr>
          <w:rFonts w:ascii="Times New Roman" w:hAnsi="Times New Roman" w:cs="Times New Roman"/>
          <w:sz w:val="28"/>
          <w:szCs w:val="28"/>
          <w:lang w:val="kk-KZ"/>
        </w:rPr>
        <w:t>6</w:t>
      </w:r>
      <w:r w:rsidR="004B7CD0" w:rsidRPr="007250F1">
        <w:rPr>
          <w:rFonts w:ascii="Times New Roman" w:hAnsi="Times New Roman" w:cs="Times New Roman"/>
          <w:sz w:val="28"/>
          <w:szCs w:val="28"/>
          <w:lang w:val="kk-KZ"/>
        </w:rPr>
        <w:t xml:space="preserve">5) теңдеуде </w:t>
      </w:r>
      <w:r w:rsidR="00A135AE" w:rsidRPr="007250F1">
        <w:rPr>
          <w:rFonts w:ascii="Times New Roman" w:hAnsi="Times New Roman" w:cs="Times New Roman"/>
          <w:noProof/>
          <w:position w:val="-6"/>
          <w:sz w:val="28"/>
          <w:szCs w:val="28"/>
        </w:rPr>
        <w:drawing>
          <wp:inline distT="0" distB="0" distL="0" distR="0" wp14:anchorId="59135B71" wp14:editId="0DEB0A7E">
            <wp:extent cx="154305" cy="154305"/>
            <wp:effectExtent l="0" t="0" r="0" b="0"/>
            <wp:docPr id="2514" name="Рисунок 2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4"/>
                    <pic:cNvPicPr>
                      <a:picLocks noChangeAspect="1" noChangeArrowheads="1"/>
                    </pic:cNvPicPr>
                  </pic:nvPicPr>
                  <pic:blipFill>
                    <a:blip r:embed="rId3309" cstate="print">
                      <a:extLst>
                        <a:ext uri="{28A0092B-C50C-407E-A947-70E740481C1C}">
                          <a14:useLocalDpi xmlns:a14="http://schemas.microsoft.com/office/drawing/2010/main" val="0"/>
                        </a:ext>
                      </a:extLst>
                    </a:blip>
                    <a:srcRect/>
                    <a:stretch>
                      <a:fillRect/>
                    </a:stretch>
                  </pic:blipFill>
                  <pic:spPr bwMode="auto">
                    <a:xfrm>
                      <a:off x="0" y="0"/>
                      <a:ext cx="154305" cy="154305"/>
                    </a:xfrm>
                    <a:prstGeom prst="rect">
                      <a:avLst/>
                    </a:prstGeom>
                    <a:noFill/>
                    <a:ln>
                      <a:noFill/>
                    </a:ln>
                  </pic:spPr>
                </pic:pic>
              </a:graphicData>
            </a:graphic>
          </wp:inline>
        </w:drawing>
      </w:r>
      <w:r w:rsidR="004B7CD0" w:rsidRPr="007250F1">
        <w:rPr>
          <w:rFonts w:ascii="Times New Roman" w:hAnsi="Times New Roman" w:cs="Times New Roman"/>
          <w:sz w:val="28"/>
          <w:szCs w:val="28"/>
          <w:lang w:val="kk-KZ"/>
        </w:rPr>
        <w:t xml:space="preserve">бойынша  шекке көшу априорлық бағалаудан алынады. Нолге </w:t>
      </w:r>
      <w:r w:rsidR="004B7CD0" w:rsidRPr="007250F1">
        <w:rPr>
          <w:rFonts w:ascii="Times New Roman" w:hAnsi="Times New Roman" w:cs="Times New Roman"/>
          <w:position w:val="-4"/>
          <w:sz w:val="28"/>
          <w:szCs w:val="28"/>
          <w:lang w:val="kk-KZ"/>
        </w:rPr>
        <w:t xml:space="preserve"> жинақталатын </w:t>
      </w:r>
      <w:r w:rsidR="00A135AE" w:rsidRPr="007250F1">
        <w:rPr>
          <w:rFonts w:ascii="Times New Roman" w:hAnsi="Times New Roman" w:cs="Times New Roman"/>
          <w:noProof/>
          <w:position w:val="-12"/>
          <w:sz w:val="28"/>
          <w:szCs w:val="28"/>
        </w:rPr>
        <w:drawing>
          <wp:inline distT="0" distB="0" distL="0" distR="0" wp14:anchorId="56A7E30E" wp14:editId="05D97A58">
            <wp:extent cx="337185" cy="231140"/>
            <wp:effectExtent l="0" t="0" r="5715" b="0"/>
            <wp:docPr id="2515" name="Рисунок 2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5"/>
                    <pic:cNvPicPr>
                      <a:picLocks noChangeAspect="1" noChangeArrowheads="1"/>
                    </pic:cNvPicPr>
                  </pic:nvPicPr>
                  <pic:blipFill>
                    <a:blip r:embed="rId3310" cstate="print">
                      <a:extLst>
                        <a:ext uri="{28A0092B-C50C-407E-A947-70E740481C1C}">
                          <a14:useLocalDpi xmlns:a14="http://schemas.microsoft.com/office/drawing/2010/main" val="0"/>
                        </a:ext>
                      </a:extLst>
                    </a:blip>
                    <a:srcRect/>
                    <a:stretch>
                      <a:fillRect/>
                    </a:stretch>
                  </pic:blipFill>
                  <pic:spPr bwMode="auto">
                    <a:xfrm>
                      <a:off x="0" y="0"/>
                      <a:ext cx="337185" cy="231140"/>
                    </a:xfrm>
                    <a:prstGeom prst="rect">
                      <a:avLst/>
                    </a:prstGeom>
                    <a:noFill/>
                    <a:ln>
                      <a:noFill/>
                    </a:ln>
                  </pic:spPr>
                </pic:pic>
              </a:graphicData>
            </a:graphic>
          </wp:inline>
        </w:drawing>
      </w:r>
      <w:r w:rsidR="004B7CD0" w:rsidRPr="007250F1">
        <w:rPr>
          <w:rFonts w:ascii="Times New Roman" w:hAnsi="Times New Roman" w:cs="Times New Roman"/>
          <w:sz w:val="28"/>
          <w:szCs w:val="28"/>
          <w:lang w:val="kk-KZ"/>
        </w:rPr>
        <w:t xml:space="preserve"> с</w:t>
      </w:r>
      <w:r w:rsidRPr="007250F1">
        <w:rPr>
          <w:rFonts w:ascii="Times New Roman" w:hAnsi="Times New Roman" w:cs="Times New Roman"/>
          <w:sz w:val="28"/>
          <w:szCs w:val="28"/>
          <w:lang w:val="kk-KZ"/>
        </w:rPr>
        <w:t>андар тізбегін таңдап алайық. (2</w:t>
      </w:r>
      <w:r w:rsidR="004B7CD0" w:rsidRPr="007250F1">
        <w:rPr>
          <w:rFonts w:ascii="Times New Roman" w:hAnsi="Times New Roman" w:cs="Times New Roman"/>
          <w:sz w:val="28"/>
          <w:szCs w:val="28"/>
          <w:lang w:val="kk-KZ"/>
        </w:rPr>
        <w:t>.</w:t>
      </w:r>
      <w:r w:rsidRPr="007250F1">
        <w:rPr>
          <w:rFonts w:ascii="Times New Roman" w:hAnsi="Times New Roman" w:cs="Times New Roman"/>
          <w:sz w:val="28"/>
          <w:szCs w:val="28"/>
          <w:lang w:val="kk-KZ"/>
        </w:rPr>
        <w:t>65), (2</w:t>
      </w:r>
      <w:r w:rsidR="004B7CD0" w:rsidRPr="007250F1">
        <w:rPr>
          <w:rFonts w:ascii="Times New Roman" w:hAnsi="Times New Roman" w:cs="Times New Roman"/>
          <w:sz w:val="28"/>
          <w:szCs w:val="28"/>
          <w:lang w:val="kk-KZ"/>
        </w:rPr>
        <w:t>.</w:t>
      </w:r>
      <w:r w:rsidRPr="007250F1">
        <w:rPr>
          <w:rFonts w:ascii="Times New Roman" w:hAnsi="Times New Roman" w:cs="Times New Roman"/>
          <w:sz w:val="28"/>
          <w:szCs w:val="28"/>
          <w:lang w:val="kk-KZ"/>
        </w:rPr>
        <w:t>6</w:t>
      </w:r>
      <w:r w:rsidR="004B7CD0" w:rsidRPr="007250F1">
        <w:rPr>
          <w:rFonts w:ascii="Times New Roman" w:hAnsi="Times New Roman" w:cs="Times New Roman"/>
          <w:sz w:val="28"/>
          <w:szCs w:val="28"/>
          <w:lang w:val="kk-KZ"/>
        </w:rPr>
        <w:t xml:space="preserve">2), </w:t>
      </w:r>
      <w:r w:rsidR="005C7983" w:rsidRPr="007250F1">
        <w:rPr>
          <w:rFonts w:ascii="Times New Roman" w:hAnsi="Times New Roman" w:cs="Times New Roman"/>
          <w:position w:val="-14"/>
          <w:sz w:val="28"/>
          <w:szCs w:val="28"/>
          <w:lang w:val="kk-KZ"/>
        </w:rPr>
        <w:object w:dxaOrig="920" w:dyaOrig="420" w14:anchorId="313AB770">
          <v:shape id="_x0000_i2288" type="#_x0000_t75" style="width:45.9pt;height:20.55pt" o:ole="">
            <v:imagedata r:id="rId3307" o:title=""/>
          </v:shape>
          <o:OLEObject Type="Embed" ProgID="Equation.DSMT4" ShapeID="_x0000_i2288" DrawAspect="Content" ObjectID="_1840332742" r:id="rId3311"/>
        </w:object>
      </w:r>
      <w:r w:rsidR="004B7CD0" w:rsidRPr="007250F1">
        <w:rPr>
          <w:rFonts w:ascii="Times New Roman" w:hAnsi="Times New Roman" w:cs="Times New Roman"/>
          <w:sz w:val="28"/>
          <w:szCs w:val="28"/>
          <w:lang w:val="kk-KZ"/>
        </w:rPr>
        <w:t xml:space="preserve"> шеттік есебінің шешімдер </w:t>
      </w:r>
      <w:r w:rsidR="00A135AE" w:rsidRPr="007250F1">
        <w:rPr>
          <w:rFonts w:ascii="Times New Roman" w:hAnsi="Times New Roman" w:cs="Times New Roman"/>
          <w:noProof/>
          <w:position w:val="-12"/>
          <w:sz w:val="28"/>
          <w:szCs w:val="28"/>
        </w:rPr>
        <w:drawing>
          <wp:inline distT="0" distB="0" distL="0" distR="0" wp14:anchorId="0018049A" wp14:editId="163BB98D">
            <wp:extent cx="760095" cy="231140"/>
            <wp:effectExtent l="0" t="0" r="1905" b="0"/>
            <wp:docPr id="2517" name="Рисунок 2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7"/>
                    <pic:cNvPicPr>
                      <a:picLocks noChangeAspect="1" noChangeArrowheads="1"/>
                    </pic:cNvPicPr>
                  </pic:nvPicPr>
                  <pic:blipFill>
                    <a:blip r:embed="rId3312" cstate="print">
                      <a:extLst>
                        <a:ext uri="{28A0092B-C50C-407E-A947-70E740481C1C}">
                          <a14:useLocalDpi xmlns:a14="http://schemas.microsoft.com/office/drawing/2010/main" val="0"/>
                        </a:ext>
                      </a:extLst>
                    </a:blip>
                    <a:srcRect/>
                    <a:stretch>
                      <a:fillRect/>
                    </a:stretch>
                  </pic:blipFill>
                  <pic:spPr bwMode="auto">
                    <a:xfrm>
                      <a:off x="0" y="0"/>
                      <a:ext cx="760095" cy="231140"/>
                    </a:xfrm>
                    <a:prstGeom prst="rect">
                      <a:avLst/>
                    </a:prstGeom>
                    <a:noFill/>
                    <a:ln>
                      <a:noFill/>
                    </a:ln>
                  </pic:spPr>
                </pic:pic>
              </a:graphicData>
            </a:graphic>
          </wp:inline>
        </w:drawing>
      </w:r>
      <w:r w:rsidR="004B7CD0" w:rsidRPr="007250F1">
        <w:rPr>
          <w:rFonts w:ascii="Times New Roman" w:hAnsi="Times New Roman" w:cs="Times New Roman"/>
          <w:sz w:val="28"/>
          <w:szCs w:val="28"/>
          <w:lang w:val="kk-KZ"/>
        </w:rPr>
        <w:t xml:space="preserve"> тізбегінен </w:t>
      </w:r>
      <m:oMath>
        <m:r>
          <w:rPr>
            <w:rFonts w:ascii="Cambria Math" w:hAnsi="Cambria Math" w:cs="Times New Roman"/>
            <w:sz w:val="28"/>
            <w:szCs w:val="28"/>
            <w:lang w:val="kk-KZ"/>
          </w:rPr>
          <m:t>λ=1,ε=</m:t>
        </m:r>
        <m:sSub>
          <m:sSubPr>
            <m:ctrlPr>
              <w:rPr>
                <w:rFonts w:ascii="Cambria Math" w:hAnsi="Cambria Math" w:cs="Times New Roman"/>
                <w:i/>
                <w:sz w:val="28"/>
                <w:szCs w:val="28"/>
              </w:rPr>
            </m:ctrlPr>
          </m:sSubPr>
          <m:e>
            <m:r>
              <w:rPr>
                <w:rFonts w:ascii="Cambria Math" w:hAnsi="Cambria Math" w:cs="Times New Roman"/>
                <w:sz w:val="28"/>
                <w:szCs w:val="28"/>
                <w:lang w:val="kk-KZ"/>
              </w:rPr>
              <m:t>ε</m:t>
            </m:r>
          </m:e>
          <m:sub>
            <m:r>
              <w:rPr>
                <w:rFonts w:ascii="Cambria Math" w:hAnsi="Cambria Math" w:cs="Times New Roman"/>
                <w:sz w:val="28"/>
                <w:szCs w:val="28"/>
                <w:lang w:val="kk-KZ"/>
              </w:rPr>
              <m:t>m</m:t>
            </m:r>
          </m:sub>
        </m:sSub>
      </m:oMath>
      <w:r w:rsidR="004B7CD0" w:rsidRPr="007250F1">
        <w:rPr>
          <w:rFonts w:ascii="Times New Roman" w:hAnsi="Times New Roman" w:cs="Times New Roman"/>
          <w:sz w:val="28"/>
          <w:szCs w:val="28"/>
          <w:lang w:val="kk-KZ"/>
        </w:rPr>
        <w:t xml:space="preserve"> болғанда, </w:t>
      </w:r>
      <w:r w:rsidR="00A135AE" w:rsidRPr="007250F1">
        <w:rPr>
          <w:rFonts w:ascii="Times New Roman" w:hAnsi="Times New Roman" w:cs="Times New Roman"/>
          <w:noProof/>
          <w:position w:val="-6"/>
          <w:sz w:val="28"/>
          <w:szCs w:val="28"/>
        </w:rPr>
        <w:drawing>
          <wp:inline distT="0" distB="0" distL="0" distR="0" wp14:anchorId="34754145" wp14:editId="668B920B">
            <wp:extent cx="529590" cy="182880"/>
            <wp:effectExtent l="0" t="0" r="3810" b="7620"/>
            <wp:docPr id="2518" name="Рисунок 2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8"/>
                    <pic:cNvPicPr>
                      <a:picLocks noChangeAspect="1" noChangeArrowheads="1"/>
                    </pic:cNvPicPr>
                  </pic:nvPicPr>
                  <pic:blipFill>
                    <a:blip r:embed="rId3313" cstate="print">
                      <a:extLst>
                        <a:ext uri="{28A0092B-C50C-407E-A947-70E740481C1C}">
                          <a14:useLocalDpi xmlns:a14="http://schemas.microsoft.com/office/drawing/2010/main" val="0"/>
                        </a:ext>
                      </a:extLst>
                    </a:blip>
                    <a:srcRect/>
                    <a:stretch>
                      <a:fillRect/>
                    </a:stretch>
                  </pic:blipFill>
                  <pic:spPr bwMode="auto">
                    <a:xfrm>
                      <a:off x="0" y="0"/>
                      <a:ext cx="529590" cy="182880"/>
                    </a:xfrm>
                    <a:prstGeom prst="rect">
                      <a:avLst/>
                    </a:prstGeom>
                    <a:noFill/>
                    <a:ln>
                      <a:noFill/>
                    </a:ln>
                  </pic:spPr>
                </pic:pic>
              </a:graphicData>
            </a:graphic>
          </wp:inline>
        </w:drawing>
      </w:r>
      <w:r w:rsidR="004B7CD0" w:rsidRPr="007250F1">
        <w:rPr>
          <w:rFonts w:ascii="Times New Roman" w:hAnsi="Times New Roman" w:cs="Times New Roman"/>
          <w:sz w:val="28"/>
          <w:szCs w:val="28"/>
          <w:lang w:val="kk-KZ"/>
        </w:rPr>
        <w:t xml:space="preserve">орындалатын </w:t>
      </w:r>
      <w:r w:rsidR="00A135AE" w:rsidRPr="007250F1">
        <w:rPr>
          <w:rFonts w:ascii="Times New Roman" w:hAnsi="Times New Roman" w:cs="Times New Roman"/>
          <w:noProof/>
          <w:position w:val="-16"/>
          <w:sz w:val="28"/>
          <w:szCs w:val="28"/>
        </w:rPr>
        <w:drawing>
          <wp:inline distT="0" distB="0" distL="0" distR="0" wp14:anchorId="1155BCD2" wp14:editId="48BFDEAF">
            <wp:extent cx="817880" cy="250190"/>
            <wp:effectExtent l="0" t="0" r="1270" b="0"/>
            <wp:docPr id="2519" name="Рисунок 2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9"/>
                    <pic:cNvPicPr>
                      <a:picLocks noChangeAspect="1" noChangeArrowheads="1"/>
                    </pic:cNvPicPr>
                  </pic:nvPicPr>
                  <pic:blipFill>
                    <a:blip r:embed="rId3314" cstate="print">
                      <a:extLst>
                        <a:ext uri="{28A0092B-C50C-407E-A947-70E740481C1C}">
                          <a14:useLocalDpi xmlns:a14="http://schemas.microsoft.com/office/drawing/2010/main" val="0"/>
                        </a:ext>
                      </a:extLst>
                    </a:blip>
                    <a:srcRect/>
                    <a:stretch>
                      <a:fillRect/>
                    </a:stretch>
                  </pic:blipFill>
                  <pic:spPr bwMode="auto">
                    <a:xfrm>
                      <a:off x="0" y="0"/>
                      <a:ext cx="817880" cy="250190"/>
                    </a:xfrm>
                    <a:prstGeom prst="rect">
                      <a:avLst/>
                    </a:prstGeom>
                    <a:noFill/>
                    <a:ln>
                      <a:noFill/>
                    </a:ln>
                  </pic:spPr>
                </pic:pic>
              </a:graphicData>
            </a:graphic>
          </wp:inline>
        </w:drawing>
      </w:r>
      <w:r w:rsidR="004B7CD0" w:rsidRPr="007250F1">
        <w:rPr>
          <w:rFonts w:ascii="Times New Roman" w:hAnsi="Times New Roman" w:cs="Times New Roman"/>
          <w:sz w:val="28"/>
          <w:szCs w:val="28"/>
          <w:lang w:val="kk-KZ"/>
        </w:rPr>
        <w:t xml:space="preserve"> тізбекшелер аламыз:</w:t>
      </w:r>
    </w:p>
    <w:p w14:paraId="1B8431C3" w14:textId="77777777" w:rsidR="00D33D27" w:rsidRPr="007250F1" w:rsidRDefault="00D33D27" w:rsidP="004B7CD0">
      <w:pPr>
        <w:spacing w:after="0" w:line="240" w:lineRule="auto"/>
        <w:jc w:val="both"/>
        <w:rPr>
          <w:rFonts w:ascii="Times New Roman" w:hAnsi="Times New Roman" w:cs="Times New Roman"/>
          <w:position w:val="-4"/>
          <w:sz w:val="28"/>
          <w:szCs w:val="28"/>
          <w:lang w:val="kk-KZ"/>
        </w:rPr>
      </w:pPr>
    </w:p>
    <w:p w14:paraId="3975D21E" w14:textId="726A4A04" w:rsidR="004B7CD0" w:rsidRPr="007250F1" w:rsidRDefault="004B7CD0" w:rsidP="004B7CD0">
      <w:pPr>
        <w:spacing w:after="0" w:line="240" w:lineRule="auto"/>
        <w:jc w:val="both"/>
        <w:rPr>
          <w:rFonts w:ascii="Times New Roman" w:hAnsi="Times New Roman" w:cs="Times New Roman"/>
          <w:sz w:val="28"/>
          <w:szCs w:val="28"/>
          <w:lang w:val="kk-KZ"/>
        </w:rPr>
      </w:pPr>
      <w:r w:rsidRPr="007250F1">
        <w:rPr>
          <w:rFonts w:ascii="Times New Roman" w:hAnsi="Times New Roman" w:cs="Times New Roman"/>
          <w:position w:val="-14"/>
          <w:sz w:val="28"/>
          <w:szCs w:val="28"/>
          <w:lang w:val="kk-KZ"/>
        </w:rPr>
        <w:tab/>
      </w:r>
      <w:r w:rsidR="00A135AE" w:rsidRPr="007250F1">
        <w:rPr>
          <w:rFonts w:ascii="Times New Roman" w:hAnsi="Times New Roman" w:cs="Times New Roman"/>
          <w:noProof/>
          <w:position w:val="-16"/>
          <w:sz w:val="28"/>
          <w:szCs w:val="28"/>
        </w:rPr>
        <w:drawing>
          <wp:inline distT="0" distB="0" distL="0" distR="0" wp14:anchorId="2139751B" wp14:editId="37CA995D">
            <wp:extent cx="1376680" cy="250190"/>
            <wp:effectExtent l="0" t="0" r="0" b="0"/>
            <wp:docPr id="2520" name="Рисунок 2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0"/>
                    <pic:cNvPicPr>
                      <a:picLocks noChangeAspect="1" noChangeArrowheads="1"/>
                    </pic:cNvPicPr>
                  </pic:nvPicPr>
                  <pic:blipFill>
                    <a:blip r:embed="rId3315" cstate="print">
                      <a:extLst>
                        <a:ext uri="{28A0092B-C50C-407E-A947-70E740481C1C}">
                          <a14:useLocalDpi xmlns:a14="http://schemas.microsoft.com/office/drawing/2010/main" val="0"/>
                        </a:ext>
                      </a:extLst>
                    </a:blip>
                    <a:srcRect/>
                    <a:stretch>
                      <a:fillRect/>
                    </a:stretch>
                  </pic:blipFill>
                  <pic:spPr bwMode="auto">
                    <a:xfrm>
                      <a:off x="0" y="0"/>
                      <a:ext cx="1376680" cy="250190"/>
                    </a:xfrm>
                    <a:prstGeom prst="rect">
                      <a:avLst/>
                    </a:prstGeom>
                    <a:noFill/>
                    <a:ln>
                      <a:noFill/>
                    </a:ln>
                  </pic:spPr>
                </pic:pic>
              </a:graphicData>
            </a:graphic>
          </wp:inline>
        </w:drawing>
      </w:r>
      <w:r w:rsidRPr="007250F1">
        <w:rPr>
          <w:rFonts w:ascii="Times New Roman" w:hAnsi="Times New Roman" w:cs="Times New Roman"/>
          <w:sz w:val="28"/>
          <w:szCs w:val="28"/>
          <w:lang w:val="kk-KZ"/>
        </w:rPr>
        <w:t xml:space="preserve"> әлсіз </w:t>
      </w:r>
      <w:r w:rsidR="00A135AE" w:rsidRPr="007250F1">
        <w:rPr>
          <w:rFonts w:ascii="Times New Roman" w:hAnsi="Times New Roman" w:cs="Times New Roman"/>
          <w:noProof/>
          <w:position w:val="-12"/>
          <w:sz w:val="28"/>
          <w:szCs w:val="28"/>
        </w:rPr>
        <w:drawing>
          <wp:inline distT="0" distB="0" distL="0" distR="0" wp14:anchorId="344E6078" wp14:editId="485DC327">
            <wp:extent cx="529590" cy="231140"/>
            <wp:effectExtent l="0" t="0" r="3810" b="0"/>
            <wp:docPr id="2521" name="Рисунок 2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1"/>
                    <pic:cNvPicPr>
                      <a:picLocks noChangeAspect="1" noChangeArrowheads="1"/>
                    </pic:cNvPicPr>
                  </pic:nvPicPr>
                  <pic:blipFill>
                    <a:blip r:embed="rId3316" cstate="print">
                      <a:extLst>
                        <a:ext uri="{28A0092B-C50C-407E-A947-70E740481C1C}">
                          <a14:useLocalDpi xmlns:a14="http://schemas.microsoft.com/office/drawing/2010/main" val="0"/>
                        </a:ext>
                      </a:extLst>
                    </a:blip>
                    <a:srcRect/>
                    <a:stretch>
                      <a:fillRect/>
                    </a:stretch>
                  </pic:blipFill>
                  <pic:spPr bwMode="auto">
                    <a:xfrm>
                      <a:off x="0" y="0"/>
                      <a:ext cx="529590" cy="231140"/>
                    </a:xfrm>
                    <a:prstGeom prst="rect">
                      <a:avLst/>
                    </a:prstGeom>
                    <a:noFill/>
                    <a:ln>
                      <a:noFill/>
                    </a:ln>
                  </pic:spPr>
                </pic:pic>
              </a:graphicData>
            </a:graphic>
          </wp:inline>
        </w:drawing>
      </w:r>
    </w:p>
    <w:p w14:paraId="780A9F4A" w14:textId="489FD96D" w:rsidR="004B7CD0" w:rsidRPr="007250F1" w:rsidRDefault="004B7CD0" w:rsidP="004B7CD0">
      <w:pPr>
        <w:spacing w:after="0" w:line="240" w:lineRule="auto"/>
        <w:jc w:val="both"/>
        <w:rPr>
          <w:rFonts w:ascii="Times New Roman" w:hAnsi="Times New Roman" w:cs="Times New Roman"/>
          <w:sz w:val="28"/>
          <w:szCs w:val="28"/>
          <w:lang w:val="kk-KZ"/>
        </w:rPr>
      </w:pPr>
      <w:r w:rsidRPr="007250F1">
        <w:rPr>
          <w:rFonts w:ascii="Times New Roman" w:hAnsi="Times New Roman" w:cs="Times New Roman"/>
          <w:position w:val="-14"/>
          <w:sz w:val="28"/>
          <w:szCs w:val="28"/>
          <w:lang w:val="kk-KZ"/>
        </w:rPr>
        <w:tab/>
      </w:r>
      <w:r w:rsidR="00A135AE" w:rsidRPr="007250F1">
        <w:rPr>
          <w:rFonts w:ascii="Times New Roman" w:hAnsi="Times New Roman" w:cs="Times New Roman"/>
          <w:noProof/>
          <w:position w:val="-16"/>
          <w:sz w:val="28"/>
          <w:szCs w:val="28"/>
        </w:rPr>
        <w:drawing>
          <wp:inline distT="0" distB="0" distL="0" distR="0" wp14:anchorId="3DD79AA5" wp14:editId="2A56379A">
            <wp:extent cx="1780540" cy="250190"/>
            <wp:effectExtent l="0" t="0" r="0" b="0"/>
            <wp:docPr id="2522" name="Рисунок 2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2"/>
                    <pic:cNvPicPr>
                      <a:picLocks noChangeAspect="1" noChangeArrowheads="1"/>
                    </pic:cNvPicPr>
                  </pic:nvPicPr>
                  <pic:blipFill>
                    <a:blip r:embed="rId3317" cstate="print">
                      <a:extLst>
                        <a:ext uri="{28A0092B-C50C-407E-A947-70E740481C1C}">
                          <a14:useLocalDpi xmlns:a14="http://schemas.microsoft.com/office/drawing/2010/main" val="0"/>
                        </a:ext>
                      </a:extLst>
                    </a:blip>
                    <a:srcRect/>
                    <a:stretch>
                      <a:fillRect/>
                    </a:stretch>
                  </pic:blipFill>
                  <pic:spPr bwMode="auto">
                    <a:xfrm>
                      <a:off x="0" y="0"/>
                      <a:ext cx="1780540" cy="250190"/>
                    </a:xfrm>
                    <a:prstGeom prst="rect">
                      <a:avLst/>
                    </a:prstGeom>
                    <a:noFill/>
                    <a:ln>
                      <a:noFill/>
                    </a:ln>
                  </pic:spPr>
                </pic:pic>
              </a:graphicData>
            </a:graphic>
          </wp:inline>
        </w:drawing>
      </w:r>
      <w:r w:rsidRPr="007250F1">
        <w:rPr>
          <w:rFonts w:ascii="Times New Roman" w:hAnsi="Times New Roman" w:cs="Times New Roman"/>
          <w:sz w:val="28"/>
          <w:szCs w:val="28"/>
          <w:lang w:val="kk-KZ"/>
        </w:rPr>
        <w:t xml:space="preserve"> әлсіз  </w:t>
      </w:r>
      <w:r w:rsidR="00A135AE" w:rsidRPr="007250F1">
        <w:rPr>
          <w:rFonts w:ascii="Times New Roman" w:hAnsi="Times New Roman" w:cs="Times New Roman"/>
          <w:noProof/>
          <w:position w:val="-12"/>
          <w:sz w:val="28"/>
          <w:szCs w:val="28"/>
        </w:rPr>
        <w:drawing>
          <wp:inline distT="0" distB="0" distL="0" distR="0" wp14:anchorId="1354933C" wp14:editId="434AEED7">
            <wp:extent cx="529590" cy="231140"/>
            <wp:effectExtent l="0" t="0" r="3810" b="0"/>
            <wp:docPr id="2523" name="Рисунок 2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3"/>
                    <pic:cNvPicPr>
                      <a:picLocks noChangeAspect="1" noChangeArrowheads="1"/>
                    </pic:cNvPicPr>
                  </pic:nvPicPr>
                  <pic:blipFill>
                    <a:blip r:embed="rId3318" cstate="print">
                      <a:extLst>
                        <a:ext uri="{28A0092B-C50C-407E-A947-70E740481C1C}">
                          <a14:useLocalDpi xmlns:a14="http://schemas.microsoft.com/office/drawing/2010/main" val="0"/>
                        </a:ext>
                      </a:extLst>
                    </a:blip>
                    <a:srcRect/>
                    <a:stretch>
                      <a:fillRect/>
                    </a:stretch>
                  </pic:blipFill>
                  <pic:spPr bwMode="auto">
                    <a:xfrm>
                      <a:off x="0" y="0"/>
                      <a:ext cx="529590" cy="231140"/>
                    </a:xfrm>
                    <a:prstGeom prst="rect">
                      <a:avLst/>
                    </a:prstGeom>
                    <a:noFill/>
                    <a:ln>
                      <a:noFill/>
                    </a:ln>
                  </pic:spPr>
                </pic:pic>
              </a:graphicData>
            </a:graphic>
          </wp:inline>
        </w:drawing>
      </w:r>
    </w:p>
    <w:p w14:paraId="4A8DC448" w14:textId="671C6EFB" w:rsidR="004B7CD0" w:rsidRPr="007250F1" w:rsidRDefault="004B7CD0" w:rsidP="004B7CD0">
      <w:pPr>
        <w:spacing w:after="0" w:line="240" w:lineRule="auto"/>
        <w:jc w:val="both"/>
        <w:rPr>
          <w:rFonts w:ascii="Times New Roman" w:hAnsi="Times New Roman" w:cs="Times New Roman"/>
          <w:sz w:val="28"/>
          <w:szCs w:val="28"/>
          <w:lang w:val="kk-KZ"/>
        </w:rPr>
      </w:pPr>
      <w:r w:rsidRPr="007250F1">
        <w:rPr>
          <w:rFonts w:ascii="Times New Roman" w:hAnsi="Times New Roman" w:cs="Times New Roman"/>
          <w:position w:val="-14"/>
          <w:sz w:val="28"/>
          <w:szCs w:val="28"/>
          <w:lang w:val="kk-KZ"/>
        </w:rPr>
        <w:tab/>
      </w:r>
      <w:r w:rsidR="00A135AE" w:rsidRPr="007250F1">
        <w:rPr>
          <w:rFonts w:ascii="Times New Roman" w:hAnsi="Times New Roman" w:cs="Times New Roman"/>
          <w:noProof/>
          <w:position w:val="-16"/>
          <w:sz w:val="28"/>
          <w:szCs w:val="28"/>
        </w:rPr>
        <w:drawing>
          <wp:inline distT="0" distB="0" distL="0" distR="0" wp14:anchorId="2EA11427" wp14:editId="19838F48">
            <wp:extent cx="1491615" cy="250190"/>
            <wp:effectExtent l="0" t="0" r="0" b="0"/>
            <wp:docPr id="2524" name="Рисунок 2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4"/>
                    <pic:cNvPicPr>
                      <a:picLocks noChangeAspect="1" noChangeArrowheads="1"/>
                    </pic:cNvPicPr>
                  </pic:nvPicPr>
                  <pic:blipFill>
                    <a:blip r:embed="rId3319" cstate="print">
                      <a:extLst>
                        <a:ext uri="{28A0092B-C50C-407E-A947-70E740481C1C}">
                          <a14:useLocalDpi xmlns:a14="http://schemas.microsoft.com/office/drawing/2010/main" val="0"/>
                        </a:ext>
                      </a:extLst>
                    </a:blip>
                    <a:srcRect/>
                    <a:stretch>
                      <a:fillRect/>
                    </a:stretch>
                  </pic:blipFill>
                  <pic:spPr bwMode="auto">
                    <a:xfrm>
                      <a:off x="0" y="0"/>
                      <a:ext cx="1491615" cy="250190"/>
                    </a:xfrm>
                    <a:prstGeom prst="rect">
                      <a:avLst/>
                    </a:prstGeom>
                    <a:noFill/>
                    <a:ln>
                      <a:noFill/>
                    </a:ln>
                  </pic:spPr>
                </pic:pic>
              </a:graphicData>
            </a:graphic>
          </wp:inline>
        </w:drawing>
      </w:r>
      <w:r w:rsidRPr="007250F1">
        <w:rPr>
          <w:rFonts w:ascii="Times New Roman" w:hAnsi="Times New Roman" w:cs="Times New Roman"/>
          <w:sz w:val="28"/>
          <w:szCs w:val="28"/>
          <w:lang w:val="kk-KZ"/>
        </w:rPr>
        <w:t xml:space="preserve"> әлсіз </w:t>
      </w:r>
      <w:r w:rsidR="00A135AE" w:rsidRPr="007250F1">
        <w:rPr>
          <w:rFonts w:ascii="Times New Roman" w:hAnsi="Times New Roman" w:cs="Times New Roman"/>
          <w:noProof/>
          <w:position w:val="-12"/>
          <w:sz w:val="28"/>
          <w:szCs w:val="28"/>
        </w:rPr>
        <w:drawing>
          <wp:inline distT="0" distB="0" distL="0" distR="0" wp14:anchorId="748EEE36" wp14:editId="36C3CFD4">
            <wp:extent cx="529590" cy="231140"/>
            <wp:effectExtent l="0" t="0" r="3810" b="0"/>
            <wp:docPr id="2525" name="Рисунок 2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5"/>
                    <pic:cNvPicPr>
                      <a:picLocks noChangeAspect="1" noChangeArrowheads="1"/>
                    </pic:cNvPicPr>
                  </pic:nvPicPr>
                  <pic:blipFill>
                    <a:blip r:embed="rId3320" cstate="print">
                      <a:extLst>
                        <a:ext uri="{28A0092B-C50C-407E-A947-70E740481C1C}">
                          <a14:useLocalDpi xmlns:a14="http://schemas.microsoft.com/office/drawing/2010/main" val="0"/>
                        </a:ext>
                      </a:extLst>
                    </a:blip>
                    <a:srcRect/>
                    <a:stretch>
                      <a:fillRect/>
                    </a:stretch>
                  </pic:blipFill>
                  <pic:spPr bwMode="auto">
                    <a:xfrm>
                      <a:off x="0" y="0"/>
                      <a:ext cx="529590" cy="231140"/>
                    </a:xfrm>
                    <a:prstGeom prst="rect">
                      <a:avLst/>
                    </a:prstGeom>
                    <a:noFill/>
                    <a:ln>
                      <a:noFill/>
                    </a:ln>
                  </pic:spPr>
                </pic:pic>
              </a:graphicData>
            </a:graphic>
          </wp:inline>
        </w:drawing>
      </w:r>
    </w:p>
    <w:p w14:paraId="3BAFD54C" w14:textId="1FF2328F" w:rsidR="004B7CD0" w:rsidRPr="007250F1" w:rsidRDefault="004B7CD0" w:rsidP="004B7CD0">
      <w:pPr>
        <w:spacing w:after="0" w:line="240" w:lineRule="auto"/>
        <w:jc w:val="both"/>
        <w:rPr>
          <w:rFonts w:ascii="Times New Roman" w:hAnsi="Times New Roman" w:cs="Times New Roman"/>
          <w:sz w:val="28"/>
          <w:szCs w:val="28"/>
          <w:lang w:val="kk-KZ"/>
        </w:rPr>
      </w:pPr>
      <w:r w:rsidRPr="007250F1">
        <w:rPr>
          <w:rFonts w:ascii="Times New Roman" w:hAnsi="Times New Roman" w:cs="Times New Roman"/>
          <w:position w:val="-14"/>
          <w:sz w:val="28"/>
          <w:szCs w:val="28"/>
          <w:lang w:val="kk-KZ"/>
        </w:rPr>
        <w:tab/>
      </w:r>
      <w:r w:rsidR="00A135AE" w:rsidRPr="007250F1">
        <w:rPr>
          <w:rFonts w:ascii="Times New Roman" w:hAnsi="Times New Roman" w:cs="Times New Roman"/>
          <w:noProof/>
          <w:position w:val="-16"/>
          <w:sz w:val="28"/>
          <w:szCs w:val="28"/>
        </w:rPr>
        <w:drawing>
          <wp:inline distT="0" distB="0" distL="0" distR="0" wp14:anchorId="2A5589DA" wp14:editId="6DE5B233">
            <wp:extent cx="1376680" cy="250190"/>
            <wp:effectExtent l="0" t="0" r="0" b="0"/>
            <wp:docPr id="2526" name="Рисунок 2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6"/>
                    <pic:cNvPicPr>
                      <a:picLocks noChangeAspect="1" noChangeArrowheads="1"/>
                    </pic:cNvPicPr>
                  </pic:nvPicPr>
                  <pic:blipFill>
                    <a:blip r:embed="rId3321" cstate="print">
                      <a:extLst>
                        <a:ext uri="{28A0092B-C50C-407E-A947-70E740481C1C}">
                          <a14:useLocalDpi xmlns:a14="http://schemas.microsoft.com/office/drawing/2010/main" val="0"/>
                        </a:ext>
                      </a:extLst>
                    </a:blip>
                    <a:srcRect/>
                    <a:stretch>
                      <a:fillRect/>
                    </a:stretch>
                  </pic:blipFill>
                  <pic:spPr bwMode="auto">
                    <a:xfrm>
                      <a:off x="0" y="0"/>
                      <a:ext cx="1376680" cy="250190"/>
                    </a:xfrm>
                    <a:prstGeom prst="rect">
                      <a:avLst/>
                    </a:prstGeom>
                    <a:noFill/>
                    <a:ln>
                      <a:noFill/>
                    </a:ln>
                  </pic:spPr>
                </pic:pic>
              </a:graphicData>
            </a:graphic>
          </wp:inline>
        </w:drawing>
      </w:r>
      <w:r w:rsidRPr="007250F1">
        <w:rPr>
          <w:rFonts w:ascii="Times New Roman" w:hAnsi="Times New Roman" w:cs="Times New Roman"/>
          <w:sz w:val="28"/>
          <w:szCs w:val="28"/>
          <w:lang w:val="kk-KZ"/>
        </w:rPr>
        <w:t xml:space="preserve"> әлді</w:t>
      </w:r>
      <w:r w:rsidR="00A135AE" w:rsidRPr="007250F1">
        <w:rPr>
          <w:rFonts w:ascii="Times New Roman" w:hAnsi="Times New Roman" w:cs="Times New Roman"/>
          <w:noProof/>
          <w:position w:val="-12"/>
          <w:sz w:val="28"/>
          <w:szCs w:val="28"/>
        </w:rPr>
        <w:drawing>
          <wp:inline distT="0" distB="0" distL="0" distR="0" wp14:anchorId="2E9629F7" wp14:editId="088269C2">
            <wp:extent cx="462280" cy="231140"/>
            <wp:effectExtent l="0" t="0" r="0" b="0"/>
            <wp:docPr id="2527" name="Рисунок 2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7"/>
                    <pic:cNvPicPr>
                      <a:picLocks noChangeAspect="1" noChangeArrowheads="1"/>
                    </pic:cNvPicPr>
                  </pic:nvPicPr>
                  <pic:blipFill>
                    <a:blip r:embed="rId3322" cstate="print">
                      <a:extLst>
                        <a:ext uri="{28A0092B-C50C-407E-A947-70E740481C1C}">
                          <a14:useLocalDpi xmlns:a14="http://schemas.microsoft.com/office/drawing/2010/main" val="0"/>
                        </a:ext>
                      </a:extLst>
                    </a:blip>
                    <a:srcRect/>
                    <a:stretch>
                      <a:fillRect/>
                    </a:stretch>
                  </pic:blipFill>
                  <pic:spPr bwMode="auto">
                    <a:xfrm>
                      <a:off x="0" y="0"/>
                      <a:ext cx="462280" cy="231140"/>
                    </a:xfrm>
                    <a:prstGeom prst="rect">
                      <a:avLst/>
                    </a:prstGeom>
                    <a:noFill/>
                    <a:ln>
                      <a:noFill/>
                    </a:ln>
                  </pic:spPr>
                </pic:pic>
              </a:graphicData>
            </a:graphic>
          </wp:inline>
        </w:drawing>
      </w:r>
    </w:p>
    <w:p w14:paraId="6396A7F6" w14:textId="488BBBFB" w:rsidR="004B7CD0" w:rsidRPr="007250F1" w:rsidRDefault="004B7CD0" w:rsidP="004B7CD0">
      <w:pPr>
        <w:spacing w:after="0" w:line="240" w:lineRule="auto"/>
        <w:jc w:val="both"/>
        <w:rPr>
          <w:rFonts w:ascii="Times New Roman" w:hAnsi="Times New Roman" w:cs="Times New Roman"/>
          <w:sz w:val="28"/>
          <w:szCs w:val="28"/>
          <w:lang w:val="kk-KZ"/>
        </w:rPr>
      </w:pPr>
      <w:r w:rsidRPr="007250F1">
        <w:rPr>
          <w:rFonts w:ascii="Times New Roman" w:hAnsi="Times New Roman" w:cs="Times New Roman"/>
          <w:position w:val="-14"/>
          <w:sz w:val="28"/>
          <w:szCs w:val="28"/>
          <w:lang w:val="kk-KZ"/>
        </w:rPr>
        <w:tab/>
      </w:r>
      <w:r w:rsidR="00A135AE" w:rsidRPr="007250F1">
        <w:rPr>
          <w:rFonts w:ascii="Times New Roman" w:hAnsi="Times New Roman" w:cs="Times New Roman"/>
          <w:noProof/>
          <w:position w:val="-16"/>
          <w:sz w:val="28"/>
          <w:szCs w:val="28"/>
        </w:rPr>
        <w:drawing>
          <wp:inline distT="0" distB="0" distL="0" distR="0" wp14:anchorId="51D4C44B" wp14:editId="2E09C9B4">
            <wp:extent cx="1328420" cy="250190"/>
            <wp:effectExtent l="0" t="0" r="5080" b="0"/>
            <wp:docPr id="2528" name="Рисунок 2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8"/>
                    <pic:cNvPicPr>
                      <a:picLocks noChangeAspect="1" noChangeArrowheads="1"/>
                    </pic:cNvPicPr>
                  </pic:nvPicPr>
                  <pic:blipFill>
                    <a:blip r:embed="rId3323" cstate="print">
                      <a:extLst>
                        <a:ext uri="{28A0092B-C50C-407E-A947-70E740481C1C}">
                          <a14:useLocalDpi xmlns:a14="http://schemas.microsoft.com/office/drawing/2010/main" val="0"/>
                        </a:ext>
                      </a:extLst>
                    </a:blip>
                    <a:srcRect/>
                    <a:stretch>
                      <a:fillRect/>
                    </a:stretch>
                  </pic:blipFill>
                  <pic:spPr bwMode="auto">
                    <a:xfrm>
                      <a:off x="0" y="0"/>
                      <a:ext cx="1328420" cy="250190"/>
                    </a:xfrm>
                    <a:prstGeom prst="rect">
                      <a:avLst/>
                    </a:prstGeom>
                    <a:noFill/>
                    <a:ln>
                      <a:noFill/>
                    </a:ln>
                  </pic:spPr>
                </pic:pic>
              </a:graphicData>
            </a:graphic>
          </wp:inline>
        </w:drawing>
      </w:r>
      <w:r w:rsidRPr="007250F1">
        <w:rPr>
          <w:rFonts w:ascii="Times New Roman" w:hAnsi="Times New Roman" w:cs="Times New Roman"/>
          <w:sz w:val="28"/>
          <w:szCs w:val="28"/>
          <w:lang w:val="kk-KZ"/>
        </w:rPr>
        <w:t xml:space="preserve"> әлді</w:t>
      </w:r>
      <w:r w:rsidR="00A135AE" w:rsidRPr="007250F1">
        <w:rPr>
          <w:rFonts w:ascii="Times New Roman" w:hAnsi="Times New Roman" w:cs="Times New Roman"/>
          <w:noProof/>
          <w:position w:val="-12"/>
          <w:sz w:val="28"/>
          <w:szCs w:val="28"/>
        </w:rPr>
        <w:drawing>
          <wp:inline distT="0" distB="0" distL="0" distR="0" wp14:anchorId="6A7B49BC" wp14:editId="08568457">
            <wp:extent cx="462280" cy="231140"/>
            <wp:effectExtent l="0" t="0" r="0" b="0"/>
            <wp:docPr id="2529" name="Рисунок 2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9"/>
                    <pic:cNvPicPr>
                      <a:picLocks noChangeAspect="1" noChangeArrowheads="1"/>
                    </pic:cNvPicPr>
                  </pic:nvPicPr>
                  <pic:blipFill>
                    <a:blip r:embed="rId3324" cstate="print">
                      <a:extLst>
                        <a:ext uri="{28A0092B-C50C-407E-A947-70E740481C1C}">
                          <a14:useLocalDpi xmlns:a14="http://schemas.microsoft.com/office/drawing/2010/main" val="0"/>
                        </a:ext>
                      </a:extLst>
                    </a:blip>
                    <a:srcRect/>
                    <a:stretch>
                      <a:fillRect/>
                    </a:stretch>
                  </pic:blipFill>
                  <pic:spPr bwMode="auto">
                    <a:xfrm>
                      <a:off x="0" y="0"/>
                      <a:ext cx="462280" cy="231140"/>
                    </a:xfrm>
                    <a:prstGeom prst="rect">
                      <a:avLst/>
                    </a:prstGeom>
                    <a:noFill/>
                    <a:ln>
                      <a:noFill/>
                    </a:ln>
                  </pic:spPr>
                </pic:pic>
              </a:graphicData>
            </a:graphic>
          </wp:inline>
        </w:drawing>
      </w:r>
    </w:p>
    <w:p w14:paraId="25B68307" w14:textId="7C64BA8F" w:rsidR="004B7CD0" w:rsidRPr="007250F1" w:rsidRDefault="004B7CD0" w:rsidP="004B7CD0">
      <w:pPr>
        <w:spacing w:after="0" w:line="240" w:lineRule="auto"/>
        <w:jc w:val="both"/>
        <w:rPr>
          <w:rFonts w:ascii="Times New Roman" w:hAnsi="Times New Roman" w:cs="Times New Roman"/>
          <w:sz w:val="28"/>
          <w:szCs w:val="28"/>
          <w:lang w:val="kk-KZ"/>
        </w:rPr>
      </w:pPr>
      <w:r w:rsidRPr="007250F1">
        <w:rPr>
          <w:rFonts w:ascii="Times New Roman" w:hAnsi="Times New Roman" w:cs="Times New Roman"/>
          <w:position w:val="-14"/>
          <w:sz w:val="28"/>
          <w:szCs w:val="28"/>
          <w:lang w:val="kk-KZ"/>
        </w:rPr>
        <w:tab/>
      </w:r>
      <w:r w:rsidR="00A135AE" w:rsidRPr="007250F1">
        <w:rPr>
          <w:rFonts w:ascii="Times New Roman" w:hAnsi="Times New Roman" w:cs="Times New Roman"/>
          <w:noProof/>
          <w:position w:val="-16"/>
          <w:sz w:val="28"/>
          <w:szCs w:val="28"/>
        </w:rPr>
        <w:drawing>
          <wp:inline distT="0" distB="0" distL="0" distR="0" wp14:anchorId="16C89EFF" wp14:editId="1B7897D0">
            <wp:extent cx="1443990" cy="250190"/>
            <wp:effectExtent l="0" t="0" r="3810" b="0"/>
            <wp:docPr id="2530" name="Рисунок 2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0"/>
                    <pic:cNvPicPr>
                      <a:picLocks noChangeAspect="1" noChangeArrowheads="1"/>
                    </pic:cNvPicPr>
                  </pic:nvPicPr>
                  <pic:blipFill>
                    <a:blip r:embed="rId3325" cstate="print">
                      <a:extLst>
                        <a:ext uri="{28A0092B-C50C-407E-A947-70E740481C1C}">
                          <a14:useLocalDpi xmlns:a14="http://schemas.microsoft.com/office/drawing/2010/main" val="0"/>
                        </a:ext>
                      </a:extLst>
                    </a:blip>
                    <a:srcRect/>
                    <a:stretch>
                      <a:fillRect/>
                    </a:stretch>
                  </pic:blipFill>
                  <pic:spPr bwMode="auto">
                    <a:xfrm>
                      <a:off x="0" y="0"/>
                      <a:ext cx="1443990" cy="250190"/>
                    </a:xfrm>
                    <a:prstGeom prst="rect">
                      <a:avLst/>
                    </a:prstGeom>
                    <a:noFill/>
                    <a:ln>
                      <a:noFill/>
                    </a:ln>
                  </pic:spPr>
                </pic:pic>
              </a:graphicData>
            </a:graphic>
          </wp:inline>
        </w:drawing>
      </w:r>
      <w:r w:rsidRPr="007250F1">
        <w:rPr>
          <w:rFonts w:ascii="Times New Roman" w:hAnsi="Times New Roman" w:cs="Times New Roman"/>
          <w:sz w:val="28"/>
          <w:szCs w:val="28"/>
          <w:lang w:val="kk-KZ"/>
        </w:rPr>
        <w:t xml:space="preserve"> әлді</w:t>
      </w:r>
      <w:r w:rsidR="00A135AE" w:rsidRPr="007250F1">
        <w:rPr>
          <w:rFonts w:ascii="Times New Roman" w:hAnsi="Times New Roman" w:cs="Times New Roman"/>
          <w:noProof/>
          <w:position w:val="-12"/>
          <w:sz w:val="28"/>
          <w:szCs w:val="28"/>
        </w:rPr>
        <w:drawing>
          <wp:inline distT="0" distB="0" distL="0" distR="0" wp14:anchorId="29884D1E" wp14:editId="5F0F309E">
            <wp:extent cx="414020" cy="231140"/>
            <wp:effectExtent l="0" t="0" r="5080" b="0"/>
            <wp:docPr id="2531" name="Рисунок 2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1"/>
                    <pic:cNvPicPr>
                      <a:picLocks noChangeAspect="1" noChangeArrowheads="1"/>
                    </pic:cNvPicPr>
                  </pic:nvPicPr>
                  <pic:blipFill>
                    <a:blip r:embed="rId3326" cstate="print">
                      <a:extLst>
                        <a:ext uri="{28A0092B-C50C-407E-A947-70E740481C1C}">
                          <a14:useLocalDpi xmlns:a14="http://schemas.microsoft.com/office/drawing/2010/main" val="0"/>
                        </a:ext>
                      </a:extLst>
                    </a:blip>
                    <a:srcRect/>
                    <a:stretch>
                      <a:fillRect/>
                    </a:stretch>
                  </pic:blipFill>
                  <pic:spPr bwMode="auto">
                    <a:xfrm>
                      <a:off x="0" y="0"/>
                      <a:ext cx="414020" cy="231140"/>
                    </a:xfrm>
                    <a:prstGeom prst="rect">
                      <a:avLst/>
                    </a:prstGeom>
                    <a:noFill/>
                    <a:ln>
                      <a:noFill/>
                    </a:ln>
                  </pic:spPr>
                </pic:pic>
              </a:graphicData>
            </a:graphic>
          </wp:inline>
        </w:drawing>
      </w:r>
      <w:r w:rsidRPr="007250F1">
        <w:rPr>
          <w:rFonts w:ascii="Times New Roman" w:hAnsi="Times New Roman" w:cs="Times New Roman"/>
          <w:sz w:val="28"/>
          <w:szCs w:val="28"/>
          <w:lang w:val="kk-KZ"/>
        </w:rPr>
        <w:t>.</w:t>
      </w:r>
    </w:p>
    <w:p w14:paraId="65CD6447" w14:textId="77777777" w:rsidR="00D33D27" w:rsidRPr="007250F1" w:rsidRDefault="00D33D27" w:rsidP="004B7CD0">
      <w:pPr>
        <w:spacing w:after="0" w:line="240" w:lineRule="auto"/>
        <w:jc w:val="both"/>
        <w:rPr>
          <w:rFonts w:ascii="Times New Roman" w:hAnsi="Times New Roman" w:cs="Times New Roman"/>
          <w:sz w:val="28"/>
          <w:szCs w:val="28"/>
          <w:lang w:val="kk-KZ"/>
        </w:rPr>
      </w:pPr>
    </w:p>
    <w:p w14:paraId="138CF59A" w14:textId="57D74FEC" w:rsidR="004B7CD0" w:rsidRPr="007250F1" w:rsidRDefault="00A135AE" w:rsidP="007250F1">
      <w:pPr>
        <w:spacing w:after="0" w:line="240" w:lineRule="auto"/>
        <w:ind w:firstLine="708"/>
        <w:jc w:val="both"/>
        <w:rPr>
          <w:rFonts w:ascii="Times New Roman" w:hAnsi="Times New Roman" w:cs="Times New Roman"/>
          <w:sz w:val="28"/>
          <w:szCs w:val="28"/>
          <w:lang w:val="kk-KZ"/>
        </w:rPr>
      </w:pPr>
      <w:r w:rsidRPr="007250F1">
        <w:rPr>
          <w:rFonts w:ascii="Times New Roman" w:hAnsi="Times New Roman" w:cs="Times New Roman"/>
          <w:noProof/>
          <w:position w:val="-12"/>
          <w:sz w:val="28"/>
          <w:szCs w:val="28"/>
        </w:rPr>
        <w:drawing>
          <wp:inline distT="0" distB="0" distL="0" distR="0" wp14:anchorId="6D033F61" wp14:editId="0595F82E">
            <wp:extent cx="529590" cy="231140"/>
            <wp:effectExtent l="0" t="0" r="0" b="0"/>
            <wp:docPr id="2532" name="Рисунок 2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2"/>
                    <pic:cNvPicPr>
                      <a:picLocks noChangeAspect="1" noChangeArrowheads="1"/>
                    </pic:cNvPicPr>
                  </pic:nvPicPr>
                  <pic:blipFill>
                    <a:blip r:embed="rId3327" cstate="print">
                      <a:extLst>
                        <a:ext uri="{28A0092B-C50C-407E-A947-70E740481C1C}">
                          <a14:useLocalDpi xmlns:a14="http://schemas.microsoft.com/office/drawing/2010/main" val="0"/>
                        </a:ext>
                      </a:extLst>
                    </a:blip>
                    <a:srcRect/>
                    <a:stretch>
                      <a:fillRect/>
                    </a:stretch>
                  </pic:blipFill>
                  <pic:spPr bwMode="auto">
                    <a:xfrm>
                      <a:off x="0" y="0"/>
                      <a:ext cx="529590" cy="231140"/>
                    </a:xfrm>
                    <a:prstGeom prst="rect">
                      <a:avLst/>
                    </a:prstGeom>
                    <a:noFill/>
                    <a:ln>
                      <a:noFill/>
                    </a:ln>
                  </pic:spPr>
                </pic:pic>
              </a:graphicData>
            </a:graphic>
          </wp:inline>
        </w:drawing>
      </w:r>
      <w:r w:rsidR="0004743F" w:rsidRPr="007250F1">
        <w:rPr>
          <w:rFonts w:ascii="Times New Roman" w:hAnsi="Times New Roman" w:cs="Times New Roman"/>
          <w:sz w:val="28"/>
          <w:szCs w:val="28"/>
          <w:lang w:val="kk-KZ"/>
        </w:rPr>
        <w:t xml:space="preserve"> шекті функциясы (2</w:t>
      </w:r>
      <w:r w:rsidR="004B7CD0" w:rsidRPr="007250F1">
        <w:rPr>
          <w:rFonts w:ascii="Times New Roman" w:hAnsi="Times New Roman" w:cs="Times New Roman"/>
          <w:sz w:val="28"/>
          <w:szCs w:val="28"/>
          <w:lang w:val="kk-KZ"/>
        </w:rPr>
        <w:t>.</w:t>
      </w:r>
      <w:r w:rsidR="0004743F" w:rsidRPr="007250F1">
        <w:rPr>
          <w:rFonts w:ascii="Times New Roman" w:hAnsi="Times New Roman" w:cs="Times New Roman"/>
          <w:sz w:val="28"/>
          <w:szCs w:val="28"/>
          <w:lang w:val="kk-KZ"/>
        </w:rPr>
        <w:t>61)-(2</w:t>
      </w:r>
      <w:r w:rsidR="004B7CD0" w:rsidRPr="007250F1">
        <w:rPr>
          <w:rFonts w:ascii="Times New Roman" w:hAnsi="Times New Roman" w:cs="Times New Roman"/>
          <w:sz w:val="28"/>
          <w:szCs w:val="28"/>
          <w:lang w:val="kk-KZ"/>
        </w:rPr>
        <w:t>.</w:t>
      </w:r>
      <w:r w:rsidR="0004743F" w:rsidRPr="007250F1">
        <w:rPr>
          <w:rFonts w:ascii="Times New Roman" w:hAnsi="Times New Roman" w:cs="Times New Roman"/>
          <w:sz w:val="28"/>
          <w:szCs w:val="28"/>
          <w:lang w:val="kk-KZ"/>
        </w:rPr>
        <w:t>6</w:t>
      </w:r>
      <w:r w:rsidR="004B7CD0" w:rsidRPr="007250F1">
        <w:rPr>
          <w:rFonts w:ascii="Times New Roman" w:hAnsi="Times New Roman" w:cs="Times New Roman"/>
          <w:sz w:val="28"/>
          <w:szCs w:val="28"/>
          <w:lang w:val="kk-KZ"/>
        </w:rPr>
        <w:t>3) шеттік есебінің ізделінді шешімі болатыны шығады.</w:t>
      </w:r>
    </w:p>
    <w:p w14:paraId="21B6C773" w14:textId="6DDBFD7F" w:rsidR="005B5F0F" w:rsidRPr="007250F1" w:rsidRDefault="0004743F" w:rsidP="007250F1">
      <w:pPr>
        <w:ind w:firstLine="708"/>
        <w:rPr>
          <w:rFonts w:ascii="Times New Roman" w:hAnsi="Times New Roman" w:cs="Times New Roman"/>
          <w:sz w:val="28"/>
          <w:szCs w:val="28"/>
          <w:lang w:val="kk-KZ"/>
        </w:rPr>
      </w:pPr>
      <w:r w:rsidRPr="007250F1">
        <w:rPr>
          <w:rFonts w:ascii="Times New Roman" w:hAnsi="Times New Roman" w:cs="Times New Roman"/>
          <w:sz w:val="28"/>
          <w:szCs w:val="28"/>
          <w:lang w:val="kk-KZ"/>
        </w:rPr>
        <w:t>Осылайша, теорема 2.6</w:t>
      </w:r>
      <w:r w:rsidR="004B7CD0" w:rsidRPr="007250F1">
        <w:rPr>
          <w:rFonts w:ascii="Times New Roman" w:hAnsi="Times New Roman" w:cs="Times New Roman"/>
          <w:sz w:val="28"/>
          <w:szCs w:val="28"/>
          <w:lang w:val="kk-KZ"/>
        </w:rPr>
        <w:t xml:space="preserve"> толығымен дәлелденді</w:t>
      </w:r>
    </w:p>
    <w:p w14:paraId="4B504517" w14:textId="5F06C0E7" w:rsidR="004B7CD0" w:rsidRPr="007250F1" w:rsidRDefault="004B7CD0" w:rsidP="004B7CD0">
      <w:pPr>
        <w:rPr>
          <w:rFonts w:ascii="Times New Roman" w:hAnsi="Times New Roman" w:cs="Times New Roman"/>
          <w:sz w:val="28"/>
          <w:szCs w:val="28"/>
          <w:lang w:val="kk-KZ"/>
        </w:rPr>
      </w:pPr>
      <w:r w:rsidRPr="007250F1">
        <w:rPr>
          <w:rFonts w:ascii="Times New Roman" w:hAnsi="Times New Roman" w:cs="Times New Roman"/>
          <w:sz w:val="28"/>
          <w:szCs w:val="28"/>
          <w:lang w:val="kk-KZ"/>
        </w:rPr>
        <w:br w:type="page"/>
      </w:r>
    </w:p>
    <w:p w14:paraId="61777312" w14:textId="77777777" w:rsidR="00AB2764" w:rsidRPr="00363D89" w:rsidRDefault="00AB2764" w:rsidP="00D33D27">
      <w:pPr>
        <w:spacing w:after="0" w:line="240" w:lineRule="auto"/>
        <w:jc w:val="center"/>
        <w:rPr>
          <w:rFonts w:ascii="Times New Roman" w:hAnsi="Times New Roman" w:cs="Times New Roman"/>
          <w:b/>
          <w:bCs/>
          <w:color w:val="000000" w:themeColor="text1"/>
          <w:kern w:val="24"/>
          <w:sz w:val="28"/>
          <w:szCs w:val="28"/>
          <w:lang w:val="kk-KZ"/>
        </w:rPr>
      </w:pPr>
      <w:r w:rsidRPr="00363D89">
        <w:rPr>
          <w:rFonts w:ascii="Times New Roman" w:hAnsi="Times New Roman" w:cs="Times New Roman"/>
          <w:b/>
          <w:bCs/>
          <w:color w:val="000000" w:themeColor="text1"/>
          <w:kern w:val="24"/>
          <w:sz w:val="28"/>
          <w:szCs w:val="28"/>
          <w:lang w:val="kk-KZ"/>
        </w:rPr>
        <w:lastRenderedPageBreak/>
        <w:t>ҚОРЫТЫНДЫ</w:t>
      </w:r>
    </w:p>
    <w:p w14:paraId="61B02883" w14:textId="77777777" w:rsidR="007A7ED5" w:rsidRPr="00363D89" w:rsidRDefault="007A7ED5" w:rsidP="00D33D27">
      <w:pPr>
        <w:spacing w:after="0" w:line="240" w:lineRule="auto"/>
        <w:jc w:val="center"/>
        <w:rPr>
          <w:rFonts w:ascii="Times New Roman" w:hAnsi="Times New Roman" w:cs="Times New Roman"/>
          <w:b/>
          <w:bCs/>
          <w:color w:val="000000" w:themeColor="text1"/>
          <w:kern w:val="24"/>
          <w:sz w:val="28"/>
          <w:szCs w:val="28"/>
          <w:lang w:val="kk-KZ"/>
        </w:rPr>
      </w:pPr>
    </w:p>
    <w:p w14:paraId="79E2CCC2" w14:textId="7FD55AB4" w:rsidR="002B53F3" w:rsidRPr="00363D89" w:rsidRDefault="007A7ED5" w:rsidP="007A7ED5">
      <w:pPr>
        <w:spacing w:after="0" w:line="240" w:lineRule="auto"/>
        <w:ind w:firstLine="567"/>
        <w:jc w:val="both"/>
        <w:rPr>
          <w:rFonts w:ascii="Times New Roman" w:hAnsi="Times New Roman" w:cs="Times New Roman"/>
          <w:bCs/>
          <w:color w:val="000000" w:themeColor="text1"/>
          <w:kern w:val="24"/>
          <w:sz w:val="28"/>
          <w:szCs w:val="28"/>
          <w:lang w:val="kk-KZ"/>
        </w:rPr>
      </w:pPr>
      <w:r w:rsidRPr="00363D89">
        <w:rPr>
          <w:rFonts w:ascii="Times New Roman" w:hAnsi="Times New Roman" w:cs="Times New Roman"/>
          <w:bCs/>
          <w:color w:val="000000" w:themeColor="text1"/>
          <w:kern w:val="24"/>
          <w:sz w:val="28"/>
          <w:szCs w:val="28"/>
          <w:lang w:val="kk-KZ"/>
        </w:rPr>
        <w:t xml:space="preserve">Қазіргі кезде дербес туындылы дифференциалдық теңдеулер теориясында эллипстік теңдеулер үшін шеттік есептерді зерттеу маңызды ғылыми бағыттардың бірі болып табылады. Әсіресе, нормаль туындылары бар жоғары ретті эллипстік теңдеулер үшін қойылған шеттік есептер және сызықты емес эллипстік теңдеулер үшін локальді емес шеттік шарттары бар есептер күрделі математикалық аппаратты талап етеді және олардың шешімділігі функционалдық талдау, интегралдық теңдеулер теориясы және аналитикалық функциялар теориясымен тығыз байланысты. </w:t>
      </w:r>
    </w:p>
    <w:p w14:paraId="3705A394" w14:textId="2FC8FE4C" w:rsidR="007A7ED5" w:rsidRPr="00363D89" w:rsidRDefault="007A7ED5" w:rsidP="007A7ED5">
      <w:pPr>
        <w:spacing w:after="0" w:line="240" w:lineRule="auto"/>
        <w:ind w:firstLine="567"/>
        <w:jc w:val="both"/>
        <w:rPr>
          <w:rFonts w:ascii="Times New Roman" w:hAnsi="Times New Roman" w:cs="Times New Roman"/>
          <w:bCs/>
          <w:color w:val="000000" w:themeColor="text1"/>
          <w:kern w:val="24"/>
          <w:sz w:val="28"/>
          <w:szCs w:val="28"/>
          <w:lang w:val="kk-KZ"/>
        </w:rPr>
      </w:pPr>
      <w:r w:rsidRPr="00363D89">
        <w:rPr>
          <w:rFonts w:ascii="Times New Roman" w:hAnsi="Times New Roman" w:cs="Times New Roman"/>
          <w:bCs/>
          <w:color w:val="000000" w:themeColor="text1"/>
          <w:kern w:val="24"/>
          <w:sz w:val="28"/>
          <w:szCs w:val="28"/>
          <w:lang w:val="kk-KZ"/>
        </w:rPr>
        <w:t>Диссертациялық жұмыста қарастырылған бірбайланысты және көпбайланысты облыстардағы шеттік есептердің фредгольмді шешімділігі, индексін табу және Шапиро-Лопатинский шартымен эквиваленттілігі мәселелері қазіргі заманғы математикалық физика мен қолданбалы есептер үшін ерекше маңызға ие. Сондықтан зерттеу тақырыбы толықтай өзекті жән</w:t>
      </w:r>
      <w:r w:rsidR="00C53099" w:rsidRPr="00363D89">
        <w:rPr>
          <w:rFonts w:ascii="Times New Roman" w:hAnsi="Times New Roman" w:cs="Times New Roman"/>
          <w:bCs/>
          <w:color w:val="000000" w:themeColor="text1"/>
          <w:kern w:val="24"/>
          <w:sz w:val="28"/>
          <w:szCs w:val="28"/>
          <w:lang w:val="kk-KZ"/>
        </w:rPr>
        <w:t xml:space="preserve">е ғылыми тұрғыдан негізделген. </w:t>
      </w:r>
      <w:r w:rsidR="00C11BA6" w:rsidRPr="00363D89">
        <w:rPr>
          <w:rFonts w:ascii="Times New Roman" w:hAnsi="Times New Roman" w:cs="Times New Roman"/>
          <w:bCs/>
          <w:color w:val="000000" w:themeColor="text1"/>
          <w:kern w:val="24"/>
          <w:sz w:val="28"/>
          <w:szCs w:val="28"/>
          <w:lang w:val="kk-KZ"/>
        </w:rPr>
        <w:t>Диссертация кіріспеден, екі</w:t>
      </w:r>
      <w:r w:rsidRPr="00363D89">
        <w:rPr>
          <w:rFonts w:ascii="Times New Roman" w:hAnsi="Times New Roman" w:cs="Times New Roman"/>
          <w:bCs/>
          <w:color w:val="000000" w:themeColor="text1"/>
          <w:kern w:val="24"/>
          <w:sz w:val="28"/>
          <w:szCs w:val="28"/>
          <w:lang w:val="kk-KZ"/>
        </w:rPr>
        <w:t xml:space="preserve"> тараудан, қорытындыдан және әдебиеттер тізімінен тұрады. Кіріспеде тақырыптың өзектілігі, зерттеу мақсаты мен міндеттері, ғылыми жаңалығы мен қолданылған әдістер толық сипатталған. Бірінші тарауда жоғары ретті эллиптикалық теңдеулер үшін шеттік есептердің қойылуы және олардың фредгольмді шешімділігі қарастырылған</w:t>
      </w:r>
      <w:r w:rsidR="00E41782" w:rsidRPr="00363D89">
        <w:rPr>
          <w:rFonts w:ascii="Times New Roman" w:hAnsi="Times New Roman" w:cs="Times New Roman"/>
          <w:bCs/>
          <w:color w:val="000000" w:themeColor="text1"/>
          <w:kern w:val="24"/>
          <w:sz w:val="28"/>
          <w:szCs w:val="28"/>
          <w:lang w:val="kk-KZ"/>
        </w:rPr>
        <w:t xml:space="preserve">, </w:t>
      </w:r>
      <w:r w:rsidR="00E41782" w:rsidRPr="00363D89">
        <w:rPr>
          <w:rFonts w:ascii="Times New Roman" w:hAnsi="Times New Roman" w:cs="Times New Roman"/>
          <w:sz w:val="28"/>
          <w:szCs w:val="28"/>
          <w:lang w:val="kk-KZ"/>
        </w:rPr>
        <w:t>жұмыста сингулярлық интегралдық теңдеулер де қарастырылғандықтан, Риман және басқа да есептерді шешу барысында Гельдер ш</w:t>
      </w:r>
      <w:r w:rsidR="00363D89" w:rsidRPr="00363D89">
        <w:rPr>
          <w:rFonts w:ascii="Times New Roman" w:hAnsi="Times New Roman" w:cs="Times New Roman"/>
          <w:sz w:val="28"/>
          <w:szCs w:val="28"/>
          <w:lang w:val="kk-KZ"/>
        </w:rPr>
        <w:t>арттарымен жұмыс жасалады</w:t>
      </w:r>
      <w:r w:rsidR="00DC2ED5" w:rsidRPr="00363D89">
        <w:rPr>
          <w:rFonts w:ascii="Times New Roman" w:hAnsi="Times New Roman" w:cs="Times New Roman"/>
          <w:sz w:val="28"/>
          <w:szCs w:val="28"/>
          <w:lang w:val="kk-KZ"/>
        </w:rPr>
        <w:t xml:space="preserve">, </w:t>
      </w:r>
      <w:r w:rsidR="00363D89" w:rsidRPr="00363D89">
        <w:rPr>
          <w:rFonts w:ascii="Times New Roman" w:hAnsi="Times New Roman" w:cs="Times New Roman"/>
          <w:sz w:val="28"/>
          <w:szCs w:val="28"/>
          <w:lang w:val="kk-KZ"/>
        </w:rPr>
        <w:t>зерттеу жұмысында Гельдер класы шеңберінен шығып, шешімділік жалпыланған функционалдық кеңістіктерде қарастырылды</w:t>
      </w:r>
      <w:r w:rsidR="00DC2ED5" w:rsidRPr="00363D89">
        <w:rPr>
          <w:rFonts w:ascii="Times New Roman" w:hAnsi="Times New Roman" w:cs="Times New Roman"/>
          <w:sz w:val="28"/>
          <w:szCs w:val="28"/>
          <w:lang w:val="kk-KZ"/>
        </w:rPr>
        <w:t>.</w:t>
      </w:r>
      <w:r w:rsidRPr="00363D89">
        <w:rPr>
          <w:rFonts w:ascii="Times New Roman" w:hAnsi="Times New Roman" w:cs="Times New Roman"/>
          <w:bCs/>
          <w:color w:val="000000" w:themeColor="text1"/>
          <w:kern w:val="24"/>
          <w:sz w:val="28"/>
          <w:szCs w:val="28"/>
          <w:lang w:val="kk-KZ"/>
        </w:rPr>
        <w:t xml:space="preserve"> Екінші тарауда фредгольмді шешімділік пен Шапиро-Лопатинский шартын</w:t>
      </w:r>
      <w:r w:rsidR="00C53099" w:rsidRPr="00363D89">
        <w:rPr>
          <w:rFonts w:ascii="Times New Roman" w:hAnsi="Times New Roman" w:cs="Times New Roman"/>
          <w:bCs/>
          <w:color w:val="000000" w:themeColor="text1"/>
          <w:kern w:val="24"/>
          <w:sz w:val="28"/>
          <w:szCs w:val="28"/>
          <w:lang w:val="kk-KZ"/>
        </w:rPr>
        <w:t xml:space="preserve">ың эквиваленттілігі және </w:t>
      </w:r>
      <w:r w:rsidRPr="00363D89">
        <w:rPr>
          <w:rFonts w:ascii="Times New Roman" w:hAnsi="Times New Roman" w:cs="Times New Roman"/>
          <w:bCs/>
          <w:color w:val="000000" w:themeColor="text1"/>
          <w:kern w:val="24"/>
          <w:sz w:val="28"/>
          <w:szCs w:val="28"/>
          <w:lang w:val="kk-KZ"/>
        </w:rPr>
        <w:t>локальді емес шеттік шарттары бар есептердің шешімділігі қарастырылған.</w:t>
      </w:r>
      <w:r w:rsidR="00C53099" w:rsidRPr="00363D89">
        <w:rPr>
          <w:rFonts w:ascii="Times New Roman" w:hAnsi="Times New Roman" w:cs="Times New Roman"/>
          <w:bCs/>
          <w:color w:val="000000" w:themeColor="text1"/>
          <w:kern w:val="24"/>
          <w:sz w:val="28"/>
          <w:szCs w:val="28"/>
          <w:lang w:val="kk-KZ"/>
        </w:rPr>
        <w:t xml:space="preserve"> </w:t>
      </w:r>
    </w:p>
    <w:p w14:paraId="3E867313" w14:textId="0CD6319B" w:rsidR="00D33D27" w:rsidRPr="00363D89" w:rsidRDefault="002B53F3" w:rsidP="00C41B3A">
      <w:pPr>
        <w:spacing w:after="0" w:line="240" w:lineRule="auto"/>
        <w:ind w:firstLine="708"/>
        <w:jc w:val="both"/>
        <w:rPr>
          <w:rFonts w:ascii="Times New Roman" w:hAnsi="Times New Roman" w:cs="Times New Roman"/>
          <w:color w:val="000000" w:themeColor="text1"/>
          <w:kern w:val="24"/>
          <w:sz w:val="28"/>
          <w:szCs w:val="28"/>
          <w:lang w:val="kk-KZ"/>
        </w:rPr>
      </w:pPr>
      <w:r w:rsidRPr="00363D89">
        <w:rPr>
          <w:rFonts w:ascii="Times New Roman" w:hAnsi="Times New Roman" w:cs="Times New Roman"/>
          <w:color w:val="000000" w:themeColor="text1"/>
          <w:kern w:val="24"/>
          <w:sz w:val="28"/>
          <w:szCs w:val="28"/>
          <w:lang w:val="kk-KZ"/>
        </w:rPr>
        <w:t>Диссертациялық жұмыс аясында жоғарғы ретті эллипстік теңдеулер үшін нормаль туындылы шеттік есептерді зерттеу барысында келесідей ғылыми нәтижелер алынды:</w:t>
      </w:r>
    </w:p>
    <w:p w14:paraId="46F96B35" w14:textId="034C15A8" w:rsidR="00AB2764" w:rsidRPr="00363D89" w:rsidRDefault="00AB2764" w:rsidP="00C11BA6">
      <w:pPr>
        <w:spacing w:after="0" w:line="240" w:lineRule="auto"/>
        <w:ind w:firstLine="567"/>
        <w:jc w:val="both"/>
        <w:rPr>
          <w:rFonts w:ascii="Times New Roman" w:eastAsia="Times New Roman" w:hAnsi="Times New Roman" w:cs="Times New Roman"/>
          <w:sz w:val="28"/>
          <w:szCs w:val="28"/>
          <w:lang w:val="kk-KZ"/>
        </w:rPr>
      </w:pPr>
      <w:r w:rsidRPr="00363D89">
        <w:rPr>
          <w:rFonts w:ascii="Times New Roman" w:hAnsi="Times New Roman" w:cs="Times New Roman"/>
          <w:color w:val="000000" w:themeColor="text1"/>
          <w:kern w:val="24"/>
          <w:sz w:val="28"/>
          <w:szCs w:val="28"/>
          <w:lang w:val="kk-KZ"/>
        </w:rPr>
        <w:t xml:space="preserve"> </w:t>
      </w:r>
      <w:r w:rsidR="005B0670" w:rsidRPr="007250F1">
        <w:rPr>
          <w:rFonts w:ascii="Times New Roman" w:hAnsi="Times New Roman" w:cs="Times New Roman"/>
          <w:sz w:val="28"/>
          <w:szCs w:val="28"/>
          <w:lang w:val="kk-KZ"/>
        </w:rPr>
        <w:t xml:space="preserve">– </w:t>
      </w:r>
      <w:r w:rsidR="00C41B3A" w:rsidRPr="00363D89">
        <w:rPr>
          <w:rFonts w:ascii="Times New Roman" w:hAnsi="Times New Roman" w:cs="Times New Roman"/>
          <w:color w:val="000000" w:themeColor="text1"/>
          <w:kern w:val="24"/>
          <w:sz w:val="28"/>
          <w:szCs w:val="28"/>
          <w:lang w:val="kk-KZ"/>
        </w:rPr>
        <w:t>Жазықтықтағы бірбайланысты облыстарда жоғарғы ретті эллипстік теңдеулер үшін нормаль туындылы ш</w:t>
      </w:r>
      <w:r w:rsidR="005B0670">
        <w:rPr>
          <w:rFonts w:ascii="Times New Roman" w:hAnsi="Times New Roman" w:cs="Times New Roman"/>
          <w:color w:val="000000" w:themeColor="text1"/>
          <w:kern w:val="24"/>
          <w:sz w:val="28"/>
          <w:szCs w:val="28"/>
          <w:lang w:val="kk-KZ"/>
        </w:rPr>
        <w:t>еттік есептер қойылып, олардың ф</w:t>
      </w:r>
      <w:r w:rsidR="00C41B3A" w:rsidRPr="00363D89">
        <w:rPr>
          <w:rFonts w:ascii="Times New Roman" w:hAnsi="Times New Roman" w:cs="Times New Roman"/>
          <w:color w:val="000000" w:themeColor="text1"/>
          <w:kern w:val="24"/>
          <w:sz w:val="28"/>
          <w:szCs w:val="28"/>
          <w:lang w:val="kk-KZ"/>
        </w:rPr>
        <w:t>редгольмдік шешімділігі толық зерттелді</w:t>
      </w:r>
      <w:r w:rsidRPr="00363D89">
        <w:rPr>
          <w:rFonts w:ascii="Times New Roman" w:hAnsi="Times New Roman" w:cs="Times New Roman"/>
          <w:color w:val="000000" w:themeColor="text1"/>
          <w:kern w:val="24"/>
          <w:sz w:val="28"/>
          <w:szCs w:val="28"/>
          <w:lang w:val="kk-KZ"/>
        </w:rPr>
        <w:t xml:space="preserve">; </w:t>
      </w:r>
    </w:p>
    <w:p w14:paraId="699298C8" w14:textId="3582D5AD" w:rsidR="00AB2764" w:rsidRPr="00363D89" w:rsidRDefault="00AB2764" w:rsidP="00C11BA6">
      <w:pPr>
        <w:spacing w:after="0" w:line="240" w:lineRule="auto"/>
        <w:ind w:firstLine="567"/>
        <w:jc w:val="both"/>
        <w:rPr>
          <w:rFonts w:ascii="Times New Roman" w:eastAsia="Times New Roman" w:hAnsi="Times New Roman" w:cs="Times New Roman"/>
          <w:sz w:val="28"/>
          <w:szCs w:val="28"/>
          <w:lang w:val="kk-KZ"/>
        </w:rPr>
      </w:pPr>
      <w:r w:rsidRPr="00363D89">
        <w:rPr>
          <w:rFonts w:ascii="Times New Roman" w:hAnsi="Times New Roman" w:cs="Times New Roman"/>
          <w:color w:val="000000" w:themeColor="text1"/>
          <w:kern w:val="24"/>
          <w:sz w:val="28"/>
          <w:szCs w:val="28"/>
          <w:lang w:val="kk-KZ"/>
        </w:rPr>
        <w:t xml:space="preserve"> </w:t>
      </w:r>
      <w:r w:rsidR="005B0670" w:rsidRPr="007250F1">
        <w:rPr>
          <w:rFonts w:ascii="Times New Roman" w:hAnsi="Times New Roman" w:cs="Times New Roman"/>
          <w:sz w:val="28"/>
          <w:szCs w:val="28"/>
          <w:lang w:val="kk-KZ"/>
        </w:rPr>
        <w:t xml:space="preserve">– </w:t>
      </w:r>
      <w:r w:rsidRPr="00363D89">
        <w:rPr>
          <w:rFonts w:ascii="Times New Roman" w:hAnsi="Times New Roman" w:cs="Times New Roman"/>
          <w:color w:val="000000" w:themeColor="text1"/>
          <w:kern w:val="24"/>
          <w:sz w:val="28"/>
          <w:szCs w:val="28"/>
          <w:lang w:val="kk-KZ"/>
        </w:rPr>
        <w:t>Жоғарғы рет</w:t>
      </w:r>
      <w:r w:rsidR="00C41B3A" w:rsidRPr="00363D89">
        <w:rPr>
          <w:rFonts w:ascii="Times New Roman" w:hAnsi="Times New Roman" w:cs="Times New Roman"/>
          <w:color w:val="000000" w:themeColor="text1"/>
          <w:kern w:val="24"/>
          <w:sz w:val="28"/>
          <w:szCs w:val="28"/>
          <w:lang w:val="kk-KZ"/>
        </w:rPr>
        <w:t>ті эллипстік теңдеулер үшін көп</w:t>
      </w:r>
      <w:r w:rsidRPr="00363D89">
        <w:rPr>
          <w:rFonts w:ascii="Times New Roman" w:hAnsi="Times New Roman" w:cs="Times New Roman"/>
          <w:color w:val="000000" w:themeColor="text1"/>
          <w:kern w:val="24"/>
          <w:sz w:val="28"/>
          <w:szCs w:val="28"/>
          <w:lang w:val="kk-KZ"/>
        </w:rPr>
        <w:t>байланысты облыстарда нормаль туынды</w:t>
      </w:r>
      <w:r w:rsidR="00C41B3A" w:rsidRPr="00363D89">
        <w:rPr>
          <w:rFonts w:ascii="Times New Roman" w:hAnsi="Times New Roman" w:cs="Times New Roman"/>
          <w:color w:val="000000" w:themeColor="text1"/>
          <w:kern w:val="24"/>
          <w:sz w:val="28"/>
          <w:szCs w:val="28"/>
          <w:lang w:val="kk-KZ"/>
        </w:rPr>
        <w:t>лары бар шеттік есептер қойылып, олардың фредгольмді шешімділігі зерттелді</w:t>
      </w:r>
      <w:r w:rsidRPr="00363D89">
        <w:rPr>
          <w:rFonts w:ascii="Times New Roman" w:hAnsi="Times New Roman" w:cs="Times New Roman"/>
          <w:color w:val="000000" w:themeColor="text1"/>
          <w:kern w:val="24"/>
          <w:sz w:val="28"/>
          <w:szCs w:val="28"/>
          <w:lang w:val="kk-KZ"/>
        </w:rPr>
        <w:t xml:space="preserve"> және</w:t>
      </w:r>
      <w:r w:rsidR="00C41B3A" w:rsidRPr="00363D89">
        <w:rPr>
          <w:rFonts w:ascii="Times New Roman" w:hAnsi="Times New Roman" w:cs="Times New Roman"/>
          <w:color w:val="000000" w:themeColor="text1"/>
          <w:kern w:val="24"/>
          <w:sz w:val="28"/>
          <w:szCs w:val="28"/>
          <w:lang w:val="kk-KZ"/>
        </w:rPr>
        <w:t xml:space="preserve"> индексінің формуласы есептелді</w:t>
      </w:r>
      <w:r w:rsidRPr="00363D89">
        <w:rPr>
          <w:rFonts w:ascii="Times New Roman" w:hAnsi="Times New Roman" w:cs="Times New Roman"/>
          <w:color w:val="000000" w:themeColor="text1"/>
          <w:kern w:val="24"/>
          <w:sz w:val="28"/>
          <w:szCs w:val="28"/>
          <w:lang w:val="kk-KZ"/>
        </w:rPr>
        <w:t xml:space="preserve">; </w:t>
      </w:r>
    </w:p>
    <w:p w14:paraId="37FC2A44" w14:textId="308672C4" w:rsidR="00AB2764" w:rsidRPr="00363D89" w:rsidRDefault="005B0670" w:rsidP="00C11BA6">
      <w:pPr>
        <w:spacing w:after="0" w:line="240" w:lineRule="auto"/>
        <w:ind w:firstLine="567"/>
        <w:jc w:val="both"/>
        <w:rPr>
          <w:rFonts w:ascii="Times New Roman" w:eastAsia="Times New Roman" w:hAnsi="Times New Roman" w:cs="Times New Roman"/>
          <w:sz w:val="28"/>
          <w:szCs w:val="28"/>
          <w:lang w:val="kk-KZ"/>
        </w:rPr>
      </w:pPr>
      <w:r w:rsidRPr="005B0670">
        <w:rPr>
          <w:rFonts w:ascii="Times New Roman" w:hAnsi="Times New Roman" w:cs="Times New Roman"/>
          <w:sz w:val="28"/>
          <w:szCs w:val="28"/>
          <w:lang w:val="kk-KZ"/>
        </w:rPr>
        <w:t xml:space="preserve"> </w:t>
      </w:r>
      <w:r w:rsidRPr="007250F1">
        <w:rPr>
          <w:rFonts w:ascii="Times New Roman" w:hAnsi="Times New Roman" w:cs="Times New Roman"/>
          <w:sz w:val="28"/>
          <w:szCs w:val="28"/>
          <w:lang w:val="kk-KZ"/>
        </w:rPr>
        <w:t xml:space="preserve">– </w:t>
      </w:r>
      <w:r w:rsidR="00AB2764" w:rsidRPr="00363D89">
        <w:rPr>
          <w:rFonts w:ascii="Times New Roman" w:hAnsi="Times New Roman" w:cs="Times New Roman"/>
          <w:color w:val="000000" w:themeColor="text1"/>
          <w:kern w:val="24"/>
          <w:sz w:val="28"/>
          <w:szCs w:val="28"/>
          <w:lang w:val="kk-KZ"/>
        </w:rPr>
        <w:t xml:space="preserve">Жоғарыда аталған шеттік есептердің фредгольмді шешімділігі туралы теоремалар </w:t>
      </w:r>
      <w:r w:rsidR="00C41B3A" w:rsidRPr="00363D89">
        <w:rPr>
          <w:rFonts w:ascii="Times New Roman" w:hAnsi="Times New Roman" w:cs="Times New Roman"/>
          <w:color w:val="000000" w:themeColor="text1"/>
          <w:kern w:val="24"/>
          <w:sz w:val="28"/>
          <w:szCs w:val="28"/>
          <w:lang w:val="kk-KZ"/>
        </w:rPr>
        <w:t xml:space="preserve">тұжырымдалды </w:t>
      </w:r>
      <w:r w:rsidR="00AB2764" w:rsidRPr="00363D89">
        <w:rPr>
          <w:rFonts w:ascii="Times New Roman" w:hAnsi="Times New Roman" w:cs="Times New Roman"/>
          <w:color w:val="000000" w:themeColor="text1"/>
          <w:kern w:val="24"/>
          <w:sz w:val="28"/>
          <w:szCs w:val="28"/>
          <w:lang w:val="kk-KZ"/>
        </w:rPr>
        <w:t>және оларға пара-пар (экви</w:t>
      </w:r>
      <w:r w:rsidR="00C41B3A" w:rsidRPr="00363D89">
        <w:rPr>
          <w:rFonts w:ascii="Times New Roman" w:hAnsi="Times New Roman" w:cs="Times New Roman"/>
          <w:color w:val="000000" w:themeColor="text1"/>
          <w:kern w:val="24"/>
          <w:sz w:val="28"/>
          <w:szCs w:val="28"/>
          <w:lang w:val="kk-KZ"/>
        </w:rPr>
        <w:t>валентті) теоремалар дәлелденді</w:t>
      </w:r>
      <w:r w:rsidR="00AB2764" w:rsidRPr="00363D89">
        <w:rPr>
          <w:rFonts w:ascii="Times New Roman" w:hAnsi="Times New Roman" w:cs="Times New Roman"/>
          <w:color w:val="000000" w:themeColor="text1"/>
          <w:kern w:val="24"/>
          <w:sz w:val="28"/>
          <w:szCs w:val="28"/>
          <w:lang w:val="kk-KZ"/>
        </w:rPr>
        <w:t xml:space="preserve">; </w:t>
      </w:r>
    </w:p>
    <w:p w14:paraId="5FEE44F9" w14:textId="30ED9688" w:rsidR="00AB2764" w:rsidRPr="00363D89" w:rsidRDefault="005B0670" w:rsidP="00C11BA6">
      <w:pPr>
        <w:spacing w:after="0" w:line="240" w:lineRule="auto"/>
        <w:ind w:firstLine="567"/>
        <w:jc w:val="both"/>
        <w:rPr>
          <w:rFonts w:ascii="Times New Roman" w:eastAsia="Times New Roman" w:hAnsi="Times New Roman" w:cs="Times New Roman"/>
          <w:sz w:val="28"/>
          <w:szCs w:val="28"/>
          <w:lang w:val="kk-KZ"/>
        </w:rPr>
      </w:pPr>
      <w:r w:rsidRPr="005B0670">
        <w:rPr>
          <w:rFonts w:ascii="Times New Roman" w:hAnsi="Times New Roman" w:cs="Times New Roman"/>
          <w:sz w:val="28"/>
          <w:szCs w:val="28"/>
          <w:lang w:val="kk-KZ"/>
        </w:rPr>
        <w:t xml:space="preserve"> </w:t>
      </w:r>
      <w:r w:rsidRPr="007250F1">
        <w:rPr>
          <w:rFonts w:ascii="Times New Roman" w:hAnsi="Times New Roman" w:cs="Times New Roman"/>
          <w:sz w:val="28"/>
          <w:szCs w:val="28"/>
          <w:lang w:val="kk-KZ"/>
        </w:rPr>
        <w:t xml:space="preserve">– </w:t>
      </w:r>
      <w:r w:rsidR="00AB2764" w:rsidRPr="00363D89">
        <w:rPr>
          <w:rFonts w:ascii="Times New Roman" w:hAnsi="Times New Roman" w:cs="Times New Roman"/>
          <w:color w:val="000000" w:themeColor="text1"/>
          <w:kern w:val="24"/>
          <w:sz w:val="28"/>
          <w:szCs w:val="28"/>
          <w:lang w:val="kk-KZ"/>
        </w:rPr>
        <w:t>Шекарада нормаль туындылары бар төртінші және алтыншы ретті эллипстік теңдеулер үшін шеттік есептердің фр</w:t>
      </w:r>
      <w:r w:rsidR="00C41B3A" w:rsidRPr="00363D89">
        <w:rPr>
          <w:rFonts w:ascii="Times New Roman" w:hAnsi="Times New Roman" w:cs="Times New Roman"/>
          <w:color w:val="000000" w:themeColor="text1"/>
          <w:kern w:val="24"/>
          <w:sz w:val="28"/>
          <w:szCs w:val="28"/>
          <w:lang w:val="kk-KZ"/>
        </w:rPr>
        <w:t>едгольмді шешімділігі зерттелді</w:t>
      </w:r>
      <w:r w:rsidR="00AB2764" w:rsidRPr="00363D89">
        <w:rPr>
          <w:rFonts w:ascii="Times New Roman" w:hAnsi="Times New Roman" w:cs="Times New Roman"/>
          <w:color w:val="000000" w:themeColor="text1"/>
          <w:kern w:val="24"/>
          <w:sz w:val="28"/>
          <w:szCs w:val="28"/>
          <w:lang w:val="kk-KZ"/>
        </w:rPr>
        <w:t>;</w:t>
      </w:r>
    </w:p>
    <w:p w14:paraId="219B004B" w14:textId="4289CDFD" w:rsidR="002B53F3" w:rsidRPr="005B0670" w:rsidRDefault="005B0670" w:rsidP="005B0670">
      <w:pPr>
        <w:spacing w:after="0" w:line="240" w:lineRule="auto"/>
        <w:ind w:firstLine="567"/>
        <w:jc w:val="both"/>
        <w:rPr>
          <w:rFonts w:ascii="Times New Roman" w:eastAsia="Times New Roman" w:hAnsi="Times New Roman" w:cs="Times New Roman"/>
          <w:sz w:val="28"/>
          <w:szCs w:val="28"/>
          <w:lang w:val="kk-KZ"/>
        </w:rPr>
      </w:pPr>
      <w:r w:rsidRPr="007250F1">
        <w:rPr>
          <w:rFonts w:ascii="Times New Roman" w:hAnsi="Times New Roman" w:cs="Times New Roman"/>
          <w:sz w:val="28"/>
          <w:szCs w:val="28"/>
          <w:lang w:val="kk-KZ"/>
        </w:rPr>
        <w:t xml:space="preserve">– </w:t>
      </w:r>
      <w:r w:rsidR="00AB2764" w:rsidRPr="00363D89">
        <w:rPr>
          <w:rFonts w:ascii="Times New Roman" w:hAnsi="Times New Roman" w:cs="Times New Roman"/>
          <w:color w:val="000000" w:themeColor="text1"/>
          <w:kern w:val="24"/>
          <w:sz w:val="28"/>
          <w:szCs w:val="28"/>
          <w:lang w:val="kk-KZ"/>
        </w:rPr>
        <w:t>Жазықтықта жоғарғы рет</w:t>
      </w:r>
      <w:r w:rsidR="00C41B3A" w:rsidRPr="00363D89">
        <w:rPr>
          <w:rFonts w:ascii="Times New Roman" w:hAnsi="Times New Roman" w:cs="Times New Roman"/>
          <w:color w:val="000000" w:themeColor="text1"/>
          <w:kern w:val="24"/>
          <w:sz w:val="28"/>
          <w:szCs w:val="28"/>
          <w:lang w:val="kk-KZ"/>
        </w:rPr>
        <w:t>ті эллипстік теңдеулер үшін бір</w:t>
      </w:r>
      <w:r w:rsidR="00AB2764" w:rsidRPr="00363D89">
        <w:rPr>
          <w:rFonts w:ascii="Times New Roman" w:hAnsi="Times New Roman" w:cs="Times New Roman"/>
          <w:color w:val="000000" w:themeColor="text1"/>
          <w:kern w:val="24"/>
          <w:sz w:val="28"/>
          <w:szCs w:val="28"/>
          <w:lang w:val="kk-KZ"/>
        </w:rPr>
        <w:t>байланысты облыста нормаль туындысы бар шеттік есептің фредгольмді шешімділік шарты мен қосалқы шарттың (Шапиро-Лопатинский шартымен) пара-парлығ</w:t>
      </w:r>
      <w:r w:rsidR="00C41B3A" w:rsidRPr="00363D89">
        <w:rPr>
          <w:rFonts w:ascii="Times New Roman" w:hAnsi="Times New Roman" w:cs="Times New Roman"/>
          <w:color w:val="000000" w:themeColor="text1"/>
          <w:kern w:val="24"/>
          <w:sz w:val="28"/>
          <w:szCs w:val="28"/>
          <w:lang w:val="kk-KZ"/>
        </w:rPr>
        <w:t xml:space="preserve">ы </w:t>
      </w:r>
      <w:r w:rsidR="00C41B3A" w:rsidRPr="00363D89">
        <w:rPr>
          <w:rFonts w:ascii="Times New Roman" w:hAnsi="Times New Roman" w:cs="Times New Roman"/>
          <w:color w:val="000000" w:themeColor="text1"/>
          <w:kern w:val="24"/>
          <w:sz w:val="28"/>
          <w:szCs w:val="28"/>
          <w:lang w:val="kk-KZ"/>
        </w:rPr>
        <w:lastRenderedPageBreak/>
        <w:t>(эквиваленттілігі) дәлелденді</w:t>
      </w:r>
      <w:r>
        <w:rPr>
          <w:rFonts w:ascii="Times New Roman" w:hAnsi="Times New Roman" w:cs="Times New Roman"/>
          <w:color w:val="000000" w:themeColor="text1"/>
          <w:kern w:val="24"/>
          <w:sz w:val="28"/>
          <w:szCs w:val="28"/>
          <w:lang w:val="kk-KZ"/>
        </w:rPr>
        <w:t xml:space="preserve"> және к</w:t>
      </w:r>
      <w:r w:rsidR="00AB2764" w:rsidRPr="00363D89">
        <w:rPr>
          <w:rFonts w:ascii="Times New Roman" w:hAnsi="Times New Roman" w:cs="Times New Roman"/>
          <w:color w:val="000000" w:themeColor="text1"/>
          <w:kern w:val="24"/>
          <w:sz w:val="28"/>
          <w:szCs w:val="28"/>
          <w:lang w:val="kk-KZ"/>
        </w:rPr>
        <w:t>өп өлшемді эллипстік теңдеулер үшін локальді емес шеттік шартты е</w:t>
      </w:r>
      <w:r w:rsidR="002B53F3" w:rsidRPr="00363D89">
        <w:rPr>
          <w:rFonts w:ascii="Times New Roman" w:hAnsi="Times New Roman" w:cs="Times New Roman"/>
          <w:color w:val="000000" w:themeColor="text1"/>
          <w:kern w:val="24"/>
          <w:sz w:val="28"/>
          <w:szCs w:val="28"/>
          <w:lang w:val="kk-KZ"/>
        </w:rPr>
        <w:t>септердің шешімділігі зерттелді</w:t>
      </w:r>
      <w:r w:rsidR="00AB2764" w:rsidRPr="00363D89">
        <w:rPr>
          <w:rFonts w:ascii="Times New Roman" w:hAnsi="Times New Roman" w:cs="Times New Roman"/>
          <w:color w:val="000000" w:themeColor="text1"/>
          <w:kern w:val="24"/>
          <w:sz w:val="28"/>
          <w:szCs w:val="28"/>
          <w:lang w:val="kk-KZ"/>
        </w:rPr>
        <w:t>.</w:t>
      </w:r>
    </w:p>
    <w:p w14:paraId="0B3891DE" w14:textId="46A6D8EF" w:rsidR="00581F90" w:rsidRPr="00581F90" w:rsidRDefault="00802E71" w:rsidP="00581F90">
      <w:pPr>
        <w:spacing w:after="0" w:line="240" w:lineRule="auto"/>
        <w:ind w:firstLine="708"/>
        <w:jc w:val="both"/>
        <w:rPr>
          <w:rFonts w:ascii="Times New Roman" w:eastAsia="Times New Roman" w:hAnsi="Times New Roman" w:cs="Times New Roman"/>
          <w:sz w:val="28"/>
          <w:szCs w:val="28"/>
          <w:lang w:val="kk-KZ"/>
        </w:rPr>
      </w:pPr>
      <w:r w:rsidRPr="00363D89">
        <w:rPr>
          <w:rFonts w:ascii="Times New Roman" w:hAnsi="Times New Roman" w:cs="Times New Roman"/>
          <w:sz w:val="28"/>
          <w:szCs w:val="28"/>
          <w:lang w:val="kk-KZ"/>
        </w:rPr>
        <w:t>Ізделінді шешім мен шешім ізделінетін облыстағы сол шешімнің шекаралық және ішкі нүктелеріндегі туындыларының мәндерін байланыстыратын шеттік шарттары бар есептерді локалді емес есеп деп атайды.</w:t>
      </w:r>
      <w:r w:rsidRPr="00363D89">
        <w:rPr>
          <w:rFonts w:ascii="Times New Roman" w:eastAsia="Times New Roman" w:hAnsi="Times New Roman" w:cs="Times New Roman"/>
          <w:sz w:val="28"/>
          <w:szCs w:val="28"/>
          <w:lang w:val="kk-KZ"/>
        </w:rPr>
        <w:t xml:space="preserve"> Бұл есептер Дирихле немесе Нейман шарттары сияқты классикалық шеттік шарттарды кеңейтеді, олар локалді болып табылады және облыс шекарасындағы мәндерімен анықталады. </w:t>
      </w:r>
      <w:r w:rsidRPr="00363D89">
        <w:rPr>
          <w:rFonts w:ascii="Times New Roman" w:hAnsi="Times New Roman" w:cs="Times New Roman"/>
          <w:sz w:val="28"/>
          <w:szCs w:val="28"/>
          <w:lang w:val="kk-KZ"/>
        </w:rPr>
        <w:t xml:space="preserve">Математикалық тұрғыдан алғанда, есепте локалді емес мүшенің бар болуынан біраз қызықты сұрақтар пайда болады және эллипстік есептерді шешудің кейбір стандартты әдістерінде бірқатар қиындықтар туындайды. Мысалы, вариациялық әдістер мұндай теңдеулердің көп класы үшін шешімнің бар екендігін дәлелдеу үшін қолданғанда жүрмейді. Дербес туындылы әр түрлі теңдеулерге арналған локалды емес есептерді, </w:t>
      </w:r>
      <w:r w:rsidRPr="00363D89">
        <w:rPr>
          <w:rFonts w:ascii="Times New Roman" w:eastAsia="Times New Roman" w:hAnsi="Times New Roman" w:cs="Times New Roman"/>
          <w:sz w:val="28"/>
          <w:szCs w:val="28"/>
          <w:lang w:val="kk-KZ"/>
        </w:rPr>
        <w:t>локал</w:t>
      </w:r>
      <w:r w:rsidR="00E41782" w:rsidRPr="00363D89">
        <w:rPr>
          <w:rFonts w:ascii="Times New Roman" w:eastAsia="Times New Roman" w:hAnsi="Times New Roman" w:cs="Times New Roman"/>
          <w:sz w:val="28"/>
          <w:szCs w:val="28"/>
          <w:lang w:val="kk-KZ"/>
        </w:rPr>
        <w:t>ді емес есептердің шешімділігін,</w:t>
      </w:r>
      <w:r w:rsidRPr="00363D89">
        <w:rPr>
          <w:rFonts w:ascii="Times New Roman" w:eastAsia="Times New Roman" w:hAnsi="Times New Roman" w:cs="Times New Roman"/>
          <w:sz w:val="28"/>
          <w:szCs w:val="28"/>
          <w:lang w:val="kk-KZ"/>
        </w:rPr>
        <w:t xml:space="preserve"> шеттік есептің </w:t>
      </w:r>
      <w:r w:rsidR="00E41782" w:rsidRPr="00363D89">
        <w:rPr>
          <w:rFonts w:ascii="Times New Roman" w:eastAsia="Times New Roman" w:hAnsi="Times New Roman" w:cs="Times New Roman"/>
          <w:sz w:val="28"/>
          <w:szCs w:val="28"/>
          <w:lang w:val="kk-KZ"/>
        </w:rPr>
        <w:t xml:space="preserve">шешімінің бар болуы мен жалғыздығы мәселесі </w:t>
      </w:r>
      <w:r w:rsidR="00E41782" w:rsidRPr="00363D89">
        <w:rPr>
          <w:rFonts w:ascii="Times New Roman" w:hAnsi="Times New Roman" w:cs="Times New Roman"/>
          <w:sz w:val="28"/>
          <w:szCs w:val="28"/>
          <w:lang w:val="kk-KZ"/>
        </w:rPr>
        <w:t xml:space="preserve">көптеген </w:t>
      </w:r>
      <w:r w:rsidR="00E41782" w:rsidRPr="00363D89">
        <w:rPr>
          <w:rFonts w:ascii="Times New Roman" w:eastAsia="Times New Roman" w:hAnsi="Times New Roman" w:cs="Times New Roman"/>
          <w:sz w:val="28"/>
          <w:szCs w:val="28"/>
          <w:lang w:val="kk-KZ"/>
        </w:rPr>
        <w:t>жұмыстарда зерттелген</w:t>
      </w:r>
      <w:r w:rsidR="00DC2ED5" w:rsidRPr="00363D89">
        <w:rPr>
          <w:rFonts w:ascii="Times New Roman" w:eastAsia="Times New Roman" w:hAnsi="Times New Roman" w:cs="Times New Roman"/>
          <w:sz w:val="28"/>
          <w:szCs w:val="28"/>
          <w:lang w:val="kk-KZ"/>
        </w:rPr>
        <w:t xml:space="preserve"> және</w:t>
      </w:r>
      <w:r w:rsidR="00E41782" w:rsidRPr="00363D89">
        <w:rPr>
          <w:rFonts w:ascii="Times New Roman" w:eastAsia="Times New Roman" w:hAnsi="Times New Roman" w:cs="Times New Roman"/>
          <w:sz w:val="28"/>
          <w:szCs w:val="28"/>
          <w:lang w:val="kk-KZ"/>
        </w:rPr>
        <w:t xml:space="preserve"> өзекті тақырыптар болып табылады.</w:t>
      </w:r>
      <w:r w:rsidR="00581F90">
        <w:rPr>
          <w:rFonts w:ascii="Times New Roman" w:eastAsia="Times New Roman" w:hAnsi="Times New Roman" w:cs="Times New Roman"/>
          <w:sz w:val="28"/>
          <w:szCs w:val="28"/>
          <w:lang w:val="kk-KZ"/>
        </w:rPr>
        <w:t xml:space="preserve"> </w:t>
      </w:r>
      <w:r w:rsidR="005B0670" w:rsidRPr="00363D89">
        <w:rPr>
          <w:rFonts w:ascii="Times New Roman" w:hAnsi="Times New Roman" w:cs="Times New Roman"/>
          <w:bCs/>
          <w:color w:val="000000" w:themeColor="text1"/>
          <w:kern w:val="24"/>
          <w:sz w:val="28"/>
          <w:szCs w:val="28"/>
          <w:lang w:val="kk-KZ"/>
        </w:rPr>
        <w:t>Диссертация</w:t>
      </w:r>
      <w:r w:rsidR="005B0670">
        <w:rPr>
          <w:rFonts w:ascii="Times New Roman" w:hAnsi="Times New Roman" w:cs="Times New Roman"/>
          <w:bCs/>
          <w:color w:val="000000" w:themeColor="text1"/>
          <w:kern w:val="24"/>
          <w:sz w:val="28"/>
          <w:szCs w:val="28"/>
          <w:lang w:val="kk-KZ"/>
        </w:rPr>
        <w:t>лық</w:t>
      </w:r>
      <w:r w:rsidR="005B0670" w:rsidRPr="00363D89">
        <w:rPr>
          <w:rFonts w:ascii="Times New Roman" w:hAnsi="Times New Roman" w:cs="Times New Roman"/>
          <w:bCs/>
          <w:color w:val="000000" w:themeColor="text1"/>
          <w:kern w:val="24"/>
          <w:sz w:val="28"/>
          <w:szCs w:val="28"/>
          <w:lang w:val="kk-KZ"/>
        </w:rPr>
        <w:t xml:space="preserve"> </w:t>
      </w:r>
      <w:r w:rsidR="005B0670">
        <w:rPr>
          <w:rFonts w:ascii="Times New Roman" w:hAnsi="Times New Roman" w:cs="Times New Roman"/>
          <w:bCs/>
          <w:color w:val="000000" w:themeColor="text1"/>
          <w:kern w:val="24"/>
          <w:sz w:val="28"/>
          <w:szCs w:val="28"/>
          <w:lang w:val="kk-KZ"/>
        </w:rPr>
        <w:t>жұмыс</w:t>
      </w:r>
      <w:r w:rsidR="00581F90">
        <w:rPr>
          <w:rFonts w:ascii="Times New Roman" w:hAnsi="Times New Roman" w:cs="Times New Roman"/>
          <w:bCs/>
          <w:color w:val="000000" w:themeColor="text1"/>
          <w:kern w:val="24"/>
          <w:sz w:val="28"/>
          <w:szCs w:val="28"/>
          <w:lang w:val="kk-KZ"/>
        </w:rPr>
        <w:t>ты орындау барысында</w:t>
      </w:r>
      <w:r w:rsidR="005B0670">
        <w:rPr>
          <w:rFonts w:ascii="Times New Roman" w:hAnsi="Times New Roman" w:cs="Times New Roman"/>
          <w:bCs/>
          <w:color w:val="000000" w:themeColor="text1"/>
          <w:kern w:val="24"/>
          <w:sz w:val="28"/>
          <w:szCs w:val="28"/>
          <w:lang w:val="kk-KZ"/>
        </w:rPr>
        <w:t xml:space="preserve"> э</w:t>
      </w:r>
      <w:r w:rsidR="00C11BA6" w:rsidRPr="00363D89">
        <w:rPr>
          <w:rFonts w:ascii="Times New Roman" w:hAnsi="Times New Roman" w:cs="Times New Roman"/>
          <w:bCs/>
          <w:color w:val="000000" w:themeColor="text1"/>
          <w:kern w:val="24"/>
          <w:sz w:val="28"/>
          <w:szCs w:val="28"/>
          <w:lang w:val="kk-KZ"/>
        </w:rPr>
        <w:t>ллипстік теңдеулер үшін локалді емес шеттік шарттары бар есептердің шешімдерінің бар болуы мен жалғыздығы орындалуы ү</w:t>
      </w:r>
      <w:r w:rsidR="005B0670">
        <w:rPr>
          <w:rFonts w:ascii="Times New Roman" w:hAnsi="Times New Roman" w:cs="Times New Roman"/>
          <w:bCs/>
          <w:color w:val="000000" w:themeColor="text1"/>
          <w:kern w:val="24"/>
          <w:sz w:val="28"/>
          <w:szCs w:val="28"/>
          <w:lang w:val="kk-KZ"/>
        </w:rPr>
        <w:t xml:space="preserve">шін жеткілікті шарттар алынды. </w:t>
      </w:r>
      <w:r w:rsidR="00581F90" w:rsidRPr="005B0670">
        <w:rPr>
          <w:rFonts w:ascii="Times New Roman" w:hAnsi="Times New Roman" w:cs="Times New Roman"/>
          <w:color w:val="000000" w:themeColor="text1"/>
          <w:kern w:val="24"/>
          <w:sz w:val="28"/>
          <w:szCs w:val="28"/>
          <w:lang w:val="kk-KZ"/>
        </w:rPr>
        <w:t>Бұл нәтижелер компактілік, монотондық және қозғалмайтын нүкте теоремалары сияқты классикалық әдістердің көмегімен дәлелденді.</w:t>
      </w:r>
    </w:p>
    <w:p w14:paraId="2F16ADD6" w14:textId="2D5DCB41" w:rsidR="00AB2764" w:rsidRPr="00752016" w:rsidRDefault="00AB2764" w:rsidP="00752016">
      <w:pPr>
        <w:spacing w:after="0" w:line="240" w:lineRule="auto"/>
        <w:jc w:val="both"/>
        <w:rPr>
          <w:rFonts w:ascii="Times New Roman" w:hAnsi="Times New Roman" w:cs="Times New Roman"/>
          <w:color w:val="000000" w:themeColor="text1"/>
          <w:kern w:val="24"/>
          <w:sz w:val="28"/>
          <w:szCs w:val="28"/>
          <w:lang w:val="kk-KZ"/>
        </w:rPr>
      </w:pPr>
      <w:r w:rsidRPr="007250F1">
        <w:rPr>
          <w:rFonts w:ascii="Times New Roman" w:hAnsi="Times New Roman" w:cs="Times New Roman"/>
          <w:color w:val="000000" w:themeColor="text1"/>
          <w:kern w:val="24"/>
          <w:sz w:val="28"/>
          <w:szCs w:val="28"/>
          <w:lang w:val="kk-KZ"/>
        </w:rPr>
        <w:br w:type="page"/>
      </w:r>
    </w:p>
    <w:p w14:paraId="1417C0EA" w14:textId="77777777" w:rsidR="00AB2764" w:rsidRPr="007250F1" w:rsidRDefault="00AB2764" w:rsidP="00AB2764">
      <w:pPr>
        <w:spacing w:after="0" w:line="240" w:lineRule="auto"/>
        <w:ind w:firstLine="708"/>
        <w:jc w:val="center"/>
        <w:rPr>
          <w:rFonts w:ascii="Times New Roman" w:hAnsi="Times New Roman" w:cs="Times New Roman"/>
          <w:b/>
          <w:sz w:val="28"/>
          <w:szCs w:val="28"/>
          <w:lang w:val="kk-KZ"/>
        </w:rPr>
      </w:pPr>
      <w:r w:rsidRPr="007250F1">
        <w:rPr>
          <w:rFonts w:ascii="Times New Roman" w:hAnsi="Times New Roman" w:cs="Times New Roman"/>
          <w:b/>
          <w:sz w:val="28"/>
          <w:szCs w:val="28"/>
          <w:lang w:val="kk-KZ"/>
        </w:rPr>
        <w:lastRenderedPageBreak/>
        <w:t>ПАЙДАЛАНЫЛҒАН ӘДЕБИЕТТЕР ТІЗІМІ</w:t>
      </w:r>
    </w:p>
    <w:p w14:paraId="6E508023" w14:textId="77777777" w:rsidR="00AB2764" w:rsidRPr="007250F1" w:rsidRDefault="00AB2764" w:rsidP="00AB2764">
      <w:pPr>
        <w:spacing w:after="0" w:line="240" w:lineRule="auto"/>
        <w:ind w:firstLine="708"/>
        <w:jc w:val="center"/>
        <w:rPr>
          <w:rFonts w:ascii="Times New Roman" w:hAnsi="Times New Roman" w:cs="Times New Roman"/>
          <w:b/>
          <w:sz w:val="28"/>
          <w:szCs w:val="28"/>
          <w:lang w:val="kk-KZ"/>
        </w:rPr>
      </w:pPr>
    </w:p>
    <w:p w14:paraId="2DF246E6" w14:textId="385617A6" w:rsidR="00044756" w:rsidRPr="007250F1" w:rsidRDefault="00044756" w:rsidP="00044756">
      <w:pPr>
        <w:spacing w:after="0" w:line="240" w:lineRule="auto"/>
        <w:ind w:firstLine="708"/>
        <w:jc w:val="both"/>
        <w:rPr>
          <w:rFonts w:ascii="Times New Roman" w:hAnsi="Times New Roman" w:cs="Times New Roman"/>
          <w:sz w:val="28"/>
          <w:szCs w:val="28"/>
          <w:lang w:val="kk-KZ"/>
        </w:rPr>
      </w:pPr>
      <w:r w:rsidRPr="007250F1">
        <w:rPr>
          <w:rFonts w:ascii="Times New Roman" w:hAnsi="Times New Roman" w:cs="Times New Roman"/>
          <w:sz w:val="28"/>
          <w:szCs w:val="28"/>
          <w:lang w:val="kk-KZ"/>
        </w:rPr>
        <w:t>1</w:t>
      </w:r>
      <w:r w:rsidRPr="007250F1">
        <w:rPr>
          <w:rFonts w:ascii="Times New Roman" w:hAnsi="Times New Roman" w:cs="Times New Roman"/>
          <w:sz w:val="28"/>
          <w:szCs w:val="28"/>
        </w:rPr>
        <w:t>.</w:t>
      </w:r>
      <w:r w:rsidRPr="007250F1">
        <w:rPr>
          <w:rFonts w:ascii="Times New Roman" w:hAnsi="Times New Roman" w:cs="Times New Roman"/>
          <w:sz w:val="28"/>
          <w:szCs w:val="28"/>
          <w:lang w:val="kk-KZ"/>
        </w:rPr>
        <w:t xml:space="preserve"> Радон И. О краевых задачах для логарифмического потенциала.//УМН.</w:t>
      </w:r>
      <w:r w:rsidRPr="007250F1">
        <w:rPr>
          <w:rFonts w:ascii="Times New Roman" w:hAnsi="Times New Roman" w:cs="Times New Roman"/>
          <w:sz w:val="28"/>
          <w:szCs w:val="28"/>
        </w:rPr>
        <w:t xml:space="preserve"> </w:t>
      </w:r>
      <w:r w:rsidRPr="007250F1">
        <w:rPr>
          <w:rFonts w:ascii="Times New Roman" w:hAnsi="Times New Roman" w:cs="Times New Roman"/>
          <w:sz w:val="28"/>
          <w:szCs w:val="28"/>
          <w:lang w:val="kk-KZ"/>
        </w:rPr>
        <w:t>– Т.1.– вып. 3-4.– 1946. С.</w:t>
      </w:r>
      <w:r w:rsidRPr="007250F1">
        <w:rPr>
          <w:rFonts w:ascii="Times New Roman" w:hAnsi="Times New Roman" w:cs="Times New Roman"/>
          <w:sz w:val="28"/>
          <w:szCs w:val="28"/>
        </w:rPr>
        <w:t xml:space="preserve"> </w:t>
      </w:r>
      <w:r w:rsidRPr="007250F1">
        <w:rPr>
          <w:rFonts w:ascii="Times New Roman" w:hAnsi="Times New Roman" w:cs="Times New Roman"/>
          <w:sz w:val="28"/>
          <w:szCs w:val="28"/>
          <w:lang w:val="kk-KZ"/>
        </w:rPr>
        <w:t>96-124.</w:t>
      </w:r>
    </w:p>
    <w:p w14:paraId="4296B069" w14:textId="66319B21" w:rsidR="00044756" w:rsidRPr="007250F1" w:rsidRDefault="00044756" w:rsidP="00044756">
      <w:pPr>
        <w:spacing w:after="0" w:line="240" w:lineRule="auto"/>
        <w:ind w:firstLine="708"/>
        <w:jc w:val="both"/>
        <w:rPr>
          <w:rFonts w:ascii="Times New Roman" w:hAnsi="Times New Roman" w:cs="Times New Roman"/>
          <w:sz w:val="28"/>
          <w:szCs w:val="28"/>
          <w:lang w:val="kk-KZ"/>
        </w:rPr>
      </w:pPr>
      <w:r w:rsidRPr="007250F1">
        <w:rPr>
          <w:rFonts w:ascii="Times New Roman" w:hAnsi="Times New Roman" w:cs="Times New Roman"/>
          <w:sz w:val="28"/>
          <w:szCs w:val="28"/>
          <w:lang w:val="kk-KZ"/>
        </w:rPr>
        <w:t>2</w:t>
      </w:r>
      <w:r w:rsidRPr="007250F1">
        <w:rPr>
          <w:rFonts w:ascii="Times New Roman" w:hAnsi="Times New Roman" w:cs="Times New Roman"/>
          <w:sz w:val="28"/>
          <w:szCs w:val="28"/>
        </w:rPr>
        <w:t>.</w:t>
      </w:r>
      <w:r w:rsidRPr="007250F1">
        <w:rPr>
          <w:rFonts w:ascii="Times New Roman" w:hAnsi="Times New Roman" w:cs="Times New Roman"/>
          <w:sz w:val="28"/>
          <w:szCs w:val="28"/>
          <w:lang w:val="kk-KZ"/>
        </w:rPr>
        <w:t xml:space="preserve"> Данилюк И.И. Нерегулярные граничные задачи на плоскости. М.: Наука, 1975.</w:t>
      </w:r>
    </w:p>
    <w:p w14:paraId="29FA713B" w14:textId="6286A023" w:rsidR="00044756" w:rsidRPr="007250F1" w:rsidRDefault="00044756" w:rsidP="00044756">
      <w:pPr>
        <w:spacing w:after="0" w:line="240" w:lineRule="auto"/>
        <w:ind w:firstLine="708"/>
        <w:jc w:val="both"/>
        <w:rPr>
          <w:rFonts w:ascii="Times New Roman" w:hAnsi="Times New Roman" w:cs="Times New Roman"/>
          <w:sz w:val="28"/>
          <w:szCs w:val="28"/>
          <w:lang w:val="kk-KZ"/>
        </w:rPr>
      </w:pPr>
      <w:r w:rsidRPr="007250F1">
        <w:rPr>
          <w:rFonts w:ascii="Times New Roman" w:hAnsi="Times New Roman" w:cs="Times New Roman"/>
          <w:sz w:val="28"/>
          <w:szCs w:val="28"/>
          <w:lang w:val="kk-KZ"/>
        </w:rPr>
        <w:t>3</w:t>
      </w:r>
      <w:r w:rsidRPr="007250F1">
        <w:rPr>
          <w:rFonts w:ascii="Times New Roman" w:hAnsi="Times New Roman" w:cs="Times New Roman"/>
          <w:sz w:val="28"/>
          <w:szCs w:val="28"/>
        </w:rPr>
        <w:t>.</w:t>
      </w:r>
      <w:r w:rsidRPr="007250F1">
        <w:rPr>
          <w:rFonts w:ascii="Times New Roman" w:hAnsi="Times New Roman" w:cs="Times New Roman"/>
          <w:sz w:val="28"/>
          <w:szCs w:val="28"/>
          <w:lang w:val="kk-KZ"/>
        </w:rPr>
        <w:t xml:space="preserve"> Магнарадзе Л.Г. Основыне задачи плоской теории упругости для контуров с угловыми точками // Тр. Тбилисск. матем. ин-та 1938. Т. 4. С. 43-76.</w:t>
      </w:r>
    </w:p>
    <w:p w14:paraId="07D6AA0C" w14:textId="429FC256" w:rsidR="00044756" w:rsidRPr="007250F1" w:rsidRDefault="00044756" w:rsidP="00044756">
      <w:pPr>
        <w:spacing w:after="0" w:line="240" w:lineRule="auto"/>
        <w:ind w:firstLine="708"/>
        <w:jc w:val="both"/>
        <w:rPr>
          <w:rFonts w:ascii="Times New Roman" w:hAnsi="Times New Roman" w:cs="Times New Roman"/>
          <w:sz w:val="28"/>
          <w:szCs w:val="28"/>
        </w:rPr>
      </w:pPr>
      <w:r w:rsidRPr="007250F1">
        <w:rPr>
          <w:rFonts w:ascii="Times New Roman" w:hAnsi="Times New Roman" w:cs="Times New Roman"/>
          <w:sz w:val="28"/>
          <w:szCs w:val="28"/>
          <w:lang w:val="kk-KZ"/>
        </w:rPr>
        <w:t>4</w:t>
      </w:r>
      <w:r w:rsidRPr="007250F1">
        <w:rPr>
          <w:rFonts w:ascii="Times New Roman" w:hAnsi="Times New Roman" w:cs="Times New Roman"/>
          <w:sz w:val="28"/>
          <w:szCs w:val="28"/>
        </w:rPr>
        <w:t>.</w:t>
      </w:r>
      <w:r w:rsidRPr="007250F1">
        <w:rPr>
          <w:rFonts w:ascii="Times New Roman" w:hAnsi="Times New Roman" w:cs="Times New Roman"/>
          <w:sz w:val="28"/>
          <w:szCs w:val="28"/>
          <w:lang w:val="kk-KZ"/>
        </w:rPr>
        <w:t xml:space="preserve"> Лопатинский Я.Б. Теория общих граничных задач. - Киев: Наук. думка, 1984.</w:t>
      </w:r>
      <w:r w:rsidRPr="007250F1">
        <w:rPr>
          <w:rFonts w:ascii="Times New Roman" w:hAnsi="Times New Roman" w:cs="Times New Roman"/>
          <w:sz w:val="28"/>
          <w:szCs w:val="28"/>
        </w:rPr>
        <w:t xml:space="preserve"> </w:t>
      </w:r>
    </w:p>
    <w:p w14:paraId="51463805" w14:textId="2A93CDB9" w:rsidR="00044756" w:rsidRPr="007250F1" w:rsidRDefault="00044756" w:rsidP="00044756">
      <w:pPr>
        <w:spacing w:after="0" w:line="240" w:lineRule="auto"/>
        <w:ind w:firstLine="708"/>
        <w:jc w:val="both"/>
        <w:rPr>
          <w:rFonts w:ascii="Times New Roman" w:hAnsi="Times New Roman" w:cs="Times New Roman"/>
          <w:sz w:val="28"/>
          <w:szCs w:val="28"/>
          <w:lang w:val="kk-KZ"/>
        </w:rPr>
      </w:pPr>
      <w:r w:rsidRPr="007250F1">
        <w:rPr>
          <w:rFonts w:ascii="Times New Roman" w:hAnsi="Times New Roman" w:cs="Times New Roman"/>
          <w:sz w:val="28"/>
          <w:szCs w:val="28"/>
          <w:lang w:val="kk-KZ"/>
        </w:rPr>
        <w:t>5</w:t>
      </w:r>
      <w:r w:rsidRPr="007250F1">
        <w:rPr>
          <w:rFonts w:ascii="Times New Roman" w:hAnsi="Times New Roman" w:cs="Times New Roman"/>
          <w:sz w:val="28"/>
          <w:szCs w:val="28"/>
          <w:lang w:val="en-US"/>
        </w:rPr>
        <w:t>.</w:t>
      </w:r>
      <w:r w:rsidRPr="007250F1">
        <w:rPr>
          <w:rFonts w:ascii="Times New Roman" w:hAnsi="Times New Roman" w:cs="Times New Roman"/>
          <w:sz w:val="28"/>
          <w:szCs w:val="28"/>
          <w:lang w:val="kk-KZ"/>
        </w:rPr>
        <w:t xml:space="preserve"> Poincaré H. Sur les équations aux dérivées partielles de la physique mathématique. // American Journal of Mathematics, 1890, 12(3), </w:t>
      </w:r>
      <w:r w:rsidRPr="007250F1">
        <w:rPr>
          <w:rFonts w:ascii="Times New Roman" w:hAnsi="Times New Roman" w:cs="Times New Roman"/>
          <w:sz w:val="28"/>
          <w:szCs w:val="28"/>
          <w:lang w:val="en-US"/>
        </w:rPr>
        <w:t>P</w:t>
      </w:r>
      <w:r w:rsidRPr="007250F1">
        <w:rPr>
          <w:rFonts w:ascii="Times New Roman" w:hAnsi="Times New Roman" w:cs="Times New Roman"/>
          <w:sz w:val="28"/>
          <w:szCs w:val="28"/>
          <w:lang w:val="kk-KZ"/>
        </w:rPr>
        <w:t>. 211–294.</w:t>
      </w:r>
    </w:p>
    <w:p w14:paraId="0DDFF15C" w14:textId="66EAEB84" w:rsidR="00044756" w:rsidRPr="007250F1" w:rsidRDefault="00044756" w:rsidP="00044756">
      <w:pPr>
        <w:spacing w:after="0" w:line="240" w:lineRule="auto"/>
        <w:ind w:firstLine="708"/>
        <w:jc w:val="both"/>
        <w:rPr>
          <w:rFonts w:ascii="Times New Roman" w:hAnsi="Times New Roman" w:cs="Times New Roman"/>
          <w:sz w:val="28"/>
          <w:szCs w:val="28"/>
          <w:lang w:val="kk-KZ"/>
        </w:rPr>
      </w:pPr>
      <w:r w:rsidRPr="007250F1">
        <w:rPr>
          <w:rFonts w:ascii="Times New Roman" w:hAnsi="Times New Roman" w:cs="Times New Roman"/>
          <w:sz w:val="28"/>
          <w:szCs w:val="28"/>
          <w:lang w:val="kk-KZ"/>
        </w:rPr>
        <w:t>6</w:t>
      </w:r>
      <w:r w:rsidRPr="007250F1">
        <w:rPr>
          <w:rFonts w:ascii="Times New Roman" w:hAnsi="Times New Roman" w:cs="Times New Roman"/>
          <w:sz w:val="28"/>
          <w:szCs w:val="28"/>
          <w:lang w:val="en-US"/>
        </w:rPr>
        <w:t>.</w:t>
      </w:r>
      <w:r w:rsidRPr="007250F1">
        <w:rPr>
          <w:rFonts w:ascii="Times New Roman" w:hAnsi="Times New Roman" w:cs="Times New Roman"/>
          <w:sz w:val="28"/>
          <w:szCs w:val="28"/>
          <w:lang w:val="kk-KZ"/>
        </w:rPr>
        <w:t xml:space="preserve"> Gilbert R.P. Constructive methods for elliptic equations // Bull. Amer. Math. Soc.</w:t>
      </w:r>
      <w:r w:rsidRPr="007250F1">
        <w:rPr>
          <w:rFonts w:ascii="Times New Roman" w:hAnsi="Times New Roman" w:cs="Times New Roman"/>
          <w:sz w:val="28"/>
          <w:szCs w:val="28"/>
          <w:lang w:val="en-US"/>
        </w:rPr>
        <w:t xml:space="preserve"> -</w:t>
      </w:r>
      <w:r w:rsidRPr="007250F1">
        <w:rPr>
          <w:rFonts w:ascii="Times New Roman" w:hAnsi="Times New Roman" w:cs="Times New Roman"/>
          <w:sz w:val="28"/>
          <w:szCs w:val="28"/>
          <w:lang w:val="kk-KZ"/>
        </w:rPr>
        <w:t xml:space="preserve"> 1975. </w:t>
      </w:r>
      <w:r w:rsidRPr="007250F1">
        <w:rPr>
          <w:rFonts w:ascii="Times New Roman" w:hAnsi="Times New Roman" w:cs="Times New Roman"/>
          <w:sz w:val="28"/>
          <w:szCs w:val="28"/>
          <w:lang w:val="en-US"/>
        </w:rPr>
        <w:t>-</w:t>
      </w:r>
      <w:r w:rsidRPr="007250F1">
        <w:rPr>
          <w:rFonts w:ascii="Times New Roman" w:hAnsi="Times New Roman" w:cs="Times New Roman"/>
          <w:sz w:val="28"/>
          <w:szCs w:val="28"/>
          <w:lang w:val="kk-KZ"/>
        </w:rPr>
        <w:t xml:space="preserve"> V. 81.</w:t>
      </w:r>
      <w:r w:rsidRPr="007250F1">
        <w:rPr>
          <w:rFonts w:ascii="Times New Roman" w:hAnsi="Times New Roman" w:cs="Times New Roman"/>
          <w:sz w:val="28"/>
          <w:szCs w:val="28"/>
          <w:lang w:val="en-US"/>
        </w:rPr>
        <w:t>-</w:t>
      </w:r>
      <w:r w:rsidRPr="007250F1">
        <w:rPr>
          <w:rFonts w:ascii="Times New Roman" w:hAnsi="Times New Roman" w:cs="Times New Roman"/>
          <w:sz w:val="28"/>
          <w:szCs w:val="28"/>
          <w:lang w:val="kk-KZ"/>
        </w:rPr>
        <w:t xml:space="preserve"> P. 1036-1037.</w:t>
      </w:r>
    </w:p>
    <w:p w14:paraId="633B0C38" w14:textId="671EE233" w:rsidR="00044756" w:rsidRPr="007250F1" w:rsidRDefault="00044756" w:rsidP="00044756">
      <w:pPr>
        <w:spacing w:after="0" w:line="240" w:lineRule="auto"/>
        <w:ind w:firstLine="708"/>
        <w:jc w:val="both"/>
        <w:rPr>
          <w:rFonts w:ascii="Times New Roman" w:hAnsi="Times New Roman" w:cs="Times New Roman"/>
          <w:sz w:val="28"/>
          <w:szCs w:val="28"/>
          <w:lang w:val="en-US"/>
        </w:rPr>
      </w:pPr>
      <w:r w:rsidRPr="007250F1">
        <w:rPr>
          <w:rFonts w:ascii="Times New Roman" w:hAnsi="Times New Roman" w:cs="Times New Roman"/>
          <w:sz w:val="28"/>
          <w:szCs w:val="28"/>
          <w:lang w:val="kk-KZ"/>
        </w:rPr>
        <w:t>7</w:t>
      </w:r>
      <w:r w:rsidRPr="007250F1">
        <w:rPr>
          <w:rFonts w:ascii="Times New Roman" w:hAnsi="Times New Roman" w:cs="Times New Roman"/>
          <w:sz w:val="28"/>
          <w:szCs w:val="28"/>
          <w:lang w:val="en-US"/>
        </w:rPr>
        <w:t>.</w:t>
      </w:r>
      <w:r w:rsidRPr="007250F1">
        <w:rPr>
          <w:rFonts w:ascii="Times New Roman" w:hAnsi="Times New Roman" w:cs="Times New Roman"/>
          <w:sz w:val="28"/>
          <w:szCs w:val="28"/>
          <w:lang w:val="kk-KZ"/>
        </w:rPr>
        <w:t xml:space="preserve"> Gilbert R.P., Buchanan J.L. First order elliptic systems</w:t>
      </w:r>
      <w:r w:rsidRPr="007250F1">
        <w:rPr>
          <w:rFonts w:ascii="Times New Roman" w:hAnsi="Times New Roman" w:cs="Times New Roman"/>
          <w:sz w:val="28"/>
          <w:szCs w:val="28"/>
          <w:lang w:val="en-US"/>
        </w:rPr>
        <w:t>.</w:t>
      </w:r>
      <w:r w:rsidRPr="007250F1">
        <w:rPr>
          <w:rFonts w:ascii="Times New Roman" w:hAnsi="Times New Roman" w:cs="Times New Roman"/>
          <w:sz w:val="28"/>
          <w:szCs w:val="28"/>
          <w:lang w:val="kk-KZ"/>
        </w:rPr>
        <w:t xml:space="preserve"> N.-Y.</w:t>
      </w:r>
      <w:r w:rsidRPr="007250F1">
        <w:rPr>
          <w:rFonts w:ascii="Times New Roman" w:hAnsi="Times New Roman" w:cs="Times New Roman"/>
          <w:sz w:val="28"/>
          <w:szCs w:val="28"/>
          <w:lang w:val="en-US"/>
        </w:rPr>
        <w:t>:</w:t>
      </w:r>
      <w:r w:rsidRPr="007250F1">
        <w:rPr>
          <w:rFonts w:ascii="Times New Roman" w:hAnsi="Times New Roman" w:cs="Times New Roman"/>
          <w:sz w:val="28"/>
          <w:szCs w:val="28"/>
          <w:lang w:val="kk-KZ"/>
        </w:rPr>
        <w:t xml:space="preserve"> Ac. Pr., 1983</w:t>
      </w:r>
      <w:r w:rsidRPr="007250F1">
        <w:rPr>
          <w:rFonts w:ascii="Times New Roman" w:hAnsi="Times New Roman" w:cs="Times New Roman"/>
          <w:sz w:val="28"/>
          <w:szCs w:val="28"/>
          <w:lang w:val="en-US"/>
        </w:rPr>
        <w:t>.</w:t>
      </w:r>
    </w:p>
    <w:p w14:paraId="6B50AA37" w14:textId="416FD3B0" w:rsidR="00044756" w:rsidRPr="007250F1" w:rsidRDefault="00044756" w:rsidP="00044756">
      <w:pPr>
        <w:spacing w:after="0" w:line="240" w:lineRule="auto"/>
        <w:ind w:firstLine="708"/>
        <w:jc w:val="both"/>
        <w:rPr>
          <w:rFonts w:ascii="Times New Roman" w:hAnsi="Times New Roman" w:cs="Times New Roman"/>
          <w:sz w:val="28"/>
          <w:szCs w:val="28"/>
          <w:lang w:val="kk-KZ"/>
        </w:rPr>
      </w:pPr>
      <w:r w:rsidRPr="007250F1">
        <w:rPr>
          <w:rFonts w:ascii="Times New Roman" w:hAnsi="Times New Roman" w:cs="Times New Roman"/>
          <w:sz w:val="28"/>
          <w:szCs w:val="28"/>
          <w:lang w:val="kk-KZ"/>
        </w:rPr>
        <w:t>8.</w:t>
      </w:r>
      <w:r w:rsidRPr="007250F1">
        <w:rPr>
          <w:rFonts w:ascii="Times New Roman" w:hAnsi="Times New Roman" w:cs="Times New Roman"/>
          <w:sz w:val="28"/>
          <w:szCs w:val="28"/>
          <w:lang w:val="en-US"/>
        </w:rPr>
        <w:t xml:space="preserve"> </w:t>
      </w:r>
      <w:r w:rsidRPr="007250F1">
        <w:rPr>
          <w:rFonts w:ascii="Times New Roman" w:hAnsi="Times New Roman" w:cs="Times New Roman"/>
          <w:sz w:val="28"/>
          <w:szCs w:val="28"/>
          <w:lang w:val="kk-KZ"/>
        </w:rPr>
        <w:t>Carleman T. Sur la theorie des equations integrales et ses applications, Verhandl. des Inter- net. Math. Kongr. Zurich, Bd. 1, 1932.</w:t>
      </w:r>
    </w:p>
    <w:p w14:paraId="109EF313" w14:textId="099B57C9" w:rsidR="00044756" w:rsidRPr="007250F1" w:rsidRDefault="00044756" w:rsidP="00044756">
      <w:pPr>
        <w:spacing w:after="0" w:line="240" w:lineRule="auto"/>
        <w:ind w:firstLine="708"/>
        <w:jc w:val="both"/>
        <w:rPr>
          <w:rFonts w:ascii="Times New Roman" w:hAnsi="Times New Roman" w:cs="Times New Roman"/>
          <w:sz w:val="28"/>
          <w:szCs w:val="28"/>
          <w:lang w:val="kk-KZ"/>
        </w:rPr>
      </w:pPr>
      <w:r w:rsidRPr="007250F1">
        <w:rPr>
          <w:rFonts w:ascii="Times New Roman" w:hAnsi="Times New Roman" w:cs="Times New Roman"/>
          <w:sz w:val="28"/>
          <w:szCs w:val="28"/>
          <w:lang w:val="kk-KZ"/>
        </w:rPr>
        <w:t>9</w:t>
      </w:r>
      <w:r w:rsidRPr="007250F1">
        <w:rPr>
          <w:rFonts w:ascii="Times New Roman" w:hAnsi="Times New Roman" w:cs="Times New Roman"/>
          <w:sz w:val="28"/>
          <w:szCs w:val="28"/>
        </w:rPr>
        <w:t>.</w:t>
      </w:r>
      <w:r w:rsidRPr="007250F1">
        <w:rPr>
          <w:rFonts w:ascii="Times New Roman" w:hAnsi="Times New Roman" w:cs="Times New Roman"/>
          <w:sz w:val="28"/>
          <w:szCs w:val="28"/>
          <w:lang w:val="kk-KZ"/>
        </w:rPr>
        <w:t xml:space="preserve"> Карлеман Т. Обобщённые гармонические функции. </w:t>
      </w:r>
      <w:r w:rsidRPr="007250F1">
        <w:rPr>
          <w:rFonts w:ascii="Times New Roman" w:hAnsi="Times New Roman" w:cs="Times New Roman"/>
          <w:sz w:val="28"/>
          <w:szCs w:val="28"/>
        </w:rPr>
        <w:t>-</w:t>
      </w:r>
      <w:r w:rsidRPr="007250F1">
        <w:rPr>
          <w:rFonts w:ascii="Times New Roman" w:hAnsi="Times New Roman" w:cs="Times New Roman"/>
          <w:sz w:val="28"/>
          <w:szCs w:val="28"/>
          <w:lang w:val="kk-KZ"/>
        </w:rPr>
        <w:t xml:space="preserve"> М.: ИЛ, 1949.</w:t>
      </w:r>
    </w:p>
    <w:p w14:paraId="3CDFD361" w14:textId="779977FB" w:rsidR="00044756" w:rsidRPr="007250F1" w:rsidRDefault="00044756" w:rsidP="00044756">
      <w:pPr>
        <w:spacing w:after="0" w:line="240" w:lineRule="auto"/>
        <w:ind w:firstLine="708"/>
        <w:jc w:val="both"/>
        <w:rPr>
          <w:rFonts w:ascii="Times New Roman" w:hAnsi="Times New Roman" w:cs="Times New Roman"/>
          <w:sz w:val="28"/>
          <w:szCs w:val="28"/>
        </w:rPr>
      </w:pPr>
      <w:r w:rsidRPr="007250F1">
        <w:rPr>
          <w:rFonts w:ascii="Times New Roman" w:hAnsi="Times New Roman" w:cs="Times New Roman"/>
          <w:sz w:val="28"/>
          <w:szCs w:val="28"/>
        </w:rPr>
        <w:t>1</w:t>
      </w:r>
      <w:r w:rsidRPr="007250F1">
        <w:rPr>
          <w:rFonts w:ascii="Times New Roman" w:hAnsi="Times New Roman" w:cs="Times New Roman"/>
          <w:sz w:val="28"/>
          <w:szCs w:val="28"/>
          <w:lang w:val="kk-KZ"/>
        </w:rPr>
        <w:t>0 Векуа И.Н. Новые методы решения эллиптических уравнений. М.</w:t>
      </w:r>
      <w:r w:rsidRPr="007250F1">
        <w:rPr>
          <w:rFonts w:ascii="Times New Roman" w:hAnsi="Times New Roman" w:cs="Times New Roman"/>
          <w:sz w:val="28"/>
          <w:szCs w:val="28"/>
        </w:rPr>
        <w:t>-</w:t>
      </w:r>
      <w:r w:rsidRPr="007250F1">
        <w:rPr>
          <w:rFonts w:ascii="Times New Roman" w:hAnsi="Times New Roman" w:cs="Times New Roman"/>
          <w:sz w:val="28"/>
          <w:szCs w:val="28"/>
          <w:lang w:val="kk-KZ"/>
        </w:rPr>
        <w:t>Л.: Гостехиздат, 1948.</w:t>
      </w:r>
      <w:r w:rsidRPr="007250F1">
        <w:rPr>
          <w:rFonts w:ascii="Times New Roman" w:hAnsi="Times New Roman" w:cs="Times New Roman"/>
          <w:sz w:val="28"/>
          <w:szCs w:val="28"/>
        </w:rPr>
        <w:t xml:space="preserve"> </w:t>
      </w:r>
      <w:r w:rsidRPr="007250F1">
        <w:rPr>
          <w:rFonts w:ascii="Times New Roman" w:hAnsi="Times New Roman" w:cs="Times New Roman"/>
          <w:sz w:val="28"/>
          <w:szCs w:val="28"/>
          <w:lang w:val="kk-KZ"/>
        </w:rPr>
        <w:t>296 с.</w:t>
      </w:r>
    </w:p>
    <w:p w14:paraId="71BD01E8" w14:textId="72804ABC" w:rsidR="00044756" w:rsidRPr="007250F1" w:rsidRDefault="003B3EBB" w:rsidP="00044756">
      <w:pPr>
        <w:spacing w:after="0" w:line="240" w:lineRule="auto"/>
        <w:ind w:firstLine="708"/>
        <w:jc w:val="both"/>
        <w:rPr>
          <w:rFonts w:ascii="Times New Roman" w:hAnsi="Times New Roman" w:cs="Times New Roman"/>
          <w:sz w:val="28"/>
          <w:szCs w:val="28"/>
          <w:lang w:val="kk-KZ"/>
        </w:rPr>
      </w:pPr>
      <w:r w:rsidRPr="007250F1">
        <w:rPr>
          <w:rFonts w:ascii="Times New Roman" w:hAnsi="Times New Roman" w:cs="Times New Roman"/>
          <w:sz w:val="28"/>
          <w:szCs w:val="28"/>
          <w:lang w:val="kk-KZ"/>
        </w:rPr>
        <w:t>11</w:t>
      </w:r>
      <w:r w:rsidR="00044756" w:rsidRPr="007250F1">
        <w:rPr>
          <w:rFonts w:ascii="Times New Roman" w:hAnsi="Times New Roman" w:cs="Times New Roman"/>
          <w:sz w:val="28"/>
          <w:szCs w:val="28"/>
        </w:rPr>
        <w:t>.</w:t>
      </w:r>
      <w:r w:rsidR="00044756" w:rsidRPr="007250F1">
        <w:rPr>
          <w:rFonts w:ascii="Times New Roman" w:hAnsi="Times New Roman" w:cs="Times New Roman"/>
          <w:sz w:val="28"/>
          <w:szCs w:val="28"/>
          <w:lang w:val="kk-KZ"/>
        </w:rPr>
        <w:t xml:space="preserve"> Привалов И.И. Краевые свойства аналитических функций. </w:t>
      </w:r>
      <w:r w:rsidR="00044756" w:rsidRPr="007250F1">
        <w:rPr>
          <w:rFonts w:ascii="Times New Roman" w:hAnsi="Times New Roman" w:cs="Times New Roman"/>
          <w:sz w:val="28"/>
          <w:szCs w:val="28"/>
        </w:rPr>
        <w:t>-</w:t>
      </w:r>
      <w:r w:rsidR="00044756" w:rsidRPr="007250F1">
        <w:rPr>
          <w:rFonts w:ascii="Times New Roman" w:hAnsi="Times New Roman" w:cs="Times New Roman"/>
          <w:sz w:val="28"/>
          <w:szCs w:val="28"/>
          <w:lang w:val="kk-KZ"/>
        </w:rPr>
        <w:t xml:space="preserve"> М.: ГИТТЛ, 1950.</w:t>
      </w:r>
    </w:p>
    <w:p w14:paraId="653341B3" w14:textId="6D3CC6FB" w:rsidR="003B3EBB" w:rsidRPr="007250F1" w:rsidRDefault="00726A29" w:rsidP="003B3EBB">
      <w:pPr>
        <w:spacing w:after="0" w:line="240" w:lineRule="auto"/>
        <w:ind w:firstLine="708"/>
        <w:jc w:val="both"/>
        <w:rPr>
          <w:rFonts w:ascii="Times New Roman" w:hAnsi="Times New Roman" w:cs="Times New Roman"/>
          <w:sz w:val="28"/>
          <w:szCs w:val="28"/>
        </w:rPr>
      </w:pPr>
      <w:r w:rsidRPr="007250F1">
        <w:rPr>
          <w:rFonts w:ascii="Times New Roman" w:hAnsi="Times New Roman" w:cs="Times New Roman"/>
          <w:sz w:val="28"/>
          <w:szCs w:val="28"/>
          <w:lang w:val="kk-KZ"/>
        </w:rPr>
        <w:t>12</w:t>
      </w:r>
      <w:r w:rsidR="003B3EBB" w:rsidRPr="007250F1">
        <w:rPr>
          <w:rFonts w:ascii="Times New Roman" w:hAnsi="Times New Roman" w:cs="Times New Roman"/>
          <w:sz w:val="28"/>
          <w:szCs w:val="28"/>
        </w:rPr>
        <w:t>. Векуа И.Н. Обобщенные аналитические функции. 2-ое изд., М., Наука, 1988.</w:t>
      </w:r>
    </w:p>
    <w:p w14:paraId="3B08F584" w14:textId="360BC006" w:rsidR="00044756" w:rsidRPr="007250F1" w:rsidRDefault="00726A29" w:rsidP="00726A29">
      <w:pPr>
        <w:spacing w:after="0" w:line="240" w:lineRule="auto"/>
        <w:ind w:firstLine="708"/>
        <w:jc w:val="both"/>
        <w:rPr>
          <w:rFonts w:ascii="Times New Roman" w:hAnsi="Times New Roman" w:cs="Times New Roman"/>
          <w:sz w:val="28"/>
          <w:szCs w:val="28"/>
          <w:lang w:val="kk-KZ"/>
        </w:rPr>
      </w:pPr>
      <w:r w:rsidRPr="007250F1">
        <w:rPr>
          <w:rFonts w:ascii="Times New Roman" w:hAnsi="Times New Roman" w:cs="Times New Roman"/>
          <w:sz w:val="28"/>
          <w:szCs w:val="28"/>
          <w:lang w:val="kk-KZ"/>
        </w:rPr>
        <w:t>13.</w:t>
      </w:r>
      <w:r w:rsidRPr="007250F1">
        <w:rPr>
          <w:rFonts w:ascii="Times New Roman" w:hAnsi="Times New Roman" w:cs="Times New Roman"/>
          <w:sz w:val="28"/>
          <w:szCs w:val="28"/>
        </w:rPr>
        <w:t xml:space="preserve"> </w:t>
      </w:r>
      <w:r w:rsidRPr="007250F1">
        <w:rPr>
          <w:rFonts w:ascii="Times New Roman" w:hAnsi="Times New Roman" w:cs="Times New Roman"/>
          <w:sz w:val="28"/>
          <w:szCs w:val="28"/>
          <w:lang w:val="kk-KZ"/>
        </w:rPr>
        <w:t>Риман Б. – Сочинения. М.: Гостехиздат, 1948.</w:t>
      </w:r>
    </w:p>
    <w:p w14:paraId="2150A239" w14:textId="7BD27DEB" w:rsidR="00AB2764" w:rsidRPr="007250F1" w:rsidRDefault="00AB2764" w:rsidP="00AB2764">
      <w:pPr>
        <w:spacing w:after="0" w:line="240" w:lineRule="auto"/>
        <w:ind w:firstLine="708"/>
        <w:jc w:val="both"/>
        <w:rPr>
          <w:rFonts w:ascii="Times New Roman" w:hAnsi="Times New Roman" w:cs="Times New Roman"/>
          <w:sz w:val="28"/>
          <w:szCs w:val="28"/>
        </w:rPr>
      </w:pPr>
      <w:r w:rsidRPr="007250F1">
        <w:rPr>
          <w:rFonts w:ascii="Times New Roman" w:hAnsi="Times New Roman" w:cs="Times New Roman"/>
          <w:sz w:val="28"/>
          <w:szCs w:val="28"/>
        </w:rPr>
        <w:t>1</w:t>
      </w:r>
      <w:r w:rsidR="00726A29" w:rsidRPr="007250F1">
        <w:rPr>
          <w:rFonts w:ascii="Times New Roman" w:hAnsi="Times New Roman" w:cs="Times New Roman"/>
          <w:sz w:val="28"/>
          <w:szCs w:val="28"/>
          <w:lang w:val="kk-KZ"/>
        </w:rPr>
        <w:t>4</w:t>
      </w:r>
      <w:r w:rsidRPr="007250F1">
        <w:rPr>
          <w:rFonts w:ascii="Times New Roman" w:hAnsi="Times New Roman" w:cs="Times New Roman"/>
          <w:sz w:val="28"/>
          <w:szCs w:val="28"/>
        </w:rPr>
        <w:t>. Гахов Ф.Д. Краевые задачи. М.: ГИФМЛ, 1963.</w:t>
      </w:r>
    </w:p>
    <w:p w14:paraId="2D6C2094" w14:textId="03A62CDD" w:rsidR="00AB2764" w:rsidRPr="007250F1" w:rsidRDefault="00726A29" w:rsidP="00AB2764">
      <w:pPr>
        <w:spacing w:after="0" w:line="240" w:lineRule="auto"/>
        <w:ind w:firstLine="708"/>
        <w:jc w:val="both"/>
        <w:rPr>
          <w:rFonts w:ascii="Times New Roman" w:hAnsi="Times New Roman" w:cs="Times New Roman"/>
          <w:sz w:val="28"/>
          <w:szCs w:val="28"/>
          <w:lang w:val="kk-KZ"/>
        </w:rPr>
      </w:pPr>
      <w:r w:rsidRPr="007250F1">
        <w:rPr>
          <w:rFonts w:ascii="Times New Roman" w:hAnsi="Times New Roman" w:cs="Times New Roman"/>
          <w:sz w:val="28"/>
          <w:szCs w:val="28"/>
          <w:lang w:val="kk-KZ"/>
        </w:rPr>
        <w:t>15</w:t>
      </w:r>
      <w:r w:rsidR="00AB2764" w:rsidRPr="007250F1">
        <w:rPr>
          <w:rFonts w:ascii="Times New Roman" w:hAnsi="Times New Roman" w:cs="Times New Roman"/>
          <w:sz w:val="28"/>
          <w:szCs w:val="28"/>
        </w:rPr>
        <w:t>. Мусхелишвили Н.И. Сингулярные интегральные уравнения. 3-е изд., М., Наука, 1968</w:t>
      </w:r>
    </w:p>
    <w:p w14:paraId="3A219E89" w14:textId="0EAAA20B" w:rsidR="007A25EC" w:rsidRPr="007250F1" w:rsidRDefault="007A25EC" w:rsidP="007A25EC">
      <w:pPr>
        <w:spacing w:after="0" w:line="240" w:lineRule="auto"/>
        <w:ind w:firstLine="708"/>
        <w:jc w:val="both"/>
        <w:rPr>
          <w:rFonts w:ascii="Times New Roman" w:hAnsi="Times New Roman" w:cs="Times New Roman"/>
          <w:sz w:val="28"/>
          <w:szCs w:val="28"/>
        </w:rPr>
      </w:pPr>
      <w:r w:rsidRPr="007250F1">
        <w:rPr>
          <w:rFonts w:ascii="Times New Roman" w:hAnsi="Times New Roman" w:cs="Times New Roman"/>
          <w:bCs/>
          <w:sz w:val="28"/>
          <w:szCs w:val="28"/>
          <w:lang w:val="kk-KZ"/>
        </w:rPr>
        <w:t>16. Бицадзе А. В. О некоторых свойствах полигармонических функций // Дифференциальные уравнения. – 1988. – Т. 24, № 5. – С. 825-831.</w:t>
      </w:r>
    </w:p>
    <w:p w14:paraId="36CBC31D" w14:textId="0B537F67" w:rsidR="007A25EC" w:rsidRPr="007250F1" w:rsidRDefault="007A25EC" w:rsidP="007A25EC">
      <w:pPr>
        <w:spacing w:after="0" w:line="240" w:lineRule="auto"/>
        <w:ind w:firstLine="708"/>
        <w:jc w:val="both"/>
        <w:rPr>
          <w:rFonts w:ascii="Times New Roman" w:hAnsi="Times New Roman" w:cs="Times New Roman"/>
          <w:sz w:val="28"/>
          <w:szCs w:val="28"/>
          <w:lang w:val="en-US"/>
        </w:rPr>
      </w:pPr>
      <w:r w:rsidRPr="007250F1">
        <w:rPr>
          <w:rFonts w:ascii="Times New Roman" w:hAnsi="Times New Roman" w:cs="Times New Roman"/>
          <w:sz w:val="28"/>
          <w:szCs w:val="28"/>
          <w:lang w:val="kk-KZ"/>
        </w:rPr>
        <w:t>17</w:t>
      </w:r>
      <w:r w:rsidRPr="007250F1">
        <w:rPr>
          <w:rFonts w:ascii="Times New Roman" w:hAnsi="Times New Roman" w:cs="Times New Roman"/>
          <w:sz w:val="28"/>
          <w:szCs w:val="28"/>
        </w:rPr>
        <w:t xml:space="preserve">. Солдатов А. П. Эллиптические системы высокого порядка // </w:t>
      </w:r>
      <w:r w:rsidRPr="007250F1">
        <w:rPr>
          <w:rFonts w:ascii="Times New Roman" w:hAnsi="Times New Roman" w:cs="Times New Roman"/>
          <w:bCs/>
          <w:sz w:val="28"/>
          <w:szCs w:val="28"/>
          <w:lang w:val="kk-KZ"/>
        </w:rPr>
        <w:t>Дифференциальные уравнения</w:t>
      </w:r>
      <w:r w:rsidRPr="007250F1">
        <w:rPr>
          <w:rFonts w:ascii="Times New Roman" w:hAnsi="Times New Roman" w:cs="Times New Roman"/>
          <w:sz w:val="28"/>
          <w:szCs w:val="28"/>
        </w:rPr>
        <w:t xml:space="preserve">. - 1989.–Т. </w:t>
      </w:r>
      <w:r w:rsidRPr="007250F1">
        <w:rPr>
          <w:rFonts w:ascii="Times New Roman" w:hAnsi="Times New Roman" w:cs="Times New Roman"/>
          <w:sz w:val="28"/>
          <w:szCs w:val="28"/>
          <w:lang w:val="en-US"/>
        </w:rPr>
        <w:t>25.– № 1.–</w:t>
      </w:r>
      <w:r w:rsidRPr="007250F1">
        <w:rPr>
          <w:rFonts w:ascii="Times New Roman" w:hAnsi="Times New Roman" w:cs="Times New Roman"/>
          <w:sz w:val="28"/>
          <w:szCs w:val="28"/>
        </w:rPr>
        <w:t>С</w:t>
      </w:r>
      <w:r w:rsidRPr="007250F1">
        <w:rPr>
          <w:rFonts w:ascii="Times New Roman" w:hAnsi="Times New Roman" w:cs="Times New Roman"/>
          <w:sz w:val="28"/>
          <w:szCs w:val="28"/>
          <w:lang w:val="en-US"/>
        </w:rPr>
        <w:t>.136-144</w:t>
      </w:r>
    </w:p>
    <w:p w14:paraId="7E270617" w14:textId="66B43025" w:rsidR="007A25EC" w:rsidRPr="007250F1" w:rsidRDefault="007A25EC" w:rsidP="007A25EC">
      <w:pPr>
        <w:spacing w:after="0" w:line="240" w:lineRule="auto"/>
        <w:ind w:firstLine="708"/>
        <w:jc w:val="both"/>
        <w:rPr>
          <w:rFonts w:ascii="Times New Roman" w:hAnsi="Times New Roman" w:cs="Times New Roman"/>
          <w:bCs/>
          <w:sz w:val="28"/>
          <w:szCs w:val="28"/>
          <w:lang w:val="kk-KZ"/>
        </w:rPr>
      </w:pPr>
      <w:r w:rsidRPr="007250F1">
        <w:rPr>
          <w:rFonts w:ascii="Times New Roman" w:hAnsi="Times New Roman" w:cs="Times New Roman"/>
          <w:sz w:val="28"/>
          <w:szCs w:val="28"/>
          <w:lang w:val="kk-KZ"/>
        </w:rPr>
        <w:t>18</w:t>
      </w:r>
      <w:r w:rsidRPr="007250F1">
        <w:rPr>
          <w:rFonts w:ascii="Times New Roman" w:hAnsi="Times New Roman" w:cs="Times New Roman"/>
          <w:sz w:val="28"/>
          <w:szCs w:val="28"/>
          <w:lang w:val="en-US"/>
        </w:rPr>
        <w:t>. Douglis A.A.</w:t>
      </w:r>
      <w:r w:rsidRPr="007250F1">
        <w:rPr>
          <w:rFonts w:ascii="Times New Roman" w:hAnsi="Times New Roman" w:cs="Times New Roman"/>
          <w:bCs/>
          <w:sz w:val="28"/>
          <w:szCs w:val="28"/>
          <w:lang w:val="kk-KZ"/>
        </w:rPr>
        <w:t xml:space="preserve"> On uniqueness in Cauchy probblems for ellipilc systems of equations // Communications on Pure and Applied Mathematics. – 1960. – Vol. 13, № 4. – P. 593-607</w:t>
      </w:r>
    </w:p>
    <w:p w14:paraId="3CCEBFC4" w14:textId="1F0F7A6D" w:rsidR="007A25EC" w:rsidRPr="007250F1" w:rsidRDefault="007A25EC" w:rsidP="007A25EC">
      <w:pPr>
        <w:spacing w:after="0" w:line="240" w:lineRule="auto"/>
        <w:ind w:firstLine="708"/>
        <w:jc w:val="both"/>
        <w:rPr>
          <w:rFonts w:ascii="Times New Roman" w:hAnsi="Times New Roman" w:cs="Times New Roman"/>
          <w:sz w:val="28"/>
          <w:szCs w:val="28"/>
        </w:rPr>
      </w:pPr>
      <w:r w:rsidRPr="007250F1">
        <w:rPr>
          <w:rFonts w:ascii="Times New Roman" w:hAnsi="Times New Roman" w:cs="Times New Roman"/>
          <w:bCs/>
          <w:sz w:val="28"/>
          <w:szCs w:val="28"/>
          <w:lang w:val="kk-KZ"/>
        </w:rPr>
        <w:t>19. Малахова Н.А., Солдатов А.П. Об одной краевой задаче для эллиптического уравнения высокого порядка // Дифференциальные уравнения. – 2008. – Т. 44, № 8. – С. 1111-1118.</w:t>
      </w:r>
    </w:p>
    <w:p w14:paraId="629F99CB" w14:textId="42774ACA" w:rsidR="007A25EC" w:rsidRPr="007250F1" w:rsidRDefault="007A25EC" w:rsidP="007A25EC">
      <w:pPr>
        <w:spacing w:after="0" w:line="240" w:lineRule="auto"/>
        <w:ind w:firstLine="708"/>
        <w:jc w:val="both"/>
        <w:rPr>
          <w:rFonts w:ascii="Times New Roman" w:hAnsi="Times New Roman" w:cs="Times New Roman"/>
          <w:bCs/>
          <w:sz w:val="28"/>
          <w:szCs w:val="28"/>
          <w:lang w:val="kk-KZ"/>
        </w:rPr>
      </w:pPr>
      <w:r w:rsidRPr="007250F1">
        <w:rPr>
          <w:rFonts w:ascii="Times New Roman" w:hAnsi="Times New Roman" w:cs="Times New Roman"/>
          <w:bCs/>
          <w:sz w:val="28"/>
          <w:szCs w:val="28"/>
          <w:lang w:val="kk-KZ"/>
        </w:rPr>
        <w:t>20. Soldatov A.P. Generalized potentials of double layer in plane theory of elasticity // Eurasian mathematical journal. – 2014. – Vol. 5, № 4. – P. 78-125.</w:t>
      </w:r>
    </w:p>
    <w:p w14:paraId="1FDBE78D" w14:textId="1724E927" w:rsidR="007A25EC" w:rsidRPr="007250F1" w:rsidRDefault="007A25EC" w:rsidP="007A25EC">
      <w:pPr>
        <w:spacing w:after="0" w:line="240" w:lineRule="auto"/>
        <w:ind w:firstLine="708"/>
        <w:jc w:val="both"/>
        <w:rPr>
          <w:rFonts w:ascii="Times New Roman" w:hAnsi="Times New Roman" w:cs="Times New Roman"/>
          <w:bCs/>
          <w:sz w:val="28"/>
          <w:szCs w:val="28"/>
          <w:lang w:val="kk-KZ"/>
        </w:rPr>
      </w:pPr>
      <w:r w:rsidRPr="007250F1">
        <w:rPr>
          <w:rFonts w:ascii="Times New Roman" w:hAnsi="Times New Roman" w:cs="Times New Roman"/>
          <w:bCs/>
          <w:sz w:val="28"/>
          <w:szCs w:val="28"/>
          <w:lang w:val="kk-KZ"/>
        </w:rPr>
        <w:t>21. Soldatov A.P. On the Theory of Anisotropic Flat Elasticity // Journal of Mathematical Sciences. – 2018. – Vol. 235, № 4. – P. 484-535.</w:t>
      </w:r>
    </w:p>
    <w:p w14:paraId="524EC7CA" w14:textId="60DF621C" w:rsidR="007A25EC" w:rsidRPr="007250F1" w:rsidRDefault="007A25EC" w:rsidP="007A25EC">
      <w:pPr>
        <w:spacing w:after="0" w:line="240" w:lineRule="auto"/>
        <w:ind w:firstLine="708"/>
        <w:jc w:val="both"/>
        <w:rPr>
          <w:rFonts w:ascii="Times New Roman" w:hAnsi="Times New Roman" w:cs="Times New Roman"/>
          <w:bCs/>
          <w:sz w:val="28"/>
          <w:szCs w:val="28"/>
          <w:lang w:val="kk-KZ"/>
        </w:rPr>
      </w:pPr>
      <w:r w:rsidRPr="007250F1">
        <w:rPr>
          <w:rFonts w:ascii="Times New Roman" w:hAnsi="Times New Roman" w:cs="Times New Roman"/>
          <w:bCs/>
          <w:sz w:val="28"/>
          <w:szCs w:val="28"/>
          <w:lang w:val="kk-KZ"/>
        </w:rPr>
        <w:lastRenderedPageBreak/>
        <w:t>22. Солдатов А.П. Об одной краевой задаче для эллиптического уравнения на плоскости в многосвязной области // Владикавказский математический журнал. – 2017. – Т. 19, №3. – С. 51-58.</w:t>
      </w:r>
    </w:p>
    <w:p w14:paraId="335379BC" w14:textId="263044B8" w:rsidR="007A25EC" w:rsidRPr="007250F1" w:rsidRDefault="007A25EC" w:rsidP="007A25EC">
      <w:pPr>
        <w:spacing w:after="0" w:line="240" w:lineRule="auto"/>
        <w:ind w:firstLine="708"/>
        <w:jc w:val="both"/>
        <w:rPr>
          <w:rFonts w:ascii="Times New Roman" w:hAnsi="Times New Roman" w:cs="Times New Roman"/>
          <w:bCs/>
          <w:sz w:val="28"/>
          <w:szCs w:val="28"/>
          <w:lang w:val="kk-KZ"/>
        </w:rPr>
      </w:pPr>
      <w:r w:rsidRPr="007250F1">
        <w:rPr>
          <w:rFonts w:ascii="Times New Roman" w:hAnsi="Times New Roman" w:cs="Times New Roman"/>
          <w:bCs/>
          <w:sz w:val="28"/>
          <w:szCs w:val="28"/>
          <w:lang w:val="kk-KZ"/>
        </w:rPr>
        <w:t xml:space="preserve">23. Кошанов Б.Д., Солдатов А.П. Краевая задача с нормальными производными для эллиптического уравнения высшего порядка на плоскости // Дифференциальные уравнения. – 2016. – Т. 52, № 12. – С. 1594-1609. </w:t>
      </w:r>
      <w:hyperlink r:id="rId3328" w:history="1">
        <w:r w:rsidRPr="007250F1">
          <w:rPr>
            <w:rStyle w:val="a6"/>
            <w:rFonts w:ascii="Times New Roman" w:hAnsi="Times New Roman" w:cs="Times New Roman"/>
            <w:bCs/>
            <w:sz w:val="28"/>
            <w:szCs w:val="28"/>
            <w:lang w:val="kk-KZ"/>
          </w:rPr>
          <w:t>https://doi.org/10.1134/S0012266116120077</w:t>
        </w:r>
      </w:hyperlink>
    </w:p>
    <w:p w14:paraId="2471E39C" w14:textId="5A79376C" w:rsidR="007A25EC" w:rsidRPr="007250F1" w:rsidRDefault="007A25EC" w:rsidP="007A25EC">
      <w:pPr>
        <w:spacing w:after="0" w:line="240" w:lineRule="auto"/>
        <w:ind w:firstLine="708"/>
        <w:jc w:val="both"/>
        <w:rPr>
          <w:rFonts w:ascii="Times New Roman" w:hAnsi="Times New Roman" w:cs="Times New Roman"/>
          <w:bCs/>
          <w:sz w:val="28"/>
          <w:szCs w:val="28"/>
          <w:lang w:val="kk-KZ"/>
        </w:rPr>
      </w:pPr>
      <w:r w:rsidRPr="007250F1">
        <w:rPr>
          <w:rFonts w:ascii="Times New Roman" w:hAnsi="Times New Roman" w:cs="Times New Roman"/>
          <w:bCs/>
          <w:sz w:val="28"/>
          <w:szCs w:val="28"/>
          <w:lang w:val="kk-KZ"/>
        </w:rPr>
        <w:t xml:space="preserve">24. Кошанов Б. Д., Солдатов А. П. О разрешимости краевых задач для эллиптического уравнения высокого порядка на плоскости // Вестник Карагандинского университета. Серия: Математика. – 2018. – Т. 91, № 3. – С. 24-31. </w:t>
      </w:r>
      <w:hyperlink r:id="rId3329" w:history="1">
        <w:r w:rsidRPr="007250F1">
          <w:rPr>
            <w:rStyle w:val="a6"/>
            <w:rFonts w:ascii="Times New Roman" w:hAnsi="Times New Roman" w:cs="Times New Roman"/>
            <w:bCs/>
            <w:sz w:val="28"/>
            <w:szCs w:val="28"/>
            <w:lang w:val="kk-KZ"/>
          </w:rPr>
          <w:t>https://doi.org/10.31489/2018M3/24-30</w:t>
        </w:r>
      </w:hyperlink>
    </w:p>
    <w:p w14:paraId="784CFE90" w14:textId="12D64AE7" w:rsidR="007A25EC" w:rsidRPr="007250F1" w:rsidRDefault="007A25EC" w:rsidP="009D3F81">
      <w:pPr>
        <w:spacing w:after="0" w:line="240" w:lineRule="auto"/>
        <w:ind w:firstLine="708"/>
        <w:jc w:val="both"/>
        <w:rPr>
          <w:rFonts w:ascii="Times New Roman" w:hAnsi="Times New Roman" w:cs="Times New Roman"/>
          <w:bCs/>
          <w:sz w:val="28"/>
          <w:szCs w:val="28"/>
          <w:lang w:val="kk-KZ"/>
        </w:rPr>
      </w:pPr>
      <w:r w:rsidRPr="007250F1">
        <w:rPr>
          <w:rFonts w:ascii="Times New Roman" w:hAnsi="Times New Roman" w:cs="Times New Roman"/>
          <w:bCs/>
          <w:sz w:val="28"/>
          <w:szCs w:val="28"/>
          <w:lang w:val="kk-KZ"/>
        </w:rPr>
        <w:t xml:space="preserve">25. Koshanov B., Soldatov A. On Fredholm solvability and on the index of the generalized Neumann problem for an elliptic equation, Complex Variables and Elliptic Equations, (2022) 67:12, 2907-2923, </w:t>
      </w:r>
      <w:hyperlink r:id="rId3330" w:history="1">
        <w:r w:rsidRPr="007250F1">
          <w:rPr>
            <w:rStyle w:val="a6"/>
            <w:rFonts w:ascii="Times New Roman" w:hAnsi="Times New Roman" w:cs="Times New Roman"/>
            <w:bCs/>
            <w:sz w:val="28"/>
            <w:szCs w:val="28"/>
            <w:lang w:val="kk-KZ"/>
          </w:rPr>
          <w:t>https://doi.org/10.1080/17476933.2021.1958797</w:t>
        </w:r>
      </w:hyperlink>
    </w:p>
    <w:p w14:paraId="026D9089" w14:textId="60780C6B" w:rsidR="00AB2764" w:rsidRPr="007250F1" w:rsidRDefault="009D3F81" w:rsidP="00232A75">
      <w:pPr>
        <w:spacing w:after="0" w:line="240" w:lineRule="auto"/>
        <w:ind w:firstLine="708"/>
        <w:jc w:val="both"/>
        <w:rPr>
          <w:rFonts w:ascii="Times New Roman" w:hAnsi="Times New Roman" w:cs="Times New Roman"/>
          <w:sz w:val="28"/>
          <w:szCs w:val="28"/>
          <w:lang w:val="kk-KZ"/>
        </w:rPr>
      </w:pPr>
      <w:r w:rsidRPr="007250F1">
        <w:rPr>
          <w:rFonts w:ascii="Times New Roman" w:hAnsi="Times New Roman" w:cs="Times New Roman"/>
          <w:sz w:val="28"/>
          <w:szCs w:val="28"/>
          <w:lang w:val="kk-KZ"/>
        </w:rPr>
        <w:t>26</w:t>
      </w:r>
      <w:r w:rsidR="00AB2764" w:rsidRPr="007250F1">
        <w:rPr>
          <w:rFonts w:ascii="Times New Roman" w:hAnsi="Times New Roman" w:cs="Times New Roman"/>
          <w:sz w:val="28"/>
          <w:szCs w:val="28"/>
          <w:lang w:val="kk-KZ"/>
        </w:rPr>
        <w:t>. Михлин С.Г. Линейные уравнения в частных произ</w:t>
      </w:r>
      <w:r w:rsidR="00232A75" w:rsidRPr="007250F1">
        <w:rPr>
          <w:rFonts w:ascii="Times New Roman" w:hAnsi="Times New Roman" w:cs="Times New Roman"/>
          <w:sz w:val="28"/>
          <w:szCs w:val="28"/>
          <w:lang w:val="kk-KZ"/>
        </w:rPr>
        <w:t>водных. М.: Высшая школа, 1977.</w:t>
      </w:r>
    </w:p>
    <w:p w14:paraId="57E0390A" w14:textId="2E851C35" w:rsidR="00AB2764" w:rsidRPr="007250F1" w:rsidRDefault="007250F1" w:rsidP="004B48E5">
      <w:pPr>
        <w:tabs>
          <w:tab w:val="left" w:pos="540"/>
        </w:tabs>
        <w:spacing w:after="0" w:line="240" w:lineRule="auto"/>
        <w:jc w:val="both"/>
        <w:rPr>
          <w:rFonts w:ascii="Times New Roman" w:hAnsi="Times New Roman" w:cs="Times New Roman"/>
          <w:color w:val="000000"/>
          <w:sz w:val="28"/>
          <w:szCs w:val="28"/>
          <w:shd w:val="clear" w:color="auto" w:fill="FFFFFF"/>
          <w:lang w:val="kk-KZ"/>
        </w:rPr>
      </w:pPr>
      <w:r>
        <w:rPr>
          <w:rFonts w:ascii="Times New Roman" w:eastAsia="Times New Roman" w:hAnsi="Times New Roman" w:cs="Times New Roman"/>
          <w:sz w:val="28"/>
          <w:szCs w:val="28"/>
          <w:lang w:val="kk-KZ"/>
        </w:rPr>
        <w:tab/>
      </w:r>
      <w:r w:rsidR="009D3F81" w:rsidRPr="007250F1">
        <w:rPr>
          <w:rFonts w:ascii="Times New Roman" w:eastAsia="Times New Roman" w:hAnsi="Times New Roman" w:cs="Times New Roman"/>
          <w:sz w:val="28"/>
          <w:szCs w:val="28"/>
          <w:lang w:val="kk-KZ"/>
        </w:rPr>
        <w:t xml:space="preserve">  </w:t>
      </w:r>
      <w:r w:rsidR="00232A75" w:rsidRPr="007250F1">
        <w:rPr>
          <w:rFonts w:ascii="Times New Roman" w:eastAsia="Times New Roman" w:hAnsi="Times New Roman" w:cs="Times New Roman"/>
          <w:sz w:val="28"/>
          <w:szCs w:val="28"/>
          <w:lang w:val="kk-KZ"/>
        </w:rPr>
        <w:t>27</w:t>
      </w:r>
      <w:r w:rsidR="00AB2764" w:rsidRPr="007250F1">
        <w:rPr>
          <w:rFonts w:ascii="Times New Roman" w:eastAsia="Times New Roman" w:hAnsi="Times New Roman" w:cs="Times New Roman"/>
          <w:sz w:val="28"/>
          <w:szCs w:val="28"/>
          <w:lang w:val="kk-KZ"/>
        </w:rPr>
        <w:t xml:space="preserve">. </w:t>
      </w:r>
      <w:r w:rsidR="00AB2764" w:rsidRPr="007250F1">
        <w:rPr>
          <w:rFonts w:ascii="Times New Roman" w:hAnsi="Times New Roman" w:cs="Times New Roman"/>
          <w:color w:val="000000"/>
          <w:sz w:val="28"/>
          <w:szCs w:val="28"/>
          <w:shd w:val="clear" w:color="auto" w:fill="FFFFFF"/>
        </w:rPr>
        <w:t xml:space="preserve">Ж.Л. Лионс, </w:t>
      </w:r>
      <w:r w:rsidR="00AB2764" w:rsidRPr="007250F1">
        <w:rPr>
          <w:rFonts w:ascii="Times New Roman" w:hAnsi="Times New Roman" w:cs="Times New Roman"/>
          <w:i/>
          <w:iCs/>
          <w:color w:val="000000"/>
          <w:sz w:val="28"/>
          <w:szCs w:val="28"/>
          <w:shd w:val="clear" w:color="auto" w:fill="FFFFFF"/>
        </w:rPr>
        <w:t>Некоторые методы решения нелинейных краевых задач</w:t>
      </w:r>
      <w:r w:rsidR="00AB2764" w:rsidRPr="007250F1">
        <w:rPr>
          <w:rFonts w:ascii="Times New Roman" w:hAnsi="Times New Roman" w:cs="Times New Roman"/>
          <w:color w:val="000000"/>
          <w:sz w:val="28"/>
          <w:szCs w:val="28"/>
          <w:shd w:val="clear" w:color="auto" w:fill="FFFFFF"/>
        </w:rPr>
        <w:t>, Мир, М., 1972, 587 с.</w:t>
      </w:r>
    </w:p>
    <w:p w14:paraId="4FF91E6E" w14:textId="474F0CF6" w:rsidR="00AB2764" w:rsidRPr="007250F1" w:rsidRDefault="009D3F81" w:rsidP="00AB2764">
      <w:pPr>
        <w:spacing w:after="0" w:line="240" w:lineRule="auto"/>
        <w:ind w:firstLine="708"/>
        <w:jc w:val="both"/>
        <w:rPr>
          <w:rFonts w:ascii="Times New Roman" w:hAnsi="Times New Roman" w:cs="Times New Roman"/>
          <w:sz w:val="28"/>
          <w:szCs w:val="28"/>
          <w:lang w:val="kk-KZ"/>
        </w:rPr>
      </w:pPr>
      <w:r w:rsidRPr="007250F1">
        <w:rPr>
          <w:rFonts w:ascii="Times New Roman" w:eastAsia="Times New Roman" w:hAnsi="Times New Roman" w:cs="Times New Roman"/>
          <w:sz w:val="28"/>
          <w:szCs w:val="28"/>
          <w:lang w:val="kk-KZ"/>
        </w:rPr>
        <w:t xml:space="preserve"> </w:t>
      </w:r>
      <w:r w:rsidR="004B48E5" w:rsidRPr="007250F1">
        <w:rPr>
          <w:rFonts w:ascii="Times New Roman" w:eastAsia="Times New Roman" w:hAnsi="Times New Roman" w:cs="Times New Roman"/>
          <w:sz w:val="28"/>
          <w:szCs w:val="28"/>
          <w:lang w:val="kk-KZ"/>
        </w:rPr>
        <w:t>28</w:t>
      </w:r>
      <w:r w:rsidR="00AB2764" w:rsidRPr="007250F1">
        <w:rPr>
          <w:rFonts w:ascii="Times New Roman" w:eastAsia="Times New Roman" w:hAnsi="Times New Roman" w:cs="Times New Roman"/>
          <w:sz w:val="28"/>
          <w:szCs w:val="28"/>
          <w:lang w:val="kk-KZ"/>
        </w:rPr>
        <w:t>.</w:t>
      </w:r>
      <w:r w:rsidR="00AB2764" w:rsidRPr="007250F1">
        <w:rPr>
          <w:rFonts w:ascii="Times New Roman" w:hAnsi="Times New Roman" w:cs="Times New Roman"/>
          <w:sz w:val="28"/>
          <w:szCs w:val="28"/>
          <w:lang w:val="kk-KZ"/>
        </w:rPr>
        <w:t xml:space="preserve"> Павлова М.Ф., Тимербаев М.Р. Пространства Соболева (теоремы вложения). Учебное пособие. —Казань: Казанский государственный университет, 2010. — 123 с.</w:t>
      </w:r>
    </w:p>
    <w:p w14:paraId="23114E16" w14:textId="5280F5D4" w:rsidR="00AB2764" w:rsidRPr="007250F1" w:rsidRDefault="009D3F81" w:rsidP="00AB2764">
      <w:pPr>
        <w:shd w:val="clear" w:color="auto" w:fill="FFFFFF"/>
        <w:spacing w:after="0" w:line="240" w:lineRule="auto"/>
        <w:jc w:val="both"/>
        <w:textAlignment w:val="baseline"/>
        <w:outlineLvl w:val="0"/>
        <w:rPr>
          <w:rFonts w:ascii="Times New Roman" w:hAnsi="Times New Roman" w:cs="Times New Roman"/>
          <w:sz w:val="28"/>
          <w:szCs w:val="28"/>
          <w:lang w:val="kk-KZ"/>
        </w:rPr>
      </w:pPr>
      <w:r w:rsidRPr="007250F1">
        <w:rPr>
          <w:rFonts w:ascii="Times New Roman" w:hAnsi="Times New Roman" w:cs="Times New Roman"/>
          <w:sz w:val="28"/>
          <w:szCs w:val="28"/>
          <w:lang w:val="kk-KZ"/>
        </w:rPr>
        <w:tab/>
      </w:r>
      <w:r w:rsidR="004B48E5" w:rsidRPr="007250F1">
        <w:rPr>
          <w:rFonts w:ascii="Times New Roman" w:hAnsi="Times New Roman" w:cs="Times New Roman"/>
          <w:sz w:val="28"/>
          <w:szCs w:val="28"/>
          <w:lang w:val="kk-KZ"/>
        </w:rPr>
        <w:t>29</w:t>
      </w:r>
      <w:r w:rsidR="00AB2764" w:rsidRPr="007250F1">
        <w:rPr>
          <w:rFonts w:ascii="Times New Roman" w:hAnsi="Times New Roman" w:cs="Times New Roman"/>
          <w:sz w:val="28"/>
          <w:szCs w:val="28"/>
          <w:lang w:val="kk-KZ"/>
        </w:rPr>
        <w:t>. Соболев С.Л. Некоторые применения функционального анализа в математической физике. М.: Наука, Главная редакция физико-математической литературы издательства, 1988. - 336 с.</w:t>
      </w:r>
    </w:p>
    <w:p w14:paraId="03B57DF6" w14:textId="20E3D00F" w:rsidR="00AB2764" w:rsidRPr="007250F1" w:rsidRDefault="004B48E5" w:rsidP="00AB2764">
      <w:pPr>
        <w:spacing w:after="0" w:line="240" w:lineRule="auto"/>
        <w:ind w:firstLine="708"/>
        <w:jc w:val="both"/>
        <w:rPr>
          <w:rFonts w:ascii="Times New Roman" w:hAnsi="Times New Roman" w:cs="Times New Roman"/>
          <w:bCs/>
          <w:sz w:val="28"/>
          <w:szCs w:val="28"/>
          <w:lang w:val="kk-KZ"/>
        </w:rPr>
      </w:pPr>
      <w:r w:rsidRPr="007250F1">
        <w:rPr>
          <w:rFonts w:ascii="Times New Roman" w:hAnsi="Times New Roman" w:cs="Times New Roman"/>
          <w:bCs/>
          <w:sz w:val="28"/>
          <w:szCs w:val="28"/>
          <w:lang w:val="kk-KZ"/>
        </w:rPr>
        <w:t>30</w:t>
      </w:r>
      <w:r w:rsidR="00AB2764" w:rsidRPr="007250F1">
        <w:rPr>
          <w:rFonts w:ascii="Times New Roman" w:hAnsi="Times New Roman" w:cs="Times New Roman"/>
          <w:bCs/>
          <w:sz w:val="28"/>
          <w:szCs w:val="28"/>
          <w:lang w:val="kk-KZ"/>
        </w:rPr>
        <w:t>. Агмон С., Дуглис А., Ниренберг Л. Оценки в близи границы решений эллиптических уравнений в частных производных при общих граничных условиях. М.: Наука. – 1962. 206с.</w:t>
      </w:r>
    </w:p>
    <w:p w14:paraId="64ADE875" w14:textId="5ECCC3AB" w:rsidR="00AB2764" w:rsidRPr="007250F1" w:rsidRDefault="00232A75" w:rsidP="00AB2764">
      <w:pPr>
        <w:spacing w:after="0" w:line="240" w:lineRule="auto"/>
        <w:ind w:firstLine="708"/>
        <w:jc w:val="both"/>
        <w:rPr>
          <w:rFonts w:ascii="Times New Roman" w:hAnsi="Times New Roman" w:cs="Times New Roman"/>
          <w:bCs/>
          <w:sz w:val="28"/>
          <w:szCs w:val="28"/>
          <w:lang w:val="kk-KZ"/>
        </w:rPr>
      </w:pPr>
      <w:r w:rsidRPr="007250F1">
        <w:rPr>
          <w:rFonts w:ascii="Times New Roman" w:hAnsi="Times New Roman" w:cs="Times New Roman"/>
          <w:bCs/>
          <w:sz w:val="28"/>
          <w:szCs w:val="28"/>
          <w:lang w:val="kk-KZ"/>
        </w:rPr>
        <w:t>3</w:t>
      </w:r>
      <w:r w:rsidR="004B48E5" w:rsidRPr="007250F1">
        <w:rPr>
          <w:rFonts w:ascii="Times New Roman" w:hAnsi="Times New Roman" w:cs="Times New Roman"/>
          <w:bCs/>
          <w:sz w:val="28"/>
          <w:szCs w:val="28"/>
          <w:lang w:val="kk-KZ"/>
        </w:rPr>
        <w:t>1</w:t>
      </w:r>
      <w:r w:rsidR="00AB2764" w:rsidRPr="007250F1">
        <w:rPr>
          <w:rFonts w:ascii="Times New Roman" w:hAnsi="Times New Roman" w:cs="Times New Roman"/>
          <w:bCs/>
          <w:sz w:val="28"/>
          <w:szCs w:val="28"/>
          <w:lang w:val="kk-KZ"/>
        </w:rPr>
        <w:t>. Дезин А.А. Вторая краевая задача для полигармонического уравнения в пространстве // Доклады АН СССР. – 1954. – Т. 96, № 5. – С. 901-903.</w:t>
      </w:r>
    </w:p>
    <w:p w14:paraId="7EBBC324" w14:textId="47EBC75F" w:rsidR="00AB2764" w:rsidRPr="007250F1" w:rsidRDefault="00232A75" w:rsidP="00AB2764">
      <w:pPr>
        <w:spacing w:after="0" w:line="240" w:lineRule="auto"/>
        <w:ind w:firstLine="708"/>
        <w:jc w:val="both"/>
        <w:rPr>
          <w:rFonts w:ascii="Times New Roman" w:hAnsi="Times New Roman" w:cs="Times New Roman"/>
          <w:bCs/>
          <w:sz w:val="28"/>
          <w:szCs w:val="28"/>
          <w:lang w:val="kk-KZ"/>
        </w:rPr>
      </w:pPr>
      <w:r w:rsidRPr="007250F1">
        <w:rPr>
          <w:rFonts w:ascii="Times New Roman" w:hAnsi="Times New Roman" w:cs="Times New Roman"/>
          <w:bCs/>
          <w:sz w:val="28"/>
          <w:szCs w:val="28"/>
          <w:lang w:val="kk-KZ"/>
        </w:rPr>
        <w:t>3</w:t>
      </w:r>
      <w:r w:rsidR="004B48E5" w:rsidRPr="007250F1">
        <w:rPr>
          <w:rFonts w:ascii="Times New Roman" w:hAnsi="Times New Roman" w:cs="Times New Roman"/>
          <w:bCs/>
          <w:sz w:val="28"/>
          <w:szCs w:val="28"/>
          <w:lang w:val="kk-KZ"/>
        </w:rPr>
        <w:t>2</w:t>
      </w:r>
      <w:r w:rsidR="00AB2764" w:rsidRPr="007250F1">
        <w:rPr>
          <w:rFonts w:ascii="Times New Roman" w:hAnsi="Times New Roman" w:cs="Times New Roman"/>
          <w:bCs/>
          <w:sz w:val="28"/>
          <w:szCs w:val="28"/>
          <w:lang w:val="kk-KZ"/>
        </w:rPr>
        <w:t>. Мальцев А.И. Основы линейной алгебры, М., Москва, 1970.</w:t>
      </w:r>
    </w:p>
    <w:p w14:paraId="043A38D6" w14:textId="7E283561" w:rsidR="00AB2764" w:rsidRPr="007250F1" w:rsidRDefault="00232A75" w:rsidP="00AB2764">
      <w:pPr>
        <w:spacing w:after="0" w:line="240" w:lineRule="auto"/>
        <w:ind w:firstLine="708"/>
        <w:jc w:val="both"/>
        <w:rPr>
          <w:rFonts w:ascii="Times New Roman" w:hAnsi="Times New Roman" w:cs="Times New Roman"/>
          <w:bCs/>
          <w:sz w:val="28"/>
          <w:szCs w:val="28"/>
          <w:lang w:val="kk-KZ"/>
        </w:rPr>
      </w:pPr>
      <w:r w:rsidRPr="007250F1">
        <w:rPr>
          <w:rFonts w:ascii="Times New Roman" w:hAnsi="Times New Roman" w:cs="Times New Roman"/>
          <w:bCs/>
          <w:sz w:val="28"/>
          <w:szCs w:val="28"/>
          <w:lang w:val="kk-KZ"/>
        </w:rPr>
        <w:t>3</w:t>
      </w:r>
      <w:r w:rsidR="004B48E5" w:rsidRPr="007250F1">
        <w:rPr>
          <w:rFonts w:ascii="Times New Roman" w:hAnsi="Times New Roman" w:cs="Times New Roman"/>
          <w:bCs/>
          <w:sz w:val="28"/>
          <w:szCs w:val="28"/>
          <w:lang w:val="kk-KZ"/>
        </w:rPr>
        <w:t>3</w:t>
      </w:r>
      <w:r w:rsidR="00AB2764" w:rsidRPr="007250F1">
        <w:rPr>
          <w:rFonts w:ascii="Times New Roman" w:hAnsi="Times New Roman" w:cs="Times New Roman"/>
          <w:bCs/>
          <w:sz w:val="28"/>
          <w:szCs w:val="28"/>
          <w:lang w:val="kk-KZ"/>
        </w:rPr>
        <w:t>. Ващенко О.В., Солдатов А.П. Интегральное представление решений обобщенной системы Бельтрами, Научные ведомости БелГУ, серия "Информатика и прикладная математика 2006, вып.6, №1(21), С. 3-6.</w:t>
      </w:r>
    </w:p>
    <w:p w14:paraId="48A32DDA" w14:textId="5094B4E7" w:rsidR="00AB2764" w:rsidRPr="007250F1" w:rsidRDefault="00232A75" w:rsidP="00AB2764">
      <w:pPr>
        <w:spacing w:after="0" w:line="240" w:lineRule="auto"/>
        <w:ind w:firstLine="708"/>
        <w:jc w:val="both"/>
        <w:rPr>
          <w:rFonts w:ascii="Times New Roman" w:hAnsi="Times New Roman" w:cs="Times New Roman"/>
          <w:bCs/>
          <w:sz w:val="28"/>
          <w:szCs w:val="28"/>
          <w:lang w:val="kk-KZ"/>
        </w:rPr>
      </w:pPr>
      <w:r w:rsidRPr="007250F1">
        <w:rPr>
          <w:rFonts w:ascii="Times New Roman" w:hAnsi="Times New Roman" w:cs="Times New Roman"/>
          <w:bCs/>
          <w:sz w:val="28"/>
          <w:szCs w:val="28"/>
          <w:lang w:val="kk-KZ"/>
        </w:rPr>
        <w:t>3</w:t>
      </w:r>
      <w:r w:rsidR="004B48E5" w:rsidRPr="007250F1">
        <w:rPr>
          <w:rFonts w:ascii="Times New Roman" w:hAnsi="Times New Roman" w:cs="Times New Roman"/>
          <w:bCs/>
          <w:sz w:val="28"/>
          <w:szCs w:val="28"/>
          <w:lang w:val="kk-KZ"/>
        </w:rPr>
        <w:t>4</w:t>
      </w:r>
      <w:r w:rsidR="00AB2764" w:rsidRPr="007250F1">
        <w:rPr>
          <w:rFonts w:ascii="Times New Roman" w:hAnsi="Times New Roman" w:cs="Times New Roman"/>
          <w:bCs/>
          <w:sz w:val="28"/>
          <w:szCs w:val="28"/>
          <w:lang w:val="kk-KZ"/>
        </w:rPr>
        <w:t>. Soldatov A.P. Hyperanalytic functions and their applications, J. math. sciences, 2004, V.17, P. 1-111.</w:t>
      </w:r>
    </w:p>
    <w:p w14:paraId="3722E24E" w14:textId="61EB054F" w:rsidR="00AB2764" w:rsidRPr="007250F1" w:rsidRDefault="00232A75" w:rsidP="00AB2764">
      <w:pPr>
        <w:spacing w:after="0" w:line="240" w:lineRule="auto"/>
        <w:ind w:firstLine="708"/>
        <w:jc w:val="both"/>
        <w:rPr>
          <w:rFonts w:ascii="Times New Roman" w:hAnsi="Times New Roman" w:cs="Times New Roman"/>
          <w:bCs/>
          <w:sz w:val="28"/>
          <w:szCs w:val="28"/>
          <w:lang w:val="kk-KZ"/>
        </w:rPr>
      </w:pPr>
      <w:r w:rsidRPr="007250F1">
        <w:rPr>
          <w:rFonts w:ascii="Times New Roman" w:hAnsi="Times New Roman" w:cs="Times New Roman"/>
          <w:bCs/>
          <w:sz w:val="28"/>
          <w:szCs w:val="28"/>
          <w:lang w:val="kk-KZ"/>
        </w:rPr>
        <w:t>3</w:t>
      </w:r>
      <w:r w:rsidR="004B48E5" w:rsidRPr="007250F1">
        <w:rPr>
          <w:rFonts w:ascii="Times New Roman" w:hAnsi="Times New Roman" w:cs="Times New Roman"/>
          <w:bCs/>
          <w:sz w:val="28"/>
          <w:szCs w:val="28"/>
          <w:lang w:val="kk-KZ"/>
        </w:rPr>
        <w:t>5</w:t>
      </w:r>
      <w:r w:rsidR="00AB2764" w:rsidRPr="007250F1">
        <w:rPr>
          <w:rFonts w:ascii="Times New Roman" w:hAnsi="Times New Roman" w:cs="Times New Roman"/>
          <w:bCs/>
          <w:sz w:val="28"/>
          <w:szCs w:val="28"/>
          <w:lang w:val="kk-KZ"/>
        </w:rPr>
        <w:t>. Пале Р. Семинар по теореме Атьи-Зингера об индексе.- М.: Мир, 1970.</w:t>
      </w:r>
    </w:p>
    <w:p w14:paraId="5050A992" w14:textId="3F4B7BF5" w:rsidR="00AB2764" w:rsidRPr="007250F1" w:rsidRDefault="00232A75" w:rsidP="00AB2764">
      <w:pPr>
        <w:spacing w:after="0" w:line="240" w:lineRule="auto"/>
        <w:ind w:firstLine="708"/>
        <w:jc w:val="both"/>
        <w:rPr>
          <w:rFonts w:ascii="Times New Roman" w:hAnsi="Times New Roman" w:cs="Times New Roman"/>
          <w:bCs/>
          <w:sz w:val="28"/>
          <w:szCs w:val="28"/>
          <w:lang w:val="kk-KZ"/>
        </w:rPr>
      </w:pPr>
      <w:r w:rsidRPr="007250F1">
        <w:rPr>
          <w:rFonts w:ascii="Times New Roman" w:hAnsi="Times New Roman" w:cs="Times New Roman"/>
          <w:bCs/>
          <w:sz w:val="28"/>
          <w:szCs w:val="28"/>
          <w:lang w:val="kk-KZ"/>
        </w:rPr>
        <w:t>3</w:t>
      </w:r>
      <w:r w:rsidR="004B48E5" w:rsidRPr="007250F1">
        <w:rPr>
          <w:rFonts w:ascii="Times New Roman" w:hAnsi="Times New Roman" w:cs="Times New Roman"/>
          <w:bCs/>
          <w:sz w:val="28"/>
          <w:szCs w:val="28"/>
          <w:lang w:val="kk-KZ"/>
        </w:rPr>
        <w:t>6</w:t>
      </w:r>
      <w:r w:rsidR="00AB2764" w:rsidRPr="007250F1">
        <w:rPr>
          <w:rFonts w:ascii="Times New Roman" w:hAnsi="Times New Roman" w:cs="Times New Roman"/>
          <w:bCs/>
          <w:sz w:val="28"/>
          <w:szCs w:val="28"/>
          <w:lang w:val="kk-KZ"/>
        </w:rPr>
        <w:t>. Gilbert R.P. Function theoretic methods in partial differential equations. New York.: Academic Press. – 1969. 311p.</w:t>
      </w:r>
    </w:p>
    <w:p w14:paraId="41861AB5" w14:textId="06EC26CD" w:rsidR="00AB2764" w:rsidRPr="007250F1" w:rsidRDefault="00232A75" w:rsidP="00AB2764">
      <w:pPr>
        <w:spacing w:after="0" w:line="240" w:lineRule="auto"/>
        <w:ind w:firstLine="708"/>
        <w:jc w:val="both"/>
        <w:rPr>
          <w:rFonts w:ascii="Times New Roman" w:hAnsi="Times New Roman" w:cs="Times New Roman"/>
          <w:bCs/>
          <w:sz w:val="28"/>
          <w:szCs w:val="28"/>
          <w:lang w:val="kk-KZ"/>
        </w:rPr>
      </w:pPr>
      <w:r w:rsidRPr="007250F1">
        <w:rPr>
          <w:rFonts w:ascii="Times New Roman" w:hAnsi="Times New Roman" w:cs="Times New Roman"/>
          <w:bCs/>
          <w:sz w:val="28"/>
          <w:szCs w:val="28"/>
          <w:lang w:val="kk-KZ"/>
        </w:rPr>
        <w:t>3</w:t>
      </w:r>
      <w:r w:rsidR="004B48E5" w:rsidRPr="007250F1">
        <w:rPr>
          <w:rFonts w:ascii="Times New Roman" w:hAnsi="Times New Roman" w:cs="Times New Roman"/>
          <w:bCs/>
          <w:sz w:val="28"/>
          <w:szCs w:val="28"/>
          <w:lang w:val="kk-KZ"/>
        </w:rPr>
        <w:t>7</w:t>
      </w:r>
      <w:r w:rsidR="00AB2764" w:rsidRPr="007250F1">
        <w:rPr>
          <w:rFonts w:ascii="Times New Roman" w:hAnsi="Times New Roman" w:cs="Times New Roman"/>
          <w:bCs/>
          <w:sz w:val="28"/>
          <w:szCs w:val="28"/>
          <w:lang w:val="kk-KZ"/>
        </w:rPr>
        <w:t>. Yeh R.Z. Hyperholomorphic functions and higher order partial differentials equations in the plane // Pacific Journal of Mathematics. – 1990. – Vol. 142, № 2. – P. 379-399.</w:t>
      </w:r>
    </w:p>
    <w:p w14:paraId="50BB7555" w14:textId="0F229C00" w:rsidR="00AB2764" w:rsidRPr="007250F1" w:rsidRDefault="00232A75" w:rsidP="00AB2764">
      <w:pPr>
        <w:spacing w:after="0" w:line="240" w:lineRule="auto"/>
        <w:ind w:firstLine="708"/>
        <w:jc w:val="both"/>
        <w:rPr>
          <w:rFonts w:ascii="Times New Roman" w:hAnsi="Times New Roman" w:cs="Times New Roman"/>
          <w:bCs/>
          <w:sz w:val="28"/>
          <w:szCs w:val="28"/>
          <w:lang w:val="kk-KZ"/>
        </w:rPr>
      </w:pPr>
      <w:r w:rsidRPr="007250F1">
        <w:rPr>
          <w:rFonts w:ascii="Times New Roman" w:hAnsi="Times New Roman" w:cs="Times New Roman"/>
          <w:bCs/>
          <w:sz w:val="28"/>
          <w:szCs w:val="28"/>
          <w:lang w:val="kk-KZ"/>
        </w:rPr>
        <w:t>3</w:t>
      </w:r>
      <w:r w:rsidR="004B48E5" w:rsidRPr="007250F1">
        <w:rPr>
          <w:rFonts w:ascii="Times New Roman" w:hAnsi="Times New Roman" w:cs="Times New Roman"/>
          <w:bCs/>
          <w:sz w:val="28"/>
          <w:szCs w:val="28"/>
          <w:lang w:val="kk-KZ"/>
        </w:rPr>
        <w:t>8</w:t>
      </w:r>
      <w:r w:rsidR="00AB2764" w:rsidRPr="007250F1">
        <w:rPr>
          <w:rFonts w:ascii="Times New Roman" w:hAnsi="Times New Roman" w:cs="Times New Roman"/>
          <w:bCs/>
          <w:sz w:val="28"/>
          <w:szCs w:val="28"/>
          <w:lang w:val="kk-KZ"/>
        </w:rPr>
        <w:t xml:space="preserve">. Лопатинский Я. Б. Об одном способе приведения граничных задач для системы дифференциальных уравнений эллиптического типа к регулярным </w:t>
      </w:r>
      <w:r w:rsidR="00AB2764" w:rsidRPr="007250F1">
        <w:rPr>
          <w:rFonts w:ascii="Times New Roman" w:hAnsi="Times New Roman" w:cs="Times New Roman"/>
          <w:bCs/>
          <w:sz w:val="28"/>
          <w:szCs w:val="28"/>
          <w:lang w:val="kk-KZ"/>
        </w:rPr>
        <w:lastRenderedPageBreak/>
        <w:t>интегральным уравнениям // Украинский математический журнал. – 1953. – Т. 5, № 2. – С. 123-151.</w:t>
      </w:r>
    </w:p>
    <w:p w14:paraId="55950501" w14:textId="23323172" w:rsidR="00AB2764" w:rsidRPr="007250F1" w:rsidRDefault="00017141" w:rsidP="00AB2764">
      <w:pPr>
        <w:spacing w:after="0" w:line="240" w:lineRule="auto"/>
        <w:ind w:firstLine="708"/>
        <w:jc w:val="both"/>
        <w:rPr>
          <w:rFonts w:ascii="Times New Roman" w:hAnsi="Times New Roman" w:cs="Times New Roman"/>
          <w:bCs/>
          <w:sz w:val="28"/>
          <w:szCs w:val="28"/>
          <w:lang w:val="kk-KZ"/>
        </w:rPr>
      </w:pPr>
      <w:r w:rsidRPr="007250F1">
        <w:rPr>
          <w:rFonts w:ascii="Times New Roman" w:hAnsi="Times New Roman" w:cs="Times New Roman"/>
          <w:bCs/>
          <w:sz w:val="28"/>
          <w:szCs w:val="28"/>
          <w:lang w:val="kk-KZ"/>
        </w:rPr>
        <w:t>39</w:t>
      </w:r>
      <w:r w:rsidR="00AB2764" w:rsidRPr="007250F1">
        <w:rPr>
          <w:rFonts w:ascii="Times New Roman" w:hAnsi="Times New Roman" w:cs="Times New Roman"/>
          <w:bCs/>
          <w:sz w:val="28"/>
          <w:szCs w:val="28"/>
          <w:lang w:val="kk-KZ"/>
        </w:rPr>
        <w:t xml:space="preserve">. Sсheсhter M. Genеral boundary value problems for elliptic partial differential equations // Communications on Pure and Applied Mathematics. – 1950. – Vol. 12. – P. 467-480. </w:t>
      </w:r>
    </w:p>
    <w:p w14:paraId="01DF8412" w14:textId="6448B748" w:rsidR="00017141" w:rsidRPr="007250F1" w:rsidRDefault="00017141" w:rsidP="00017141">
      <w:pPr>
        <w:spacing w:after="0" w:line="240" w:lineRule="auto"/>
        <w:ind w:firstLine="708"/>
        <w:jc w:val="both"/>
        <w:rPr>
          <w:rFonts w:ascii="Times New Roman" w:hAnsi="Times New Roman" w:cs="Times New Roman"/>
          <w:bCs/>
          <w:sz w:val="28"/>
          <w:szCs w:val="28"/>
          <w:lang w:val="kk-KZ"/>
        </w:rPr>
      </w:pPr>
      <w:r w:rsidRPr="007250F1">
        <w:rPr>
          <w:rFonts w:ascii="Times New Roman" w:hAnsi="Times New Roman" w:cs="Times New Roman"/>
          <w:bCs/>
          <w:sz w:val="28"/>
          <w:szCs w:val="28"/>
          <w:lang w:val="kk-KZ"/>
        </w:rPr>
        <w:t>40. Назаров С. А., Пламеневский Б. А. Эллиптические задачи в областях с кусочно гладкой границей. М.: Наука. – 1991. 336с.</w:t>
      </w:r>
    </w:p>
    <w:p w14:paraId="2004AFFB" w14:textId="090A3B18" w:rsidR="009D3F81" w:rsidRPr="007250F1" w:rsidRDefault="009D3F81" w:rsidP="009D3F81">
      <w:pPr>
        <w:spacing w:after="0" w:line="240" w:lineRule="auto"/>
        <w:ind w:firstLine="708"/>
        <w:jc w:val="both"/>
        <w:rPr>
          <w:rFonts w:ascii="Times New Roman" w:hAnsi="Times New Roman" w:cs="Times New Roman"/>
          <w:sz w:val="28"/>
          <w:szCs w:val="28"/>
          <w:lang w:val="kk-KZ"/>
        </w:rPr>
      </w:pPr>
      <w:r w:rsidRPr="007250F1">
        <w:rPr>
          <w:rFonts w:ascii="Times New Roman" w:hAnsi="Times New Roman" w:cs="Times New Roman"/>
          <w:sz w:val="28"/>
          <w:szCs w:val="28"/>
          <w:lang w:val="kk-KZ"/>
        </w:rPr>
        <w:t xml:space="preserve">41. Aitzhanov S.E., Koshanov B.D., Kuntuarova A.D. Solvability of Some Elliptic Equations with Nonlocal Boundary // Mathematics, Volume 12, Issue 24, (4010) P.1-12 </w:t>
      </w:r>
      <w:hyperlink r:id="rId3331" w:history="1">
        <w:r w:rsidRPr="007250F1">
          <w:rPr>
            <w:rStyle w:val="a6"/>
            <w:rFonts w:ascii="Times New Roman" w:hAnsi="Times New Roman" w:cs="Times New Roman"/>
            <w:color w:val="auto"/>
            <w:sz w:val="28"/>
            <w:szCs w:val="28"/>
            <w:lang w:val="kk-KZ"/>
          </w:rPr>
          <w:t>https://doi.org/10.3390/math12244010</w:t>
        </w:r>
      </w:hyperlink>
      <w:r w:rsidRPr="007250F1">
        <w:rPr>
          <w:rFonts w:ascii="Times New Roman" w:hAnsi="Times New Roman" w:cs="Times New Roman"/>
          <w:sz w:val="28"/>
          <w:szCs w:val="28"/>
          <w:lang w:val="kk-KZ"/>
        </w:rPr>
        <w:t xml:space="preserve"> </w:t>
      </w:r>
    </w:p>
    <w:p w14:paraId="1E3EDB4B" w14:textId="6889AA69" w:rsidR="009D3F81" w:rsidRPr="007250F1" w:rsidRDefault="009D3F81" w:rsidP="009D3F81">
      <w:pPr>
        <w:spacing w:after="0" w:line="240" w:lineRule="auto"/>
        <w:ind w:firstLine="708"/>
        <w:jc w:val="both"/>
        <w:rPr>
          <w:rFonts w:ascii="Times New Roman" w:hAnsi="Times New Roman" w:cs="Times New Roman"/>
          <w:sz w:val="28"/>
          <w:szCs w:val="28"/>
          <w:lang w:val="kk-KZ"/>
        </w:rPr>
      </w:pPr>
      <w:r w:rsidRPr="007250F1">
        <w:rPr>
          <w:rFonts w:ascii="Times New Roman" w:hAnsi="Times New Roman" w:cs="Times New Roman"/>
          <w:sz w:val="28"/>
          <w:szCs w:val="28"/>
          <w:lang w:val="kk-KZ"/>
        </w:rPr>
        <w:t>42. Koshanov B.D., Baiarystanov A., Dosmagulova K.A., Kuntuarova A.D., Sultangazieva Zh.B. On the Schwarz problem for the Moisil-Teoderescu system in a spherical layer and in the interior of a torus //</w:t>
      </w:r>
      <w:r w:rsidRPr="007250F1">
        <w:rPr>
          <w:rFonts w:ascii="Times New Roman" w:hAnsi="Times New Roman" w:cs="Times New Roman"/>
          <w:sz w:val="28"/>
          <w:szCs w:val="28"/>
          <w:lang w:val="en-US"/>
        </w:rPr>
        <w:t xml:space="preserve"> </w:t>
      </w:r>
      <w:r w:rsidRPr="007250F1">
        <w:rPr>
          <w:rFonts w:ascii="Times New Roman" w:hAnsi="Times New Roman" w:cs="Times New Roman"/>
          <w:sz w:val="28"/>
          <w:szCs w:val="28"/>
          <w:lang w:val="kk-KZ"/>
        </w:rPr>
        <w:t xml:space="preserve">Journal of Mathematics, Mechanics and Computer Science. – 2022. Vol 114 (2), P.33-42. </w:t>
      </w:r>
      <w:hyperlink r:id="rId3332" w:history="1">
        <w:r w:rsidRPr="007250F1">
          <w:rPr>
            <w:rStyle w:val="a6"/>
            <w:rFonts w:ascii="Times New Roman" w:hAnsi="Times New Roman" w:cs="Times New Roman"/>
            <w:color w:val="auto"/>
            <w:sz w:val="28"/>
            <w:szCs w:val="28"/>
            <w:lang w:val="kk-KZ"/>
          </w:rPr>
          <w:t>https://doi.org/10.26577/JMMCS.2022.v114.i2.04</w:t>
        </w:r>
      </w:hyperlink>
      <w:r w:rsidRPr="007250F1">
        <w:rPr>
          <w:rFonts w:ascii="Times New Roman" w:hAnsi="Times New Roman" w:cs="Times New Roman"/>
          <w:sz w:val="28"/>
          <w:szCs w:val="28"/>
          <w:lang w:val="kk-KZ"/>
        </w:rPr>
        <w:t xml:space="preserve"> </w:t>
      </w:r>
    </w:p>
    <w:p w14:paraId="6C6F8CE8" w14:textId="045B5BCF" w:rsidR="009D3F81" w:rsidRPr="007250F1" w:rsidRDefault="009D3F81" w:rsidP="009D3F81">
      <w:pPr>
        <w:spacing w:after="0" w:line="240" w:lineRule="auto"/>
        <w:ind w:firstLine="708"/>
        <w:jc w:val="both"/>
        <w:rPr>
          <w:rFonts w:ascii="Times New Roman" w:hAnsi="Times New Roman" w:cs="Times New Roman"/>
          <w:sz w:val="28"/>
          <w:szCs w:val="28"/>
          <w:lang w:val="kk-KZ"/>
        </w:rPr>
      </w:pPr>
      <w:r w:rsidRPr="007250F1">
        <w:rPr>
          <w:rFonts w:ascii="Times New Roman" w:hAnsi="Times New Roman" w:cs="Times New Roman"/>
          <w:sz w:val="28"/>
          <w:szCs w:val="28"/>
          <w:lang w:val="kk-KZ"/>
        </w:rPr>
        <w:t>43. Кошанов Б.Д., Кунтуарова А.Д. О фредгольмовой разрешимости обобщенной задачи Неймана //</w:t>
      </w:r>
      <w:r w:rsidRPr="007250F1">
        <w:rPr>
          <w:rFonts w:ascii="Times New Roman" w:hAnsi="Times New Roman" w:cs="Times New Roman"/>
          <w:sz w:val="28"/>
          <w:szCs w:val="28"/>
        </w:rPr>
        <w:t xml:space="preserve"> </w:t>
      </w:r>
      <w:r w:rsidRPr="007250F1">
        <w:rPr>
          <w:rFonts w:ascii="Times New Roman" w:hAnsi="Times New Roman" w:cs="Times New Roman"/>
          <w:sz w:val="28"/>
          <w:szCs w:val="28"/>
          <w:lang w:val="kk-KZ"/>
        </w:rPr>
        <w:t>Прикладная Математика и Физика 2021, 53(1). С.31-39.</w:t>
      </w:r>
      <w:hyperlink r:id="rId3333" w:history="1">
        <w:r w:rsidRPr="007250F1">
          <w:rPr>
            <w:rStyle w:val="a6"/>
            <w:rFonts w:ascii="Times New Roman" w:hAnsi="Times New Roman" w:cs="Times New Roman"/>
            <w:color w:val="auto"/>
            <w:sz w:val="28"/>
            <w:szCs w:val="28"/>
            <w:lang w:val="kk-KZ"/>
          </w:rPr>
          <w:t>http://dx.doi.org/10.18413/2687-0959-2021-53-1-31-39</w:t>
        </w:r>
      </w:hyperlink>
      <w:r w:rsidRPr="007250F1">
        <w:rPr>
          <w:rFonts w:ascii="Times New Roman" w:hAnsi="Times New Roman" w:cs="Times New Roman"/>
          <w:sz w:val="28"/>
          <w:szCs w:val="28"/>
          <w:lang w:val="kk-KZ"/>
        </w:rPr>
        <w:t xml:space="preserve"> </w:t>
      </w:r>
    </w:p>
    <w:p w14:paraId="50EDCFEE" w14:textId="0A370AAE" w:rsidR="00AB2764" w:rsidRPr="007250F1" w:rsidRDefault="00AB2764" w:rsidP="00AB2764">
      <w:pPr>
        <w:spacing w:after="0" w:line="240" w:lineRule="auto"/>
        <w:ind w:firstLine="708"/>
        <w:jc w:val="both"/>
        <w:rPr>
          <w:rFonts w:ascii="Times New Roman" w:hAnsi="Times New Roman" w:cs="Times New Roman"/>
          <w:bCs/>
          <w:sz w:val="28"/>
          <w:szCs w:val="28"/>
          <w:lang w:val="kk-KZ"/>
        </w:rPr>
      </w:pPr>
      <w:r w:rsidRPr="007250F1">
        <w:rPr>
          <w:rFonts w:ascii="Times New Roman" w:hAnsi="Times New Roman" w:cs="Times New Roman"/>
          <w:bCs/>
          <w:sz w:val="28"/>
          <w:szCs w:val="28"/>
          <w:lang w:val="kk-KZ"/>
        </w:rPr>
        <w:t>44</w:t>
      </w:r>
      <w:r w:rsidRPr="007250F1">
        <w:rPr>
          <w:rFonts w:ascii="Times New Roman" w:hAnsi="Times New Roman" w:cs="Times New Roman"/>
          <w:bCs/>
          <w:sz w:val="28"/>
          <w:szCs w:val="28"/>
          <w:lang w:val="en-US"/>
        </w:rPr>
        <w:t xml:space="preserve">. </w:t>
      </w:r>
      <w:r w:rsidRPr="007250F1">
        <w:rPr>
          <w:rFonts w:ascii="Times New Roman" w:hAnsi="Times New Roman" w:cs="Times New Roman"/>
          <w:bCs/>
          <w:sz w:val="28"/>
          <w:szCs w:val="28"/>
          <w:lang w:val="kk-KZ"/>
        </w:rPr>
        <w:t xml:space="preserve">Koshanov B.D., Kuntuarova A.D. Equivalence of the Fredholm solvability condition for the Neumann problem to the complementarity condition // Journal of Mathematics, Mechanics and Computer Science, </w:t>
      </w:r>
      <w:r w:rsidR="009D3F81" w:rsidRPr="007250F1">
        <w:rPr>
          <w:rFonts w:ascii="Times New Roman" w:hAnsi="Times New Roman" w:cs="Times New Roman"/>
          <w:bCs/>
          <w:sz w:val="28"/>
          <w:szCs w:val="28"/>
          <w:lang w:val="kk-KZ"/>
        </w:rPr>
        <w:t xml:space="preserve">№111 (3), 2021.Р.39-51 </w:t>
      </w:r>
      <w:r w:rsidRPr="007250F1">
        <w:rPr>
          <w:rFonts w:ascii="Times New Roman" w:hAnsi="Times New Roman" w:cs="Times New Roman"/>
          <w:bCs/>
          <w:sz w:val="28"/>
          <w:szCs w:val="28"/>
          <w:lang w:val="kk-KZ"/>
        </w:rPr>
        <w:t xml:space="preserve"> </w:t>
      </w:r>
      <w:hyperlink r:id="rId3334" w:history="1">
        <w:r w:rsidRPr="007250F1">
          <w:rPr>
            <w:rStyle w:val="a6"/>
            <w:rFonts w:ascii="Times New Roman" w:hAnsi="Times New Roman" w:cs="Times New Roman"/>
            <w:bCs/>
            <w:sz w:val="28"/>
            <w:szCs w:val="28"/>
            <w:lang w:val="kk-KZ"/>
          </w:rPr>
          <w:t>https://doi.org/10.26577/JMMCS.2021.v111.i3.04</w:t>
        </w:r>
      </w:hyperlink>
    </w:p>
    <w:p w14:paraId="4E4EABC3" w14:textId="77777777" w:rsidR="00AB2764" w:rsidRPr="007250F1" w:rsidRDefault="00AB2764" w:rsidP="00AB2764">
      <w:pPr>
        <w:spacing w:after="0" w:line="240" w:lineRule="auto"/>
        <w:ind w:firstLine="708"/>
        <w:jc w:val="both"/>
        <w:rPr>
          <w:rStyle w:val="a6"/>
          <w:rFonts w:ascii="Times New Roman" w:hAnsi="Times New Roman" w:cs="Times New Roman"/>
          <w:sz w:val="28"/>
          <w:szCs w:val="28"/>
          <w:lang w:val="kk-KZ"/>
        </w:rPr>
      </w:pPr>
      <w:r w:rsidRPr="007250F1">
        <w:rPr>
          <w:rFonts w:ascii="Times New Roman" w:hAnsi="Times New Roman" w:cs="Times New Roman"/>
          <w:bCs/>
          <w:sz w:val="28"/>
          <w:szCs w:val="28"/>
          <w:lang w:val="kk-KZ"/>
        </w:rPr>
        <w:t xml:space="preserve">45. </w:t>
      </w:r>
      <w:r w:rsidRPr="007250F1">
        <w:rPr>
          <w:rFonts w:ascii="Times New Roman" w:hAnsi="Times New Roman" w:cs="Times New Roman"/>
          <w:sz w:val="28"/>
          <w:szCs w:val="28"/>
          <w:lang w:val="kk-KZ"/>
        </w:rPr>
        <w:t>Kuntuarova A.D.</w:t>
      </w:r>
      <w:r w:rsidRPr="007250F1">
        <w:rPr>
          <w:rFonts w:ascii="Times New Roman" w:hAnsi="Times New Roman" w:cs="Times New Roman"/>
          <w:bCs/>
          <w:sz w:val="28"/>
          <w:szCs w:val="28"/>
          <w:lang w:val="kk-KZ"/>
        </w:rPr>
        <w:t xml:space="preserve">, </w:t>
      </w:r>
      <w:r w:rsidRPr="007250F1">
        <w:rPr>
          <w:rFonts w:ascii="Times New Roman" w:hAnsi="Times New Roman" w:cs="Times New Roman"/>
          <w:sz w:val="28"/>
          <w:szCs w:val="28"/>
          <w:lang w:val="kk-KZ"/>
        </w:rPr>
        <w:t>Soldatov A</w:t>
      </w:r>
      <w:r w:rsidRPr="007250F1">
        <w:rPr>
          <w:rFonts w:ascii="Times New Roman" w:hAnsi="Times New Roman" w:cs="Times New Roman"/>
          <w:sz w:val="28"/>
          <w:szCs w:val="28"/>
          <w:lang w:val="en-US"/>
        </w:rPr>
        <w:t>. P.</w:t>
      </w:r>
      <w:r w:rsidRPr="007250F1">
        <w:rPr>
          <w:rFonts w:ascii="Times New Roman" w:hAnsi="Times New Roman" w:cs="Times New Roman"/>
          <w:bCs/>
          <w:sz w:val="28"/>
          <w:szCs w:val="28"/>
          <w:lang w:val="kk-KZ"/>
        </w:rPr>
        <w:t xml:space="preserve"> </w:t>
      </w:r>
      <w:r w:rsidRPr="007250F1">
        <w:rPr>
          <w:rFonts w:ascii="Times New Roman" w:hAnsi="Times New Roman" w:cs="Times New Roman"/>
          <w:sz w:val="28"/>
          <w:szCs w:val="28"/>
          <w:lang w:val="kk-KZ"/>
        </w:rPr>
        <w:t>Generalized Dirichlet-Neumann problem for a fourth-order elliptic equation</w:t>
      </w:r>
      <w:r w:rsidRPr="007250F1">
        <w:rPr>
          <w:rFonts w:ascii="Times New Roman" w:hAnsi="Times New Roman" w:cs="Times New Roman"/>
          <w:bCs/>
          <w:sz w:val="28"/>
          <w:szCs w:val="28"/>
          <w:lang w:val="kk-KZ"/>
        </w:rPr>
        <w:t xml:space="preserve"> </w:t>
      </w:r>
      <w:r w:rsidRPr="007250F1">
        <w:rPr>
          <w:rFonts w:ascii="Times New Roman" w:hAnsi="Times New Roman" w:cs="Times New Roman"/>
          <w:bCs/>
          <w:sz w:val="28"/>
          <w:szCs w:val="28"/>
          <w:lang w:val="en-US"/>
        </w:rPr>
        <w:t xml:space="preserve">// </w:t>
      </w:r>
      <w:r w:rsidRPr="007250F1">
        <w:rPr>
          <w:rFonts w:ascii="Times New Roman" w:hAnsi="Times New Roman" w:cs="Times New Roman"/>
          <w:sz w:val="28"/>
          <w:szCs w:val="28"/>
          <w:lang w:val="kk-KZ"/>
        </w:rPr>
        <w:t>Uzbek</w:t>
      </w:r>
      <w:r w:rsidRPr="007250F1">
        <w:rPr>
          <w:rFonts w:ascii="Times New Roman" w:hAnsi="Times New Roman" w:cs="Times New Roman"/>
          <w:sz w:val="28"/>
          <w:szCs w:val="28"/>
          <w:lang w:val="en-US"/>
        </w:rPr>
        <w:t xml:space="preserve"> </w:t>
      </w:r>
      <w:r w:rsidRPr="007250F1">
        <w:rPr>
          <w:rFonts w:ascii="Times New Roman" w:hAnsi="Times New Roman" w:cs="Times New Roman"/>
          <w:sz w:val="28"/>
          <w:szCs w:val="28"/>
          <w:lang w:val="kk-KZ"/>
        </w:rPr>
        <w:t>Mathematical</w:t>
      </w:r>
      <w:r w:rsidRPr="007250F1">
        <w:rPr>
          <w:rFonts w:ascii="Times New Roman" w:hAnsi="Times New Roman" w:cs="Times New Roman"/>
          <w:sz w:val="28"/>
          <w:szCs w:val="28"/>
          <w:lang w:val="en-US"/>
        </w:rPr>
        <w:t xml:space="preserve"> </w:t>
      </w:r>
      <w:r w:rsidRPr="007250F1">
        <w:rPr>
          <w:rFonts w:ascii="Times New Roman" w:hAnsi="Times New Roman" w:cs="Times New Roman"/>
          <w:sz w:val="28"/>
          <w:szCs w:val="28"/>
          <w:lang w:val="kk-KZ"/>
        </w:rPr>
        <w:t>Journal</w:t>
      </w:r>
      <w:r w:rsidRPr="007250F1">
        <w:rPr>
          <w:rFonts w:ascii="Times New Roman" w:hAnsi="Times New Roman" w:cs="Times New Roman"/>
          <w:sz w:val="28"/>
          <w:szCs w:val="28"/>
          <w:lang w:val="en-US"/>
        </w:rPr>
        <w:t xml:space="preserve"> </w:t>
      </w:r>
      <w:r w:rsidRPr="007250F1">
        <w:rPr>
          <w:rFonts w:ascii="Times New Roman" w:hAnsi="Times New Roman" w:cs="Times New Roman"/>
          <w:sz w:val="28"/>
          <w:szCs w:val="28"/>
          <w:lang w:val="kk-KZ"/>
        </w:rPr>
        <w:t>2025,</w:t>
      </w:r>
      <w:r w:rsidRPr="007250F1">
        <w:rPr>
          <w:rFonts w:ascii="Times New Roman" w:hAnsi="Times New Roman" w:cs="Times New Roman"/>
          <w:sz w:val="28"/>
          <w:szCs w:val="28"/>
          <w:lang w:val="en-US"/>
        </w:rPr>
        <w:t xml:space="preserve"> </w:t>
      </w:r>
      <w:r w:rsidRPr="007250F1">
        <w:rPr>
          <w:rFonts w:ascii="Times New Roman" w:hAnsi="Times New Roman" w:cs="Times New Roman"/>
          <w:sz w:val="28"/>
          <w:szCs w:val="28"/>
          <w:lang w:val="kk-KZ"/>
        </w:rPr>
        <w:t>Volume</w:t>
      </w:r>
      <w:r w:rsidRPr="007250F1">
        <w:rPr>
          <w:rFonts w:ascii="Times New Roman" w:hAnsi="Times New Roman" w:cs="Times New Roman"/>
          <w:sz w:val="28"/>
          <w:szCs w:val="28"/>
          <w:lang w:val="en-US"/>
        </w:rPr>
        <w:t xml:space="preserve"> </w:t>
      </w:r>
      <w:r w:rsidRPr="007250F1">
        <w:rPr>
          <w:rFonts w:ascii="Times New Roman" w:hAnsi="Times New Roman" w:cs="Times New Roman"/>
          <w:sz w:val="28"/>
          <w:szCs w:val="28"/>
          <w:lang w:val="kk-KZ"/>
        </w:rPr>
        <w:t>69, Issue</w:t>
      </w:r>
      <w:r w:rsidRPr="007250F1">
        <w:rPr>
          <w:rFonts w:ascii="Times New Roman" w:hAnsi="Times New Roman" w:cs="Times New Roman"/>
          <w:sz w:val="28"/>
          <w:szCs w:val="28"/>
          <w:lang w:val="en-US"/>
        </w:rPr>
        <w:t xml:space="preserve"> </w:t>
      </w:r>
      <w:r w:rsidRPr="007250F1">
        <w:rPr>
          <w:rFonts w:ascii="Times New Roman" w:hAnsi="Times New Roman" w:cs="Times New Roman"/>
          <w:sz w:val="28"/>
          <w:szCs w:val="28"/>
          <w:lang w:val="kk-KZ"/>
        </w:rPr>
        <w:t>2,</w:t>
      </w:r>
      <w:r w:rsidRPr="007250F1">
        <w:rPr>
          <w:rFonts w:ascii="Times New Roman" w:hAnsi="Times New Roman" w:cs="Times New Roman"/>
          <w:sz w:val="28"/>
          <w:szCs w:val="28"/>
          <w:lang w:val="en-US"/>
        </w:rPr>
        <w:t xml:space="preserve"> </w:t>
      </w:r>
      <w:r w:rsidRPr="007250F1">
        <w:rPr>
          <w:rFonts w:ascii="Times New Roman" w:hAnsi="Times New Roman" w:cs="Times New Roman"/>
          <w:sz w:val="28"/>
          <w:szCs w:val="28"/>
          <w:lang w:val="kk-KZ"/>
        </w:rPr>
        <w:t xml:space="preserve">pp.165-172. </w:t>
      </w:r>
      <w:r w:rsidRPr="007250F1">
        <w:rPr>
          <w:rStyle w:val="a6"/>
          <w:rFonts w:ascii="Times New Roman" w:hAnsi="Times New Roman" w:cs="Times New Roman"/>
          <w:sz w:val="28"/>
          <w:szCs w:val="28"/>
          <w:lang w:val="kk-KZ"/>
        </w:rPr>
        <w:t>DOI:10.29229/uzmj.2025-2-15</w:t>
      </w:r>
    </w:p>
    <w:p w14:paraId="3B202A90" w14:textId="77777777" w:rsidR="00AB2764" w:rsidRPr="007250F1" w:rsidRDefault="00AB2764" w:rsidP="00AB2764">
      <w:pPr>
        <w:spacing w:after="0" w:line="240" w:lineRule="auto"/>
        <w:ind w:firstLine="708"/>
        <w:jc w:val="both"/>
        <w:rPr>
          <w:rFonts w:ascii="Times New Roman" w:hAnsi="Times New Roman" w:cs="Times New Roman"/>
          <w:sz w:val="28"/>
          <w:szCs w:val="28"/>
          <w:u w:val="single"/>
          <w:lang w:val="kk-KZ"/>
        </w:rPr>
      </w:pPr>
      <w:r w:rsidRPr="007250F1">
        <w:rPr>
          <w:rFonts w:ascii="Times New Roman" w:hAnsi="Times New Roman" w:cs="Times New Roman"/>
          <w:sz w:val="28"/>
          <w:szCs w:val="28"/>
          <w:shd w:val="clear" w:color="auto" w:fill="FFFFFF"/>
          <w:lang w:val="kk-KZ"/>
        </w:rPr>
        <w:t>46.</w:t>
      </w:r>
      <w:r w:rsidRPr="007250F1">
        <w:rPr>
          <w:rFonts w:ascii="Times New Roman" w:hAnsi="Times New Roman" w:cs="Times New Roman"/>
          <w:sz w:val="28"/>
          <w:szCs w:val="28"/>
          <w:shd w:val="clear" w:color="auto" w:fill="FFFFFF"/>
          <w:lang w:val="en-US"/>
        </w:rPr>
        <w:t xml:space="preserve"> Ionkin, N.I. Solution of a Boundary Problem in the Theory of Heat Conduction with a Non-Classical Boundary Condition. Differ. Equ. 1977, 13, 294–304. (In Russian)</w:t>
      </w:r>
    </w:p>
    <w:p w14:paraId="5C0D9E2B" w14:textId="77777777" w:rsidR="00AB2764" w:rsidRPr="007250F1" w:rsidRDefault="00AB2764" w:rsidP="00AB2764">
      <w:pPr>
        <w:pStyle w:val="4textlist"/>
        <w:adjustRightInd w:val="0"/>
        <w:snapToGrid w:val="0"/>
        <w:spacing w:line="240" w:lineRule="auto"/>
        <w:ind w:left="0" w:firstLine="708"/>
        <w:rPr>
          <w:rFonts w:ascii="Times New Roman" w:hAnsi="Times New Roman"/>
          <w:sz w:val="28"/>
          <w:szCs w:val="28"/>
          <w:shd w:val="clear" w:color="auto" w:fill="FFFFFF"/>
        </w:rPr>
      </w:pPr>
      <w:r w:rsidRPr="007250F1">
        <w:rPr>
          <w:rFonts w:ascii="Times New Roman" w:hAnsi="Times New Roman"/>
          <w:sz w:val="28"/>
          <w:szCs w:val="28"/>
          <w:shd w:val="clear" w:color="auto" w:fill="FFFFFF"/>
          <w:lang w:val="kk-KZ"/>
        </w:rPr>
        <w:t xml:space="preserve">47. </w:t>
      </w:r>
      <w:r w:rsidRPr="007250F1">
        <w:rPr>
          <w:rFonts w:ascii="Times New Roman" w:hAnsi="Times New Roman"/>
          <w:sz w:val="28"/>
          <w:szCs w:val="28"/>
          <w:shd w:val="clear" w:color="auto" w:fill="FFFFFF"/>
        </w:rPr>
        <w:t>Bitsadze, A.V.; Samarskii, A.A. On Some Simple Generalizations of Elliptic Problems. Proc. USSR Acad. Sci. 1969, 185, 739–740. (In Russian).</w:t>
      </w:r>
    </w:p>
    <w:p w14:paraId="1179B8E2" w14:textId="77777777" w:rsidR="00AB2764" w:rsidRPr="007250F1" w:rsidRDefault="00AB2764" w:rsidP="00AB2764">
      <w:pPr>
        <w:pStyle w:val="4textlist"/>
        <w:adjustRightInd w:val="0"/>
        <w:snapToGrid w:val="0"/>
        <w:spacing w:line="240" w:lineRule="auto"/>
        <w:ind w:left="0" w:firstLine="708"/>
        <w:rPr>
          <w:rFonts w:ascii="Times New Roman" w:hAnsi="Times New Roman"/>
          <w:sz w:val="28"/>
          <w:szCs w:val="28"/>
          <w:shd w:val="clear" w:color="auto" w:fill="FFFFFF"/>
        </w:rPr>
      </w:pPr>
      <w:r w:rsidRPr="007250F1">
        <w:rPr>
          <w:rFonts w:ascii="Times New Roman" w:hAnsi="Times New Roman"/>
          <w:sz w:val="28"/>
          <w:szCs w:val="28"/>
          <w:shd w:val="clear" w:color="auto" w:fill="FFFFFF"/>
          <w:lang w:val="kk-KZ"/>
        </w:rPr>
        <w:t xml:space="preserve">48. </w:t>
      </w:r>
      <w:r w:rsidRPr="007250F1">
        <w:rPr>
          <w:rFonts w:ascii="Times New Roman" w:hAnsi="Times New Roman"/>
          <w:sz w:val="28"/>
          <w:szCs w:val="28"/>
          <w:shd w:val="clear" w:color="auto" w:fill="FFFFFF"/>
        </w:rPr>
        <w:t>Kozhanov, A.I. Nonlocal problems with integral conditions for elliptic equations. Complex Var. Elliptic Equ. 2019, 64, 741–752.</w:t>
      </w:r>
    </w:p>
    <w:p w14:paraId="05B660BD" w14:textId="77777777" w:rsidR="00AB2764" w:rsidRPr="007250F1" w:rsidRDefault="00AB2764" w:rsidP="00AB2764">
      <w:pPr>
        <w:pStyle w:val="4textlist"/>
        <w:adjustRightInd w:val="0"/>
        <w:snapToGrid w:val="0"/>
        <w:spacing w:line="240" w:lineRule="auto"/>
        <w:ind w:left="0" w:firstLine="708"/>
        <w:rPr>
          <w:rFonts w:ascii="Times New Roman" w:hAnsi="Times New Roman"/>
          <w:sz w:val="28"/>
          <w:szCs w:val="28"/>
          <w:shd w:val="clear" w:color="auto" w:fill="FFFFFF"/>
        </w:rPr>
      </w:pPr>
      <w:r w:rsidRPr="007250F1">
        <w:rPr>
          <w:rFonts w:ascii="Times New Roman" w:hAnsi="Times New Roman"/>
          <w:sz w:val="28"/>
          <w:szCs w:val="28"/>
          <w:shd w:val="clear" w:color="auto" w:fill="FFFFFF"/>
          <w:lang w:val="kk-KZ"/>
        </w:rPr>
        <w:t xml:space="preserve">49. </w:t>
      </w:r>
      <w:r w:rsidRPr="007250F1">
        <w:rPr>
          <w:rFonts w:ascii="Times New Roman" w:hAnsi="Times New Roman"/>
          <w:sz w:val="28"/>
          <w:szCs w:val="28"/>
          <w:shd w:val="clear" w:color="auto" w:fill="FFFFFF"/>
        </w:rPr>
        <w:t>Kozhanov, A.I.; Dyuzheva, A.V. Well-Posedness of the Generalized Samarskii-Ionkin Problem for Elliptic Equations in a Cylindrical Domain. Differ. Equ. 2023, 59, 223–235. (In Russian)</w:t>
      </w:r>
    </w:p>
    <w:p w14:paraId="40A9F3B3" w14:textId="77777777" w:rsidR="00AB2764" w:rsidRPr="007250F1" w:rsidRDefault="00AB2764" w:rsidP="00AB2764">
      <w:pPr>
        <w:pStyle w:val="4textlist"/>
        <w:adjustRightInd w:val="0"/>
        <w:snapToGrid w:val="0"/>
        <w:spacing w:line="240" w:lineRule="auto"/>
        <w:ind w:left="0" w:firstLine="708"/>
        <w:rPr>
          <w:rFonts w:ascii="Times New Roman" w:hAnsi="Times New Roman"/>
          <w:sz w:val="28"/>
          <w:szCs w:val="28"/>
          <w:shd w:val="clear" w:color="auto" w:fill="FFFFFF"/>
        </w:rPr>
      </w:pPr>
      <w:r w:rsidRPr="007250F1">
        <w:rPr>
          <w:rFonts w:ascii="Times New Roman" w:hAnsi="Times New Roman"/>
          <w:sz w:val="28"/>
          <w:szCs w:val="28"/>
          <w:shd w:val="clear" w:color="auto" w:fill="FFFFFF"/>
          <w:lang w:val="kk-KZ"/>
        </w:rPr>
        <w:t xml:space="preserve">50. </w:t>
      </w:r>
      <w:r w:rsidRPr="007250F1">
        <w:rPr>
          <w:rFonts w:ascii="Times New Roman" w:hAnsi="Times New Roman"/>
          <w:sz w:val="28"/>
          <w:szCs w:val="28"/>
          <w:shd w:val="clear" w:color="auto" w:fill="FFFFFF"/>
        </w:rPr>
        <w:t>Roitberg, Y.A.; Sheftel, Z.G. On a class of general nonlocal elliptic problems. Dokl. Akad. Nauk SSSR 1970</w:t>
      </w:r>
      <w:r w:rsidRPr="007250F1">
        <w:rPr>
          <w:rFonts w:ascii="Times New Roman" w:hAnsi="Times New Roman"/>
          <w:bCs/>
          <w:sz w:val="28"/>
          <w:szCs w:val="28"/>
          <w:shd w:val="clear" w:color="auto" w:fill="FFFFFF"/>
        </w:rPr>
        <w:t xml:space="preserve">, </w:t>
      </w:r>
      <w:r w:rsidRPr="007250F1">
        <w:rPr>
          <w:rFonts w:ascii="Times New Roman" w:hAnsi="Times New Roman"/>
          <w:iCs/>
          <w:sz w:val="28"/>
          <w:szCs w:val="28"/>
          <w:shd w:val="clear" w:color="auto" w:fill="FFFFFF"/>
        </w:rPr>
        <w:t>192</w:t>
      </w:r>
      <w:r w:rsidRPr="007250F1">
        <w:rPr>
          <w:rFonts w:ascii="Times New Roman" w:hAnsi="Times New Roman"/>
          <w:sz w:val="28"/>
          <w:szCs w:val="28"/>
          <w:shd w:val="clear" w:color="auto" w:fill="FFFFFF"/>
        </w:rPr>
        <w:t>, 511–513. (In Russian)</w:t>
      </w:r>
    </w:p>
    <w:p w14:paraId="52F6E6FA" w14:textId="77777777" w:rsidR="00AB2764" w:rsidRPr="007250F1" w:rsidRDefault="00AB2764" w:rsidP="00AB2764">
      <w:pPr>
        <w:pStyle w:val="4textlist"/>
        <w:adjustRightInd w:val="0"/>
        <w:snapToGrid w:val="0"/>
        <w:spacing w:line="240" w:lineRule="auto"/>
        <w:ind w:left="0" w:firstLine="708"/>
        <w:rPr>
          <w:rFonts w:ascii="Times New Roman" w:hAnsi="Times New Roman"/>
          <w:sz w:val="28"/>
          <w:szCs w:val="28"/>
          <w:shd w:val="clear" w:color="auto" w:fill="FFFFFF"/>
        </w:rPr>
      </w:pPr>
      <w:r w:rsidRPr="007250F1">
        <w:rPr>
          <w:rFonts w:ascii="Times New Roman" w:hAnsi="Times New Roman"/>
          <w:sz w:val="28"/>
          <w:szCs w:val="28"/>
          <w:shd w:val="clear" w:color="auto" w:fill="FFFFFF"/>
          <w:lang w:val="kk-KZ"/>
        </w:rPr>
        <w:t xml:space="preserve">51. </w:t>
      </w:r>
      <w:r w:rsidRPr="007250F1">
        <w:rPr>
          <w:rFonts w:ascii="Times New Roman" w:hAnsi="Times New Roman"/>
          <w:sz w:val="28"/>
          <w:szCs w:val="28"/>
          <w:shd w:val="clear" w:color="auto" w:fill="FFFFFF"/>
        </w:rPr>
        <w:t>Soldatov, A.P. The Bitsadze-Samarskii problem for functions analytic in the sense of Douglis. Differ. Equ. 2005, 41, 396–407. (In Russian)</w:t>
      </w:r>
    </w:p>
    <w:p w14:paraId="6507F390" w14:textId="77777777" w:rsidR="00AB2764" w:rsidRPr="007250F1" w:rsidRDefault="00AB2764" w:rsidP="00AB2764">
      <w:pPr>
        <w:pStyle w:val="4textlist"/>
        <w:adjustRightInd w:val="0"/>
        <w:snapToGrid w:val="0"/>
        <w:spacing w:line="240" w:lineRule="auto"/>
        <w:ind w:left="0" w:firstLine="708"/>
        <w:rPr>
          <w:rFonts w:ascii="Times New Roman" w:hAnsi="Times New Roman"/>
          <w:sz w:val="28"/>
          <w:szCs w:val="28"/>
          <w:shd w:val="clear" w:color="auto" w:fill="FFFFFF"/>
        </w:rPr>
      </w:pPr>
      <w:r w:rsidRPr="007250F1">
        <w:rPr>
          <w:rFonts w:ascii="Times New Roman" w:hAnsi="Times New Roman"/>
          <w:sz w:val="28"/>
          <w:szCs w:val="28"/>
          <w:shd w:val="clear" w:color="auto" w:fill="FFFFFF"/>
          <w:lang w:val="kk-KZ"/>
        </w:rPr>
        <w:t xml:space="preserve">52. </w:t>
      </w:r>
      <w:r w:rsidRPr="007250F1">
        <w:rPr>
          <w:rFonts w:ascii="Times New Roman" w:hAnsi="Times New Roman"/>
          <w:sz w:val="28"/>
          <w:szCs w:val="28"/>
          <w:shd w:val="clear" w:color="auto" w:fill="FFFFFF"/>
        </w:rPr>
        <w:t>Zhitarashu, N.V.; Eiidelman, S.D. Nonlocal boundary value problems for elliptic equations. Math. Issled. 1971, 6, 63–73.</w:t>
      </w:r>
    </w:p>
    <w:p w14:paraId="7D17C6FB" w14:textId="77777777" w:rsidR="00AB2764" w:rsidRPr="007250F1" w:rsidRDefault="00AB2764" w:rsidP="00AB2764">
      <w:pPr>
        <w:pStyle w:val="4textlist"/>
        <w:adjustRightInd w:val="0"/>
        <w:snapToGrid w:val="0"/>
        <w:spacing w:line="240" w:lineRule="auto"/>
        <w:ind w:left="0" w:firstLine="0"/>
        <w:rPr>
          <w:rFonts w:ascii="Times New Roman" w:hAnsi="Times New Roman"/>
          <w:sz w:val="28"/>
          <w:szCs w:val="28"/>
          <w:shd w:val="clear" w:color="auto" w:fill="FFFFFF"/>
        </w:rPr>
      </w:pPr>
      <w:r w:rsidRPr="007250F1">
        <w:rPr>
          <w:rFonts w:ascii="Times New Roman" w:hAnsi="Times New Roman"/>
          <w:sz w:val="28"/>
          <w:szCs w:val="28"/>
          <w:shd w:val="clear" w:color="auto" w:fill="FFFFFF"/>
          <w:lang w:val="kk-KZ"/>
        </w:rPr>
        <w:t xml:space="preserve">           53. </w:t>
      </w:r>
      <w:r w:rsidRPr="007250F1">
        <w:rPr>
          <w:rFonts w:ascii="Times New Roman" w:hAnsi="Times New Roman"/>
          <w:sz w:val="28"/>
          <w:szCs w:val="28"/>
          <w:shd w:val="clear" w:color="auto" w:fill="FFFFFF"/>
        </w:rPr>
        <w:t>Corrêa, F.J.; de Morais Filho, D.C. On a class of nonlocal elliptic problems via Galerkin method. J. Math. Anal. Appl. 2005, 310, 177–187.</w:t>
      </w:r>
    </w:p>
    <w:p w14:paraId="14398C10" w14:textId="77777777" w:rsidR="00AB2764" w:rsidRPr="007250F1" w:rsidRDefault="00AB2764" w:rsidP="00AB2764">
      <w:pPr>
        <w:pStyle w:val="4textlist"/>
        <w:adjustRightInd w:val="0"/>
        <w:snapToGrid w:val="0"/>
        <w:spacing w:line="240" w:lineRule="auto"/>
        <w:ind w:left="0" w:firstLine="708"/>
        <w:rPr>
          <w:rFonts w:ascii="Times New Roman" w:hAnsi="Times New Roman"/>
          <w:sz w:val="28"/>
          <w:szCs w:val="28"/>
          <w:shd w:val="clear" w:color="auto" w:fill="FFFFFF"/>
          <w:lang w:val="kk-KZ"/>
        </w:rPr>
      </w:pPr>
      <w:r w:rsidRPr="007250F1">
        <w:rPr>
          <w:rFonts w:ascii="Times New Roman" w:hAnsi="Times New Roman"/>
          <w:sz w:val="28"/>
          <w:szCs w:val="28"/>
          <w:shd w:val="clear" w:color="auto" w:fill="FFFFFF"/>
          <w:lang w:val="kk-KZ"/>
        </w:rPr>
        <w:lastRenderedPageBreak/>
        <w:t xml:space="preserve">54. </w:t>
      </w:r>
      <w:r w:rsidRPr="007250F1">
        <w:rPr>
          <w:rFonts w:ascii="Times New Roman" w:hAnsi="Times New Roman"/>
          <w:sz w:val="28"/>
          <w:szCs w:val="28"/>
          <w:shd w:val="clear" w:color="auto" w:fill="FFFFFF"/>
        </w:rPr>
        <w:t>Stanczy, R. Nonlocal elliptic equations. Nonlinear Anal. 2001, 47, 3579–3584.</w:t>
      </w:r>
    </w:p>
    <w:p w14:paraId="7EBF0578" w14:textId="77777777" w:rsidR="00AB2764" w:rsidRPr="007250F1" w:rsidRDefault="00AB2764" w:rsidP="00AB2764">
      <w:pPr>
        <w:pStyle w:val="4textlist"/>
        <w:adjustRightInd w:val="0"/>
        <w:snapToGrid w:val="0"/>
        <w:spacing w:line="240" w:lineRule="auto"/>
        <w:ind w:left="0" w:firstLine="708"/>
        <w:rPr>
          <w:rFonts w:ascii="Times New Roman" w:hAnsi="Times New Roman"/>
          <w:sz w:val="28"/>
          <w:szCs w:val="28"/>
          <w:shd w:val="clear" w:color="auto" w:fill="FFFFFF"/>
        </w:rPr>
      </w:pPr>
      <w:r w:rsidRPr="007250F1">
        <w:rPr>
          <w:rFonts w:ascii="Times New Roman" w:hAnsi="Times New Roman"/>
          <w:sz w:val="28"/>
          <w:szCs w:val="28"/>
          <w:shd w:val="clear" w:color="auto" w:fill="FFFFFF"/>
          <w:lang w:val="kk-KZ"/>
        </w:rPr>
        <w:t xml:space="preserve">55. </w:t>
      </w:r>
      <w:r w:rsidRPr="007250F1">
        <w:rPr>
          <w:rFonts w:ascii="Times New Roman" w:hAnsi="Times New Roman"/>
          <w:sz w:val="28"/>
          <w:szCs w:val="28"/>
          <w:shd w:val="clear" w:color="auto" w:fill="FFFFFF"/>
        </w:rPr>
        <w:t>Carrillo, J.A. On a nonlocal elliptic equation with decreasing nonlinearity arising in plasma physics and heat conduction. Nonlinear Anal. 1998, 32, 97–115.</w:t>
      </w:r>
    </w:p>
    <w:p w14:paraId="0141CDA0" w14:textId="77777777" w:rsidR="00AB2764" w:rsidRPr="007250F1" w:rsidRDefault="00AB2764" w:rsidP="00AB2764">
      <w:pPr>
        <w:pStyle w:val="4textlist"/>
        <w:adjustRightInd w:val="0"/>
        <w:snapToGrid w:val="0"/>
        <w:spacing w:line="240" w:lineRule="auto"/>
        <w:ind w:left="0" w:firstLine="708"/>
        <w:rPr>
          <w:rFonts w:ascii="Times New Roman" w:hAnsi="Times New Roman"/>
          <w:sz w:val="28"/>
          <w:szCs w:val="28"/>
          <w:shd w:val="clear" w:color="auto" w:fill="FFFFFF"/>
        </w:rPr>
      </w:pPr>
      <w:r w:rsidRPr="007250F1">
        <w:rPr>
          <w:rFonts w:ascii="Times New Roman" w:hAnsi="Times New Roman"/>
          <w:sz w:val="28"/>
          <w:szCs w:val="28"/>
          <w:shd w:val="clear" w:color="auto" w:fill="FFFFFF"/>
          <w:lang w:val="kk-KZ"/>
        </w:rPr>
        <w:t xml:space="preserve">56. </w:t>
      </w:r>
      <w:r w:rsidRPr="007250F1">
        <w:rPr>
          <w:rFonts w:ascii="Times New Roman" w:hAnsi="Times New Roman"/>
          <w:sz w:val="28"/>
          <w:szCs w:val="28"/>
          <w:shd w:val="clear" w:color="auto" w:fill="FFFFFF"/>
        </w:rPr>
        <w:t>Tzanetis, D.E.; Vlamos, P.M. A nonlocal problem modelling ohmic heating with variable thermal conductivity. Nonlinear Anal. Real World Appl. 2001, 2, 443–454.</w:t>
      </w:r>
    </w:p>
    <w:p w14:paraId="547A1E82" w14:textId="77777777" w:rsidR="00AB2764" w:rsidRPr="007250F1" w:rsidRDefault="00AB2764" w:rsidP="00AB2764">
      <w:pPr>
        <w:pStyle w:val="4textlist"/>
        <w:adjustRightInd w:val="0"/>
        <w:snapToGrid w:val="0"/>
        <w:spacing w:line="240" w:lineRule="auto"/>
        <w:ind w:left="0" w:firstLine="708"/>
        <w:rPr>
          <w:rFonts w:ascii="Times New Roman" w:hAnsi="Times New Roman"/>
          <w:sz w:val="28"/>
          <w:szCs w:val="28"/>
          <w:shd w:val="clear" w:color="auto" w:fill="FFFFFF"/>
        </w:rPr>
      </w:pPr>
      <w:r w:rsidRPr="007250F1">
        <w:rPr>
          <w:rFonts w:ascii="Times New Roman" w:hAnsi="Times New Roman"/>
          <w:sz w:val="28"/>
          <w:szCs w:val="28"/>
          <w:shd w:val="clear" w:color="auto" w:fill="FFFFFF"/>
          <w:lang w:val="kk-KZ"/>
        </w:rPr>
        <w:t xml:space="preserve">57. </w:t>
      </w:r>
      <w:r w:rsidRPr="007250F1">
        <w:rPr>
          <w:rFonts w:ascii="Times New Roman" w:hAnsi="Times New Roman"/>
          <w:sz w:val="28"/>
          <w:szCs w:val="28"/>
          <w:shd w:val="clear" w:color="auto" w:fill="FFFFFF"/>
        </w:rPr>
        <w:t>Correa, F.J.S.A.; Menezes, S.D.B. Existence of solutions to nonlocal and singular elliptic problems via Galerkin method. Electron. J. Differ. Equ. 2004, 19, 1–10.</w:t>
      </w:r>
    </w:p>
    <w:p w14:paraId="6BF14195" w14:textId="77777777" w:rsidR="00AB2764" w:rsidRPr="007250F1" w:rsidRDefault="00AB2764" w:rsidP="00AB2764">
      <w:pPr>
        <w:pStyle w:val="4textlist"/>
        <w:adjustRightInd w:val="0"/>
        <w:snapToGrid w:val="0"/>
        <w:spacing w:line="240" w:lineRule="auto"/>
        <w:ind w:left="0" w:firstLine="708"/>
        <w:rPr>
          <w:rFonts w:ascii="Times New Roman" w:hAnsi="Times New Roman"/>
          <w:sz w:val="28"/>
          <w:szCs w:val="28"/>
          <w:shd w:val="clear" w:color="auto" w:fill="FFFFFF"/>
        </w:rPr>
      </w:pPr>
      <w:r w:rsidRPr="007250F1">
        <w:rPr>
          <w:rFonts w:ascii="Times New Roman" w:hAnsi="Times New Roman"/>
          <w:sz w:val="28"/>
          <w:szCs w:val="28"/>
          <w:shd w:val="clear" w:color="auto" w:fill="FFFFFF"/>
          <w:lang w:val="kk-KZ"/>
        </w:rPr>
        <w:t xml:space="preserve">58. </w:t>
      </w:r>
      <w:r w:rsidRPr="007250F1">
        <w:rPr>
          <w:rFonts w:ascii="Times New Roman" w:hAnsi="Times New Roman"/>
          <w:sz w:val="28"/>
          <w:szCs w:val="28"/>
          <w:shd w:val="clear" w:color="auto" w:fill="FFFFFF"/>
        </w:rPr>
        <w:t>Freitas, P.; Sweers, G. Positivity results for a nonlocal elliptic equation. Proc. R. Soc. Edinb. Sect. A Math. 1998, 128, 697–715.</w:t>
      </w:r>
    </w:p>
    <w:p w14:paraId="216DED10" w14:textId="77777777" w:rsidR="00AB2764" w:rsidRPr="007250F1" w:rsidRDefault="00AB2764" w:rsidP="00AB2764">
      <w:pPr>
        <w:pStyle w:val="4textlist"/>
        <w:adjustRightInd w:val="0"/>
        <w:snapToGrid w:val="0"/>
        <w:spacing w:line="240" w:lineRule="auto"/>
        <w:ind w:left="0" w:firstLine="708"/>
        <w:rPr>
          <w:rFonts w:ascii="Times New Roman" w:hAnsi="Times New Roman"/>
          <w:sz w:val="28"/>
          <w:szCs w:val="28"/>
          <w:shd w:val="clear" w:color="auto" w:fill="FFFFFF"/>
        </w:rPr>
      </w:pPr>
      <w:r w:rsidRPr="007250F1">
        <w:rPr>
          <w:rFonts w:ascii="Times New Roman" w:hAnsi="Times New Roman"/>
          <w:sz w:val="28"/>
          <w:szCs w:val="28"/>
          <w:shd w:val="clear" w:color="auto" w:fill="FFFFFF"/>
          <w:lang w:val="kk-KZ"/>
        </w:rPr>
        <w:t xml:space="preserve">59. </w:t>
      </w:r>
      <w:r w:rsidRPr="007250F1">
        <w:rPr>
          <w:rFonts w:ascii="Times New Roman" w:hAnsi="Times New Roman"/>
          <w:sz w:val="28"/>
          <w:szCs w:val="28"/>
          <w:shd w:val="clear" w:color="auto" w:fill="FFFFFF"/>
        </w:rPr>
        <w:t>Schechter, M. Nonlocal elliptic boundary value problems. Ann. Scuola Norm. Sup. Pisa 1966, 20, 421–441.</w:t>
      </w:r>
    </w:p>
    <w:p w14:paraId="112C4313" w14:textId="77777777" w:rsidR="00AB2764" w:rsidRPr="007250F1" w:rsidRDefault="00AB2764" w:rsidP="00AB2764">
      <w:pPr>
        <w:pStyle w:val="4textlist"/>
        <w:adjustRightInd w:val="0"/>
        <w:snapToGrid w:val="0"/>
        <w:spacing w:line="240" w:lineRule="auto"/>
        <w:ind w:left="0" w:firstLine="0"/>
        <w:rPr>
          <w:rFonts w:ascii="Times New Roman" w:hAnsi="Times New Roman"/>
          <w:sz w:val="28"/>
          <w:szCs w:val="28"/>
          <w:shd w:val="clear" w:color="auto" w:fill="FFFFFF"/>
          <w:lang w:val="kk-KZ"/>
        </w:rPr>
      </w:pPr>
      <w:r w:rsidRPr="007250F1">
        <w:rPr>
          <w:rFonts w:ascii="Times New Roman" w:hAnsi="Times New Roman"/>
          <w:sz w:val="28"/>
          <w:szCs w:val="28"/>
          <w:shd w:val="clear" w:color="auto" w:fill="FFFFFF"/>
          <w:lang w:val="kk-KZ"/>
        </w:rPr>
        <w:t xml:space="preserve"> </w:t>
      </w:r>
      <w:r w:rsidRPr="007250F1">
        <w:rPr>
          <w:rFonts w:ascii="Times New Roman" w:hAnsi="Times New Roman"/>
          <w:sz w:val="28"/>
          <w:szCs w:val="28"/>
          <w:shd w:val="clear" w:color="auto" w:fill="FFFFFF"/>
          <w:lang w:val="kk-KZ"/>
        </w:rPr>
        <w:tab/>
        <w:t xml:space="preserve">60. </w:t>
      </w:r>
      <w:r w:rsidRPr="007250F1">
        <w:rPr>
          <w:rFonts w:ascii="Times New Roman" w:hAnsi="Times New Roman"/>
          <w:sz w:val="28"/>
          <w:szCs w:val="28"/>
          <w:shd w:val="clear" w:color="auto" w:fill="FFFFFF"/>
        </w:rPr>
        <w:t>Skubachevskii, A.L. On the stability of index of nonlocal elliptic problems. J. Math. Anal. Appl. 1991, 160, 323–341.</w:t>
      </w:r>
    </w:p>
    <w:p w14:paraId="6A15F595" w14:textId="77777777" w:rsidR="00AB2764" w:rsidRPr="007250F1" w:rsidRDefault="00AB2764" w:rsidP="00AB2764">
      <w:pPr>
        <w:pStyle w:val="4textlist"/>
        <w:adjustRightInd w:val="0"/>
        <w:snapToGrid w:val="0"/>
        <w:spacing w:line="240" w:lineRule="auto"/>
        <w:ind w:left="0" w:firstLine="708"/>
        <w:rPr>
          <w:rFonts w:ascii="Times New Roman" w:hAnsi="Times New Roman"/>
          <w:sz w:val="28"/>
          <w:szCs w:val="28"/>
          <w:shd w:val="clear" w:color="auto" w:fill="FFFFFF"/>
          <w:lang w:val="kk-KZ"/>
        </w:rPr>
      </w:pPr>
      <w:r w:rsidRPr="007250F1">
        <w:rPr>
          <w:rFonts w:ascii="Times New Roman" w:hAnsi="Times New Roman"/>
          <w:sz w:val="28"/>
          <w:szCs w:val="28"/>
          <w:shd w:val="clear" w:color="auto" w:fill="FFFFFF"/>
          <w:lang w:val="kk-KZ"/>
        </w:rPr>
        <w:t>61</w:t>
      </w:r>
      <w:r w:rsidRPr="007250F1">
        <w:rPr>
          <w:rFonts w:ascii="Times New Roman" w:hAnsi="Times New Roman"/>
          <w:sz w:val="28"/>
          <w:szCs w:val="28"/>
          <w:shd w:val="clear" w:color="auto" w:fill="FFFFFF"/>
        </w:rPr>
        <w:t xml:space="preserve">. Ashyraliev, A. On well-posedness of the nonlocal boundary value problem for elliptic equations. Numer. Funct. Anal. Optim. 2003, </w:t>
      </w:r>
      <w:r w:rsidRPr="007250F1">
        <w:rPr>
          <w:rFonts w:ascii="Times New Roman" w:hAnsi="Times New Roman"/>
          <w:iCs/>
          <w:sz w:val="28"/>
          <w:szCs w:val="28"/>
          <w:shd w:val="clear" w:color="auto" w:fill="FFFFFF"/>
        </w:rPr>
        <w:t>24</w:t>
      </w:r>
      <w:r w:rsidRPr="007250F1">
        <w:rPr>
          <w:rFonts w:ascii="Times New Roman" w:hAnsi="Times New Roman"/>
          <w:sz w:val="28"/>
          <w:szCs w:val="28"/>
          <w:shd w:val="clear" w:color="auto" w:fill="FFFFFF"/>
        </w:rPr>
        <w:t>, 1–15</w:t>
      </w:r>
    </w:p>
    <w:p w14:paraId="677B527B" w14:textId="77777777" w:rsidR="00AB2764" w:rsidRPr="007250F1" w:rsidRDefault="00AB2764" w:rsidP="00AB2764">
      <w:pPr>
        <w:pStyle w:val="4textlist"/>
        <w:adjustRightInd w:val="0"/>
        <w:snapToGrid w:val="0"/>
        <w:spacing w:line="240" w:lineRule="auto"/>
        <w:ind w:left="0" w:firstLine="708"/>
        <w:rPr>
          <w:rFonts w:ascii="Times New Roman" w:hAnsi="Times New Roman"/>
          <w:sz w:val="28"/>
          <w:szCs w:val="28"/>
        </w:rPr>
      </w:pPr>
      <w:r w:rsidRPr="007250F1">
        <w:rPr>
          <w:rFonts w:ascii="Times New Roman" w:hAnsi="Times New Roman"/>
          <w:sz w:val="28"/>
          <w:szCs w:val="28"/>
          <w:lang w:val="kk-KZ"/>
        </w:rPr>
        <w:t>62</w:t>
      </w:r>
      <w:r w:rsidRPr="007250F1">
        <w:rPr>
          <w:rFonts w:ascii="Times New Roman" w:hAnsi="Times New Roman"/>
          <w:sz w:val="28"/>
          <w:szCs w:val="28"/>
        </w:rPr>
        <w:t xml:space="preserve">. Gilbarg, D.; Trudinger, N.S. </w:t>
      </w:r>
      <w:r w:rsidRPr="007250F1">
        <w:rPr>
          <w:rFonts w:ascii="Times New Roman" w:hAnsi="Times New Roman"/>
          <w:iCs/>
          <w:sz w:val="28"/>
          <w:szCs w:val="28"/>
        </w:rPr>
        <w:t>Elliptic Partial Differential Equations of Second Order</w:t>
      </w:r>
      <w:r w:rsidRPr="007250F1">
        <w:rPr>
          <w:rFonts w:ascii="Times New Roman" w:hAnsi="Times New Roman"/>
          <w:sz w:val="28"/>
          <w:szCs w:val="28"/>
        </w:rPr>
        <w:t xml:space="preserve">; </w:t>
      </w:r>
      <w:r w:rsidRPr="007250F1">
        <w:rPr>
          <w:rFonts w:ascii="Times New Roman" w:hAnsi="Times New Roman"/>
          <w:iCs/>
          <w:sz w:val="28"/>
          <w:szCs w:val="28"/>
        </w:rPr>
        <w:t>Springer: Berlin/Heidelberg, Germany; New York</w:t>
      </w:r>
      <w:r w:rsidRPr="007250F1">
        <w:rPr>
          <w:rFonts w:ascii="Times New Roman" w:hAnsi="Times New Roman"/>
          <w:sz w:val="28"/>
          <w:szCs w:val="28"/>
        </w:rPr>
        <w:t xml:space="preserve">, NY, USA, </w:t>
      </w:r>
      <w:r w:rsidRPr="007250F1">
        <w:rPr>
          <w:rFonts w:ascii="Times New Roman" w:hAnsi="Times New Roman"/>
          <w:bCs/>
          <w:sz w:val="28"/>
          <w:szCs w:val="28"/>
        </w:rPr>
        <w:t>1977</w:t>
      </w:r>
      <w:r w:rsidRPr="007250F1">
        <w:rPr>
          <w:rFonts w:ascii="Times New Roman" w:hAnsi="Times New Roman"/>
          <w:sz w:val="28"/>
          <w:szCs w:val="28"/>
        </w:rPr>
        <w:t>.</w:t>
      </w:r>
    </w:p>
    <w:p w14:paraId="01183478" w14:textId="77777777" w:rsidR="00AB2764" w:rsidRPr="007250F1" w:rsidRDefault="00AB2764" w:rsidP="00AB2764">
      <w:pPr>
        <w:pStyle w:val="4textlist"/>
        <w:adjustRightInd w:val="0"/>
        <w:snapToGrid w:val="0"/>
        <w:spacing w:line="240" w:lineRule="auto"/>
        <w:ind w:left="0" w:firstLine="708"/>
        <w:rPr>
          <w:rFonts w:ascii="Times New Roman" w:hAnsi="Times New Roman"/>
          <w:sz w:val="28"/>
          <w:szCs w:val="28"/>
        </w:rPr>
      </w:pPr>
      <w:r w:rsidRPr="007250F1">
        <w:rPr>
          <w:rFonts w:ascii="Times New Roman" w:hAnsi="Times New Roman"/>
          <w:sz w:val="28"/>
          <w:szCs w:val="28"/>
          <w:lang w:val="kk-KZ"/>
        </w:rPr>
        <w:t>63</w:t>
      </w:r>
      <w:r w:rsidRPr="007250F1">
        <w:rPr>
          <w:rFonts w:ascii="Times New Roman" w:hAnsi="Times New Roman"/>
          <w:sz w:val="28"/>
          <w:szCs w:val="28"/>
        </w:rPr>
        <w:t>. Dubinskii, Y.A. Quasilinear elliptic and parabolic equations of arbitrary order. Russ. Math. Surv. 1968, 23, 45–91.</w:t>
      </w:r>
    </w:p>
    <w:p w14:paraId="18A195C5" w14:textId="77777777" w:rsidR="00AB2764" w:rsidRPr="007250F1" w:rsidRDefault="00AB2764" w:rsidP="00AB2764">
      <w:pPr>
        <w:pStyle w:val="4textlist"/>
        <w:adjustRightInd w:val="0"/>
        <w:snapToGrid w:val="0"/>
        <w:spacing w:line="240" w:lineRule="auto"/>
        <w:ind w:left="0" w:firstLine="708"/>
        <w:rPr>
          <w:rFonts w:ascii="Times New Roman" w:hAnsi="Times New Roman"/>
          <w:sz w:val="28"/>
          <w:szCs w:val="28"/>
        </w:rPr>
      </w:pPr>
      <w:r w:rsidRPr="007250F1">
        <w:rPr>
          <w:rFonts w:ascii="Times New Roman" w:hAnsi="Times New Roman"/>
          <w:sz w:val="28"/>
          <w:szCs w:val="28"/>
          <w:lang w:val="kk-KZ"/>
        </w:rPr>
        <w:t xml:space="preserve">64. Skubachevskii, A.L. </w:t>
      </w:r>
      <w:r w:rsidRPr="007250F1">
        <w:rPr>
          <w:rFonts w:ascii="Times New Roman" w:hAnsi="Times New Roman"/>
          <w:iCs/>
          <w:sz w:val="28"/>
          <w:szCs w:val="28"/>
          <w:lang w:val="kk-KZ"/>
        </w:rPr>
        <w:t>Elliptic Functional Differential Equations and Applications</w:t>
      </w:r>
      <w:r w:rsidRPr="007250F1">
        <w:rPr>
          <w:rFonts w:ascii="Times New Roman" w:hAnsi="Times New Roman"/>
          <w:sz w:val="28"/>
          <w:szCs w:val="28"/>
          <w:lang w:val="kk-KZ"/>
        </w:rPr>
        <w:t>;</w:t>
      </w:r>
      <w:r w:rsidRPr="007250F1">
        <w:rPr>
          <w:rFonts w:ascii="Times New Roman" w:hAnsi="Times New Roman"/>
          <w:sz w:val="28"/>
          <w:szCs w:val="28"/>
        </w:rPr>
        <w:t xml:space="preserve"> Birkhäuser:</w:t>
      </w:r>
      <w:r w:rsidRPr="007250F1">
        <w:rPr>
          <w:rFonts w:ascii="Times New Roman" w:hAnsi="Times New Roman"/>
          <w:sz w:val="28"/>
          <w:szCs w:val="28"/>
          <w:lang w:val="kk-KZ"/>
        </w:rPr>
        <w:t xml:space="preserve"> Basel, Switzerland; Boston, MA, USA; Berlin, </w:t>
      </w:r>
      <w:r w:rsidRPr="007250F1">
        <w:rPr>
          <w:rFonts w:ascii="Times New Roman" w:hAnsi="Times New Roman"/>
          <w:iCs/>
          <w:sz w:val="28"/>
          <w:szCs w:val="28"/>
        </w:rPr>
        <w:t xml:space="preserve">Germany, </w:t>
      </w:r>
      <w:r w:rsidRPr="007250F1">
        <w:rPr>
          <w:rFonts w:ascii="Times New Roman" w:hAnsi="Times New Roman"/>
          <w:bCs/>
          <w:iCs/>
          <w:sz w:val="28"/>
          <w:szCs w:val="28"/>
          <w:lang w:val="kk-KZ"/>
        </w:rPr>
        <w:t>1997</w:t>
      </w:r>
      <w:r w:rsidRPr="007250F1">
        <w:rPr>
          <w:rFonts w:ascii="Times New Roman" w:hAnsi="Times New Roman"/>
          <w:sz w:val="28"/>
          <w:szCs w:val="28"/>
          <w:lang w:val="kk-KZ"/>
        </w:rPr>
        <w:t>.</w:t>
      </w:r>
    </w:p>
    <w:p w14:paraId="09FB668F" w14:textId="77777777" w:rsidR="00AB2764" w:rsidRPr="007250F1" w:rsidRDefault="00AB2764" w:rsidP="00AB2764">
      <w:pPr>
        <w:pStyle w:val="4textlist"/>
        <w:adjustRightInd w:val="0"/>
        <w:snapToGrid w:val="0"/>
        <w:spacing w:line="240" w:lineRule="auto"/>
        <w:ind w:left="0" w:firstLine="708"/>
        <w:rPr>
          <w:rFonts w:ascii="Times New Roman" w:hAnsi="Times New Roman"/>
          <w:sz w:val="28"/>
          <w:szCs w:val="28"/>
          <w:lang w:val="ru-RU"/>
        </w:rPr>
      </w:pPr>
      <w:r w:rsidRPr="007250F1">
        <w:rPr>
          <w:rFonts w:ascii="Times New Roman" w:hAnsi="Times New Roman"/>
          <w:sz w:val="28"/>
          <w:szCs w:val="28"/>
          <w:lang w:val="kk-KZ"/>
        </w:rPr>
        <w:t>65. C</w:t>
      </w:r>
      <w:r w:rsidRPr="007250F1">
        <w:rPr>
          <w:rFonts w:ascii="Times New Roman" w:hAnsi="Times New Roman"/>
          <w:sz w:val="28"/>
          <w:szCs w:val="28"/>
        </w:rPr>
        <w:t>hipot</w:t>
      </w:r>
      <w:r w:rsidRPr="007250F1">
        <w:rPr>
          <w:rFonts w:ascii="Times New Roman" w:hAnsi="Times New Roman"/>
          <w:sz w:val="28"/>
          <w:szCs w:val="28"/>
          <w:lang w:val="kk-KZ"/>
        </w:rPr>
        <w:t>, M.</w:t>
      </w:r>
      <w:r w:rsidRPr="007250F1">
        <w:rPr>
          <w:rFonts w:ascii="Times New Roman" w:hAnsi="Times New Roman"/>
          <w:sz w:val="28"/>
          <w:szCs w:val="28"/>
        </w:rPr>
        <w:t xml:space="preserve">; </w:t>
      </w:r>
      <w:r w:rsidRPr="007250F1">
        <w:rPr>
          <w:rFonts w:ascii="Times New Roman" w:hAnsi="Times New Roman"/>
          <w:sz w:val="28"/>
          <w:szCs w:val="28"/>
          <w:lang w:val="kk-KZ"/>
        </w:rPr>
        <w:t>R</w:t>
      </w:r>
      <w:r w:rsidRPr="007250F1">
        <w:rPr>
          <w:rFonts w:ascii="Times New Roman" w:hAnsi="Times New Roman"/>
          <w:sz w:val="28"/>
          <w:szCs w:val="28"/>
        </w:rPr>
        <w:t xml:space="preserve">odrigues, </w:t>
      </w:r>
      <w:r w:rsidRPr="007250F1">
        <w:rPr>
          <w:rFonts w:ascii="Times New Roman" w:hAnsi="Times New Roman"/>
          <w:sz w:val="28"/>
          <w:szCs w:val="28"/>
          <w:lang w:val="kk-KZ"/>
        </w:rPr>
        <w:t>J.-F. On a class of nonlocal nonlinear elliptic problems</w:t>
      </w:r>
      <w:r w:rsidRPr="007250F1">
        <w:rPr>
          <w:rFonts w:ascii="Times New Roman" w:hAnsi="Times New Roman"/>
          <w:sz w:val="28"/>
          <w:szCs w:val="28"/>
        </w:rPr>
        <w:t>.</w:t>
      </w:r>
      <w:r w:rsidRPr="007250F1">
        <w:rPr>
          <w:rFonts w:ascii="Times New Roman" w:hAnsi="Times New Roman"/>
          <w:sz w:val="28"/>
          <w:szCs w:val="28"/>
          <w:lang w:val="kk-KZ"/>
        </w:rPr>
        <w:t xml:space="preserve"> Math. Model. Numer. Anal. </w:t>
      </w:r>
      <w:r w:rsidRPr="007250F1">
        <w:rPr>
          <w:rFonts w:ascii="Times New Roman" w:hAnsi="Times New Roman"/>
          <w:sz w:val="28"/>
          <w:szCs w:val="28"/>
          <w:lang w:val="ru-RU"/>
        </w:rPr>
        <w:t>1992, 26, 447–468.</w:t>
      </w:r>
    </w:p>
    <w:p w14:paraId="0C9A3F93" w14:textId="77777777" w:rsidR="00AB2764" w:rsidRPr="007250F1" w:rsidRDefault="00AB2764" w:rsidP="00AB2764">
      <w:pPr>
        <w:spacing w:after="0" w:line="240" w:lineRule="auto"/>
        <w:ind w:firstLine="708"/>
        <w:jc w:val="both"/>
        <w:rPr>
          <w:rFonts w:ascii="Times New Roman" w:hAnsi="Times New Roman" w:cs="Times New Roman"/>
          <w:bCs/>
          <w:sz w:val="28"/>
          <w:szCs w:val="28"/>
          <w:lang w:val="kk-KZ"/>
        </w:rPr>
      </w:pPr>
      <w:r w:rsidRPr="007250F1">
        <w:rPr>
          <w:rFonts w:ascii="Times New Roman" w:hAnsi="Times New Roman" w:cs="Times New Roman"/>
          <w:sz w:val="28"/>
          <w:szCs w:val="28"/>
          <w:lang w:val="kk-KZ"/>
        </w:rPr>
        <w:t xml:space="preserve">66. </w:t>
      </w:r>
      <w:r w:rsidRPr="007250F1">
        <w:rPr>
          <w:rFonts w:ascii="Times New Roman" w:hAnsi="Times New Roman" w:cs="Times New Roman"/>
          <w:bCs/>
          <w:sz w:val="28"/>
          <w:szCs w:val="28"/>
          <w:lang w:val="kk-KZ"/>
        </w:rPr>
        <w:t>Скубачевский, А. Л. Эллиптические задачи с нелокальными условиями вблизи границы // Математический сборник. 1986. Т. 129, № 2. С. 279–302.</w:t>
      </w:r>
    </w:p>
    <w:p w14:paraId="1485AE67" w14:textId="77777777" w:rsidR="00AB2764" w:rsidRPr="007250F1" w:rsidRDefault="00AB2764" w:rsidP="00AB2764">
      <w:pPr>
        <w:pStyle w:val="MDPI31text"/>
        <w:spacing w:line="240" w:lineRule="auto"/>
        <w:ind w:left="0" w:firstLine="708"/>
        <w:rPr>
          <w:rFonts w:ascii="Times New Roman" w:hAnsi="Times New Roman"/>
          <w:sz w:val="28"/>
          <w:szCs w:val="28"/>
          <w:lang w:val="kk-KZ"/>
        </w:rPr>
      </w:pPr>
      <w:r w:rsidRPr="007250F1">
        <w:rPr>
          <w:rFonts w:ascii="Times New Roman" w:hAnsi="Times New Roman"/>
          <w:sz w:val="28"/>
          <w:szCs w:val="28"/>
          <w:lang w:val="kk-KZ"/>
        </w:rPr>
        <w:t xml:space="preserve">67. </w:t>
      </w:r>
      <w:r w:rsidRPr="007250F1">
        <w:rPr>
          <w:rFonts w:ascii="Times New Roman" w:hAnsi="Times New Roman"/>
          <w:sz w:val="28"/>
          <w:szCs w:val="28"/>
        </w:rPr>
        <w:t>Bers, L.; John, F.; Schechter, M. Partial Differential Equations; Interscience: New York, NY, USA, 1964</w:t>
      </w:r>
    </w:p>
    <w:p w14:paraId="678065E4" w14:textId="77777777" w:rsidR="00AB2764" w:rsidRPr="007250F1" w:rsidRDefault="00AB2764" w:rsidP="00AB2764">
      <w:pPr>
        <w:pStyle w:val="4textlist"/>
        <w:adjustRightInd w:val="0"/>
        <w:snapToGrid w:val="0"/>
        <w:spacing w:line="240" w:lineRule="auto"/>
        <w:ind w:left="0" w:firstLine="708"/>
        <w:rPr>
          <w:rFonts w:ascii="Times New Roman" w:hAnsi="Times New Roman"/>
          <w:sz w:val="28"/>
          <w:szCs w:val="28"/>
        </w:rPr>
      </w:pPr>
      <w:r w:rsidRPr="007250F1">
        <w:rPr>
          <w:rFonts w:ascii="Times New Roman" w:hAnsi="Times New Roman"/>
          <w:sz w:val="28"/>
          <w:szCs w:val="28"/>
          <w:lang w:val="kk-KZ"/>
        </w:rPr>
        <w:t>68. Drábek, P.; Hernández, J.</w:t>
      </w:r>
      <w:r w:rsidRPr="007250F1">
        <w:rPr>
          <w:rFonts w:ascii="Times New Roman" w:hAnsi="Times New Roman"/>
          <w:sz w:val="28"/>
          <w:szCs w:val="28"/>
        </w:rPr>
        <w:t xml:space="preserve"> </w:t>
      </w:r>
      <w:r w:rsidRPr="007250F1">
        <w:rPr>
          <w:rFonts w:ascii="Times New Roman" w:hAnsi="Times New Roman"/>
          <w:sz w:val="28"/>
          <w:szCs w:val="28"/>
          <w:lang w:val="kk-KZ"/>
        </w:rPr>
        <w:t>Existence and uniqueness of positive solutionsfor some quasilinear elliptic problems</w:t>
      </w:r>
      <w:r w:rsidRPr="007250F1">
        <w:rPr>
          <w:rFonts w:ascii="Times New Roman" w:hAnsi="Times New Roman"/>
          <w:sz w:val="28"/>
          <w:szCs w:val="28"/>
        </w:rPr>
        <w:t>. Nonlinear Anal. 2001, 44, 189–204.</w:t>
      </w:r>
    </w:p>
    <w:p w14:paraId="43D1D46D" w14:textId="77777777" w:rsidR="00AB2764" w:rsidRPr="007250F1" w:rsidRDefault="00AB2764" w:rsidP="00AB2764">
      <w:pPr>
        <w:pStyle w:val="4textlist"/>
        <w:adjustRightInd w:val="0"/>
        <w:snapToGrid w:val="0"/>
        <w:spacing w:line="240" w:lineRule="auto"/>
        <w:ind w:left="0" w:firstLine="708"/>
        <w:rPr>
          <w:rFonts w:ascii="Times New Roman" w:hAnsi="Times New Roman"/>
          <w:sz w:val="28"/>
          <w:szCs w:val="28"/>
        </w:rPr>
      </w:pPr>
      <w:r w:rsidRPr="007250F1">
        <w:rPr>
          <w:rFonts w:ascii="Times New Roman" w:hAnsi="Times New Roman"/>
          <w:sz w:val="28"/>
          <w:szCs w:val="28"/>
          <w:lang w:val="kk-KZ"/>
        </w:rPr>
        <w:t>69. Solonukha</w:t>
      </w:r>
      <w:r w:rsidRPr="007250F1">
        <w:rPr>
          <w:rFonts w:ascii="Times New Roman" w:hAnsi="Times New Roman"/>
          <w:sz w:val="28"/>
          <w:szCs w:val="28"/>
        </w:rPr>
        <w:t xml:space="preserve">, </w:t>
      </w:r>
      <w:r w:rsidRPr="007250F1">
        <w:rPr>
          <w:rFonts w:ascii="Times New Roman" w:hAnsi="Times New Roman"/>
          <w:sz w:val="28"/>
          <w:szCs w:val="28"/>
          <w:lang w:val="kk-KZ"/>
        </w:rPr>
        <w:t>O.V. On the Solvability of an Essentially Nonlinear Elliptic Differential Equation with Nonlocal Boundary Conditions</w:t>
      </w:r>
      <w:r w:rsidRPr="007250F1">
        <w:rPr>
          <w:rFonts w:ascii="Times New Roman" w:hAnsi="Times New Roman"/>
          <w:sz w:val="28"/>
          <w:szCs w:val="28"/>
        </w:rPr>
        <w:t>.</w:t>
      </w:r>
      <w:r w:rsidRPr="007250F1">
        <w:rPr>
          <w:rFonts w:ascii="Times New Roman" w:hAnsi="Times New Roman"/>
          <w:sz w:val="28"/>
          <w:szCs w:val="28"/>
          <w:lang w:val="kk-KZ"/>
        </w:rPr>
        <w:t xml:space="preserve"> Comput. Math. Math. Phys. 2024, 64, 285–299</w:t>
      </w:r>
      <w:r w:rsidRPr="007250F1">
        <w:rPr>
          <w:rFonts w:ascii="Times New Roman" w:hAnsi="Times New Roman"/>
          <w:sz w:val="28"/>
          <w:szCs w:val="28"/>
        </w:rPr>
        <w:t>.</w:t>
      </w:r>
    </w:p>
    <w:p w14:paraId="63CF2DAA" w14:textId="77777777" w:rsidR="00AB2764" w:rsidRPr="007250F1" w:rsidRDefault="00AB2764" w:rsidP="00AB2764">
      <w:pPr>
        <w:pStyle w:val="4textlist"/>
        <w:adjustRightInd w:val="0"/>
        <w:snapToGrid w:val="0"/>
        <w:spacing w:line="240" w:lineRule="auto"/>
        <w:ind w:left="0" w:firstLine="708"/>
        <w:rPr>
          <w:rFonts w:ascii="Times New Roman" w:hAnsi="Times New Roman"/>
          <w:sz w:val="28"/>
          <w:szCs w:val="28"/>
          <w:shd w:val="clear" w:color="auto" w:fill="FFFFFF"/>
        </w:rPr>
      </w:pPr>
      <w:r w:rsidRPr="007250F1">
        <w:rPr>
          <w:rFonts w:ascii="Times New Roman" w:hAnsi="Times New Roman"/>
          <w:sz w:val="28"/>
          <w:szCs w:val="28"/>
          <w:shd w:val="clear" w:color="auto" w:fill="FFFFFF"/>
          <w:lang w:val="kk-KZ"/>
        </w:rPr>
        <w:t xml:space="preserve">70. </w:t>
      </w:r>
      <w:r w:rsidRPr="007250F1">
        <w:rPr>
          <w:rFonts w:ascii="Times New Roman" w:hAnsi="Times New Roman"/>
          <w:sz w:val="28"/>
          <w:szCs w:val="28"/>
          <w:shd w:val="clear" w:color="auto" w:fill="FFFFFF"/>
        </w:rPr>
        <w:t xml:space="preserve">Arioli, G.; Gazzola, F. Quasilinear elliptic equations at critical growth. </w:t>
      </w:r>
      <w:r w:rsidRPr="007250F1">
        <w:rPr>
          <w:rFonts w:ascii="Times New Roman" w:hAnsi="Times New Roman"/>
          <w:iCs/>
          <w:sz w:val="28"/>
          <w:szCs w:val="28"/>
          <w:shd w:val="clear" w:color="auto" w:fill="FFFFFF"/>
        </w:rPr>
        <w:t xml:space="preserve">Nonlinear Differ. Equ. Appl. NoDEA </w:t>
      </w:r>
      <w:r w:rsidRPr="007250F1">
        <w:rPr>
          <w:rFonts w:ascii="Times New Roman" w:hAnsi="Times New Roman"/>
          <w:sz w:val="28"/>
          <w:szCs w:val="28"/>
          <w:shd w:val="clear" w:color="auto" w:fill="FFFFFF"/>
        </w:rPr>
        <w:t>1998, 5, 83–97.</w:t>
      </w:r>
    </w:p>
    <w:p w14:paraId="1E17CB52" w14:textId="77777777" w:rsidR="00AB2764" w:rsidRPr="007250F1" w:rsidRDefault="00AB2764" w:rsidP="00AB2764">
      <w:pPr>
        <w:pStyle w:val="4textlist"/>
        <w:adjustRightInd w:val="0"/>
        <w:snapToGrid w:val="0"/>
        <w:spacing w:line="240" w:lineRule="auto"/>
        <w:ind w:left="0" w:firstLine="708"/>
        <w:rPr>
          <w:rFonts w:ascii="Times New Roman" w:hAnsi="Times New Roman"/>
          <w:sz w:val="28"/>
          <w:szCs w:val="28"/>
          <w:lang w:val="kk-KZ"/>
        </w:rPr>
      </w:pPr>
      <w:r w:rsidRPr="007250F1">
        <w:rPr>
          <w:rFonts w:ascii="Times New Roman" w:hAnsi="Times New Roman"/>
          <w:sz w:val="28"/>
          <w:szCs w:val="28"/>
          <w:lang w:val="kk-KZ"/>
        </w:rPr>
        <w:t xml:space="preserve">71. Gary, M. Lieberman, Solvability of Quasilinear Elliptic Equations with Nonlinear Boundary Conditions. Trans. Am. Math. Soc. </w:t>
      </w:r>
      <w:r w:rsidRPr="007250F1">
        <w:rPr>
          <w:rFonts w:ascii="Times New Roman" w:hAnsi="Times New Roman"/>
          <w:sz w:val="28"/>
          <w:szCs w:val="28"/>
        </w:rPr>
        <w:t>1982, 273, 753–765</w:t>
      </w:r>
      <w:r w:rsidRPr="007250F1">
        <w:rPr>
          <w:rFonts w:ascii="Times New Roman" w:hAnsi="Times New Roman"/>
          <w:sz w:val="28"/>
          <w:szCs w:val="28"/>
          <w:lang w:val="kk-KZ"/>
        </w:rPr>
        <w:t>.</w:t>
      </w:r>
    </w:p>
    <w:p w14:paraId="11DFC63C" w14:textId="77777777" w:rsidR="00AB2764" w:rsidRPr="007250F1" w:rsidRDefault="00AB2764" w:rsidP="00AB2764">
      <w:pPr>
        <w:pStyle w:val="4textlist"/>
        <w:adjustRightInd w:val="0"/>
        <w:snapToGrid w:val="0"/>
        <w:spacing w:line="240" w:lineRule="auto"/>
        <w:ind w:left="0" w:firstLine="708"/>
        <w:rPr>
          <w:rFonts w:ascii="Times New Roman" w:hAnsi="Times New Roman"/>
          <w:sz w:val="28"/>
          <w:szCs w:val="28"/>
          <w:lang w:val="kk-KZ"/>
        </w:rPr>
      </w:pPr>
      <w:r w:rsidRPr="007250F1">
        <w:rPr>
          <w:rFonts w:ascii="Times New Roman" w:hAnsi="Times New Roman"/>
          <w:sz w:val="28"/>
          <w:szCs w:val="28"/>
          <w:lang w:val="kk-KZ"/>
        </w:rPr>
        <w:t>72. Guo, Z.; Webb, J.R</w:t>
      </w:r>
      <w:r w:rsidRPr="007250F1">
        <w:rPr>
          <w:rFonts w:ascii="Times New Roman" w:hAnsi="Times New Roman"/>
          <w:sz w:val="28"/>
          <w:szCs w:val="28"/>
        </w:rPr>
        <w:t>.</w:t>
      </w:r>
      <w:r w:rsidRPr="007250F1">
        <w:rPr>
          <w:rFonts w:ascii="Times New Roman" w:hAnsi="Times New Roman"/>
          <w:sz w:val="28"/>
          <w:szCs w:val="28"/>
          <w:lang w:val="kk-KZ"/>
        </w:rPr>
        <w:t xml:space="preserve"> Uniqueness of positive solutions for quasilinear elliptic equations when a parameter is large. Proc. R. Soc. Edinb. Sect. A Math. 1994, 124, 189­198.</w:t>
      </w:r>
    </w:p>
    <w:p w14:paraId="50C49D2D" w14:textId="77777777" w:rsidR="00AB2764" w:rsidRPr="007250F1" w:rsidRDefault="00AB2764" w:rsidP="00AB2764">
      <w:pPr>
        <w:pStyle w:val="4textlist"/>
        <w:adjustRightInd w:val="0"/>
        <w:snapToGrid w:val="0"/>
        <w:spacing w:line="240" w:lineRule="auto"/>
        <w:ind w:left="0" w:firstLine="708"/>
        <w:rPr>
          <w:rFonts w:ascii="Times New Roman" w:hAnsi="Times New Roman"/>
          <w:sz w:val="28"/>
          <w:szCs w:val="28"/>
        </w:rPr>
      </w:pPr>
      <w:r w:rsidRPr="007250F1">
        <w:rPr>
          <w:rFonts w:ascii="Times New Roman" w:hAnsi="Times New Roman"/>
          <w:sz w:val="28"/>
          <w:szCs w:val="28"/>
          <w:lang w:val="kk-KZ"/>
        </w:rPr>
        <w:lastRenderedPageBreak/>
        <w:t xml:space="preserve">73. </w:t>
      </w:r>
      <w:r w:rsidRPr="007250F1">
        <w:rPr>
          <w:rFonts w:ascii="Times New Roman" w:hAnsi="Times New Roman"/>
          <w:sz w:val="28"/>
          <w:szCs w:val="28"/>
        </w:rPr>
        <w:t>Skubachevskii, A.L. Elliptic problems with nonlocal conditions near the boundary. Math. USSR Sb. 1987, 57, 293–316.</w:t>
      </w:r>
    </w:p>
    <w:p w14:paraId="21CE95BA" w14:textId="77777777" w:rsidR="00AB2764" w:rsidRPr="007250F1" w:rsidRDefault="00AB2764" w:rsidP="00AB2764">
      <w:pPr>
        <w:pStyle w:val="4textlist"/>
        <w:adjustRightInd w:val="0"/>
        <w:snapToGrid w:val="0"/>
        <w:spacing w:line="240" w:lineRule="auto"/>
        <w:ind w:left="0" w:firstLine="708"/>
        <w:rPr>
          <w:rFonts w:ascii="Times New Roman" w:hAnsi="Times New Roman"/>
          <w:sz w:val="28"/>
          <w:szCs w:val="28"/>
        </w:rPr>
      </w:pPr>
      <w:r w:rsidRPr="007250F1">
        <w:rPr>
          <w:rFonts w:ascii="Times New Roman" w:hAnsi="Times New Roman"/>
          <w:sz w:val="28"/>
          <w:szCs w:val="28"/>
          <w:lang w:val="kk-KZ"/>
        </w:rPr>
        <w:t xml:space="preserve">74. </w:t>
      </w:r>
      <w:r w:rsidRPr="007250F1">
        <w:rPr>
          <w:rFonts w:ascii="Times New Roman" w:hAnsi="Times New Roman"/>
          <w:sz w:val="28"/>
          <w:szCs w:val="28"/>
        </w:rPr>
        <w:t xml:space="preserve">Schumann, R. The Galerkin approximation for quasilinear elliptic equations with rapidly (or slowly) increasing coefficients. Z. </w:t>
      </w:r>
      <w:r w:rsidRPr="007250F1">
        <w:rPr>
          <w:rFonts w:ascii="Times New Roman" w:hAnsi="Times New Roman"/>
          <w:iCs/>
          <w:sz w:val="28"/>
          <w:szCs w:val="28"/>
        </w:rPr>
        <w:t xml:space="preserve">Fur Anal. </w:t>
      </w:r>
      <w:r w:rsidRPr="007250F1">
        <w:rPr>
          <w:rFonts w:ascii="Times New Roman" w:hAnsi="Times New Roman"/>
          <w:sz w:val="28"/>
          <w:szCs w:val="28"/>
        </w:rPr>
        <w:t>Und Ihreanwendungen 1982, 1, 73–85.</w:t>
      </w:r>
    </w:p>
    <w:p w14:paraId="0D52B3E6" w14:textId="77777777" w:rsidR="00AB2764" w:rsidRPr="007250F1" w:rsidRDefault="00AB2764" w:rsidP="00AB2764">
      <w:pPr>
        <w:pStyle w:val="4textlist"/>
        <w:adjustRightInd w:val="0"/>
        <w:snapToGrid w:val="0"/>
        <w:spacing w:line="240" w:lineRule="auto"/>
        <w:ind w:left="0" w:firstLine="708"/>
        <w:rPr>
          <w:rFonts w:ascii="Times New Roman" w:hAnsi="Times New Roman"/>
          <w:sz w:val="28"/>
          <w:szCs w:val="28"/>
        </w:rPr>
      </w:pPr>
      <w:r w:rsidRPr="007250F1">
        <w:rPr>
          <w:rFonts w:ascii="Times New Roman" w:hAnsi="Times New Roman"/>
          <w:sz w:val="28"/>
          <w:szCs w:val="28"/>
          <w:lang w:val="kk-KZ"/>
        </w:rPr>
        <w:t>75. Solonukha</w:t>
      </w:r>
      <w:r w:rsidRPr="007250F1">
        <w:rPr>
          <w:rFonts w:ascii="Times New Roman" w:hAnsi="Times New Roman"/>
          <w:sz w:val="28"/>
          <w:szCs w:val="28"/>
        </w:rPr>
        <w:t>,</w:t>
      </w:r>
      <w:r w:rsidRPr="007250F1">
        <w:rPr>
          <w:rFonts w:ascii="Times New Roman" w:hAnsi="Times New Roman"/>
          <w:sz w:val="28"/>
          <w:szCs w:val="28"/>
          <w:lang w:val="kk-KZ"/>
        </w:rPr>
        <w:t xml:space="preserve"> O.V. On a .nonlinear nonlocal problem of elliptic type.</w:t>
      </w:r>
      <w:r w:rsidRPr="007250F1">
        <w:rPr>
          <w:rFonts w:ascii="Times New Roman" w:hAnsi="Times New Roman"/>
          <w:sz w:val="28"/>
          <w:szCs w:val="28"/>
        </w:rPr>
        <w:t xml:space="preserve"> </w:t>
      </w:r>
      <w:r w:rsidRPr="007250F1">
        <w:rPr>
          <w:rFonts w:ascii="Times New Roman" w:hAnsi="Times New Roman"/>
          <w:sz w:val="28"/>
          <w:szCs w:val="28"/>
          <w:lang w:val="kk-KZ"/>
        </w:rPr>
        <w:t>Comput. Math. Math. Phys.</w:t>
      </w:r>
      <w:r w:rsidRPr="007250F1">
        <w:rPr>
          <w:rFonts w:ascii="Times New Roman" w:hAnsi="Times New Roman"/>
          <w:sz w:val="28"/>
          <w:szCs w:val="28"/>
        </w:rPr>
        <w:t xml:space="preserve"> 2017, 57, 422–433.</w:t>
      </w:r>
    </w:p>
    <w:p w14:paraId="38CC424A" w14:textId="77777777" w:rsidR="00AB2764" w:rsidRPr="007250F1" w:rsidRDefault="00AB2764" w:rsidP="00AB2764">
      <w:pPr>
        <w:pStyle w:val="MDPI31text"/>
        <w:spacing w:line="240" w:lineRule="auto"/>
        <w:ind w:left="0" w:firstLine="708"/>
        <w:rPr>
          <w:rFonts w:ascii="Times New Roman" w:hAnsi="Times New Roman"/>
          <w:sz w:val="28"/>
          <w:szCs w:val="28"/>
          <w:lang w:val="kk-KZ"/>
        </w:rPr>
      </w:pPr>
      <w:r w:rsidRPr="007250F1">
        <w:rPr>
          <w:rFonts w:ascii="Times New Roman" w:hAnsi="Times New Roman"/>
          <w:sz w:val="28"/>
          <w:szCs w:val="28"/>
          <w:lang w:val="kk-KZ"/>
        </w:rPr>
        <w:t xml:space="preserve">76. Yan, B.; O’Regan, D.; Agarwal, R.P. Nonexistence and Existence of Solutions with Prescribed Norms for Nonlocal Elliptic Equations with Combined Nonlinearities. </w:t>
      </w:r>
      <w:r w:rsidRPr="007250F1">
        <w:rPr>
          <w:rFonts w:ascii="Times New Roman" w:hAnsi="Times New Roman"/>
          <w:iCs/>
          <w:sz w:val="28"/>
          <w:szCs w:val="28"/>
          <w:lang w:val="kk-KZ"/>
        </w:rPr>
        <w:t>Mathematics</w:t>
      </w:r>
      <w:r w:rsidRPr="007250F1">
        <w:rPr>
          <w:rFonts w:ascii="Times New Roman" w:hAnsi="Times New Roman"/>
          <w:sz w:val="28"/>
          <w:szCs w:val="28"/>
          <w:lang w:val="kk-KZ"/>
        </w:rPr>
        <w:t xml:space="preserve"> 2023, 11, 75.</w:t>
      </w:r>
    </w:p>
    <w:p w14:paraId="2804F632" w14:textId="55D8D0CC" w:rsidR="004B48E5" w:rsidRPr="007250F1" w:rsidRDefault="00A0670C" w:rsidP="007250F1">
      <w:pPr>
        <w:pStyle w:val="MDPI31text"/>
        <w:spacing w:line="240" w:lineRule="auto"/>
        <w:ind w:left="0" w:firstLine="0"/>
        <w:rPr>
          <w:rFonts w:ascii="Times New Roman" w:hAnsi="Times New Roman"/>
          <w:sz w:val="28"/>
          <w:szCs w:val="28"/>
          <w:lang w:val="kk-KZ"/>
        </w:rPr>
      </w:pPr>
      <w:r w:rsidRPr="007250F1">
        <w:rPr>
          <w:rFonts w:ascii="Times New Roman" w:hAnsi="Times New Roman"/>
          <w:sz w:val="28"/>
          <w:szCs w:val="28"/>
          <w:lang w:val="kk-KZ"/>
        </w:rPr>
        <w:tab/>
        <w:t xml:space="preserve">77. </w:t>
      </w:r>
      <w:r w:rsidR="004B48E5" w:rsidRPr="007250F1">
        <w:rPr>
          <w:rFonts w:ascii="Times New Roman" w:hAnsi="Times New Roman"/>
          <w:sz w:val="28"/>
          <w:szCs w:val="28"/>
          <w:lang w:val="kk-KZ"/>
        </w:rPr>
        <w:t xml:space="preserve"> </w:t>
      </w:r>
      <w:r w:rsidR="004B48E5" w:rsidRPr="007250F1">
        <w:rPr>
          <w:rFonts w:ascii="Times New Roman" w:hAnsi="Times New Roman"/>
          <w:sz w:val="28"/>
          <w:szCs w:val="28"/>
          <w:lang w:val="ru-RU"/>
        </w:rPr>
        <w:t>Треногин В.А. Функциональный анализ. – М.: Наука, – 1980. – 496 с.</w:t>
      </w:r>
    </w:p>
    <w:p w14:paraId="3DC775F4" w14:textId="77777777" w:rsidR="004B48E5" w:rsidRPr="007250F1" w:rsidRDefault="004B48E5" w:rsidP="00A0670C">
      <w:pPr>
        <w:pStyle w:val="MDPI31text"/>
        <w:spacing w:line="240" w:lineRule="auto"/>
        <w:ind w:left="0" w:firstLine="0"/>
        <w:rPr>
          <w:rFonts w:ascii="Times New Roman" w:hAnsi="Times New Roman"/>
          <w:sz w:val="28"/>
          <w:szCs w:val="28"/>
          <w:lang w:val="kk-KZ"/>
        </w:rPr>
      </w:pPr>
    </w:p>
    <w:sectPr w:rsidR="004B48E5" w:rsidRPr="007250F1" w:rsidSect="00CF3D47">
      <w:footerReference w:type="default" r:id="rId3335"/>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D4F136" w14:textId="77777777" w:rsidR="00AC218E" w:rsidRDefault="00AC218E" w:rsidP="00CF3D47">
      <w:pPr>
        <w:spacing w:after="0" w:line="240" w:lineRule="auto"/>
      </w:pPr>
      <w:r>
        <w:separator/>
      </w:r>
    </w:p>
  </w:endnote>
  <w:endnote w:type="continuationSeparator" w:id="0">
    <w:p w14:paraId="4324B791" w14:textId="77777777" w:rsidR="00AC218E" w:rsidRDefault="00AC218E" w:rsidP="00CF3D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Palatino Linotype">
    <w:panose1 w:val="02040502050505030304"/>
    <w:charset w:val="CC"/>
    <w:family w:val="roman"/>
    <w:pitch w:val="variable"/>
    <w:sig w:usb0="E0000287" w:usb1="40000013"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Book Antiqua">
    <w:panose1 w:val="020406020503050303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6854213"/>
      <w:docPartObj>
        <w:docPartGallery w:val="Page Numbers (Bottom of Page)"/>
        <w:docPartUnique/>
      </w:docPartObj>
    </w:sdtPr>
    <w:sdtEndPr/>
    <w:sdtContent>
      <w:p w14:paraId="6DC75EA3" w14:textId="05FE2493" w:rsidR="0035293C" w:rsidRDefault="0035293C">
        <w:pPr>
          <w:pStyle w:val="af1"/>
          <w:jc w:val="center"/>
        </w:pPr>
        <w:r>
          <w:fldChar w:fldCharType="begin"/>
        </w:r>
        <w:r>
          <w:instrText>PAGE   \* MERGEFORMAT</w:instrText>
        </w:r>
        <w:r>
          <w:fldChar w:fldCharType="separate"/>
        </w:r>
        <w:r w:rsidR="002A03EA">
          <w:rPr>
            <w:noProof/>
          </w:rPr>
          <w:t>2</w:t>
        </w:r>
        <w:r>
          <w:fldChar w:fldCharType="end"/>
        </w:r>
      </w:p>
    </w:sdtContent>
  </w:sdt>
  <w:p w14:paraId="38C56BC8" w14:textId="77777777" w:rsidR="0035293C" w:rsidRDefault="0035293C">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1049B5" w14:textId="77777777" w:rsidR="00AC218E" w:rsidRDefault="00AC218E" w:rsidP="00CF3D47">
      <w:pPr>
        <w:spacing w:after="0" w:line="240" w:lineRule="auto"/>
      </w:pPr>
      <w:r>
        <w:separator/>
      </w:r>
    </w:p>
  </w:footnote>
  <w:footnote w:type="continuationSeparator" w:id="0">
    <w:p w14:paraId="0ECCDE43" w14:textId="77777777" w:rsidR="00AC218E" w:rsidRDefault="00AC218E" w:rsidP="00CF3D4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A9E19FE"/>
    <w:multiLevelType w:val="singleLevel"/>
    <w:tmpl w:val="330A5080"/>
    <w:lvl w:ilvl="0">
      <w:start w:val="1"/>
      <w:numFmt w:val="lowerRoman"/>
      <w:lvlText w:val="%1."/>
      <w:lvlJc w:val="left"/>
      <w:pPr>
        <w:tabs>
          <w:tab w:val="left" w:pos="425"/>
        </w:tabs>
        <w:ind w:left="425" w:hanging="425"/>
      </w:pPr>
      <w:rPr>
        <w:rFonts w:hint="default"/>
        <w:i/>
      </w:rPr>
    </w:lvl>
  </w:abstractNum>
  <w:abstractNum w:abstractNumId="1">
    <w:nsid w:val="FFFFFF7C"/>
    <w:multiLevelType w:val="singleLevel"/>
    <w:tmpl w:val="C310EC42"/>
    <w:lvl w:ilvl="0">
      <w:start w:val="1"/>
      <w:numFmt w:val="decimal"/>
      <w:lvlText w:val="%1."/>
      <w:lvlJc w:val="left"/>
      <w:pPr>
        <w:tabs>
          <w:tab w:val="num" w:pos="1800"/>
        </w:tabs>
        <w:ind w:left="1800" w:hanging="360"/>
      </w:pPr>
    </w:lvl>
  </w:abstractNum>
  <w:abstractNum w:abstractNumId="2">
    <w:nsid w:val="FFFFFF7D"/>
    <w:multiLevelType w:val="singleLevel"/>
    <w:tmpl w:val="E4089024"/>
    <w:lvl w:ilvl="0">
      <w:start w:val="1"/>
      <w:numFmt w:val="decimal"/>
      <w:lvlText w:val="%1."/>
      <w:lvlJc w:val="left"/>
      <w:pPr>
        <w:tabs>
          <w:tab w:val="num" w:pos="1440"/>
        </w:tabs>
        <w:ind w:left="1440" w:hanging="360"/>
      </w:pPr>
    </w:lvl>
  </w:abstractNum>
  <w:abstractNum w:abstractNumId="3">
    <w:nsid w:val="FFFFFF7E"/>
    <w:multiLevelType w:val="singleLevel"/>
    <w:tmpl w:val="FB12693A"/>
    <w:lvl w:ilvl="0">
      <w:start w:val="1"/>
      <w:numFmt w:val="decimal"/>
      <w:pStyle w:val="3"/>
      <w:lvlText w:val="%1."/>
      <w:lvlJc w:val="left"/>
      <w:pPr>
        <w:tabs>
          <w:tab w:val="num" w:pos="1080"/>
        </w:tabs>
        <w:ind w:left="1080" w:hanging="360"/>
      </w:pPr>
    </w:lvl>
  </w:abstractNum>
  <w:abstractNum w:abstractNumId="4">
    <w:nsid w:val="FFFFFF7F"/>
    <w:multiLevelType w:val="singleLevel"/>
    <w:tmpl w:val="38441652"/>
    <w:lvl w:ilvl="0">
      <w:start w:val="1"/>
      <w:numFmt w:val="decimal"/>
      <w:pStyle w:val="2"/>
      <w:lvlText w:val="%1."/>
      <w:lvlJc w:val="left"/>
      <w:pPr>
        <w:tabs>
          <w:tab w:val="num" w:pos="720"/>
        </w:tabs>
        <w:ind w:left="720" w:hanging="360"/>
      </w:pPr>
    </w:lvl>
  </w:abstractNum>
  <w:abstractNum w:abstractNumId="5">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7">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8">
    <w:nsid w:val="FFFFFF88"/>
    <w:multiLevelType w:val="singleLevel"/>
    <w:tmpl w:val="D0A62B40"/>
    <w:lvl w:ilvl="0">
      <w:start w:val="1"/>
      <w:numFmt w:val="decimal"/>
      <w:pStyle w:val="a"/>
      <w:lvlText w:val="%1."/>
      <w:lvlJc w:val="left"/>
      <w:pPr>
        <w:tabs>
          <w:tab w:val="num" w:pos="360"/>
        </w:tabs>
        <w:ind w:left="360" w:hanging="360"/>
      </w:pPr>
    </w:lvl>
  </w:abstractNum>
  <w:abstractNum w:abstractNumId="9">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10">
    <w:nsid w:val="016536B1"/>
    <w:multiLevelType w:val="multilevel"/>
    <w:tmpl w:val="D2FA6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3D53ECC"/>
    <w:multiLevelType w:val="multilevel"/>
    <w:tmpl w:val="03D53E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041E33E1"/>
    <w:multiLevelType w:val="multilevel"/>
    <w:tmpl w:val="F496C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7E74BB7"/>
    <w:multiLevelType w:val="multilevel"/>
    <w:tmpl w:val="BB24D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0C5015EA"/>
    <w:multiLevelType w:val="multilevel"/>
    <w:tmpl w:val="0C5015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10BF2780"/>
    <w:multiLevelType w:val="multilevel"/>
    <w:tmpl w:val="10BF27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11E70A29"/>
    <w:multiLevelType w:val="multilevel"/>
    <w:tmpl w:val="DDA6C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3B71A2E"/>
    <w:multiLevelType w:val="multilevel"/>
    <w:tmpl w:val="21E48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B69455E"/>
    <w:multiLevelType w:val="multilevel"/>
    <w:tmpl w:val="C1160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B89038E"/>
    <w:multiLevelType w:val="hybridMultilevel"/>
    <w:tmpl w:val="680E56C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nsid w:val="1C92548D"/>
    <w:multiLevelType w:val="multilevel"/>
    <w:tmpl w:val="B3C06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1EAA17FB"/>
    <w:multiLevelType w:val="multilevel"/>
    <w:tmpl w:val="7C684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1561068"/>
    <w:multiLevelType w:val="multilevel"/>
    <w:tmpl w:val="45E60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746662B"/>
    <w:multiLevelType w:val="multilevel"/>
    <w:tmpl w:val="8B8AA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8643CD0"/>
    <w:multiLevelType w:val="hybridMultilevel"/>
    <w:tmpl w:val="2ACC4EC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2A9262D8"/>
    <w:multiLevelType w:val="multilevel"/>
    <w:tmpl w:val="2A9262D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2ACA524C"/>
    <w:multiLevelType w:val="multilevel"/>
    <w:tmpl w:val="E2821B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2C7C576A"/>
    <w:multiLevelType w:val="multilevel"/>
    <w:tmpl w:val="A1DAB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1746A89"/>
    <w:multiLevelType w:val="hybridMultilevel"/>
    <w:tmpl w:val="AD842D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3F738A4"/>
    <w:multiLevelType w:val="multilevel"/>
    <w:tmpl w:val="33F738A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nsid w:val="48BB6A63"/>
    <w:multiLevelType w:val="multilevel"/>
    <w:tmpl w:val="61A6B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B320B44"/>
    <w:multiLevelType w:val="multilevel"/>
    <w:tmpl w:val="4B320B4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nsid w:val="4E6E0F3D"/>
    <w:multiLevelType w:val="hybridMultilevel"/>
    <w:tmpl w:val="6B8A22F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3">
    <w:nsid w:val="4EB37C19"/>
    <w:multiLevelType w:val="multilevel"/>
    <w:tmpl w:val="3BF6C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93E77B7"/>
    <w:multiLevelType w:val="multilevel"/>
    <w:tmpl w:val="F82A1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C7E1C9C"/>
    <w:multiLevelType w:val="hybridMultilevel"/>
    <w:tmpl w:val="615681B8"/>
    <w:lvl w:ilvl="0" w:tplc="FAECE098">
      <w:start w:val="1"/>
      <w:numFmt w:val="lowerLetter"/>
      <w:lvlText w:val="(%1)"/>
      <w:lvlJc w:val="left"/>
      <w:pPr>
        <w:tabs>
          <w:tab w:val="num" w:pos="720"/>
        </w:tabs>
        <w:ind w:left="720" w:hanging="360"/>
      </w:pPr>
    </w:lvl>
    <w:lvl w:ilvl="1" w:tplc="A638248E" w:tentative="1">
      <w:start w:val="1"/>
      <w:numFmt w:val="lowerLetter"/>
      <w:lvlText w:val="(%2)"/>
      <w:lvlJc w:val="left"/>
      <w:pPr>
        <w:tabs>
          <w:tab w:val="num" w:pos="1440"/>
        </w:tabs>
        <w:ind w:left="1440" w:hanging="360"/>
      </w:pPr>
    </w:lvl>
    <w:lvl w:ilvl="2" w:tplc="B7F0F0BC" w:tentative="1">
      <w:start w:val="1"/>
      <w:numFmt w:val="lowerLetter"/>
      <w:lvlText w:val="(%3)"/>
      <w:lvlJc w:val="left"/>
      <w:pPr>
        <w:tabs>
          <w:tab w:val="num" w:pos="2160"/>
        </w:tabs>
        <w:ind w:left="2160" w:hanging="360"/>
      </w:pPr>
    </w:lvl>
    <w:lvl w:ilvl="3" w:tplc="E978368E" w:tentative="1">
      <w:start w:val="1"/>
      <w:numFmt w:val="lowerLetter"/>
      <w:lvlText w:val="(%4)"/>
      <w:lvlJc w:val="left"/>
      <w:pPr>
        <w:tabs>
          <w:tab w:val="num" w:pos="2880"/>
        </w:tabs>
        <w:ind w:left="2880" w:hanging="360"/>
      </w:pPr>
    </w:lvl>
    <w:lvl w:ilvl="4" w:tplc="4AC27E54" w:tentative="1">
      <w:start w:val="1"/>
      <w:numFmt w:val="lowerLetter"/>
      <w:lvlText w:val="(%5)"/>
      <w:lvlJc w:val="left"/>
      <w:pPr>
        <w:tabs>
          <w:tab w:val="num" w:pos="3600"/>
        </w:tabs>
        <w:ind w:left="3600" w:hanging="360"/>
      </w:pPr>
    </w:lvl>
    <w:lvl w:ilvl="5" w:tplc="C12EAC76" w:tentative="1">
      <w:start w:val="1"/>
      <w:numFmt w:val="lowerLetter"/>
      <w:lvlText w:val="(%6)"/>
      <w:lvlJc w:val="left"/>
      <w:pPr>
        <w:tabs>
          <w:tab w:val="num" w:pos="4320"/>
        </w:tabs>
        <w:ind w:left="4320" w:hanging="360"/>
      </w:pPr>
    </w:lvl>
    <w:lvl w:ilvl="6" w:tplc="9EDA8192" w:tentative="1">
      <w:start w:val="1"/>
      <w:numFmt w:val="lowerLetter"/>
      <w:lvlText w:val="(%7)"/>
      <w:lvlJc w:val="left"/>
      <w:pPr>
        <w:tabs>
          <w:tab w:val="num" w:pos="5040"/>
        </w:tabs>
        <w:ind w:left="5040" w:hanging="360"/>
      </w:pPr>
    </w:lvl>
    <w:lvl w:ilvl="7" w:tplc="4FAA87AC" w:tentative="1">
      <w:start w:val="1"/>
      <w:numFmt w:val="lowerLetter"/>
      <w:lvlText w:val="(%8)"/>
      <w:lvlJc w:val="left"/>
      <w:pPr>
        <w:tabs>
          <w:tab w:val="num" w:pos="5760"/>
        </w:tabs>
        <w:ind w:left="5760" w:hanging="360"/>
      </w:pPr>
    </w:lvl>
    <w:lvl w:ilvl="8" w:tplc="54442DC6" w:tentative="1">
      <w:start w:val="1"/>
      <w:numFmt w:val="lowerLetter"/>
      <w:lvlText w:val="(%9)"/>
      <w:lvlJc w:val="left"/>
      <w:pPr>
        <w:tabs>
          <w:tab w:val="num" w:pos="6480"/>
        </w:tabs>
        <w:ind w:left="6480" w:hanging="360"/>
      </w:pPr>
    </w:lvl>
  </w:abstractNum>
  <w:abstractNum w:abstractNumId="36">
    <w:nsid w:val="5CBC64B6"/>
    <w:multiLevelType w:val="hybridMultilevel"/>
    <w:tmpl w:val="D624D882"/>
    <w:lvl w:ilvl="0" w:tplc="6810B4CA">
      <w:start w:val="1"/>
      <w:numFmt w:val="decimal"/>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D164DFA"/>
    <w:multiLevelType w:val="multilevel"/>
    <w:tmpl w:val="69C64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DD167EF"/>
    <w:multiLevelType w:val="multilevel"/>
    <w:tmpl w:val="0EBC9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F452AB2"/>
    <w:multiLevelType w:val="multilevel"/>
    <w:tmpl w:val="42088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0BE1DC0"/>
    <w:multiLevelType w:val="hybridMultilevel"/>
    <w:tmpl w:val="53067C40"/>
    <w:lvl w:ilvl="0" w:tplc="580E6BC8">
      <w:start w:val="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E5B6CC3"/>
    <w:multiLevelType w:val="hybridMultilevel"/>
    <w:tmpl w:val="680E56CC"/>
    <w:lvl w:ilvl="0" w:tplc="0419000F">
      <w:start w:val="1"/>
      <w:numFmt w:val="decimal"/>
      <w:lvlText w:val="%1."/>
      <w:lvlJc w:val="left"/>
      <w:pPr>
        <w:ind w:left="1778" w:hanging="360"/>
      </w:pPr>
      <w:rPr>
        <w:rFonts w:hint="default"/>
      </w:rPr>
    </w:lvl>
    <w:lvl w:ilvl="1" w:tplc="FFFFFFFF" w:tentative="1">
      <w:start w:val="1"/>
      <w:numFmt w:val="lowerLetter"/>
      <w:lvlText w:val="%2."/>
      <w:lvlJc w:val="left"/>
      <w:pPr>
        <w:ind w:left="2498" w:hanging="360"/>
      </w:pPr>
    </w:lvl>
    <w:lvl w:ilvl="2" w:tplc="FFFFFFFF" w:tentative="1">
      <w:start w:val="1"/>
      <w:numFmt w:val="lowerRoman"/>
      <w:lvlText w:val="%3."/>
      <w:lvlJc w:val="right"/>
      <w:pPr>
        <w:ind w:left="3218" w:hanging="180"/>
      </w:pPr>
    </w:lvl>
    <w:lvl w:ilvl="3" w:tplc="FFFFFFFF" w:tentative="1">
      <w:start w:val="1"/>
      <w:numFmt w:val="decimal"/>
      <w:lvlText w:val="%4."/>
      <w:lvlJc w:val="left"/>
      <w:pPr>
        <w:ind w:left="3938" w:hanging="360"/>
      </w:pPr>
    </w:lvl>
    <w:lvl w:ilvl="4" w:tplc="FFFFFFFF" w:tentative="1">
      <w:start w:val="1"/>
      <w:numFmt w:val="lowerLetter"/>
      <w:lvlText w:val="%5."/>
      <w:lvlJc w:val="left"/>
      <w:pPr>
        <w:ind w:left="4658" w:hanging="360"/>
      </w:pPr>
    </w:lvl>
    <w:lvl w:ilvl="5" w:tplc="FFFFFFFF" w:tentative="1">
      <w:start w:val="1"/>
      <w:numFmt w:val="lowerRoman"/>
      <w:lvlText w:val="%6."/>
      <w:lvlJc w:val="right"/>
      <w:pPr>
        <w:ind w:left="5378" w:hanging="180"/>
      </w:pPr>
    </w:lvl>
    <w:lvl w:ilvl="6" w:tplc="FFFFFFFF" w:tentative="1">
      <w:start w:val="1"/>
      <w:numFmt w:val="decimal"/>
      <w:lvlText w:val="%7."/>
      <w:lvlJc w:val="left"/>
      <w:pPr>
        <w:ind w:left="6098" w:hanging="360"/>
      </w:pPr>
    </w:lvl>
    <w:lvl w:ilvl="7" w:tplc="FFFFFFFF" w:tentative="1">
      <w:start w:val="1"/>
      <w:numFmt w:val="lowerLetter"/>
      <w:lvlText w:val="%8."/>
      <w:lvlJc w:val="left"/>
      <w:pPr>
        <w:ind w:left="6818" w:hanging="360"/>
      </w:pPr>
    </w:lvl>
    <w:lvl w:ilvl="8" w:tplc="FFFFFFFF" w:tentative="1">
      <w:start w:val="1"/>
      <w:numFmt w:val="lowerRoman"/>
      <w:lvlText w:val="%9."/>
      <w:lvlJc w:val="right"/>
      <w:pPr>
        <w:ind w:left="7538" w:hanging="180"/>
      </w:pPr>
    </w:lvl>
  </w:abstractNum>
  <w:abstractNum w:abstractNumId="42">
    <w:nsid w:val="74006269"/>
    <w:multiLevelType w:val="multilevel"/>
    <w:tmpl w:val="51CC9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5D54564"/>
    <w:multiLevelType w:val="multilevel"/>
    <w:tmpl w:val="75D545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nsid w:val="7A643092"/>
    <w:multiLevelType w:val="multilevel"/>
    <w:tmpl w:val="3B72C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BAE1EEE"/>
    <w:multiLevelType w:val="multilevel"/>
    <w:tmpl w:val="7BAE1E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
    <w:nsid w:val="7E6C423C"/>
    <w:multiLevelType w:val="multilevel"/>
    <w:tmpl w:val="947261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3"/>
  </w:num>
  <w:num w:numId="2">
    <w:abstractNumId w:val="12"/>
  </w:num>
  <w:num w:numId="3">
    <w:abstractNumId w:val="39"/>
  </w:num>
  <w:num w:numId="4">
    <w:abstractNumId w:val="44"/>
  </w:num>
  <w:num w:numId="5">
    <w:abstractNumId w:val="13"/>
  </w:num>
  <w:num w:numId="6">
    <w:abstractNumId w:val="21"/>
  </w:num>
  <w:num w:numId="7">
    <w:abstractNumId w:val="34"/>
  </w:num>
  <w:num w:numId="8">
    <w:abstractNumId w:val="42"/>
  </w:num>
  <w:num w:numId="9">
    <w:abstractNumId w:val="26"/>
  </w:num>
  <w:num w:numId="10">
    <w:abstractNumId w:val="27"/>
  </w:num>
  <w:num w:numId="11">
    <w:abstractNumId w:val="20"/>
  </w:num>
  <w:num w:numId="12">
    <w:abstractNumId w:val="17"/>
  </w:num>
  <w:num w:numId="13">
    <w:abstractNumId w:val="23"/>
  </w:num>
  <w:num w:numId="14">
    <w:abstractNumId w:val="46"/>
  </w:num>
  <w:num w:numId="15">
    <w:abstractNumId w:val="18"/>
  </w:num>
  <w:num w:numId="16">
    <w:abstractNumId w:val="0"/>
  </w:num>
  <w:num w:numId="17">
    <w:abstractNumId w:val="41"/>
  </w:num>
  <w:num w:numId="18">
    <w:abstractNumId w:val="19"/>
  </w:num>
  <w:num w:numId="19">
    <w:abstractNumId w:val="35"/>
  </w:num>
  <w:num w:numId="20">
    <w:abstractNumId w:val="9"/>
  </w:num>
  <w:num w:numId="21">
    <w:abstractNumId w:val="7"/>
  </w:num>
  <w:num w:numId="22">
    <w:abstractNumId w:val="6"/>
  </w:num>
  <w:num w:numId="23">
    <w:abstractNumId w:val="5"/>
  </w:num>
  <w:num w:numId="24">
    <w:abstractNumId w:val="8"/>
  </w:num>
  <w:num w:numId="25">
    <w:abstractNumId w:val="4"/>
  </w:num>
  <w:num w:numId="26">
    <w:abstractNumId w:val="3"/>
  </w:num>
  <w:num w:numId="27">
    <w:abstractNumId w:val="2"/>
  </w:num>
  <w:num w:numId="28">
    <w:abstractNumId w:val="1"/>
  </w:num>
  <w:num w:numId="29">
    <w:abstractNumId w:val="32"/>
  </w:num>
  <w:num w:numId="30">
    <w:abstractNumId w:val="24"/>
  </w:num>
  <w:num w:numId="31">
    <w:abstractNumId w:val="40"/>
  </w:num>
  <w:num w:numId="32">
    <w:abstractNumId w:val="28"/>
  </w:num>
  <w:num w:numId="33">
    <w:abstractNumId w:val="43"/>
  </w:num>
  <w:num w:numId="34">
    <w:abstractNumId w:val="11"/>
  </w:num>
  <w:num w:numId="35">
    <w:abstractNumId w:val="45"/>
  </w:num>
  <w:num w:numId="36">
    <w:abstractNumId w:val="25"/>
  </w:num>
  <w:num w:numId="37">
    <w:abstractNumId w:val="29"/>
  </w:num>
  <w:num w:numId="38">
    <w:abstractNumId w:val="14"/>
  </w:num>
  <w:num w:numId="39">
    <w:abstractNumId w:val="15"/>
  </w:num>
  <w:num w:numId="40">
    <w:abstractNumId w:val="31"/>
  </w:num>
  <w:num w:numId="41">
    <w:abstractNumId w:val="36"/>
  </w:num>
  <w:num w:numId="42">
    <w:abstractNumId w:val="22"/>
  </w:num>
  <w:num w:numId="43">
    <w:abstractNumId w:val="37"/>
  </w:num>
  <w:num w:numId="44">
    <w:abstractNumId w:val="16"/>
  </w:num>
  <w:num w:numId="45">
    <w:abstractNumId w:val="30"/>
  </w:num>
  <w:num w:numId="46">
    <w:abstractNumId w:val="38"/>
  </w:num>
  <w:num w:numId="4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6"/>
  <w:hideSpellingErrors/>
  <w:hideGrammaticalErrors/>
  <w:defaultTabStop w:val="567"/>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0A95"/>
    <w:rsid w:val="00000B91"/>
    <w:rsid w:val="00006059"/>
    <w:rsid w:val="000075CF"/>
    <w:rsid w:val="00012992"/>
    <w:rsid w:val="00017141"/>
    <w:rsid w:val="00025546"/>
    <w:rsid w:val="000358A3"/>
    <w:rsid w:val="000434A5"/>
    <w:rsid w:val="00044756"/>
    <w:rsid w:val="0004743F"/>
    <w:rsid w:val="000476D5"/>
    <w:rsid w:val="0005546D"/>
    <w:rsid w:val="00055F5C"/>
    <w:rsid w:val="00062635"/>
    <w:rsid w:val="00063619"/>
    <w:rsid w:val="00067753"/>
    <w:rsid w:val="00081A07"/>
    <w:rsid w:val="000879CA"/>
    <w:rsid w:val="00093CDE"/>
    <w:rsid w:val="000A2ED0"/>
    <w:rsid w:val="000A3333"/>
    <w:rsid w:val="000A4984"/>
    <w:rsid w:val="000A6C69"/>
    <w:rsid w:val="000A7311"/>
    <w:rsid w:val="000B00E5"/>
    <w:rsid w:val="000B1F37"/>
    <w:rsid w:val="000C282A"/>
    <w:rsid w:val="000C4022"/>
    <w:rsid w:val="000C5C23"/>
    <w:rsid w:val="000E0D8C"/>
    <w:rsid w:val="000F1D85"/>
    <w:rsid w:val="00100EFF"/>
    <w:rsid w:val="00106DE3"/>
    <w:rsid w:val="00112108"/>
    <w:rsid w:val="0011559C"/>
    <w:rsid w:val="001206B0"/>
    <w:rsid w:val="00125867"/>
    <w:rsid w:val="0013031E"/>
    <w:rsid w:val="001304B7"/>
    <w:rsid w:val="00130654"/>
    <w:rsid w:val="00132EB0"/>
    <w:rsid w:val="001453C8"/>
    <w:rsid w:val="00150A69"/>
    <w:rsid w:val="001522A8"/>
    <w:rsid w:val="00152387"/>
    <w:rsid w:val="001560B1"/>
    <w:rsid w:val="00157709"/>
    <w:rsid w:val="00163344"/>
    <w:rsid w:val="00164FE4"/>
    <w:rsid w:val="00170271"/>
    <w:rsid w:val="00180C8F"/>
    <w:rsid w:val="00181AD5"/>
    <w:rsid w:val="00187E1B"/>
    <w:rsid w:val="00187F82"/>
    <w:rsid w:val="0019247D"/>
    <w:rsid w:val="00193E07"/>
    <w:rsid w:val="00195D6B"/>
    <w:rsid w:val="00197806"/>
    <w:rsid w:val="001A0720"/>
    <w:rsid w:val="001A13AF"/>
    <w:rsid w:val="001A3226"/>
    <w:rsid w:val="001B02E6"/>
    <w:rsid w:val="001B131A"/>
    <w:rsid w:val="001C0121"/>
    <w:rsid w:val="001C5349"/>
    <w:rsid w:val="001C70D3"/>
    <w:rsid w:val="001C70F9"/>
    <w:rsid w:val="001D2F0E"/>
    <w:rsid w:val="001D7918"/>
    <w:rsid w:val="001E001F"/>
    <w:rsid w:val="001E1937"/>
    <w:rsid w:val="001E639F"/>
    <w:rsid w:val="001F6C40"/>
    <w:rsid w:val="001F7319"/>
    <w:rsid w:val="001F7F32"/>
    <w:rsid w:val="00202F74"/>
    <w:rsid w:val="002030C0"/>
    <w:rsid w:val="00204CB0"/>
    <w:rsid w:val="00204CF7"/>
    <w:rsid w:val="00206A25"/>
    <w:rsid w:val="00221F68"/>
    <w:rsid w:val="00232A75"/>
    <w:rsid w:val="002403E1"/>
    <w:rsid w:val="002417EA"/>
    <w:rsid w:val="00241D8E"/>
    <w:rsid w:val="0025241A"/>
    <w:rsid w:val="00252A78"/>
    <w:rsid w:val="00256730"/>
    <w:rsid w:val="00257076"/>
    <w:rsid w:val="0026504F"/>
    <w:rsid w:val="00273A08"/>
    <w:rsid w:val="00275983"/>
    <w:rsid w:val="00277D5E"/>
    <w:rsid w:val="00287BE9"/>
    <w:rsid w:val="00287E9A"/>
    <w:rsid w:val="00292FF3"/>
    <w:rsid w:val="00293DA3"/>
    <w:rsid w:val="002A03EA"/>
    <w:rsid w:val="002B1684"/>
    <w:rsid w:val="002B3464"/>
    <w:rsid w:val="002B53F3"/>
    <w:rsid w:val="002D1B20"/>
    <w:rsid w:val="002D1BE1"/>
    <w:rsid w:val="002D2778"/>
    <w:rsid w:val="002D627F"/>
    <w:rsid w:val="002E2599"/>
    <w:rsid w:val="002E3F14"/>
    <w:rsid w:val="002F04EB"/>
    <w:rsid w:val="002F0D2C"/>
    <w:rsid w:val="002F3847"/>
    <w:rsid w:val="002F3BB6"/>
    <w:rsid w:val="00303E32"/>
    <w:rsid w:val="00307FFE"/>
    <w:rsid w:val="00310FE6"/>
    <w:rsid w:val="003227AE"/>
    <w:rsid w:val="00327F56"/>
    <w:rsid w:val="0033027A"/>
    <w:rsid w:val="003331BD"/>
    <w:rsid w:val="00334E54"/>
    <w:rsid w:val="00337DD7"/>
    <w:rsid w:val="00346935"/>
    <w:rsid w:val="0034741E"/>
    <w:rsid w:val="003518C0"/>
    <w:rsid w:val="00351B9E"/>
    <w:rsid w:val="0035293C"/>
    <w:rsid w:val="003538AE"/>
    <w:rsid w:val="00360C63"/>
    <w:rsid w:val="00363605"/>
    <w:rsid w:val="00363D89"/>
    <w:rsid w:val="003671A7"/>
    <w:rsid w:val="00372A90"/>
    <w:rsid w:val="00375B77"/>
    <w:rsid w:val="00375F53"/>
    <w:rsid w:val="003821F4"/>
    <w:rsid w:val="00391267"/>
    <w:rsid w:val="0039168F"/>
    <w:rsid w:val="00394E58"/>
    <w:rsid w:val="003A19E0"/>
    <w:rsid w:val="003A4ABB"/>
    <w:rsid w:val="003A5554"/>
    <w:rsid w:val="003B05BF"/>
    <w:rsid w:val="003B3EBB"/>
    <w:rsid w:val="003B65AE"/>
    <w:rsid w:val="003B73B1"/>
    <w:rsid w:val="003B77DD"/>
    <w:rsid w:val="003C4787"/>
    <w:rsid w:val="003E1ED8"/>
    <w:rsid w:val="003E463D"/>
    <w:rsid w:val="003E6A34"/>
    <w:rsid w:val="003F46FB"/>
    <w:rsid w:val="003F63AA"/>
    <w:rsid w:val="00402890"/>
    <w:rsid w:val="004052F6"/>
    <w:rsid w:val="004168E9"/>
    <w:rsid w:val="00425398"/>
    <w:rsid w:val="00427CC3"/>
    <w:rsid w:val="00440695"/>
    <w:rsid w:val="00441B2D"/>
    <w:rsid w:val="0044609A"/>
    <w:rsid w:val="004466AC"/>
    <w:rsid w:val="004501CB"/>
    <w:rsid w:val="00452334"/>
    <w:rsid w:val="0046015C"/>
    <w:rsid w:val="00460261"/>
    <w:rsid w:val="00472EDF"/>
    <w:rsid w:val="00475A29"/>
    <w:rsid w:val="00481864"/>
    <w:rsid w:val="00490A67"/>
    <w:rsid w:val="004923F9"/>
    <w:rsid w:val="00496B5B"/>
    <w:rsid w:val="004A23C7"/>
    <w:rsid w:val="004A3C03"/>
    <w:rsid w:val="004B1F4D"/>
    <w:rsid w:val="004B48E5"/>
    <w:rsid w:val="004B4919"/>
    <w:rsid w:val="004B7CD0"/>
    <w:rsid w:val="004D0A95"/>
    <w:rsid w:val="004D271B"/>
    <w:rsid w:val="004D7277"/>
    <w:rsid w:val="004E575D"/>
    <w:rsid w:val="004F2A01"/>
    <w:rsid w:val="004F3DDF"/>
    <w:rsid w:val="004F565E"/>
    <w:rsid w:val="0051261A"/>
    <w:rsid w:val="00514292"/>
    <w:rsid w:val="005142E7"/>
    <w:rsid w:val="005152DC"/>
    <w:rsid w:val="0052253C"/>
    <w:rsid w:val="005303B5"/>
    <w:rsid w:val="00532E27"/>
    <w:rsid w:val="00542A6D"/>
    <w:rsid w:val="00546566"/>
    <w:rsid w:val="00546F6A"/>
    <w:rsid w:val="005478A4"/>
    <w:rsid w:val="00561B9B"/>
    <w:rsid w:val="00564C4F"/>
    <w:rsid w:val="00567C35"/>
    <w:rsid w:val="00572191"/>
    <w:rsid w:val="00572B91"/>
    <w:rsid w:val="00573A85"/>
    <w:rsid w:val="00574A4E"/>
    <w:rsid w:val="00575C0A"/>
    <w:rsid w:val="005774B3"/>
    <w:rsid w:val="00581F90"/>
    <w:rsid w:val="00585343"/>
    <w:rsid w:val="005869D4"/>
    <w:rsid w:val="005A039C"/>
    <w:rsid w:val="005A6CA3"/>
    <w:rsid w:val="005B0670"/>
    <w:rsid w:val="005B3813"/>
    <w:rsid w:val="005B45D2"/>
    <w:rsid w:val="005B4FA3"/>
    <w:rsid w:val="005B5F0F"/>
    <w:rsid w:val="005C1CC7"/>
    <w:rsid w:val="005C7983"/>
    <w:rsid w:val="005C7CD9"/>
    <w:rsid w:val="005D2C51"/>
    <w:rsid w:val="005E3368"/>
    <w:rsid w:val="005E49F0"/>
    <w:rsid w:val="005E592B"/>
    <w:rsid w:val="005F5346"/>
    <w:rsid w:val="00602ABE"/>
    <w:rsid w:val="00602D67"/>
    <w:rsid w:val="00607FCD"/>
    <w:rsid w:val="00610315"/>
    <w:rsid w:val="00613F20"/>
    <w:rsid w:val="00620895"/>
    <w:rsid w:val="00623DB2"/>
    <w:rsid w:val="00626857"/>
    <w:rsid w:val="006273A0"/>
    <w:rsid w:val="0063485E"/>
    <w:rsid w:val="0064216D"/>
    <w:rsid w:val="00645707"/>
    <w:rsid w:val="00645817"/>
    <w:rsid w:val="00647B03"/>
    <w:rsid w:val="00650E6E"/>
    <w:rsid w:val="00660AAD"/>
    <w:rsid w:val="00670819"/>
    <w:rsid w:val="00672C7D"/>
    <w:rsid w:val="0068204C"/>
    <w:rsid w:val="006853D5"/>
    <w:rsid w:val="00690D99"/>
    <w:rsid w:val="006B3041"/>
    <w:rsid w:val="006B7B77"/>
    <w:rsid w:val="006C0DB7"/>
    <w:rsid w:val="006C622D"/>
    <w:rsid w:val="006C7900"/>
    <w:rsid w:val="006D5E6A"/>
    <w:rsid w:val="006E0773"/>
    <w:rsid w:val="0070140D"/>
    <w:rsid w:val="007075E9"/>
    <w:rsid w:val="00713BE6"/>
    <w:rsid w:val="00717B96"/>
    <w:rsid w:val="00722E8E"/>
    <w:rsid w:val="007250F1"/>
    <w:rsid w:val="00726A29"/>
    <w:rsid w:val="00730D61"/>
    <w:rsid w:val="0073288E"/>
    <w:rsid w:val="007352C9"/>
    <w:rsid w:val="00746063"/>
    <w:rsid w:val="00747FDE"/>
    <w:rsid w:val="00752016"/>
    <w:rsid w:val="00763B74"/>
    <w:rsid w:val="00770282"/>
    <w:rsid w:val="007717F1"/>
    <w:rsid w:val="00772B61"/>
    <w:rsid w:val="0077396C"/>
    <w:rsid w:val="00774598"/>
    <w:rsid w:val="00784BE2"/>
    <w:rsid w:val="00784F68"/>
    <w:rsid w:val="00787BB8"/>
    <w:rsid w:val="0079424F"/>
    <w:rsid w:val="007A25EC"/>
    <w:rsid w:val="007A7ED5"/>
    <w:rsid w:val="007B79FA"/>
    <w:rsid w:val="007C53FF"/>
    <w:rsid w:val="007E17DE"/>
    <w:rsid w:val="007E6D2A"/>
    <w:rsid w:val="007F6D71"/>
    <w:rsid w:val="00802E71"/>
    <w:rsid w:val="0080560B"/>
    <w:rsid w:val="00821B66"/>
    <w:rsid w:val="00822EDF"/>
    <w:rsid w:val="00823864"/>
    <w:rsid w:val="0082624A"/>
    <w:rsid w:val="008302D4"/>
    <w:rsid w:val="0083343C"/>
    <w:rsid w:val="0083389F"/>
    <w:rsid w:val="00833943"/>
    <w:rsid w:val="00835D75"/>
    <w:rsid w:val="008375FB"/>
    <w:rsid w:val="00841E79"/>
    <w:rsid w:val="008536E8"/>
    <w:rsid w:val="00861296"/>
    <w:rsid w:val="00870B97"/>
    <w:rsid w:val="00874CAD"/>
    <w:rsid w:val="00877829"/>
    <w:rsid w:val="008809BA"/>
    <w:rsid w:val="0088712D"/>
    <w:rsid w:val="0089298A"/>
    <w:rsid w:val="00894A81"/>
    <w:rsid w:val="00895E37"/>
    <w:rsid w:val="008A02C0"/>
    <w:rsid w:val="008B1043"/>
    <w:rsid w:val="008B5D38"/>
    <w:rsid w:val="008B68F1"/>
    <w:rsid w:val="008C1327"/>
    <w:rsid w:val="008D0BA5"/>
    <w:rsid w:val="008E1187"/>
    <w:rsid w:val="008F2031"/>
    <w:rsid w:val="008F75AB"/>
    <w:rsid w:val="00916730"/>
    <w:rsid w:val="00916864"/>
    <w:rsid w:val="009215C0"/>
    <w:rsid w:val="009247F2"/>
    <w:rsid w:val="0093137B"/>
    <w:rsid w:val="00934695"/>
    <w:rsid w:val="009454E4"/>
    <w:rsid w:val="00951F6E"/>
    <w:rsid w:val="00952250"/>
    <w:rsid w:val="0096137D"/>
    <w:rsid w:val="00966250"/>
    <w:rsid w:val="00984110"/>
    <w:rsid w:val="009849C3"/>
    <w:rsid w:val="009850F2"/>
    <w:rsid w:val="0099507A"/>
    <w:rsid w:val="009B57EC"/>
    <w:rsid w:val="009B5FDE"/>
    <w:rsid w:val="009B79E5"/>
    <w:rsid w:val="009C454D"/>
    <w:rsid w:val="009C487B"/>
    <w:rsid w:val="009D3F81"/>
    <w:rsid w:val="009E3E7E"/>
    <w:rsid w:val="009E4BE4"/>
    <w:rsid w:val="009F1246"/>
    <w:rsid w:val="009F17D2"/>
    <w:rsid w:val="009F2B81"/>
    <w:rsid w:val="009F51FD"/>
    <w:rsid w:val="009F5B68"/>
    <w:rsid w:val="009F654D"/>
    <w:rsid w:val="00A01391"/>
    <w:rsid w:val="00A051FC"/>
    <w:rsid w:val="00A0670C"/>
    <w:rsid w:val="00A07FF5"/>
    <w:rsid w:val="00A1246F"/>
    <w:rsid w:val="00A135AE"/>
    <w:rsid w:val="00A17ECC"/>
    <w:rsid w:val="00A23729"/>
    <w:rsid w:val="00A24934"/>
    <w:rsid w:val="00A31E22"/>
    <w:rsid w:val="00A471B2"/>
    <w:rsid w:val="00A542DF"/>
    <w:rsid w:val="00A56A73"/>
    <w:rsid w:val="00A578B0"/>
    <w:rsid w:val="00A57C25"/>
    <w:rsid w:val="00A6134E"/>
    <w:rsid w:val="00A62662"/>
    <w:rsid w:val="00A71546"/>
    <w:rsid w:val="00A72E18"/>
    <w:rsid w:val="00A72F14"/>
    <w:rsid w:val="00A76B5B"/>
    <w:rsid w:val="00A81BD7"/>
    <w:rsid w:val="00A85757"/>
    <w:rsid w:val="00A9678A"/>
    <w:rsid w:val="00A977B8"/>
    <w:rsid w:val="00AA05F9"/>
    <w:rsid w:val="00AA5C57"/>
    <w:rsid w:val="00AB1B70"/>
    <w:rsid w:val="00AB2764"/>
    <w:rsid w:val="00AB475C"/>
    <w:rsid w:val="00AB4BD1"/>
    <w:rsid w:val="00AC18F7"/>
    <w:rsid w:val="00AC218E"/>
    <w:rsid w:val="00AC7BB5"/>
    <w:rsid w:val="00AD1A77"/>
    <w:rsid w:val="00AD1EA2"/>
    <w:rsid w:val="00AE391A"/>
    <w:rsid w:val="00AE7668"/>
    <w:rsid w:val="00AF6C7B"/>
    <w:rsid w:val="00B00AE0"/>
    <w:rsid w:val="00B01FDD"/>
    <w:rsid w:val="00B22084"/>
    <w:rsid w:val="00B307E4"/>
    <w:rsid w:val="00B402DE"/>
    <w:rsid w:val="00B40AB5"/>
    <w:rsid w:val="00B439DD"/>
    <w:rsid w:val="00B45E4D"/>
    <w:rsid w:val="00B462C4"/>
    <w:rsid w:val="00B50E3B"/>
    <w:rsid w:val="00B52681"/>
    <w:rsid w:val="00B53F2A"/>
    <w:rsid w:val="00B53F55"/>
    <w:rsid w:val="00B547B6"/>
    <w:rsid w:val="00B64AF8"/>
    <w:rsid w:val="00B66C7A"/>
    <w:rsid w:val="00B70E2D"/>
    <w:rsid w:val="00B75A9A"/>
    <w:rsid w:val="00B75D32"/>
    <w:rsid w:val="00B75EE0"/>
    <w:rsid w:val="00B76E05"/>
    <w:rsid w:val="00B8427B"/>
    <w:rsid w:val="00B87FC0"/>
    <w:rsid w:val="00B91179"/>
    <w:rsid w:val="00B94332"/>
    <w:rsid w:val="00B97455"/>
    <w:rsid w:val="00BA09BB"/>
    <w:rsid w:val="00BA1F26"/>
    <w:rsid w:val="00BA2BA8"/>
    <w:rsid w:val="00BA7984"/>
    <w:rsid w:val="00BB0231"/>
    <w:rsid w:val="00BB36FC"/>
    <w:rsid w:val="00BB3A01"/>
    <w:rsid w:val="00BB3A35"/>
    <w:rsid w:val="00BB4365"/>
    <w:rsid w:val="00BB521E"/>
    <w:rsid w:val="00BC3D35"/>
    <w:rsid w:val="00BE10A1"/>
    <w:rsid w:val="00BF47A0"/>
    <w:rsid w:val="00C01D6A"/>
    <w:rsid w:val="00C06151"/>
    <w:rsid w:val="00C06B9B"/>
    <w:rsid w:val="00C07F63"/>
    <w:rsid w:val="00C11A4A"/>
    <w:rsid w:val="00C11BA6"/>
    <w:rsid w:val="00C13135"/>
    <w:rsid w:val="00C333A8"/>
    <w:rsid w:val="00C346FE"/>
    <w:rsid w:val="00C351D8"/>
    <w:rsid w:val="00C41B3A"/>
    <w:rsid w:val="00C434A3"/>
    <w:rsid w:val="00C4660B"/>
    <w:rsid w:val="00C53099"/>
    <w:rsid w:val="00C5470B"/>
    <w:rsid w:val="00C55AD0"/>
    <w:rsid w:val="00C6197B"/>
    <w:rsid w:val="00C72AEF"/>
    <w:rsid w:val="00C8723B"/>
    <w:rsid w:val="00C926D8"/>
    <w:rsid w:val="00C93094"/>
    <w:rsid w:val="00CA5DEA"/>
    <w:rsid w:val="00CC00D0"/>
    <w:rsid w:val="00CC4A77"/>
    <w:rsid w:val="00CD32F6"/>
    <w:rsid w:val="00CD4834"/>
    <w:rsid w:val="00CE0591"/>
    <w:rsid w:val="00CE08C6"/>
    <w:rsid w:val="00CE377B"/>
    <w:rsid w:val="00CF3D47"/>
    <w:rsid w:val="00CF460C"/>
    <w:rsid w:val="00CF4EFB"/>
    <w:rsid w:val="00D0027F"/>
    <w:rsid w:val="00D05C1D"/>
    <w:rsid w:val="00D0605B"/>
    <w:rsid w:val="00D14620"/>
    <w:rsid w:val="00D170AA"/>
    <w:rsid w:val="00D24FCE"/>
    <w:rsid w:val="00D300D5"/>
    <w:rsid w:val="00D31C11"/>
    <w:rsid w:val="00D33D27"/>
    <w:rsid w:val="00D43902"/>
    <w:rsid w:val="00D468E7"/>
    <w:rsid w:val="00D50AC8"/>
    <w:rsid w:val="00D53165"/>
    <w:rsid w:val="00D56F99"/>
    <w:rsid w:val="00D573F8"/>
    <w:rsid w:val="00D574CA"/>
    <w:rsid w:val="00D60907"/>
    <w:rsid w:val="00D610B4"/>
    <w:rsid w:val="00D61D54"/>
    <w:rsid w:val="00D64917"/>
    <w:rsid w:val="00D65A8F"/>
    <w:rsid w:val="00D667BC"/>
    <w:rsid w:val="00D71C08"/>
    <w:rsid w:val="00D80F5C"/>
    <w:rsid w:val="00D83CC5"/>
    <w:rsid w:val="00D83DA2"/>
    <w:rsid w:val="00DA7886"/>
    <w:rsid w:val="00DB4B7F"/>
    <w:rsid w:val="00DB7DE2"/>
    <w:rsid w:val="00DC2ED5"/>
    <w:rsid w:val="00DC3066"/>
    <w:rsid w:val="00DC71D7"/>
    <w:rsid w:val="00DD01B6"/>
    <w:rsid w:val="00DE39AD"/>
    <w:rsid w:val="00DE7FA3"/>
    <w:rsid w:val="00DF066D"/>
    <w:rsid w:val="00DF58EA"/>
    <w:rsid w:val="00E010EA"/>
    <w:rsid w:val="00E0284B"/>
    <w:rsid w:val="00E02F94"/>
    <w:rsid w:val="00E037F5"/>
    <w:rsid w:val="00E058A7"/>
    <w:rsid w:val="00E1151B"/>
    <w:rsid w:val="00E11E2E"/>
    <w:rsid w:val="00E15976"/>
    <w:rsid w:val="00E15C63"/>
    <w:rsid w:val="00E16196"/>
    <w:rsid w:val="00E23BB9"/>
    <w:rsid w:val="00E272C6"/>
    <w:rsid w:val="00E34299"/>
    <w:rsid w:val="00E35CB4"/>
    <w:rsid w:val="00E3703E"/>
    <w:rsid w:val="00E41782"/>
    <w:rsid w:val="00E523BC"/>
    <w:rsid w:val="00E53DB3"/>
    <w:rsid w:val="00E62DBB"/>
    <w:rsid w:val="00E644F9"/>
    <w:rsid w:val="00E73E7D"/>
    <w:rsid w:val="00E73F3A"/>
    <w:rsid w:val="00E76C3B"/>
    <w:rsid w:val="00E77AA4"/>
    <w:rsid w:val="00E77C49"/>
    <w:rsid w:val="00E84985"/>
    <w:rsid w:val="00E919FB"/>
    <w:rsid w:val="00E95FD0"/>
    <w:rsid w:val="00EA1B6A"/>
    <w:rsid w:val="00EB04C1"/>
    <w:rsid w:val="00EB1526"/>
    <w:rsid w:val="00EB3043"/>
    <w:rsid w:val="00EB3F3A"/>
    <w:rsid w:val="00EB7402"/>
    <w:rsid w:val="00EC5CFE"/>
    <w:rsid w:val="00EE29CD"/>
    <w:rsid w:val="00EF02B6"/>
    <w:rsid w:val="00EF0D80"/>
    <w:rsid w:val="00EF52AB"/>
    <w:rsid w:val="00EF6A2E"/>
    <w:rsid w:val="00F03F27"/>
    <w:rsid w:val="00F23B57"/>
    <w:rsid w:val="00F24CA3"/>
    <w:rsid w:val="00F27D8F"/>
    <w:rsid w:val="00F30E7E"/>
    <w:rsid w:val="00F32587"/>
    <w:rsid w:val="00F34DBA"/>
    <w:rsid w:val="00F56E8B"/>
    <w:rsid w:val="00F57717"/>
    <w:rsid w:val="00F742ED"/>
    <w:rsid w:val="00F76E23"/>
    <w:rsid w:val="00F7719D"/>
    <w:rsid w:val="00F92E99"/>
    <w:rsid w:val="00F97639"/>
    <w:rsid w:val="00FA15C8"/>
    <w:rsid w:val="00FA1751"/>
    <w:rsid w:val="00FA1F98"/>
    <w:rsid w:val="00FA495C"/>
    <w:rsid w:val="00FC2AED"/>
    <w:rsid w:val="00FD0EF8"/>
    <w:rsid w:val="00FD1431"/>
    <w:rsid w:val="00FD2D94"/>
    <w:rsid w:val="00FD3AA1"/>
    <w:rsid w:val="00FE1FE3"/>
    <w:rsid w:val="00FF4301"/>
    <w:rsid w:val="00FF7D7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B03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B402DE"/>
  </w:style>
  <w:style w:type="paragraph" w:styleId="1">
    <w:name w:val="heading 1"/>
    <w:basedOn w:val="a1"/>
    <w:link w:val="10"/>
    <w:uiPriority w:val="9"/>
    <w:qFormat/>
    <w:rsid w:val="00532E2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1">
    <w:name w:val="heading 2"/>
    <w:basedOn w:val="a1"/>
    <w:next w:val="a1"/>
    <w:link w:val="22"/>
    <w:uiPriority w:val="9"/>
    <w:unhideWhenUsed/>
    <w:qFormat/>
    <w:rsid w:val="00F7719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link w:val="32"/>
    <w:uiPriority w:val="9"/>
    <w:qFormat/>
    <w:rsid w:val="00D0027F"/>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1"/>
    <w:next w:val="a1"/>
    <w:link w:val="40"/>
    <w:uiPriority w:val="9"/>
    <w:unhideWhenUsed/>
    <w:qFormat/>
    <w:rsid w:val="003A4ABB"/>
    <w:pPr>
      <w:keepNext/>
      <w:keepLines/>
      <w:spacing w:before="200" w:after="0"/>
      <w:outlineLvl w:val="3"/>
    </w:pPr>
    <w:rPr>
      <w:rFonts w:asciiTheme="majorHAnsi" w:eastAsiaTheme="majorEastAsia" w:hAnsiTheme="majorHAnsi" w:cstheme="majorBidi"/>
      <w:b/>
      <w:bCs/>
      <w:i/>
      <w:iCs/>
      <w:color w:val="4F81BD" w:themeColor="accent1"/>
      <w:lang w:val="en-US" w:eastAsia="en-US"/>
    </w:rPr>
  </w:style>
  <w:style w:type="paragraph" w:styleId="5">
    <w:name w:val="heading 5"/>
    <w:basedOn w:val="a1"/>
    <w:next w:val="a1"/>
    <w:link w:val="50"/>
    <w:uiPriority w:val="9"/>
    <w:unhideWhenUsed/>
    <w:qFormat/>
    <w:rsid w:val="00B53F55"/>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unhideWhenUsed/>
    <w:qFormat/>
    <w:rsid w:val="00B53F55"/>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3A4ABB"/>
    <w:pPr>
      <w:keepNext/>
      <w:keepLines/>
      <w:spacing w:before="200" w:after="0"/>
      <w:outlineLvl w:val="6"/>
    </w:pPr>
    <w:rPr>
      <w:rFonts w:asciiTheme="majorHAnsi" w:eastAsiaTheme="majorEastAsia" w:hAnsiTheme="majorHAnsi" w:cstheme="majorBidi"/>
      <w:i/>
      <w:iCs/>
      <w:color w:val="404040" w:themeColor="text1" w:themeTint="BF"/>
      <w:lang w:val="en-US" w:eastAsia="en-US"/>
    </w:rPr>
  </w:style>
  <w:style w:type="paragraph" w:styleId="8">
    <w:name w:val="heading 8"/>
    <w:basedOn w:val="a1"/>
    <w:next w:val="a1"/>
    <w:link w:val="80"/>
    <w:uiPriority w:val="9"/>
    <w:semiHidden/>
    <w:unhideWhenUsed/>
    <w:qFormat/>
    <w:rsid w:val="003A4ABB"/>
    <w:pPr>
      <w:keepNext/>
      <w:keepLines/>
      <w:spacing w:before="200" w:after="0"/>
      <w:outlineLvl w:val="7"/>
    </w:pPr>
    <w:rPr>
      <w:rFonts w:asciiTheme="majorHAnsi" w:eastAsiaTheme="majorEastAsia" w:hAnsiTheme="majorHAnsi" w:cstheme="majorBidi"/>
      <w:color w:val="4F81BD" w:themeColor="accent1"/>
      <w:sz w:val="20"/>
      <w:szCs w:val="20"/>
      <w:lang w:val="en-US" w:eastAsia="en-US"/>
    </w:rPr>
  </w:style>
  <w:style w:type="paragraph" w:styleId="9">
    <w:name w:val="heading 9"/>
    <w:basedOn w:val="a1"/>
    <w:next w:val="a1"/>
    <w:link w:val="90"/>
    <w:uiPriority w:val="9"/>
    <w:semiHidden/>
    <w:unhideWhenUsed/>
    <w:qFormat/>
    <w:rsid w:val="003A4ABB"/>
    <w:pPr>
      <w:keepNext/>
      <w:keepLines/>
      <w:spacing w:before="200" w:after="0"/>
      <w:outlineLvl w:val="8"/>
    </w:pPr>
    <w:rPr>
      <w:rFonts w:asciiTheme="majorHAnsi" w:eastAsiaTheme="majorEastAsia" w:hAnsiTheme="majorHAnsi" w:cstheme="majorBidi"/>
      <w:i/>
      <w:iCs/>
      <w:color w:val="404040" w:themeColor="text1" w:themeTint="BF"/>
      <w:sz w:val="20"/>
      <w:szCs w:val="20"/>
      <w:lang w:val="en-US" w:eastAsia="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Normal (Web)"/>
    <w:basedOn w:val="a1"/>
    <w:uiPriority w:val="99"/>
    <w:unhideWhenUsed/>
    <w:qFormat/>
    <w:rsid w:val="00DB4B7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2">
    <w:name w:val="Заголовок 3 Знак"/>
    <w:basedOn w:val="a2"/>
    <w:link w:val="31"/>
    <w:uiPriority w:val="9"/>
    <w:rsid w:val="00D0027F"/>
    <w:rPr>
      <w:rFonts w:ascii="Times New Roman" w:eastAsia="Times New Roman" w:hAnsi="Times New Roman" w:cs="Times New Roman"/>
      <w:b/>
      <w:bCs/>
      <w:sz w:val="27"/>
      <w:szCs w:val="27"/>
      <w:lang w:eastAsia="ru-RU"/>
    </w:rPr>
  </w:style>
  <w:style w:type="character" w:styleId="a6">
    <w:name w:val="Hyperlink"/>
    <w:basedOn w:val="a2"/>
    <w:uiPriority w:val="99"/>
    <w:unhideWhenUsed/>
    <w:rsid w:val="00D0027F"/>
    <w:rPr>
      <w:color w:val="0000FF"/>
      <w:u w:val="single"/>
    </w:rPr>
  </w:style>
  <w:style w:type="character" w:styleId="a7">
    <w:name w:val="Strong"/>
    <w:basedOn w:val="a2"/>
    <w:uiPriority w:val="22"/>
    <w:qFormat/>
    <w:rsid w:val="003518C0"/>
    <w:rPr>
      <w:b/>
      <w:bCs/>
    </w:rPr>
  </w:style>
  <w:style w:type="character" w:styleId="a8">
    <w:name w:val="Emphasis"/>
    <w:basedOn w:val="a2"/>
    <w:uiPriority w:val="20"/>
    <w:qFormat/>
    <w:rsid w:val="003518C0"/>
    <w:rPr>
      <w:i/>
      <w:iCs/>
    </w:rPr>
  </w:style>
  <w:style w:type="paragraph" w:styleId="HTML">
    <w:name w:val="HTML Preformatted"/>
    <w:basedOn w:val="a1"/>
    <w:link w:val="HTML0"/>
    <w:uiPriority w:val="99"/>
    <w:unhideWhenUsed/>
    <w:rsid w:val="003518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2"/>
    <w:link w:val="HTML"/>
    <w:uiPriority w:val="99"/>
    <w:rsid w:val="003518C0"/>
    <w:rPr>
      <w:rFonts w:ascii="Courier New" w:eastAsia="Times New Roman" w:hAnsi="Courier New" w:cs="Courier New"/>
      <w:sz w:val="20"/>
      <w:szCs w:val="20"/>
    </w:rPr>
  </w:style>
  <w:style w:type="character" w:styleId="HTML1">
    <w:name w:val="HTML Code"/>
    <w:basedOn w:val="a2"/>
    <w:uiPriority w:val="99"/>
    <w:semiHidden/>
    <w:unhideWhenUsed/>
    <w:rsid w:val="003518C0"/>
    <w:rPr>
      <w:rFonts w:ascii="Courier New" w:eastAsia="Times New Roman" w:hAnsi="Courier New" w:cs="Courier New"/>
      <w:sz w:val="20"/>
      <w:szCs w:val="20"/>
    </w:rPr>
  </w:style>
  <w:style w:type="character" w:customStyle="1" w:styleId="katex">
    <w:name w:val="katex"/>
    <w:basedOn w:val="a2"/>
    <w:rsid w:val="00C72AEF"/>
  </w:style>
  <w:style w:type="character" w:customStyle="1" w:styleId="22">
    <w:name w:val="Заголовок 2 Знак"/>
    <w:basedOn w:val="a2"/>
    <w:link w:val="21"/>
    <w:uiPriority w:val="9"/>
    <w:rsid w:val="00F7719D"/>
    <w:rPr>
      <w:rFonts w:asciiTheme="majorHAnsi" w:eastAsiaTheme="majorEastAsia" w:hAnsiTheme="majorHAnsi" w:cstheme="majorBidi"/>
      <w:b/>
      <w:bCs/>
      <w:color w:val="4F81BD" w:themeColor="accent1"/>
      <w:sz w:val="26"/>
      <w:szCs w:val="26"/>
    </w:rPr>
  </w:style>
  <w:style w:type="character" w:customStyle="1" w:styleId="50">
    <w:name w:val="Заголовок 5 Знак"/>
    <w:basedOn w:val="a2"/>
    <w:link w:val="5"/>
    <w:uiPriority w:val="9"/>
    <w:rsid w:val="00B53F55"/>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rsid w:val="00B53F55"/>
    <w:rPr>
      <w:rFonts w:asciiTheme="majorHAnsi" w:eastAsiaTheme="majorEastAsia" w:hAnsiTheme="majorHAnsi" w:cstheme="majorBidi"/>
      <w:i/>
      <w:iCs/>
      <w:color w:val="243F60" w:themeColor="accent1" w:themeShade="7F"/>
    </w:rPr>
  </w:style>
  <w:style w:type="paragraph" w:styleId="z-">
    <w:name w:val="HTML Top of Form"/>
    <w:basedOn w:val="a1"/>
    <w:next w:val="a1"/>
    <w:link w:val="z-0"/>
    <w:hidden/>
    <w:uiPriority w:val="99"/>
    <w:unhideWhenUsed/>
    <w:rsid w:val="00B53F55"/>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2"/>
    <w:link w:val="z-"/>
    <w:uiPriority w:val="99"/>
    <w:rsid w:val="00B53F55"/>
    <w:rPr>
      <w:rFonts w:ascii="Arial" w:eastAsia="Times New Roman" w:hAnsi="Arial" w:cs="Arial"/>
      <w:vanish/>
      <w:sz w:val="16"/>
      <w:szCs w:val="16"/>
    </w:rPr>
  </w:style>
  <w:style w:type="paragraph" w:styleId="z-1">
    <w:name w:val="HTML Bottom of Form"/>
    <w:basedOn w:val="a1"/>
    <w:next w:val="a1"/>
    <w:link w:val="z-2"/>
    <w:hidden/>
    <w:uiPriority w:val="99"/>
    <w:unhideWhenUsed/>
    <w:rsid w:val="00B53F55"/>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2"/>
    <w:link w:val="z-1"/>
    <w:uiPriority w:val="99"/>
    <w:rsid w:val="00B53F55"/>
    <w:rPr>
      <w:rFonts w:ascii="Arial" w:eastAsia="Times New Roman" w:hAnsi="Arial" w:cs="Arial"/>
      <w:vanish/>
      <w:sz w:val="16"/>
      <w:szCs w:val="16"/>
    </w:rPr>
  </w:style>
  <w:style w:type="character" w:customStyle="1" w:styleId="anegp0gi0b9av8jahpyh">
    <w:name w:val="anegp0gi0b9av8jahpyh"/>
    <w:basedOn w:val="a2"/>
    <w:rsid w:val="00AC18F7"/>
  </w:style>
  <w:style w:type="paragraph" w:customStyle="1" w:styleId="a9">
    <w:name w:val="Знак"/>
    <w:basedOn w:val="a1"/>
    <w:autoRedefine/>
    <w:rsid w:val="001A0720"/>
    <w:pPr>
      <w:spacing w:after="160" w:line="240" w:lineRule="exact"/>
    </w:pPr>
    <w:rPr>
      <w:rFonts w:ascii="Times New Roman" w:eastAsia="SimSun" w:hAnsi="Times New Roman" w:cs="Times New Roman"/>
      <w:b/>
      <w:sz w:val="28"/>
      <w:szCs w:val="24"/>
      <w:lang w:val="en-US" w:eastAsia="en-US"/>
    </w:rPr>
  </w:style>
  <w:style w:type="character" w:customStyle="1" w:styleId="10">
    <w:name w:val="Заголовок 1 Знак"/>
    <w:basedOn w:val="a2"/>
    <w:link w:val="1"/>
    <w:uiPriority w:val="9"/>
    <w:rsid w:val="00532E27"/>
    <w:rPr>
      <w:rFonts w:ascii="Times New Roman" w:eastAsia="Times New Roman" w:hAnsi="Times New Roman" w:cs="Times New Roman"/>
      <w:b/>
      <w:bCs/>
      <w:kern w:val="36"/>
      <w:sz w:val="48"/>
      <w:szCs w:val="48"/>
    </w:rPr>
  </w:style>
  <w:style w:type="table" w:styleId="aa">
    <w:name w:val="Table Grid"/>
    <w:basedOn w:val="a3"/>
    <w:uiPriority w:val="59"/>
    <w:rsid w:val="00DC71D7"/>
    <w:pPr>
      <w:spacing w:after="0" w:line="240" w:lineRule="auto"/>
    </w:pPr>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Placeholder Text"/>
    <w:basedOn w:val="a2"/>
    <w:uiPriority w:val="99"/>
    <w:unhideWhenUsed/>
    <w:rsid w:val="00106DE3"/>
    <w:rPr>
      <w:color w:val="666666"/>
    </w:rPr>
  </w:style>
  <w:style w:type="paragraph" w:styleId="ac">
    <w:name w:val="Balloon Text"/>
    <w:basedOn w:val="a1"/>
    <w:link w:val="ad"/>
    <w:uiPriority w:val="99"/>
    <w:rsid w:val="00106DE3"/>
    <w:pPr>
      <w:spacing w:after="0" w:line="240" w:lineRule="auto"/>
    </w:pPr>
    <w:rPr>
      <w:rFonts w:ascii="Tahoma" w:hAnsi="Tahoma" w:cs="Tahoma"/>
      <w:sz w:val="16"/>
      <w:szCs w:val="16"/>
      <w:lang w:val="en-US" w:eastAsia="zh-CN"/>
    </w:rPr>
  </w:style>
  <w:style w:type="character" w:customStyle="1" w:styleId="ad">
    <w:name w:val="Текст выноски Знак"/>
    <w:basedOn w:val="a2"/>
    <w:link w:val="ac"/>
    <w:uiPriority w:val="99"/>
    <w:rsid w:val="00106DE3"/>
    <w:rPr>
      <w:rFonts w:ascii="Tahoma" w:hAnsi="Tahoma" w:cs="Tahoma"/>
      <w:sz w:val="16"/>
      <w:szCs w:val="16"/>
      <w:lang w:val="en-US" w:eastAsia="zh-CN"/>
    </w:rPr>
  </w:style>
  <w:style w:type="numbering" w:customStyle="1" w:styleId="11">
    <w:name w:val="Нет списка1"/>
    <w:next w:val="a4"/>
    <w:uiPriority w:val="99"/>
    <w:semiHidden/>
    <w:unhideWhenUsed/>
    <w:rsid w:val="00BA7984"/>
  </w:style>
  <w:style w:type="paragraph" w:styleId="ae">
    <w:name w:val="List Paragraph"/>
    <w:basedOn w:val="a1"/>
    <w:uiPriority w:val="34"/>
    <w:qFormat/>
    <w:rsid w:val="00BA7984"/>
    <w:pPr>
      <w:spacing w:after="0" w:line="240" w:lineRule="auto"/>
      <w:ind w:left="720"/>
      <w:contextualSpacing/>
    </w:pPr>
    <w:rPr>
      <w:rFonts w:ascii="Times New Roman" w:eastAsia="Times New Roman" w:hAnsi="Times New Roman" w:cs="Times New Roman"/>
      <w:sz w:val="24"/>
      <w:szCs w:val="24"/>
    </w:rPr>
  </w:style>
  <w:style w:type="paragraph" w:styleId="af">
    <w:name w:val="header"/>
    <w:basedOn w:val="a1"/>
    <w:link w:val="af0"/>
    <w:uiPriority w:val="99"/>
    <w:unhideWhenUsed/>
    <w:rsid w:val="00BA7984"/>
    <w:pPr>
      <w:tabs>
        <w:tab w:val="center" w:pos="4677"/>
        <w:tab w:val="right" w:pos="9355"/>
      </w:tabs>
      <w:spacing w:after="0" w:line="240" w:lineRule="auto"/>
    </w:pPr>
    <w:rPr>
      <w:rFonts w:ascii="Times New Roman" w:eastAsia="Times New Roman" w:hAnsi="Times New Roman" w:cs="Times New Roman"/>
      <w:sz w:val="28"/>
      <w:szCs w:val="28"/>
    </w:rPr>
  </w:style>
  <w:style w:type="character" w:customStyle="1" w:styleId="af0">
    <w:name w:val="Верхний колонтитул Знак"/>
    <w:basedOn w:val="a2"/>
    <w:link w:val="af"/>
    <w:uiPriority w:val="99"/>
    <w:rsid w:val="00BA7984"/>
    <w:rPr>
      <w:rFonts w:ascii="Times New Roman" w:eastAsia="Times New Roman" w:hAnsi="Times New Roman" w:cs="Times New Roman"/>
      <w:sz w:val="28"/>
      <w:szCs w:val="28"/>
    </w:rPr>
  </w:style>
  <w:style w:type="paragraph" w:styleId="af1">
    <w:name w:val="footer"/>
    <w:basedOn w:val="a1"/>
    <w:link w:val="af2"/>
    <w:uiPriority w:val="99"/>
    <w:unhideWhenUsed/>
    <w:rsid w:val="00BA7984"/>
    <w:pPr>
      <w:tabs>
        <w:tab w:val="center" w:pos="4677"/>
        <w:tab w:val="right" w:pos="9355"/>
      </w:tabs>
      <w:spacing w:after="0" w:line="240" w:lineRule="auto"/>
    </w:pPr>
    <w:rPr>
      <w:rFonts w:ascii="Times New Roman" w:eastAsia="Times New Roman" w:hAnsi="Times New Roman" w:cs="Times New Roman"/>
      <w:sz w:val="28"/>
      <w:szCs w:val="28"/>
    </w:rPr>
  </w:style>
  <w:style w:type="character" w:customStyle="1" w:styleId="af2">
    <w:name w:val="Нижний колонтитул Знак"/>
    <w:basedOn w:val="a2"/>
    <w:link w:val="af1"/>
    <w:uiPriority w:val="99"/>
    <w:rsid w:val="00BA7984"/>
    <w:rPr>
      <w:rFonts w:ascii="Times New Roman" w:eastAsia="Times New Roman" w:hAnsi="Times New Roman" w:cs="Times New Roman"/>
      <w:sz w:val="28"/>
      <w:szCs w:val="28"/>
    </w:rPr>
  </w:style>
  <w:style w:type="paragraph" w:styleId="af3">
    <w:name w:val="No Spacing"/>
    <w:uiPriority w:val="1"/>
    <w:qFormat/>
    <w:rsid w:val="00BA7984"/>
    <w:pPr>
      <w:spacing w:after="0" w:line="240" w:lineRule="auto"/>
    </w:pPr>
    <w:rPr>
      <w:rFonts w:ascii="Times New Roman" w:eastAsia="Times New Roman" w:hAnsi="Times New Roman" w:cs="Times New Roman"/>
      <w:sz w:val="28"/>
      <w:szCs w:val="28"/>
    </w:rPr>
  </w:style>
  <w:style w:type="paragraph" w:customStyle="1" w:styleId="Default">
    <w:name w:val="Default"/>
    <w:rsid w:val="00BA7984"/>
    <w:pPr>
      <w:autoSpaceDE w:val="0"/>
      <w:autoSpaceDN w:val="0"/>
      <w:adjustRightInd w:val="0"/>
      <w:spacing w:after="0" w:line="240" w:lineRule="auto"/>
    </w:pPr>
    <w:rPr>
      <w:rFonts w:ascii="Times New Roman" w:hAnsi="Times New Roman" w:cs="Times New Roman"/>
      <w:color w:val="000000"/>
      <w:sz w:val="24"/>
      <w:szCs w:val="24"/>
      <w:lang w:eastAsia="ko-KR"/>
    </w:rPr>
  </w:style>
  <w:style w:type="character" w:customStyle="1" w:styleId="layout">
    <w:name w:val="layout"/>
    <w:rsid w:val="00BA7984"/>
  </w:style>
  <w:style w:type="paragraph" w:customStyle="1" w:styleId="4textlist">
    <w:name w:val="_4_text_list"/>
    <w:basedOn w:val="a1"/>
    <w:rsid w:val="00BA7984"/>
    <w:pPr>
      <w:spacing w:after="0" w:line="260" w:lineRule="atLeast"/>
      <w:ind w:left="720" w:hanging="360"/>
      <w:jc w:val="both"/>
    </w:pPr>
    <w:rPr>
      <w:rFonts w:ascii="Palatino Linotype" w:eastAsia="SimSun" w:hAnsi="Palatino Linotype" w:cs="Times New Roman"/>
      <w:noProof/>
      <w:color w:val="000000"/>
      <w:sz w:val="20"/>
      <w:szCs w:val="20"/>
      <w:lang w:val="en-US" w:eastAsia="zh-CN"/>
    </w:rPr>
  </w:style>
  <w:style w:type="character" w:customStyle="1" w:styleId="40">
    <w:name w:val="Заголовок 4 Знак"/>
    <w:basedOn w:val="a2"/>
    <w:link w:val="4"/>
    <w:uiPriority w:val="9"/>
    <w:rsid w:val="003A4ABB"/>
    <w:rPr>
      <w:rFonts w:asciiTheme="majorHAnsi" w:eastAsiaTheme="majorEastAsia" w:hAnsiTheme="majorHAnsi" w:cstheme="majorBidi"/>
      <w:b/>
      <w:bCs/>
      <w:i/>
      <w:iCs/>
      <w:color w:val="4F81BD" w:themeColor="accent1"/>
      <w:lang w:val="en-US" w:eastAsia="en-US"/>
    </w:rPr>
  </w:style>
  <w:style w:type="character" w:customStyle="1" w:styleId="70">
    <w:name w:val="Заголовок 7 Знак"/>
    <w:basedOn w:val="a2"/>
    <w:link w:val="7"/>
    <w:uiPriority w:val="9"/>
    <w:semiHidden/>
    <w:rsid w:val="003A4ABB"/>
    <w:rPr>
      <w:rFonts w:asciiTheme="majorHAnsi" w:eastAsiaTheme="majorEastAsia" w:hAnsiTheme="majorHAnsi" w:cstheme="majorBidi"/>
      <w:i/>
      <w:iCs/>
      <w:color w:val="404040" w:themeColor="text1" w:themeTint="BF"/>
      <w:lang w:val="en-US" w:eastAsia="en-US"/>
    </w:rPr>
  </w:style>
  <w:style w:type="character" w:customStyle="1" w:styleId="80">
    <w:name w:val="Заголовок 8 Знак"/>
    <w:basedOn w:val="a2"/>
    <w:link w:val="8"/>
    <w:uiPriority w:val="9"/>
    <w:semiHidden/>
    <w:rsid w:val="003A4ABB"/>
    <w:rPr>
      <w:rFonts w:asciiTheme="majorHAnsi" w:eastAsiaTheme="majorEastAsia" w:hAnsiTheme="majorHAnsi" w:cstheme="majorBidi"/>
      <w:color w:val="4F81BD" w:themeColor="accent1"/>
      <w:sz w:val="20"/>
      <w:szCs w:val="20"/>
      <w:lang w:val="en-US" w:eastAsia="en-US"/>
    </w:rPr>
  </w:style>
  <w:style w:type="character" w:customStyle="1" w:styleId="90">
    <w:name w:val="Заголовок 9 Знак"/>
    <w:basedOn w:val="a2"/>
    <w:link w:val="9"/>
    <w:uiPriority w:val="9"/>
    <w:semiHidden/>
    <w:rsid w:val="003A4ABB"/>
    <w:rPr>
      <w:rFonts w:asciiTheme="majorHAnsi" w:eastAsiaTheme="majorEastAsia" w:hAnsiTheme="majorHAnsi" w:cstheme="majorBidi"/>
      <w:i/>
      <w:iCs/>
      <w:color w:val="404040" w:themeColor="text1" w:themeTint="BF"/>
      <w:sz w:val="20"/>
      <w:szCs w:val="20"/>
      <w:lang w:val="en-US" w:eastAsia="en-US"/>
    </w:rPr>
  </w:style>
  <w:style w:type="paragraph" w:styleId="af4">
    <w:name w:val="Title"/>
    <w:basedOn w:val="a1"/>
    <w:next w:val="a1"/>
    <w:link w:val="af5"/>
    <w:uiPriority w:val="10"/>
    <w:qFormat/>
    <w:rsid w:val="003A4AB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n-US" w:eastAsia="en-US"/>
    </w:rPr>
  </w:style>
  <w:style w:type="character" w:customStyle="1" w:styleId="af5">
    <w:name w:val="Название Знак"/>
    <w:basedOn w:val="a2"/>
    <w:link w:val="af4"/>
    <w:uiPriority w:val="10"/>
    <w:rsid w:val="003A4ABB"/>
    <w:rPr>
      <w:rFonts w:asciiTheme="majorHAnsi" w:eastAsiaTheme="majorEastAsia" w:hAnsiTheme="majorHAnsi" w:cstheme="majorBidi"/>
      <w:color w:val="17365D" w:themeColor="text2" w:themeShade="BF"/>
      <w:spacing w:val="5"/>
      <w:kern w:val="28"/>
      <w:sz w:val="52"/>
      <w:szCs w:val="52"/>
      <w:lang w:val="en-US" w:eastAsia="en-US"/>
    </w:rPr>
  </w:style>
  <w:style w:type="paragraph" w:styleId="af6">
    <w:name w:val="Subtitle"/>
    <w:basedOn w:val="a1"/>
    <w:next w:val="a1"/>
    <w:link w:val="af7"/>
    <w:uiPriority w:val="11"/>
    <w:qFormat/>
    <w:rsid w:val="003A4ABB"/>
    <w:pPr>
      <w:numPr>
        <w:ilvl w:val="1"/>
      </w:numPr>
    </w:pPr>
    <w:rPr>
      <w:rFonts w:asciiTheme="majorHAnsi" w:eastAsiaTheme="majorEastAsia" w:hAnsiTheme="majorHAnsi" w:cstheme="majorBidi"/>
      <w:i/>
      <w:iCs/>
      <w:color w:val="4F81BD" w:themeColor="accent1"/>
      <w:spacing w:val="15"/>
      <w:sz w:val="24"/>
      <w:szCs w:val="24"/>
      <w:lang w:val="en-US" w:eastAsia="en-US"/>
    </w:rPr>
  </w:style>
  <w:style w:type="character" w:customStyle="1" w:styleId="af7">
    <w:name w:val="Подзаголовок Знак"/>
    <w:basedOn w:val="a2"/>
    <w:link w:val="af6"/>
    <w:uiPriority w:val="11"/>
    <w:rsid w:val="003A4ABB"/>
    <w:rPr>
      <w:rFonts w:asciiTheme="majorHAnsi" w:eastAsiaTheme="majorEastAsia" w:hAnsiTheme="majorHAnsi" w:cstheme="majorBidi"/>
      <w:i/>
      <w:iCs/>
      <w:color w:val="4F81BD" w:themeColor="accent1"/>
      <w:spacing w:val="15"/>
      <w:sz w:val="24"/>
      <w:szCs w:val="24"/>
      <w:lang w:val="en-US" w:eastAsia="en-US"/>
    </w:rPr>
  </w:style>
  <w:style w:type="paragraph" w:styleId="af8">
    <w:name w:val="Body Text"/>
    <w:basedOn w:val="a1"/>
    <w:link w:val="af9"/>
    <w:uiPriority w:val="99"/>
    <w:unhideWhenUsed/>
    <w:rsid w:val="003A4ABB"/>
    <w:pPr>
      <w:spacing w:after="120"/>
    </w:pPr>
    <w:rPr>
      <w:lang w:val="en-US" w:eastAsia="en-US"/>
    </w:rPr>
  </w:style>
  <w:style w:type="character" w:customStyle="1" w:styleId="af9">
    <w:name w:val="Основной текст Знак"/>
    <w:basedOn w:val="a2"/>
    <w:link w:val="af8"/>
    <w:uiPriority w:val="99"/>
    <w:rsid w:val="003A4ABB"/>
    <w:rPr>
      <w:lang w:val="en-US" w:eastAsia="en-US"/>
    </w:rPr>
  </w:style>
  <w:style w:type="paragraph" w:styleId="23">
    <w:name w:val="Body Text 2"/>
    <w:basedOn w:val="a1"/>
    <w:link w:val="24"/>
    <w:unhideWhenUsed/>
    <w:rsid w:val="003A4ABB"/>
    <w:pPr>
      <w:spacing w:after="120" w:line="480" w:lineRule="auto"/>
    </w:pPr>
    <w:rPr>
      <w:lang w:val="en-US" w:eastAsia="en-US"/>
    </w:rPr>
  </w:style>
  <w:style w:type="character" w:customStyle="1" w:styleId="24">
    <w:name w:val="Основной текст 2 Знак"/>
    <w:basedOn w:val="a2"/>
    <w:link w:val="23"/>
    <w:rsid w:val="003A4ABB"/>
    <w:rPr>
      <w:lang w:val="en-US" w:eastAsia="en-US"/>
    </w:rPr>
  </w:style>
  <w:style w:type="paragraph" w:styleId="33">
    <w:name w:val="Body Text 3"/>
    <w:basedOn w:val="a1"/>
    <w:link w:val="34"/>
    <w:uiPriority w:val="99"/>
    <w:unhideWhenUsed/>
    <w:rsid w:val="003A4ABB"/>
    <w:pPr>
      <w:spacing w:after="120"/>
    </w:pPr>
    <w:rPr>
      <w:sz w:val="16"/>
      <w:szCs w:val="16"/>
      <w:lang w:val="en-US" w:eastAsia="en-US"/>
    </w:rPr>
  </w:style>
  <w:style w:type="character" w:customStyle="1" w:styleId="34">
    <w:name w:val="Основной текст 3 Знак"/>
    <w:basedOn w:val="a2"/>
    <w:link w:val="33"/>
    <w:uiPriority w:val="99"/>
    <w:rsid w:val="003A4ABB"/>
    <w:rPr>
      <w:sz w:val="16"/>
      <w:szCs w:val="16"/>
      <w:lang w:val="en-US" w:eastAsia="en-US"/>
    </w:rPr>
  </w:style>
  <w:style w:type="paragraph" w:styleId="afa">
    <w:name w:val="List"/>
    <w:basedOn w:val="a1"/>
    <w:uiPriority w:val="99"/>
    <w:unhideWhenUsed/>
    <w:rsid w:val="003A4ABB"/>
    <w:pPr>
      <w:ind w:left="360" w:hanging="360"/>
      <w:contextualSpacing/>
    </w:pPr>
    <w:rPr>
      <w:lang w:val="en-US" w:eastAsia="en-US"/>
    </w:rPr>
  </w:style>
  <w:style w:type="paragraph" w:styleId="25">
    <w:name w:val="List 2"/>
    <w:basedOn w:val="a1"/>
    <w:uiPriority w:val="99"/>
    <w:unhideWhenUsed/>
    <w:rsid w:val="003A4ABB"/>
    <w:pPr>
      <w:ind w:left="720" w:hanging="360"/>
      <w:contextualSpacing/>
    </w:pPr>
    <w:rPr>
      <w:lang w:val="en-US" w:eastAsia="en-US"/>
    </w:rPr>
  </w:style>
  <w:style w:type="paragraph" w:styleId="35">
    <w:name w:val="List 3"/>
    <w:basedOn w:val="a1"/>
    <w:uiPriority w:val="99"/>
    <w:unhideWhenUsed/>
    <w:rsid w:val="003A4ABB"/>
    <w:pPr>
      <w:ind w:left="1080" w:hanging="360"/>
      <w:contextualSpacing/>
    </w:pPr>
    <w:rPr>
      <w:lang w:val="en-US" w:eastAsia="en-US"/>
    </w:rPr>
  </w:style>
  <w:style w:type="paragraph" w:styleId="a0">
    <w:name w:val="List Bullet"/>
    <w:basedOn w:val="a1"/>
    <w:uiPriority w:val="99"/>
    <w:unhideWhenUsed/>
    <w:rsid w:val="003A4ABB"/>
    <w:pPr>
      <w:numPr>
        <w:numId w:val="20"/>
      </w:numPr>
      <w:contextualSpacing/>
    </w:pPr>
    <w:rPr>
      <w:lang w:val="en-US" w:eastAsia="en-US"/>
    </w:rPr>
  </w:style>
  <w:style w:type="paragraph" w:styleId="20">
    <w:name w:val="List Bullet 2"/>
    <w:basedOn w:val="a1"/>
    <w:uiPriority w:val="99"/>
    <w:unhideWhenUsed/>
    <w:rsid w:val="003A4ABB"/>
    <w:pPr>
      <w:numPr>
        <w:numId w:val="21"/>
      </w:numPr>
      <w:contextualSpacing/>
    </w:pPr>
    <w:rPr>
      <w:lang w:val="en-US" w:eastAsia="en-US"/>
    </w:rPr>
  </w:style>
  <w:style w:type="paragraph" w:styleId="30">
    <w:name w:val="List Bullet 3"/>
    <w:basedOn w:val="a1"/>
    <w:uiPriority w:val="99"/>
    <w:unhideWhenUsed/>
    <w:rsid w:val="003A4ABB"/>
    <w:pPr>
      <w:numPr>
        <w:numId w:val="22"/>
      </w:numPr>
      <w:contextualSpacing/>
    </w:pPr>
    <w:rPr>
      <w:lang w:val="en-US" w:eastAsia="en-US"/>
    </w:rPr>
  </w:style>
  <w:style w:type="paragraph" w:styleId="a">
    <w:name w:val="List Number"/>
    <w:basedOn w:val="a1"/>
    <w:uiPriority w:val="99"/>
    <w:unhideWhenUsed/>
    <w:rsid w:val="003A4ABB"/>
    <w:pPr>
      <w:numPr>
        <w:numId w:val="24"/>
      </w:numPr>
      <w:contextualSpacing/>
    </w:pPr>
    <w:rPr>
      <w:lang w:val="en-US" w:eastAsia="en-US"/>
    </w:rPr>
  </w:style>
  <w:style w:type="paragraph" w:styleId="2">
    <w:name w:val="List Number 2"/>
    <w:basedOn w:val="a1"/>
    <w:uiPriority w:val="99"/>
    <w:unhideWhenUsed/>
    <w:rsid w:val="003A4ABB"/>
    <w:pPr>
      <w:numPr>
        <w:numId w:val="25"/>
      </w:numPr>
      <w:contextualSpacing/>
    </w:pPr>
    <w:rPr>
      <w:lang w:val="en-US" w:eastAsia="en-US"/>
    </w:rPr>
  </w:style>
  <w:style w:type="paragraph" w:styleId="3">
    <w:name w:val="List Number 3"/>
    <w:basedOn w:val="a1"/>
    <w:uiPriority w:val="99"/>
    <w:unhideWhenUsed/>
    <w:rsid w:val="003A4ABB"/>
    <w:pPr>
      <w:numPr>
        <w:numId w:val="26"/>
      </w:numPr>
      <w:contextualSpacing/>
    </w:pPr>
    <w:rPr>
      <w:lang w:val="en-US" w:eastAsia="en-US"/>
    </w:rPr>
  </w:style>
  <w:style w:type="paragraph" w:styleId="afb">
    <w:name w:val="List Continue"/>
    <w:basedOn w:val="a1"/>
    <w:uiPriority w:val="99"/>
    <w:unhideWhenUsed/>
    <w:rsid w:val="003A4ABB"/>
    <w:pPr>
      <w:spacing w:after="120"/>
      <w:ind w:left="360"/>
      <w:contextualSpacing/>
    </w:pPr>
    <w:rPr>
      <w:lang w:val="en-US" w:eastAsia="en-US"/>
    </w:rPr>
  </w:style>
  <w:style w:type="paragraph" w:styleId="26">
    <w:name w:val="List Continue 2"/>
    <w:basedOn w:val="a1"/>
    <w:uiPriority w:val="99"/>
    <w:unhideWhenUsed/>
    <w:rsid w:val="003A4ABB"/>
    <w:pPr>
      <w:spacing w:after="120"/>
      <w:ind w:left="720"/>
      <w:contextualSpacing/>
    </w:pPr>
    <w:rPr>
      <w:lang w:val="en-US" w:eastAsia="en-US"/>
    </w:rPr>
  </w:style>
  <w:style w:type="paragraph" w:styleId="36">
    <w:name w:val="List Continue 3"/>
    <w:basedOn w:val="a1"/>
    <w:uiPriority w:val="99"/>
    <w:unhideWhenUsed/>
    <w:rsid w:val="003A4ABB"/>
    <w:pPr>
      <w:spacing w:after="120"/>
      <w:ind w:left="1080"/>
      <w:contextualSpacing/>
    </w:pPr>
    <w:rPr>
      <w:lang w:val="en-US" w:eastAsia="en-US"/>
    </w:rPr>
  </w:style>
  <w:style w:type="paragraph" w:styleId="afc">
    <w:name w:val="macro"/>
    <w:link w:val="afd"/>
    <w:uiPriority w:val="99"/>
    <w:unhideWhenUsed/>
    <w:rsid w:val="003A4ABB"/>
    <w:pPr>
      <w:tabs>
        <w:tab w:val="left" w:pos="576"/>
        <w:tab w:val="left" w:pos="1152"/>
        <w:tab w:val="left" w:pos="1728"/>
        <w:tab w:val="left" w:pos="2304"/>
        <w:tab w:val="left" w:pos="2880"/>
        <w:tab w:val="left" w:pos="3456"/>
        <w:tab w:val="left" w:pos="4032"/>
      </w:tabs>
    </w:pPr>
    <w:rPr>
      <w:rFonts w:ascii="Courier" w:hAnsi="Courier"/>
      <w:sz w:val="20"/>
      <w:szCs w:val="20"/>
      <w:lang w:val="en-US" w:eastAsia="en-US"/>
    </w:rPr>
  </w:style>
  <w:style w:type="character" w:customStyle="1" w:styleId="afd">
    <w:name w:val="Текст макроса Знак"/>
    <w:basedOn w:val="a2"/>
    <w:link w:val="afc"/>
    <w:uiPriority w:val="99"/>
    <w:rsid w:val="003A4ABB"/>
    <w:rPr>
      <w:rFonts w:ascii="Courier" w:hAnsi="Courier"/>
      <w:sz w:val="20"/>
      <w:szCs w:val="20"/>
      <w:lang w:val="en-US" w:eastAsia="en-US"/>
    </w:rPr>
  </w:style>
  <w:style w:type="paragraph" w:styleId="27">
    <w:name w:val="Quote"/>
    <w:basedOn w:val="a1"/>
    <w:next w:val="a1"/>
    <w:link w:val="28"/>
    <w:uiPriority w:val="29"/>
    <w:qFormat/>
    <w:rsid w:val="003A4ABB"/>
    <w:rPr>
      <w:i/>
      <w:iCs/>
      <w:color w:val="000000" w:themeColor="text1"/>
      <w:lang w:val="en-US" w:eastAsia="en-US"/>
    </w:rPr>
  </w:style>
  <w:style w:type="character" w:customStyle="1" w:styleId="28">
    <w:name w:val="Цитата 2 Знак"/>
    <w:basedOn w:val="a2"/>
    <w:link w:val="27"/>
    <w:uiPriority w:val="29"/>
    <w:rsid w:val="003A4ABB"/>
    <w:rPr>
      <w:i/>
      <w:iCs/>
      <w:color w:val="000000" w:themeColor="text1"/>
      <w:lang w:val="en-US" w:eastAsia="en-US"/>
    </w:rPr>
  </w:style>
  <w:style w:type="paragraph" w:styleId="afe">
    <w:name w:val="caption"/>
    <w:basedOn w:val="a1"/>
    <w:next w:val="a1"/>
    <w:uiPriority w:val="35"/>
    <w:semiHidden/>
    <w:unhideWhenUsed/>
    <w:qFormat/>
    <w:rsid w:val="003A4ABB"/>
    <w:pPr>
      <w:spacing w:line="240" w:lineRule="auto"/>
    </w:pPr>
    <w:rPr>
      <w:b/>
      <w:bCs/>
      <w:color w:val="4F81BD" w:themeColor="accent1"/>
      <w:sz w:val="18"/>
      <w:szCs w:val="18"/>
      <w:lang w:val="en-US" w:eastAsia="en-US"/>
    </w:rPr>
  </w:style>
  <w:style w:type="paragraph" w:styleId="aff">
    <w:name w:val="Intense Quote"/>
    <w:basedOn w:val="a1"/>
    <w:next w:val="a1"/>
    <w:link w:val="aff0"/>
    <w:uiPriority w:val="30"/>
    <w:qFormat/>
    <w:rsid w:val="003A4ABB"/>
    <w:pPr>
      <w:pBdr>
        <w:bottom w:val="single" w:sz="4" w:space="4" w:color="4F81BD" w:themeColor="accent1"/>
      </w:pBdr>
      <w:spacing w:before="200" w:after="280"/>
      <w:ind w:left="936" w:right="936"/>
    </w:pPr>
    <w:rPr>
      <w:b/>
      <w:bCs/>
      <w:i/>
      <w:iCs/>
      <w:color w:val="4F81BD" w:themeColor="accent1"/>
      <w:lang w:val="en-US" w:eastAsia="en-US"/>
    </w:rPr>
  </w:style>
  <w:style w:type="character" w:customStyle="1" w:styleId="aff0">
    <w:name w:val="Выделенная цитата Знак"/>
    <w:basedOn w:val="a2"/>
    <w:link w:val="aff"/>
    <w:uiPriority w:val="30"/>
    <w:rsid w:val="003A4ABB"/>
    <w:rPr>
      <w:b/>
      <w:bCs/>
      <w:i/>
      <w:iCs/>
      <w:color w:val="4F81BD" w:themeColor="accent1"/>
      <w:lang w:val="en-US" w:eastAsia="en-US"/>
    </w:rPr>
  </w:style>
  <w:style w:type="character" w:styleId="aff1">
    <w:name w:val="Subtle Emphasis"/>
    <w:basedOn w:val="a2"/>
    <w:uiPriority w:val="19"/>
    <w:qFormat/>
    <w:rsid w:val="003A4ABB"/>
    <w:rPr>
      <w:i/>
      <w:iCs/>
      <w:color w:val="808080" w:themeColor="text1" w:themeTint="7F"/>
    </w:rPr>
  </w:style>
  <w:style w:type="character" w:styleId="aff2">
    <w:name w:val="Intense Emphasis"/>
    <w:basedOn w:val="a2"/>
    <w:uiPriority w:val="21"/>
    <w:qFormat/>
    <w:rsid w:val="003A4ABB"/>
    <w:rPr>
      <w:b/>
      <w:bCs/>
      <w:i/>
      <w:iCs/>
      <w:color w:val="4F81BD" w:themeColor="accent1"/>
    </w:rPr>
  </w:style>
  <w:style w:type="character" w:styleId="aff3">
    <w:name w:val="Subtle Reference"/>
    <w:basedOn w:val="a2"/>
    <w:uiPriority w:val="31"/>
    <w:qFormat/>
    <w:rsid w:val="003A4ABB"/>
    <w:rPr>
      <w:smallCaps/>
      <w:color w:val="C0504D" w:themeColor="accent2"/>
      <w:u w:val="single"/>
    </w:rPr>
  </w:style>
  <w:style w:type="character" w:styleId="aff4">
    <w:name w:val="Intense Reference"/>
    <w:basedOn w:val="a2"/>
    <w:uiPriority w:val="32"/>
    <w:qFormat/>
    <w:rsid w:val="003A4ABB"/>
    <w:rPr>
      <w:b/>
      <w:bCs/>
      <w:smallCaps/>
      <w:color w:val="C0504D" w:themeColor="accent2"/>
      <w:spacing w:val="5"/>
      <w:u w:val="single"/>
    </w:rPr>
  </w:style>
  <w:style w:type="character" w:styleId="aff5">
    <w:name w:val="Book Title"/>
    <w:basedOn w:val="a2"/>
    <w:uiPriority w:val="33"/>
    <w:qFormat/>
    <w:rsid w:val="003A4ABB"/>
    <w:rPr>
      <w:b/>
      <w:bCs/>
      <w:smallCaps/>
      <w:spacing w:val="5"/>
    </w:rPr>
  </w:style>
  <w:style w:type="paragraph" w:styleId="aff6">
    <w:name w:val="TOC Heading"/>
    <w:basedOn w:val="1"/>
    <w:next w:val="a1"/>
    <w:uiPriority w:val="39"/>
    <w:semiHidden/>
    <w:unhideWhenUsed/>
    <w:qFormat/>
    <w:rsid w:val="003A4ABB"/>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val="en-US" w:eastAsia="en-US"/>
    </w:rPr>
  </w:style>
  <w:style w:type="table" w:styleId="aff7">
    <w:name w:val="Light Shading"/>
    <w:basedOn w:val="a3"/>
    <w:uiPriority w:val="60"/>
    <w:rsid w:val="003A4ABB"/>
    <w:pPr>
      <w:spacing w:after="0" w:line="240" w:lineRule="auto"/>
    </w:pPr>
    <w:rPr>
      <w:color w:val="000000" w:themeColor="text1" w:themeShade="BF"/>
      <w:lang w:val="en-US"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3A4ABB"/>
    <w:pPr>
      <w:spacing w:after="0" w:line="240" w:lineRule="auto"/>
    </w:pPr>
    <w:rPr>
      <w:color w:val="365F91" w:themeColor="accent1" w:themeShade="BF"/>
      <w:lang w:val="en-US" w:eastAsia="en-US"/>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3A4ABB"/>
    <w:pPr>
      <w:spacing w:after="0" w:line="240" w:lineRule="auto"/>
    </w:pPr>
    <w:rPr>
      <w:color w:val="943634" w:themeColor="accent2" w:themeShade="BF"/>
      <w:lang w:val="en-US" w:eastAsia="en-US"/>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3A4ABB"/>
    <w:pPr>
      <w:spacing w:after="0" w:line="240" w:lineRule="auto"/>
    </w:pPr>
    <w:rPr>
      <w:color w:val="76923C" w:themeColor="accent3" w:themeShade="BF"/>
      <w:lang w:val="en-US" w:eastAsia="en-US"/>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3A4ABB"/>
    <w:pPr>
      <w:spacing w:after="0" w:line="240" w:lineRule="auto"/>
    </w:pPr>
    <w:rPr>
      <w:color w:val="5F497A" w:themeColor="accent4" w:themeShade="BF"/>
      <w:lang w:val="en-US" w:eastAsia="en-US"/>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3A4ABB"/>
    <w:pPr>
      <w:spacing w:after="0" w:line="240" w:lineRule="auto"/>
    </w:pPr>
    <w:rPr>
      <w:color w:val="31849B" w:themeColor="accent5" w:themeShade="BF"/>
      <w:lang w:val="en-US" w:eastAsia="en-US"/>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3A4ABB"/>
    <w:pPr>
      <w:spacing w:after="0" w:line="240" w:lineRule="auto"/>
    </w:pPr>
    <w:rPr>
      <w:color w:val="E36C0A" w:themeColor="accent6" w:themeShade="BF"/>
      <w:lang w:val="en-US" w:eastAsia="en-US"/>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8">
    <w:name w:val="Light List"/>
    <w:basedOn w:val="a3"/>
    <w:uiPriority w:val="61"/>
    <w:rsid w:val="003A4ABB"/>
    <w:pPr>
      <w:spacing w:after="0" w:line="240" w:lineRule="auto"/>
    </w:pPr>
    <w:rPr>
      <w:lang w:val="en-U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3A4ABB"/>
    <w:pPr>
      <w:spacing w:after="0" w:line="240" w:lineRule="auto"/>
    </w:pPr>
    <w:rPr>
      <w:lang w:val="en-US" w:eastAsia="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3A4ABB"/>
    <w:pPr>
      <w:spacing w:after="0" w:line="240" w:lineRule="auto"/>
    </w:pPr>
    <w:rPr>
      <w:lang w:val="en-US" w:eastAsia="en-US"/>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3A4ABB"/>
    <w:pPr>
      <w:spacing w:after="0" w:line="240" w:lineRule="auto"/>
    </w:pPr>
    <w:rPr>
      <w:lang w:val="en-U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3A4ABB"/>
    <w:pPr>
      <w:spacing w:after="0" w:line="240" w:lineRule="auto"/>
    </w:pPr>
    <w:rPr>
      <w:lang w:val="en-US" w:eastAsia="en-US"/>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3A4ABB"/>
    <w:pPr>
      <w:spacing w:after="0" w:line="240" w:lineRule="auto"/>
    </w:pPr>
    <w:rPr>
      <w:lang w:val="en-US" w:eastAsia="en-US"/>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3A4ABB"/>
    <w:pPr>
      <w:spacing w:after="0" w:line="240" w:lineRule="auto"/>
    </w:pPr>
    <w:rPr>
      <w:lang w:val="en-US" w:eastAsia="en-US"/>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9">
    <w:name w:val="Light Grid"/>
    <w:basedOn w:val="a3"/>
    <w:uiPriority w:val="62"/>
    <w:rsid w:val="003A4ABB"/>
    <w:pPr>
      <w:spacing w:after="0" w:line="240" w:lineRule="auto"/>
    </w:pPr>
    <w:rPr>
      <w:lang w:val="en-U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3A4ABB"/>
    <w:pPr>
      <w:spacing w:after="0" w:line="240" w:lineRule="auto"/>
    </w:pPr>
    <w:rPr>
      <w:lang w:val="en-US" w:eastAsia="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3A4ABB"/>
    <w:pPr>
      <w:spacing w:after="0" w:line="240" w:lineRule="auto"/>
    </w:pPr>
    <w:rPr>
      <w:lang w:val="en-US" w:eastAsia="en-US"/>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3A4ABB"/>
    <w:pPr>
      <w:spacing w:after="0" w:line="240" w:lineRule="auto"/>
    </w:pPr>
    <w:rPr>
      <w:lang w:val="en-U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3A4ABB"/>
    <w:pPr>
      <w:spacing w:after="0" w:line="240" w:lineRule="auto"/>
    </w:pPr>
    <w:rPr>
      <w:lang w:val="en-US" w:eastAsia="en-US"/>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3A4ABB"/>
    <w:pPr>
      <w:spacing w:after="0" w:line="240" w:lineRule="auto"/>
    </w:pPr>
    <w:rPr>
      <w:lang w:val="en-US" w:eastAsia="en-US"/>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3A4ABB"/>
    <w:pPr>
      <w:spacing w:after="0" w:line="240" w:lineRule="auto"/>
    </w:pPr>
    <w:rPr>
      <w:lang w:val="en-US" w:eastAsia="en-US"/>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2">
    <w:name w:val="Medium Shading 1"/>
    <w:basedOn w:val="a3"/>
    <w:uiPriority w:val="63"/>
    <w:rsid w:val="003A4ABB"/>
    <w:pPr>
      <w:spacing w:after="0" w:line="240" w:lineRule="auto"/>
    </w:pPr>
    <w:rPr>
      <w:lang w:val="en-US" w:eastAsia="en-US"/>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3A4ABB"/>
    <w:pPr>
      <w:spacing w:after="0" w:line="240" w:lineRule="auto"/>
    </w:pPr>
    <w:rPr>
      <w:lang w:val="en-US" w:eastAsia="en-US"/>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3A4ABB"/>
    <w:pPr>
      <w:spacing w:after="0" w:line="240" w:lineRule="auto"/>
    </w:pPr>
    <w:rPr>
      <w:lang w:val="en-US" w:eastAsia="en-US"/>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3A4ABB"/>
    <w:pPr>
      <w:spacing w:after="0" w:line="240" w:lineRule="auto"/>
    </w:pPr>
    <w:rPr>
      <w:lang w:val="en-US" w:eastAsia="en-US"/>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3A4ABB"/>
    <w:pPr>
      <w:spacing w:after="0" w:line="240" w:lineRule="auto"/>
    </w:pPr>
    <w:rPr>
      <w:lang w:val="en-US" w:eastAsia="en-US"/>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3A4ABB"/>
    <w:pPr>
      <w:spacing w:after="0" w:line="240" w:lineRule="auto"/>
    </w:pPr>
    <w:rPr>
      <w:lang w:val="en-US" w:eastAsia="en-US"/>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3A4ABB"/>
    <w:pPr>
      <w:spacing w:after="0" w:line="240" w:lineRule="auto"/>
    </w:pPr>
    <w:rPr>
      <w:lang w:val="en-US" w:eastAsia="en-US"/>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3A4ABB"/>
    <w:pPr>
      <w:spacing w:after="0" w:line="240" w:lineRule="auto"/>
    </w:pPr>
    <w:rPr>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3A4ABB"/>
    <w:pPr>
      <w:spacing w:after="0" w:line="240" w:lineRule="auto"/>
    </w:pPr>
    <w:rPr>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3A4ABB"/>
    <w:pPr>
      <w:spacing w:after="0" w:line="240" w:lineRule="auto"/>
    </w:pPr>
    <w:rPr>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3A4ABB"/>
    <w:pPr>
      <w:spacing w:after="0" w:line="240" w:lineRule="auto"/>
    </w:pPr>
    <w:rPr>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3A4ABB"/>
    <w:pPr>
      <w:spacing w:after="0" w:line="240" w:lineRule="auto"/>
    </w:pPr>
    <w:rPr>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3A4ABB"/>
    <w:pPr>
      <w:spacing w:after="0" w:line="240" w:lineRule="auto"/>
    </w:pPr>
    <w:rPr>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3A4ABB"/>
    <w:pPr>
      <w:spacing w:after="0" w:line="240" w:lineRule="auto"/>
    </w:pPr>
    <w:rPr>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3">
    <w:name w:val="Medium List 1"/>
    <w:basedOn w:val="a3"/>
    <w:uiPriority w:val="65"/>
    <w:rsid w:val="003A4ABB"/>
    <w:pPr>
      <w:spacing w:after="0" w:line="240" w:lineRule="auto"/>
    </w:pPr>
    <w:rPr>
      <w:color w:val="000000" w:themeColor="text1"/>
      <w:lang w:val="en-US"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3A4ABB"/>
    <w:pPr>
      <w:spacing w:after="0" w:line="240" w:lineRule="auto"/>
    </w:pPr>
    <w:rPr>
      <w:color w:val="000000" w:themeColor="text1"/>
      <w:lang w:val="en-US" w:eastAsia="en-US"/>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3A4ABB"/>
    <w:pPr>
      <w:spacing w:after="0" w:line="240" w:lineRule="auto"/>
    </w:pPr>
    <w:rPr>
      <w:color w:val="000000" w:themeColor="text1"/>
      <w:lang w:val="en-US" w:eastAsia="en-US"/>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3A4ABB"/>
    <w:pPr>
      <w:spacing w:after="0" w:line="240" w:lineRule="auto"/>
    </w:pPr>
    <w:rPr>
      <w:color w:val="000000" w:themeColor="text1"/>
      <w:lang w:val="en-US" w:eastAsia="en-US"/>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3A4ABB"/>
    <w:pPr>
      <w:spacing w:after="0" w:line="240" w:lineRule="auto"/>
    </w:pPr>
    <w:rPr>
      <w:color w:val="000000" w:themeColor="text1"/>
      <w:lang w:val="en-US" w:eastAsia="en-US"/>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3A4ABB"/>
    <w:pPr>
      <w:spacing w:after="0" w:line="240" w:lineRule="auto"/>
    </w:pPr>
    <w:rPr>
      <w:color w:val="000000" w:themeColor="text1"/>
      <w:lang w:val="en-US" w:eastAsia="en-US"/>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3A4ABB"/>
    <w:pPr>
      <w:spacing w:after="0" w:line="240" w:lineRule="auto"/>
    </w:pPr>
    <w:rPr>
      <w:color w:val="000000" w:themeColor="text1"/>
      <w:lang w:val="en-US" w:eastAsia="en-US"/>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3A4ABB"/>
    <w:pPr>
      <w:spacing w:after="0" w:line="240" w:lineRule="auto"/>
    </w:pPr>
    <w:rPr>
      <w:rFonts w:asciiTheme="majorHAnsi" w:eastAsiaTheme="majorEastAsia" w:hAnsiTheme="majorHAnsi" w:cstheme="majorBidi"/>
      <w:color w:val="000000" w:themeColor="text1"/>
      <w:lang w:val="en-U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3A4ABB"/>
    <w:pPr>
      <w:spacing w:after="0" w:line="240" w:lineRule="auto"/>
    </w:pPr>
    <w:rPr>
      <w:rFonts w:asciiTheme="majorHAnsi" w:eastAsiaTheme="majorEastAsia" w:hAnsiTheme="majorHAnsi" w:cstheme="majorBidi"/>
      <w:color w:val="000000" w:themeColor="text1"/>
      <w:lang w:val="en-US" w:eastAsia="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3A4ABB"/>
    <w:pPr>
      <w:spacing w:after="0" w:line="240" w:lineRule="auto"/>
    </w:pPr>
    <w:rPr>
      <w:rFonts w:asciiTheme="majorHAnsi" w:eastAsiaTheme="majorEastAsia" w:hAnsiTheme="majorHAnsi" w:cstheme="majorBidi"/>
      <w:color w:val="000000" w:themeColor="text1"/>
      <w:lang w:val="en-US" w:eastAsia="en-US"/>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3A4ABB"/>
    <w:pPr>
      <w:spacing w:after="0" w:line="240" w:lineRule="auto"/>
    </w:pPr>
    <w:rPr>
      <w:rFonts w:asciiTheme="majorHAnsi" w:eastAsiaTheme="majorEastAsia" w:hAnsiTheme="majorHAnsi" w:cstheme="majorBidi"/>
      <w:color w:val="000000" w:themeColor="text1"/>
      <w:lang w:val="en-U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3A4ABB"/>
    <w:pPr>
      <w:spacing w:after="0" w:line="240" w:lineRule="auto"/>
    </w:pPr>
    <w:rPr>
      <w:rFonts w:asciiTheme="majorHAnsi" w:eastAsiaTheme="majorEastAsia" w:hAnsiTheme="majorHAnsi" w:cstheme="majorBidi"/>
      <w:color w:val="000000" w:themeColor="text1"/>
      <w:lang w:val="en-US" w:eastAsia="en-US"/>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3A4ABB"/>
    <w:pPr>
      <w:spacing w:after="0" w:line="240" w:lineRule="auto"/>
    </w:pPr>
    <w:rPr>
      <w:rFonts w:asciiTheme="majorHAnsi" w:eastAsiaTheme="majorEastAsia" w:hAnsiTheme="majorHAnsi" w:cstheme="majorBidi"/>
      <w:color w:val="000000" w:themeColor="text1"/>
      <w:lang w:val="en-US" w:eastAsia="en-US"/>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3A4ABB"/>
    <w:pPr>
      <w:spacing w:after="0" w:line="240" w:lineRule="auto"/>
    </w:pPr>
    <w:rPr>
      <w:rFonts w:asciiTheme="majorHAnsi" w:eastAsiaTheme="majorEastAsia" w:hAnsiTheme="majorHAnsi" w:cstheme="majorBidi"/>
      <w:color w:val="000000" w:themeColor="text1"/>
      <w:lang w:val="en-US" w:eastAsia="en-US"/>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4">
    <w:name w:val="Medium Grid 1"/>
    <w:basedOn w:val="a3"/>
    <w:uiPriority w:val="67"/>
    <w:rsid w:val="003A4ABB"/>
    <w:pPr>
      <w:spacing w:after="0" w:line="240" w:lineRule="auto"/>
    </w:pPr>
    <w:rPr>
      <w:lang w:val="en-US" w:eastAsia="en-US"/>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3A4ABB"/>
    <w:pPr>
      <w:spacing w:after="0" w:line="240" w:lineRule="auto"/>
    </w:pPr>
    <w:rPr>
      <w:lang w:val="en-US" w:eastAsia="en-US"/>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3A4ABB"/>
    <w:pPr>
      <w:spacing w:after="0" w:line="240" w:lineRule="auto"/>
    </w:pPr>
    <w:rPr>
      <w:lang w:val="en-US" w:eastAsia="en-US"/>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3A4ABB"/>
    <w:pPr>
      <w:spacing w:after="0" w:line="240" w:lineRule="auto"/>
    </w:pPr>
    <w:rPr>
      <w:lang w:val="en-US" w:eastAsia="en-US"/>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3A4ABB"/>
    <w:pPr>
      <w:spacing w:after="0" w:line="240" w:lineRule="auto"/>
    </w:pPr>
    <w:rPr>
      <w:lang w:val="en-US" w:eastAsia="en-US"/>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3A4ABB"/>
    <w:pPr>
      <w:spacing w:after="0" w:line="240" w:lineRule="auto"/>
    </w:pPr>
    <w:rPr>
      <w:lang w:val="en-US" w:eastAsia="en-US"/>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3A4ABB"/>
    <w:pPr>
      <w:spacing w:after="0" w:line="240" w:lineRule="auto"/>
    </w:pPr>
    <w:rPr>
      <w:lang w:val="en-US" w:eastAsia="en-US"/>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3A4ABB"/>
    <w:pPr>
      <w:spacing w:after="0" w:line="240" w:lineRule="auto"/>
    </w:pPr>
    <w:rPr>
      <w:rFonts w:asciiTheme="majorHAnsi" w:eastAsiaTheme="majorEastAsia" w:hAnsiTheme="majorHAnsi" w:cstheme="majorBidi"/>
      <w:color w:val="000000" w:themeColor="text1"/>
      <w:lang w:val="en-U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3A4ABB"/>
    <w:pPr>
      <w:spacing w:after="0" w:line="240" w:lineRule="auto"/>
    </w:pPr>
    <w:rPr>
      <w:rFonts w:asciiTheme="majorHAnsi" w:eastAsiaTheme="majorEastAsia" w:hAnsiTheme="majorHAnsi" w:cstheme="majorBidi"/>
      <w:color w:val="000000" w:themeColor="text1"/>
      <w:lang w:val="en-US" w:eastAsia="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3A4ABB"/>
    <w:pPr>
      <w:spacing w:after="0" w:line="240" w:lineRule="auto"/>
    </w:pPr>
    <w:rPr>
      <w:rFonts w:asciiTheme="majorHAnsi" w:eastAsiaTheme="majorEastAsia" w:hAnsiTheme="majorHAnsi" w:cstheme="majorBidi"/>
      <w:color w:val="000000" w:themeColor="text1"/>
      <w:lang w:val="en-US" w:eastAsia="en-US"/>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3A4ABB"/>
    <w:pPr>
      <w:spacing w:after="0" w:line="240" w:lineRule="auto"/>
    </w:pPr>
    <w:rPr>
      <w:rFonts w:asciiTheme="majorHAnsi" w:eastAsiaTheme="majorEastAsia" w:hAnsiTheme="majorHAnsi" w:cstheme="majorBidi"/>
      <w:color w:val="000000" w:themeColor="text1"/>
      <w:lang w:val="en-U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3A4ABB"/>
    <w:pPr>
      <w:spacing w:after="0" w:line="240" w:lineRule="auto"/>
    </w:pPr>
    <w:rPr>
      <w:rFonts w:asciiTheme="majorHAnsi" w:eastAsiaTheme="majorEastAsia" w:hAnsiTheme="majorHAnsi" w:cstheme="majorBidi"/>
      <w:color w:val="000000" w:themeColor="text1"/>
      <w:lang w:val="en-US" w:eastAsia="en-US"/>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3A4ABB"/>
    <w:pPr>
      <w:spacing w:after="0" w:line="240" w:lineRule="auto"/>
    </w:pPr>
    <w:rPr>
      <w:rFonts w:asciiTheme="majorHAnsi" w:eastAsiaTheme="majorEastAsia" w:hAnsiTheme="majorHAnsi" w:cstheme="majorBidi"/>
      <w:color w:val="000000" w:themeColor="text1"/>
      <w:lang w:val="en-US" w:eastAsia="en-US"/>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3A4ABB"/>
    <w:pPr>
      <w:spacing w:after="0" w:line="240" w:lineRule="auto"/>
    </w:pPr>
    <w:rPr>
      <w:rFonts w:asciiTheme="majorHAnsi" w:eastAsiaTheme="majorEastAsia" w:hAnsiTheme="majorHAnsi" w:cstheme="majorBidi"/>
      <w:color w:val="000000" w:themeColor="text1"/>
      <w:lang w:val="en-US" w:eastAsia="en-US"/>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3A4ABB"/>
    <w:pPr>
      <w:spacing w:after="0" w:line="240" w:lineRule="auto"/>
    </w:pPr>
    <w:rPr>
      <w:lang w:val="en-US" w:eastAsia="en-US"/>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3A4ABB"/>
    <w:pPr>
      <w:spacing w:after="0" w:line="240" w:lineRule="auto"/>
    </w:pPr>
    <w:rPr>
      <w:lang w:val="en-US" w:eastAsia="en-US"/>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3A4ABB"/>
    <w:pPr>
      <w:spacing w:after="0" w:line="240" w:lineRule="auto"/>
    </w:pPr>
    <w:rPr>
      <w:lang w:val="en-US" w:eastAsia="en-US"/>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3A4ABB"/>
    <w:pPr>
      <w:spacing w:after="0" w:line="240" w:lineRule="auto"/>
    </w:pPr>
    <w:rPr>
      <w:lang w:val="en-US" w:eastAsia="en-US"/>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3A4ABB"/>
    <w:pPr>
      <w:spacing w:after="0" w:line="240" w:lineRule="auto"/>
    </w:pPr>
    <w:rPr>
      <w:lang w:val="en-US" w:eastAsia="en-US"/>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3A4ABB"/>
    <w:pPr>
      <w:spacing w:after="0" w:line="240" w:lineRule="auto"/>
    </w:pPr>
    <w:rPr>
      <w:lang w:val="en-US" w:eastAsia="en-US"/>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3A4ABB"/>
    <w:pPr>
      <w:spacing w:after="0" w:line="240" w:lineRule="auto"/>
    </w:pPr>
    <w:rPr>
      <w:lang w:val="en-US" w:eastAsia="en-US"/>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a">
    <w:name w:val="Dark List"/>
    <w:basedOn w:val="a3"/>
    <w:uiPriority w:val="70"/>
    <w:rsid w:val="003A4ABB"/>
    <w:pPr>
      <w:spacing w:after="0" w:line="240" w:lineRule="auto"/>
    </w:pPr>
    <w:rPr>
      <w:color w:val="FFFFFF" w:themeColor="background1"/>
      <w:lang w:val="en-US" w:eastAsia="en-US"/>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3A4ABB"/>
    <w:pPr>
      <w:spacing w:after="0" w:line="240" w:lineRule="auto"/>
    </w:pPr>
    <w:rPr>
      <w:color w:val="FFFFFF" w:themeColor="background1"/>
      <w:lang w:val="en-US" w:eastAsia="en-US"/>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3A4ABB"/>
    <w:pPr>
      <w:spacing w:after="0" w:line="240" w:lineRule="auto"/>
    </w:pPr>
    <w:rPr>
      <w:color w:val="FFFFFF" w:themeColor="background1"/>
      <w:lang w:val="en-US" w:eastAsia="en-US"/>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3A4ABB"/>
    <w:pPr>
      <w:spacing w:after="0" w:line="240" w:lineRule="auto"/>
    </w:pPr>
    <w:rPr>
      <w:color w:val="FFFFFF" w:themeColor="background1"/>
      <w:lang w:val="en-US" w:eastAsia="en-US"/>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3A4ABB"/>
    <w:pPr>
      <w:spacing w:after="0" w:line="240" w:lineRule="auto"/>
    </w:pPr>
    <w:rPr>
      <w:color w:val="FFFFFF" w:themeColor="background1"/>
      <w:lang w:val="en-US" w:eastAsia="en-US"/>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3A4ABB"/>
    <w:pPr>
      <w:spacing w:after="0" w:line="240" w:lineRule="auto"/>
    </w:pPr>
    <w:rPr>
      <w:color w:val="FFFFFF" w:themeColor="background1"/>
      <w:lang w:val="en-US" w:eastAsia="en-US"/>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3A4ABB"/>
    <w:pPr>
      <w:spacing w:after="0" w:line="240" w:lineRule="auto"/>
    </w:pPr>
    <w:rPr>
      <w:color w:val="FFFFFF" w:themeColor="background1"/>
      <w:lang w:val="en-US" w:eastAsia="en-US"/>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b">
    <w:name w:val="Colorful Shading"/>
    <w:basedOn w:val="a3"/>
    <w:uiPriority w:val="71"/>
    <w:rsid w:val="003A4ABB"/>
    <w:pPr>
      <w:spacing w:after="0" w:line="240" w:lineRule="auto"/>
    </w:pPr>
    <w:rPr>
      <w:color w:val="000000" w:themeColor="text1"/>
      <w:lang w:val="en-US" w:eastAsia="en-US"/>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3A4ABB"/>
    <w:pPr>
      <w:spacing w:after="0" w:line="240" w:lineRule="auto"/>
    </w:pPr>
    <w:rPr>
      <w:color w:val="000000" w:themeColor="text1"/>
      <w:lang w:val="en-US" w:eastAsia="en-US"/>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3A4ABB"/>
    <w:pPr>
      <w:spacing w:after="0" w:line="240" w:lineRule="auto"/>
    </w:pPr>
    <w:rPr>
      <w:color w:val="000000" w:themeColor="text1"/>
      <w:lang w:val="en-US" w:eastAsia="en-US"/>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3A4ABB"/>
    <w:pPr>
      <w:spacing w:after="0" w:line="240" w:lineRule="auto"/>
    </w:pPr>
    <w:rPr>
      <w:color w:val="000000" w:themeColor="text1"/>
      <w:lang w:val="en-US" w:eastAsia="en-US"/>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3A4ABB"/>
    <w:pPr>
      <w:spacing w:after="0" w:line="240" w:lineRule="auto"/>
    </w:pPr>
    <w:rPr>
      <w:color w:val="000000" w:themeColor="text1"/>
      <w:lang w:val="en-US" w:eastAsia="en-US"/>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3A4ABB"/>
    <w:pPr>
      <w:spacing w:after="0" w:line="240" w:lineRule="auto"/>
    </w:pPr>
    <w:rPr>
      <w:color w:val="000000" w:themeColor="text1"/>
      <w:lang w:val="en-US" w:eastAsia="en-US"/>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3A4ABB"/>
    <w:pPr>
      <w:spacing w:after="0" w:line="240" w:lineRule="auto"/>
    </w:pPr>
    <w:rPr>
      <w:color w:val="000000" w:themeColor="text1"/>
      <w:lang w:val="en-US" w:eastAsia="en-US"/>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c">
    <w:name w:val="Colorful List"/>
    <w:basedOn w:val="a3"/>
    <w:uiPriority w:val="72"/>
    <w:rsid w:val="003A4ABB"/>
    <w:pPr>
      <w:spacing w:after="0" w:line="240" w:lineRule="auto"/>
    </w:pPr>
    <w:rPr>
      <w:color w:val="000000" w:themeColor="text1"/>
      <w:lang w:val="en-US" w:eastAsia="en-US"/>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3A4ABB"/>
    <w:pPr>
      <w:spacing w:after="0" w:line="240" w:lineRule="auto"/>
    </w:pPr>
    <w:rPr>
      <w:color w:val="000000" w:themeColor="text1"/>
      <w:lang w:val="en-US" w:eastAsia="en-US"/>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3A4ABB"/>
    <w:pPr>
      <w:spacing w:after="0" w:line="240" w:lineRule="auto"/>
    </w:pPr>
    <w:rPr>
      <w:color w:val="000000" w:themeColor="text1"/>
      <w:lang w:val="en-US" w:eastAsia="en-US"/>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3A4ABB"/>
    <w:pPr>
      <w:spacing w:after="0" w:line="240" w:lineRule="auto"/>
    </w:pPr>
    <w:rPr>
      <w:color w:val="000000" w:themeColor="text1"/>
      <w:lang w:val="en-US" w:eastAsia="en-US"/>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3A4ABB"/>
    <w:pPr>
      <w:spacing w:after="0" w:line="240" w:lineRule="auto"/>
    </w:pPr>
    <w:rPr>
      <w:color w:val="000000" w:themeColor="text1"/>
      <w:lang w:val="en-US" w:eastAsia="en-US"/>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3A4ABB"/>
    <w:pPr>
      <w:spacing w:after="0" w:line="240" w:lineRule="auto"/>
    </w:pPr>
    <w:rPr>
      <w:color w:val="000000" w:themeColor="text1"/>
      <w:lang w:val="en-US" w:eastAsia="en-US"/>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3A4ABB"/>
    <w:pPr>
      <w:spacing w:after="0" w:line="240" w:lineRule="auto"/>
    </w:pPr>
    <w:rPr>
      <w:color w:val="000000" w:themeColor="text1"/>
      <w:lang w:val="en-US" w:eastAsia="en-US"/>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d">
    <w:name w:val="Colorful Grid"/>
    <w:basedOn w:val="a3"/>
    <w:uiPriority w:val="73"/>
    <w:rsid w:val="003A4ABB"/>
    <w:pPr>
      <w:spacing w:after="0" w:line="240" w:lineRule="auto"/>
    </w:pPr>
    <w:rPr>
      <w:color w:val="000000" w:themeColor="text1"/>
      <w:lang w:val="en-US" w:eastAsia="en-US"/>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3A4ABB"/>
    <w:pPr>
      <w:spacing w:after="0" w:line="240" w:lineRule="auto"/>
    </w:pPr>
    <w:rPr>
      <w:color w:val="000000" w:themeColor="text1"/>
      <w:lang w:val="en-US" w:eastAsia="en-US"/>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3A4ABB"/>
    <w:pPr>
      <w:spacing w:after="0" w:line="240" w:lineRule="auto"/>
    </w:pPr>
    <w:rPr>
      <w:color w:val="000000" w:themeColor="text1"/>
      <w:lang w:val="en-US" w:eastAsia="en-US"/>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3A4ABB"/>
    <w:pPr>
      <w:spacing w:after="0" w:line="240" w:lineRule="auto"/>
    </w:pPr>
    <w:rPr>
      <w:color w:val="000000" w:themeColor="text1"/>
      <w:lang w:val="en-US" w:eastAsia="en-US"/>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3A4ABB"/>
    <w:pPr>
      <w:spacing w:after="0" w:line="240" w:lineRule="auto"/>
    </w:pPr>
    <w:rPr>
      <w:color w:val="000000" w:themeColor="text1"/>
      <w:lang w:val="en-US" w:eastAsia="en-US"/>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3A4ABB"/>
    <w:pPr>
      <w:spacing w:after="0" w:line="240" w:lineRule="auto"/>
    </w:pPr>
    <w:rPr>
      <w:color w:val="000000" w:themeColor="text1"/>
      <w:lang w:val="en-US" w:eastAsia="en-US"/>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3A4ABB"/>
    <w:pPr>
      <w:spacing w:after="0" w:line="240" w:lineRule="auto"/>
    </w:pPr>
    <w:rPr>
      <w:color w:val="000000" w:themeColor="text1"/>
      <w:lang w:val="en-US" w:eastAsia="en-US"/>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15">
    <w:name w:val="Абзац списка1"/>
    <w:basedOn w:val="a1"/>
    <w:rsid w:val="003A4ABB"/>
    <w:pPr>
      <w:spacing w:after="0" w:line="240" w:lineRule="auto"/>
      <w:ind w:left="720"/>
      <w:contextualSpacing/>
    </w:pPr>
    <w:rPr>
      <w:rFonts w:ascii="Times New Roman" w:eastAsia="Calibri" w:hAnsi="Times New Roman" w:cs="Times New Roman"/>
      <w:sz w:val="20"/>
      <w:szCs w:val="20"/>
    </w:rPr>
  </w:style>
  <w:style w:type="character" w:customStyle="1" w:styleId="shorttext">
    <w:name w:val="short_text"/>
    <w:rsid w:val="003A4ABB"/>
    <w:rPr>
      <w:rFonts w:cs="Times New Roman"/>
    </w:rPr>
  </w:style>
  <w:style w:type="character" w:customStyle="1" w:styleId="y2iqfc">
    <w:name w:val="y2iqfc"/>
    <w:basedOn w:val="a2"/>
    <w:rsid w:val="003A4ABB"/>
  </w:style>
  <w:style w:type="paragraph" w:customStyle="1" w:styleId="n-headertitle">
    <w:name w:val="n-header__title"/>
    <w:basedOn w:val="a1"/>
    <w:rsid w:val="003A4AB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headersub">
    <w:name w:val="n-header__sub"/>
    <w:basedOn w:val="a1"/>
    <w:rsid w:val="003A4AB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DPI31text">
    <w:name w:val="MDPI_3.1_text"/>
    <w:qFormat/>
    <w:rsid w:val="003A4ABB"/>
    <w:pPr>
      <w:adjustRightInd w:val="0"/>
      <w:snapToGrid w:val="0"/>
      <w:spacing w:after="0" w:line="228" w:lineRule="auto"/>
      <w:ind w:left="2608" w:firstLine="425"/>
      <w:jc w:val="both"/>
    </w:pPr>
    <w:rPr>
      <w:rFonts w:ascii="Palatino Linotype" w:eastAsia="Times New Roman" w:hAnsi="Palatino Linotype" w:cs="Times New Roman"/>
      <w:snapToGrid w:val="0"/>
      <w:color w:val="000000"/>
      <w:kern w:val="2"/>
      <w:sz w:val="20"/>
      <w:lang w:val="en-US" w:eastAsia="de-DE" w:bidi="en-US"/>
    </w:rPr>
  </w:style>
  <w:style w:type="paragraph" w:customStyle="1" w:styleId="MDPI33textspaceafter">
    <w:name w:val="MDPI_3.3_text_space_after"/>
    <w:qFormat/>
    <w:rsid w:val="003A4ABB"/>
    <w:pPr>
      <w:adjustRightInd w:val="0"/>
      <w:snapToGrid w:val="0"/>
      <w:spacing w:after="240" w:line="228" w:lineRule="auto"/>
      <w:ind w:left="2608"/>
      <w:jc w:val="both"/>
    </w:pPr>
    <w:rPr>
      <w:rFonts w:ascii="Palatino Linotype" w:eastAsia="Times New Roman" w:hAnsi="Palatino Linotype" w:cs="Times New Roman"/>
      <w:snapToGrid w:val="0"/>
      <w:color w:val="000000"/>
      <w:kern w:val="2"/>
      <w:sz w:val="20"/>
      <w:lang w:val="en-US" w:eastAsia="de-DE" w:bidi="en-US"/>
    </w:rPr>
  </w:style>
  <w:style w:type="paragraph" w:customStyle="1" w:styleId="MDPI36textafterlist">
    <w:name w:val="MDPI_3.6_text_after_list"/>
    <w:qFormat/>
    <w:rsid w:val="003A4ABB"/>
    <w:pPr>
      <w:adjustRightInd w:val="0"/>
      <w:snapToGrid w:val="0"/>
      <w:spacing w:before="120" w:after="0" w:line="228" w:lineRule="auto"/>
      <w:ind w:left="2608"/>
      <w:jc w:val="both"/>
    </w:pPr>
    <w:rPr>
      <w:rFonts w:ascii="Palatino Linotype" w:eastAsia="Times New Roman" w:hAnsi="Palatino Linotype" w:cs="Times New Roman"/>
      <w:snapToGrid w:val="0"/>
      <w:color w:val="000000"/>
      <w:kern w:val="2"/>
      <w:sz w:val="20"/>
      <w:lang w:val="en-US" w:eastAsia="de-DE" w:bidi="en-US"/>
    </w:rPr>
  </w:style>
  <w:style w:type="character" w:customStyle="1" w:styleId="ezkurwreuab5ozgtqnkl">
    <w:name w:val="ezkurwreuab5ozgtqnkl"/>
    <w:basedOn w:val="a2"/>
    <w:rsid w:val="003A4ABB"/>
  </w:style>
  <w:style w:type="character" w:customStyle="1" w:styleId="mord">
    <w:name w:val="mord"/>
    <w:basedOn w:val="a2"/>
    <w:rsid w:val="003A4ABB"/>
  </w:style>
  <w:style w:type="character" w:customStyle="1" w:styleId="mrel">
    <w:name w:val="mrel"/>
    <w:basedOn w:val="a2"/>
    <w:rsid w:val="003A4ABB"/>
  </w:style>
  <w:style w:type="character" w:customStyle="1" w:styleId="mopen">
    <w:name w:val="mopen"/>
    <w:basedOn w:val="a2"/>
    <w:rsid w:val="003A4ABB"/>
  </w:style>
  <w:style w:type="character" w:customStyle="1" w:styleId="mclose">
    <w:name w:val="mclose"/>
    <w:basedOn w:val="a2"/>
    <w:rsid w:val="003A4ABB"/>
  </w:style>
  <w:style w:type="character" w:customStyle="1" w:styleId="vlist-s">
    <w:name w:val="vlist-s"/>
    <w:basedOn w:val="a2"/>
    <w:rsid w:val="003A4ABB"/>
  </w:style>
  <w:style w:type="character" w:customStyle="1" w:styleId="mpunct">
    <w:name w:val="mpunct"/>
    <w:basedOn w:val="a2"/>
    <w:rsid w:val="003A4ABB"/>
  </w:style>
  <w:style w:type="character" w:customStyle="1" w:styleId="mbin">
    <w:name w:val="mbin"/>
    <w:basedOn w:val="a2"/>
    <w:rsid w:val="003A4ABB"/>
  </w:style>
  <w:style w:type="character" w:customStyle="1" w:styleId="minner">
    <w:name w:val="minner"/>
    <w:basedOn w:val="a2"/>
    <w:rsid w:val="003A4ABB"/>
  </w:style>
  <w:style w:type="character" w:customStyle="1" w:styleId="mdc-buttonlabel">
    <w:name w:val="mdc-button__label"/>
    <w:basedOn w:val="a2"/>
    <w:rsid w:val="003A4ABB"/>
  </w:style>
  <w:style w:type="character" w:customStyle="1" w:styleId="katex-mathml">
    <w:name w:val="katex-mathml"/>
    <w:basedOn w:val="a2"/>
    <w:rsid w:val="003A4ABB"/>
  </w:style>
  <w:style w:type="character" w:customStyle="1" w:styleId="mop">
    <w:name w:val="mop"/>
    <w:basedOn w:val="a2"/>
    <w:rsid w:val="003A4ABB"/>
  </w:style>
  <w:style w:type="paragraph" w:customStyle="1" w:styleId="ds-markdown-paragraph">
    <w:name w:val="ds-markdown-paragraph"/>
    <w:basedOn w:val="a1"/>
    <w:rsid w:val="003A4AB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th-inline">
    <w:name w:val="math-inline"/>
    <w:basedOn w:val="a2"/>
    <w:rsid w:val="003A4AB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B402DE"/>
  </w:style>
  <w:style w:type="paragraph" w:styleId="1">
    <w:name w:val="heading 1"/>
    <w:basedOn w:val="a1"/>
    <w:link w:val="10"/>
    <w:uiPriority w:val="9"/>
    <w:qFormat/>
    <w:rsid w:val="00532E2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1">
    <w:name w:val="heading 2"/>
    <w:basedOn w:val="a1"/>
    <w:next w:val="a1"/>
    <w:link w:val="22"/>
    <w:uiPriority w:val="9"/>
    <w:unhideWhenUsed/>
    <w:qFormat/>
    <w:rsid w:val="00F7719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link w:val="32"/>
    <w:uiPriority w:val="9"/>
    <w:qFormat/>
    <w:rsid w:val="00D0027F"/>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1"/>
    <w:next w:val="a1"/>
    <w:link w:val="40"/>
    <w:uiPriority w:val="9"/>
    <w:unhideWhenUsed/>
    <w:qFormat/>
    <w:rsid w:val="003A4ABB"/>
    <w:pPr>
      <w:keepNext/>
      <w:keepLines/>
      <w:spacing w:before="200" w:after="0"/>
      <w:outlineLvl w:val="3"/>
    </w:pPr>
    <w:rPr>
      <w:rFonts w:asciiTheme="majorHAnsi" w:eastAsiaTheme="majorEastAsia" w:hAnsiTheme="majorHAnsi" w:cstheme="majorBidi"/>
      <w:b/>
      <w:bCs/>
      <w:i/>
      <w:iCs/>
      <w:color w:val="4F81BD" w:themeColor="accent1"/>
      <w:lang w:val="en-US" w:eastAsia="en-US"/>
    </w:rPr>
  </w:style>
  <w:style w:type="paragraph" w:styleId="5">
    <w:name w:val="heading 5"/>
    <w:basedOn w:val="a1"/>
    <w:next w:val="a1"/>
    <w:link w:val="50"/>
    <w:uiPriority w:val="9"/>
    <w:unhideWhenUsed/>
    <w:qFormat/>
    <w:rsid w:val="00B53F55"/>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unhideWhenUsed/>
    <w:qFormat/>
    <w:rsid w:val="00B53F55"/>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3A4ABB"/>
    <w:pPr>
      <w:keepNext/>
      <w:keepLines/>
      <w:spacing w:before="200" w:after="0"/>
      <w:outlineLvl w:val="6"/>
    </w:pPr>
    <w:rPr>
      <w:rFonts w:asciiTheme="majorHAnsi" w:eastAsiaTheme="majorEastAsia" w:hAnsiTheme="majorHAnsi" w:cstheme="majorBidi"/>
      <w:i/>
      <w:iCs/>
      <w:color w:val="404040" w:themeColor="text1" w:themeTint="BF"/>
      <w:lang w:val="en-US" w:eastAsia="en-US"/>
    </w:rPr>
  </w:style>
  <w:style w:type="paragraph" w:styleId="8">
    <w:name w:val="heading 8"/>
    <w:basedOn w:val="a1"/>
    <w:next w:val="a1"/>
    <w:link w:val="80"/>
    <w:uiPriority w:val="9"/>
    <w:semiHidden/>
    <w:unhideWhenUsed/>
    <w:qFormat/>
    <w:rsid w:val="003A4ABB"/>
    <w:pPr>
      <w:keepNext/>
      <w:keepLines/>
      <w:spacing w:before="200" w:after="0"/>
      <w:outlineLvl w:val="7"/>
    </w:pPr>
    <w:rPr>
      <w:rFonts w:asciiTheme="majorHAnsi" w:eastAsiaTheme="majorEastAsia" w:hAnsiTheme="majorHAnsi" w:cstheme="majorBidi"/>
      <w:color w:val="4F81BD" w:themeColor="accent1"/>
      <w:sz w:val="20"/>
      <w:szCs w:val="20"/>
      <w:lang w:val="en-US" w:eastAsia="en-US"/>
    </w:rPr>
  </w:style>
  <w:style w:type="paragraph" w:styleId="9">
    <w:name w:val="heading 9"/>
    <w:basedOn w:val="a1"/>
    <w:next w:val="a1"/>
    <w:link w:val="90"/>
    <w:uiPriority w:val="9"/>
    <w:semiHidden/>
    <w:unhideWhenUsed/>
    <w:qFormat/>
    <w:rsid w:val="003A4ABB"/>
    <w:pPr>
      <w:keepNext/>
      <w:keepLines/>
      <w:spacing w:before="200" w:after="0"/>
      <w:outlineLvl w:val="8"/>
    </w:pPr>
    <w:rPr>
      <w:rFonts w:asciiTheme="majorHAnsi" w:eastAsiaTheme="majorEastAsia" w:hAnsiTheme="majorHAnsi" w:cstheme="majorBidi"/>
      <w:i/>
      <w:iCs/>
      <w:color w:val="404040" w:themeColor="text1" w:themeTint="BF"/>
      <w:sz w:val="20"/>
      <w:szCs w:val="20"/>
      <w:lang w:val="en-US" w:eastAsia="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Normal (Web)"/>
    <w:basedOn w:val="a1"/>
    <w:uiPriority w:val="99"/>
    <w:unhideWhenUsed/>
    <w:qFormat/>
    <w:rsid w:val="00DB4B7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2">
    <w:name w:val="Заголовок 3 Знак"/>
    <w:basedOn w:val="a2"/>
    <w:link w:val="31"/>
    <w:uiPriority w:val="9"/>
    <w:rsid w:val="00D0027F"/>
    <w:rPr>
      <w:rFonts w:ascii="Times New Roman" w:eastAsia="Times New Roman" w:hAnsi="Times New Roman" w:cs="Times New Roman"/>
      <w:b/>
      <w:bCs/>
      <w:sz w:val="27"/>
      <w:szCs w:val="27"/>
      <w:lang w:eastAsia="ru-RU"/>
    </w:rPr>
  </w:style>
  <w:style w:type="character" w:styleId="a6">
    <w:name w:val="Hyperlink"/>
    <w:basedOn w:val="a2"/>
    <w:uiPriority w:val="99"/>
    <w:unhideWhenUsed/>
    <w:rsid w:val="00D0027F"/>
    <w:rPr>
      <w:color w:val="0000FF"/>
      <w:u w:val="single"/>
    </w:rPr>
  </w:style>
  <w:style w:type="character" w:styleId="a7">
    <w:name w:val="Strong"/>
    <w:basedOn w:val="a2"/>
    <w:uiPriority w:val="22"/>
    <w:qFormat/>
    <w:rsid w:val="003518C0"/>
    <w:rPr>
      <w:b/>
      <w:bCs/>
    </w:rPr>
  </w:style>
  <w:style w:type="character" w:styleId="a8">
    <w:name w:val="Emphasis"/>
    <w:basedOn w:val="a2"/>
    <w:uiPriority w:val="20"/>
    <w:qFormat/>
    <w:rsid w:val="003518C0"/>
    <w:rPr>
      <w:i/>
      <w:iCs/>
    </w:rPr>
  </w:style>
  <w:style w:type="paragraph" w:styleId="HTML">
    <w:name w:val="HTML Preformatted"/>
    <w:basedOn w:val="a1"/>
    <w:link w:val="HTML0"/>
    <w:uiPriority w:val="99"/>
    <w:unhideWhenUsed/>
    <w:rsid w:val="003518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2"/>
    <w:link w:val="HTML"/>
    <w:uiPriority w:val="99"/>
    <w:rsid w:val="003518C0"/>
    <w:rPr>
      <w:rFonts w:ascii="Courier New" w:eastAsia="Times New Roman" w:hAnsi="Courier New" w:cs="Courier New"/>
      <w:sz w:val="20"/>
      <w:szCs w:val="20"/>
    </w:rPr>
  </w:style>
  <w:style w:type="character" w:styleId="HTML1">
    <w:name w:val="HTML Code"/>
    <w:basedOn w:val="a2"/>
    <w:uiPriority w:val="99"/>
    <w:semiHidden/>
    <w:unhideWhenUsed/>
    <w:rsid w:val="003518C0"/>
    <w:rPr>
      <w:rFonts w:ascii="Courier New" w:eastAsia="Times New Roman" w:hAnsi="Courier New" w:cs="Courier New"/>
      <w:sz w:val="20"/>
      <w:szCs w:val="20"/>
    </w:rPr>
  </w:style>
  <w:style w:type="character" w:customStyle="1" w:styleId="katex">
    <w:name w:val="katex"/>
    <w:basedOn w:val="a2"/>
    <w:rsid w:val="00C72AEF"/>
  </w:style>
  <w:style w:type="character" w:customStyle="1" w:styleId="22">
    <w:name w:val="Заголовок 2 Знак"/>
    <w:basedOn w:val="a2"/>
    <w:link w:val="21"/>
    <w:uiPriority w:val="9"/>
    <w:rsid w:val="00F7719D"/>
    <w:rPr>
      <w:rFonts w:asciiTheme="majorHAnsi" w:eastAsiaTheme="majorEastAsia" w:hAnsiTheme="majorHAnsi" w:cstheme="majorBidi"/>
      <w:b/>
      <w:bCs/>
      <w:color w:val="4F81BD" w:themeColor="accent1"/>
      <w:sz w:val="26"/>
      <w:szCs w:val="26"/>
    </w:rPr>
  </w:style>
  <w:style w:type="character" w:customStyle="1" w:styleId="50">
    <w:name w:val="Заголовок 5 Знак"/>
    <w:basedOn w:val="a2"/>
    <w:link w:val="5"/>
    <w:uiPriority w:val="9"/>
    <w:rsid w:val="00B53F55"/>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rsid w:val="00B53F55"/>
    <w:rPr>
      <w:rFonts w:asciiTheme="majorHAnsi" w:eastAsiaTheme="majorEastAsia" w:hAnsiTheme="majorHAnsi" w:cstheme="majorBidi"/>
      <w:i/>
      <w:iCs/>
      <w:color w:val="243F60" w:themeColor="accent1" w:themeShade="7F"/>
    </w:rPr>
  </w:style>
  <w:style w:type="paragraph" w:styleId="z-">
    <w:name w:val="HTML Top of Form"/>
    <w:basedOn w:val="a1"/>
    <w:next w:val="a1"/>
    <w:link w:val="z-0"/>
    <w:hidden/>
    <w:uiPriority w:val="99"/>
    <w:unhideWhenUsed/>
    <w:rsid w:val="00B53F55"/>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2"/>
    <w:link w:val="z-"/>
    <w:uiPriority w:val="99"/>
    <w:rsid w:val="00B53F55"/>
    <w:rPr>
      <w:rFonts w:ascii="Arial" w:eastAsia="Times New Roman" w:hAnsi="Arial" w:cs="Arial"/>
      <w:vanish/>
      <w:sz w:val="16"/>
      <w:szCs w:val="16"/>
    </w:rPr>
  </w:style>
  <w:style w:type="paragraph" w:styleId="z-1">
    <w:name w:val="HTML Bottom of Form"/>
    <w:basedOn w:val="a1"/>
    <w:next w:val="a1"/>
    <w:link w:val="z-2"/>
    <w:hidden/>
    <w:uiPriority w:val="99"/>
    <w:unhideWhenUsed/>
    <w:rsid w:val="00B53F55"/>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2"/>
    <w:link w:val="z-1"/>
    <w:uiPriority w:val="99"/>
    <w:rsid w:val="00B53F55"/>
    <w:rPr>
      <w:rFonts w:ascii="Arial" w:eastAsia="Times New Roman" w:hAnsi="Arial" w:cs="Arial"/>
      <w:vanish/>
      <w:sz w:val="16"/>
      <w:szCs w:val="16"/>
    </w:rPr>
  </w:style>
  <w:style w:type="character" w:customStyle="1" w:styleId="anegp0gi0b9av8jahpyh">
    <w:name w:val="anegp0gi0b9av8jahpyh"/>
    <w:basedOn w:val="a2"/>
    <w:rsid w:val="00AC18F7"/>
  </w:style>
  <w:style w:type="paragraph" w:customStyle="1" w:styleId="a9">
    <w:name w:val="Знак"/>
    <w:basedOn w:val="a1"/>
    <w:autoRedefine/>
    <w:rsid w:val="001A0720"/>
    <w:pPr>
      <w:spacing w:after="160" w:line="240" w:lineRule="exact"/>
    </w:pPr>
    <w:rPr>
      <w:rFonts w:ascii="Times New Roman" w:eastAsia="SimSun" w:hAnsi="Times New Roman" w:cs="Times New Roman"/>
      <w:b/>
      <w:sz w:val="28"/>
      <w:szCs w:val="24"/>
      <w:lang w:val="en-US" w:eastAsia="en-US"/>
    </w:rPr>
  </w:style>
  <w:style w:type="character" w:customStyle="1" w:styleId="10">
    <w:name w:val="Заголовок 1 Знак"/>
    <w:basedOn w:val="a2"/>
    <w:link w:val="1"/>
    <w:uiPriority w:val="9"/>
    <w:rsid w:val="00532E27"/>
    <w:rPr>
      <w:rFonts w:ascii="Times New Roman" w:eastAsia="Times New Roman" w:hAnsi="Times New Roman" w:cs="Times New Roman"/>
      <w:b/>
      <w:bCs/>
      <w:kern w:val="36"/>
      <w:sz w:val="48"/>
      <w:szCs w:val="48"/>
    </w:rPr>
  </w:style>
  <w:style w:type="table" w:styleId="aa">
    <w:name w:val="Table Grid"/>
    <w:basedOn w:val="a3"/>
    <w:uiPriority w:val="59"/>
    <w:rsid w:val="00DC71D7"/>
    <w:pPr>
      <w:spacing w:after="0" w:line="240" w:lineRule="auto"/>
    </w:pPr>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Placeholder Text"/>
    <w:basedOn w:val="a2"/>
    <w:uiPriority w:val="99"/>
    <w:unhideWhenUsed/>
    <w:rsid w:val="00106DE3"/>
    <w:rPr>
      <w:color w:val="666666"/>
    </w:rPr>
  </w:style>
  <w:style w:type="paragraph" w:styleId="ac">
    <w:name w:val="Balloon Text"/>
    <w:basedOn w:val="a1"/>
    <w:link w:val="ad"/>
    <w:uiPriority w:val="99"/>
    <w:rsid w:val="00106DE3"/>
    <w:pPr>
      <w:spacing w:after="0" w:line="240" w:lineRule="auto"/>
    </w:pPr>
    <w:rPr>
      <w:rFonts w:ascii="Tahoma" w:hAnsi="Tahoma" w:cs="Tahoma"/>
      <w:sz w:val="16"/>
      <w:szCs w:val="16"/>
      <w:lang w:val="en-US" w:eastAsia="zh-CN"/>
    </w:rPr>
  </w:style>
  <w:style w:type="character" w:customStyle="1" w:styleId="ad">
    <w:name w:val="Текст выноски Знак"/>
    <w:basedOn w:val="a2"/>
    <w:link w:val="ac"/>
    <w:uiPriority w:val="99"/>
    <w:rsid w:val="00106DE3"/>
    <w:rPr>
      <w:rFonts w:ascii="Tahoma" w:hAnsi="Tahoma" w:cs="Tahoma"/>
      <w:sz w:val="16"/>
      <w:szCs w:val="16"/>
      <w:lang w:val="en-US" w:eastAsia="zh-CN"/>
    </w:rPr>
  </w:style>
  <w:style w:type="numbering" w:customStyle="1" w:styleId="11">
    <w:name w:val="Нет списка1"/>
    <w:next w:val="a4"/>
    <w:uiPriority w:val="99"/>
    <w:semiHidden/>
    <w:unhideWhenUsed/>
    <w:rsid w:val="00BA7984"/>
  </w:style>
  <w:style w:type="paragraph" w:styleId="ae">
    <w:name w:val="List Paragraph"/>
    <w:basedOn w:val="a1"/>
    <w:uiPriority w:val="34"/>
    <w:qFormat/>
    <w:rsid w:val="00BA7984"/>
    <w:pPr>
      <w:spacing w:after="0" w:line="240" w:lineRule="auto"/>
      <w:ind w:left="720"/>
      <w:contextualSpacing/>
    </w:pPr>
    <w:rPr>
      <w:rFonts w:ascii="Times New Roman" w:eastAsia="Times New Roman" w:hAnsi="Times New Roman" w:cs="Times New Roman"/>
      <w:sz w:val="24"/>
      <w:szCs w:val="24"/>
    </w:rPr>
  </w:style>
  <w:style w:type="paragraph" w:styleId="af">
    <w:name w:val="header"/>
    <w:basedOn w:val="a1"/>
    <w:link w:val="af0"/>
    <w:uiPriority w:val="99"/>
    <w:unhideWhenUsed/>
    <w:rsid w:val="00BA7984"/>
    <w:pPr>
      <w:tabs>
        <w:tab w:val="center" w:pos="4677"/>
        <w:tab w:val="right" w:pos="9355"/>
      </w:tabs>
      <w:spacing w:after="0" w:line="240" w:lineRule="auto"/>
    </w:pPr>
    <w:rPr>
      <w:rFonts w:ascii="Times New Roman" w:eastAsia="Times New Roman" w:hAnsi="Times New Roman" w:cs="Times New Roman"/>
      <w:sz w:val="28"/>
      <w:szCs w:val="28"/>
    </w:rPr>
  </w:style>
  <w:style w:type="character" w:customStyle="1" w:styleId="af0">
    <w:name w:val="Верхний колонтитул Знак"/>
    <w:basedOn w:val="a2"/>
    <w:link w:val="af"/>
    <w:uiPriority w:val="99"/>
    <w:rsid w:val="00BA7984"/>
    <w:rPr>
      <w:rFonts w:ascii="Times New Roman" w:eastAsia="Times New Roman" w:hAnsi="Times New Roman" w:cs="Times New Roman"/>
      <w:sz w:val="28"/>
      <w:szCs w:val="28"/>
    </w:rPr>
  </w:style>
  <w:style w:type="paragraph" w:styleId="af1">
    <w:name w:val="footer"/>
    <w:basedOn w:val="a1"/>
    <w:link w:val="af2"/>
    <w:uiPriority w:val="99"/>
    <w:unhideWhenUsed/>
    <w:rsid w:val="00BA7984"/>
    <w:pPr>
      <w:tabs>
        <w:tab w:val="center" w:pos="4677"/>
        <w:tab w:val="right" w:pos="9355"/>
      </w:tabs>
      <w:spacing w:after="0" w:line="240" w:lineRule="auto"/>
    </w:pPr>
    <w:rPr>
      <w:rFonts w:ascii="Times New Roman" w:eastAsia="Times New Roman" w:hAnsi="Times New Roman" w:cs="Times New Roman"/>
      <w:sz w:val="28"/>
      <w:szCs w:val="28"/>
    </w:rPr>
  </w:style>
  <w:style w:type="character" w:customStyle="1" w:styleId="af2">
    <w:name w:val="Нижний колонтитул Знак"/>
    <w:basedOn w:val="a2"/>
    <w:link w:val="af1"/>
    <w:uiPriority w:val="99"/>
    <w:rsid w:val="00BA7984"/>
    <w:rPr>
      <w:rFonts w:ascii="Times New Roman" w:eastAsia="Times New Roman" w:hAnsi="Times New Roman" w:cs="Times New Roman"/>
      <w:sz w:val="28"/>
      <w:szCs w:val="28"/>
    </w:rPr>
  </w:style>
  <w:style w:type="paragraph" w:styleId="af3">
    <w:name w:val="No Spacing"/>
    <w:uiPriority w:val="1"/>
    <w:qFormat/>
    <w:rsid w:val="00BA7984"/>
    <w:pPr>
      <w:spacing w:after="0" w:line="240" w:lineRule="auto"/>
    </w:pPr>
    <w:rPr>
      <w:rFonts w:ascii="Times New Roman" w:eastAsia="Times New Roman" w:hAnsi="Times New Roman" w:cs="Times New Roman"/>
      <w:sz w:val="28"/>
      <w:szCs w:val="28"/>
    </w:rPr>
  </w:style>
  <w:style w:type="paragraph" w:customStyle="1" w:styleId="Default">
    <w:name w:val="Default"/>
    <w:rsid w:val="00BA7984"/>
    <w:pPr>
      <w:autoSpaceDE w:val="0"/>
      <w:autoSpaceDN w:val="0"/>
      <w:adjustRightInd w:val="0"/>
      <w:spacing w:after="0" w:line="240" w:lineRule="auto"/>
    </w:pPr>
    <w:rPr>
      <w:rFonts w:ascii="Times New Roman" w:hAnsi="Times New Roman" w:cs="Times New Roman"/>
      <w:color w:val="000000"/>
      <w:sz w:val="24"/>
      <w:szCs w:val="24"/>
      <w:lang w:eastAsia="ko-KR"/>
    </w:rPr>
  </w:style>
  <w:style w:type="character" w:customStyle="1" w:styleId="layout">
    <w:name w:val="layout"/>
    <w:rsid w:val="00BA7984"/>
  </w:style>
  <w:style w:type="paragraph" w:customStyle="1" w:styleId="4textlist">
    <w:name w:val="_4_text_list"/>
    <w:basedOn w:val="a1"/>
    <w:rsid w:val="00BA7984"/>
    <w:pPr>
      <w:spacing w:after="0" w:line="260" w:lineRule="atLeast"/>
      <w:ind w:left="720" w:hanging="360"/>
      <w:jc w:val="both"/>
    </w:pPr>
    <w:rPr>
      <w:rFonts w:ascii="Palatino Linotype" w:eastAsia="SimSun" w:hAnsi="Palatino Linotype" w:cs="Times New Roman"/>
      <w:noProof/>
      <w:color w:val="000000"/>
      <w:sz w:val="20"/>
      <w:szCs w:val="20"/>
      <w:lang w:val="en-US" w:eastAsia="zh-CN"/>
    </w:rPr>
  </w:style>
  <w:style w:type="character" w:customStyle="1" w:styleId="40">
    <w:name w:val="Заголовок 4 Знак"/>
    <w:basedOn w:val="a2"/>
    <w:link w:val="4"/>
    <w:uiPriority w:val="9"/>
    <w:rsid w:val="003A4ABB"/>
    <w:rPr>
      <w:rFonts w:asciiTheme="majorHAnsi" w:eastAsiaTheme="majorEastAsia" w:hAnsiTheme="majorHAnsi" w:cstheme="majorBidi"/>
      <w:b/>
      <w:bCs/>
      <w:i/>
      <w:iCs/>
      <w:color w:val="4F81BD" w:themeColor="accent1"/>
      <w:lang w:val="en-US" w:eastAsia="en-US"/>
    </w:rPr>
  </w:style>
  <w:style w:type="character" w:customStyle="1" w:styleId="70">
    <w:name w:val="Заголовок 7 Знак"/>
    <w:basedOn w:val="a2"/>
    <w:link w:val="7"/>
    <w:uiPriority w:val="9"/>
    <w:semiHidden/>
    <w:rsid w:val="003A4ABB"/>
    <w:rPr>
      <w:rFonts w:asciiTheme="majorHAnsi" w:eastAsiaTheme="majorEastAsia" w:hAnsiTheme="majorHAnsi" w:cstheme="majorBidi"/>
      <w:i/>
      <w:iCs/>
      <w:color w:val="404040" w:themeColor="text1" w:themeTint="BF"/>
      <w:lang w:val="en-US" w:eastAsia="en-US"/>
    </w:rPr>
  </w:style>
  <w:style w:type="character" w:customStyle="1" w:styleId="80">
    <w:name w:val="Заголовок 8 Знак"/>
    <w:basedOn w:val="a2"/>
    <w:link w:val="8"/>
    <w:uiPriority w:val="9"/>
    <w:semiHidden/>
    <w:rsid w:val="003A4ABB"/>
    <w:rPr>
      <w:rFonts w:asciiTheme="majorHAnsi" w:eastAsiaTheme="majorEastAsia" w:hAnsiTheme="majorHAnsi" w:cstheme="majorBidi"/>
      <w:color w:val="4F81BD" w:themeColor="accent1"/>
      <w:sz w:val="20"/>
      <w:szCs w:val="20"/>
      <w:lang w:val="en-US" w:eastAsia="en-US"/>
    </w:rPr>
  </w:style>
  <w:style w:type="character" w:customStyle="1" w:styleId="90">
    <w:name w:val="Заголовок 9 Знак"/>
    <w:basedOn w:val="a2"/>
    <w:link w:val="9"/>
    <w:uiPriority w:val="9"/>
    <w:semiHidden/>
    <w:rsid w:val="003A4ABB"/>
    <w:rPr>
      <w:rFonts w:asciiTheme="majorHAnsi" w:eastAsiaTheme="majorEastAsia" w:hAnsiTheme="majorHAnsi" w:cstheme="majorBidi"/>
      <w:i/>
      <w:iCs/>
      <w:color w:val="404040" w:themeColor="text1" w:themeTint="BF"/>
      <w:sz w:val="20"/>
      <w:szCs w:val="20"/>
      <w:lang w:val="en-US" w:eastAsia="en-US"/>
    </w:rPr>
  </w:style>
  <w:style w:type="paragraph" w:styleId="af4">
    <w:name w:val="Title"/>
    <w:basedOn w:val="a1"/>
    <w:next w:val="a1"/>
    <w:link w:val="af5"/>
    <w:uiPriority w:val="10"/>
    <w:qFormat/>
    <w:rsid w:val="003A4AB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n-US" w:eastAsia="en-US"/>
    </w:rPr>
  </w:style>
  <w:style w:type="character" w:customStyle="1" w:styleId="af5">
    <w:name w:val="Название Знак"/>
    <w:basedOn w:val="a2"/>
    <w:link w:val="af4"/>
    <w:uiPriority w:val="10"/>
    <w:rsid w:val="003A4ABB"/>
    <w:rPr>
      <w:rFonts w:asciiTheme="majorHAnsi" w:eastAsiaTheme="majorEastAsia" w:hAnsiTheme="majorHAnsi" w:cstheme="majorBidi"/>
      <w:color w:val="17365D" w:themeColor="text2" w:themeShade="BF"/>
      <w:spacing w:val="5"/>
      <w:kern w:val="28"/>
      <w:sz w:val="52"/>
      <w:szCs w:val="52"/>
      <w:lang w:val="en-US" w:eastAsia="en-US"/>
    </w:rPr>
  </w:style>
  <w:style w:type="paragraph" w:styleId="af6">
    <w:name w:val="Subtitle"/>
    <w:basedOn w:val="a1"/>
    <w:next w:val="a1"/>
    <w:link w:val="af7"/>
    <w:uiPriority w:val="11"/>
    <w:qFormat/>
    <w:rsid w:val="003A4ABB"/>
    <w:pPr>
      <w:numPr>
        <w:ilvl w:val="1"/>
      </w:numPr>
    </w:pPr>
    <w:rPr>
      <w:rFonts w:asciiTheme="majorHAnsi" w:eastAsiaTheme="majorEastAsia" w:hAnsiTheme="majorHAnsi" w:cstheme="majorBidi"/>
      <w:i/>
      <w:iCs/>
      <w:color w:val="4F81BD" w:themeColor="accent1"/>
      <w:spacing w:val="15"/>
      <w:sz w:val="24"/>
      <w:szCs w:val="24"/>
      <w:lang w:val="en-US" w:eastAsia="en-US"/>
    </w:rPr>
  </w:style>
  <w:style w:type="character" w:customStyle="1" w:styleId="af7">
    <w:name w:val="Подзаголовок Знак"/>
    <w:basedOn w:val="a2"/>
    <w:link w:val="af6"/>
    <w:uiPriority w:val="11"/>
    <w:rsid w:val="003A4ABB"/>
    <w:rPr>
      <w:rFonts w:asciiTheme="majorHAnsi" w:eastAsiaTheme="majorEastAsia" w:hAnsiTheme="majorHAnsi" w:cstheme="majorBidi"/>
      <w:i/>
      <w:iCs/>
      <w:color w:val="4F81BD" w:themeColor="accent1"/>
      <w:spacing w:val="15"/>
      <w:sz w:val="24"/>
      <w:szCs w:val="24"/>
      <w:lang w:val="en-US" w:eastAsia="en-US"/>
    </w:rPr>
  </w:style>
  <w:style w:type="paragraph" w:styleId="af8">
    <w:name w:val="Body Text"/>
    <w:basedOn w:val="a1"/>
    <w:link w:val="af9"/>
    <w:uiPriority w:val="99"/>
    <w:unhideWhenUsed/>
    <w:rsid w:val="003A4ABB"/>
    <w:pPr>
      <w:spacing w:after="120"/>
    </w:pPr>
    <w:rPr>
      <w:lang w:val="en-US" w:eastAsia="en-US"/>
    </w:rPr>
  </w:style>
  <w:style w:type="character" w:customStyle="1" w:styleId="af9">
    <w:name w:val="Основной текст Знак"/>
    <w:basedOn w:val="a2"/>
    <w:link w:val="af8"/>
    <w:uiPriority w:val="99"/>
    <w:rsid w:val="003A4ABB"/>
    <w:rPr>
      <w:lang w:val="en-US" w:eastAsia="en-US"/>
    </w:rPr>
  </w:style>
  <w:style w:type="paragraph" w:styleId="23">
    <w:name w:val="Body Text 2"/>
    <w:basedOn w:val="a1"/>
    <w:link w:val="24"/>
    <w:unhideWhenUsed/>
    <w:rsid w:val="003A4ABB"/>
    <w:pPr>
      <w:spacing w:after="120" w:line="480" w:lineRule="auto"/>
    </w:pPr>
    <w:rPr>
      <w:lang w:val="en-US" w:eastAsia="en-US"/>
    </w:rPr>
  </w:style>
  <w:style w:type="character" w:customStyle="1" w:styleId="24">
    <w:name w:val="Основной текст 2 Знак"/>
    <w:basedOn w:val="a2"/>
    <w:link w:val="23"/>
    <w:rsid w:val="003A4ABB"/>
    <w:rPr>
      <w:lang w:val="en-US" w:eastAsia="en-US"/>
    </w:rPr>
  </w:style>
  <w:style w:type="paragraph" w:styleId="33">
    <w:name w:val="Body Text 3"/>
    <w:basedOn w:val="a1"/>
    <w:link w:val="34"/>
    <w:uiPriority w:val="99"/>
    <w:unhideWhenUsed/>
    <w:rsid w:val="003A4ABB"/>
    <w:pPr>
      <w:spacing w:after="120"/>
    </w:pPr>
    <w:rPr>
      <w:sz w:val="16"/>
      <w:szCs w:val="16"/>
      <w:lang w:val="en-US" w:eastAsia="en-US"/>
    </w:rPr>
  </w:style>
  <w:style w:type="character" w:customStyle="1" w:styleId="34">
    <w:name w:val="Основной текст 3 Знак"/>
    <w:basedOn w:val="a2"/>
    <w:link w:val="33"/>
    <w:uiPriority w:val="99"/>
    <w:rsid w:val="003A4ABB"/>
    <w:rPr>
      <w:sz w:val="16"/>
      <w:szCs w:val="16"/>
      <w:lang w:val="en-US" w:eastAsia="en-US"/>
    </w:rPr>
  </w:style>
  <w:style w:type="paragraph" w:styleId="afa">
    <w:name w:val="List"/>
    <w:basedOn w:val="a1"/>
    <w:uiPriority w:val="99"/>
    <w:unhideWhenUsed/>
    <w:rsid w:val="003A4ABB"/>
    <w:pPr>
      <w:ind w:left="360" w:hanging="360"/>
      <w:contextualSpacing/>
    </w:pPr>
    <w:rPr>
      <w:lang w:val="en-US" w:eastAsia="en-US"/>
    </w:rPr>
  </w:style>
  <w:style w:type="paragraph" w:styleId="25">
    <w:name w:val="List 2"/>
    <w:basedOn w:val="a1"/>
    <w:uiPriority w:val="99"/>
    <w:unhideWhenUsed/>
    <w:rsid w:val="003A4ABB"/>
    <w:pPr>
      <w:ind w:left="720" w:hanging="360"/>
      <w:contextualSpacing/>
    </w:pPr>
    <w:rPr>
      <w:lang w:val="en-US" w:eastAsia="en-US"/>
    </w:rPr>
  </w:style>
  <w:style w:type="paragraph" w:styleId="35">
    <w:name w:val="List 3"/>
    <w:basedOn w:val="a1"/>
    <w:uiPriority w:val="99"/>
    <w:unhideWhenUsed/>
    <w:rsid w:val="003A4ABB"/>
    <w:pPr>
      <w:ind w:left="1080" w:hanging="360"/>
      <w:contextualSpacing/>
    </w:pPr>
    <w:rPr>
      <w:lang w:val="en-US" w:eastAsia="en-US"/>
    </w:rPr>
  </w:style>
  <w:style w:type="paragraph" w:styleId="a0">
    <w:name w:val="List Bullet"/>
    <w:basedOn w:val="a1"/>
    <w:uiPriority w:val="99"/>
    <w:unhideWhenUsed/>
    <w:rsid w:val="003A4ABB"/>
    <w:pPr>
      <w:numPr>
        <w:numId w:val="20"/>
      </w:numPr>
      <w:contextualSpacing/>
    </w:pPr>
    <w:rPr>
      <w:lang w:val="en-US" w:eastAsia="en-US"/>
    </w:rPr>
  </w:style>
  <w:style w:type="paragraph" w:styleId="20">
    <w:name w:val="List Bullet 2"/>
    <w:basedOn w:val="a1"/>
    <w:uiPriority w:val="99"/>
    <w:unhideWhenUsed/>
    <w:rsid w:val="003A4ABB"/>
    <w:pPr>
      <w:numPr>
        <w:numId w:val="21"/>
      </w:numPr>
      <w:contextualSpacing/>
    </w:pPr>
    <w:rPr>
      <w:lang w:val="en-US" w:eastAsia="en-US"/>
    </w:rPr>
  </w:style>
  <w:style w:type="paragraph" w:styleId="30">
    <w:name w:val="List Bullet 3"/>
    <w:basedOn w:val="a1"/>
    <w:uiPriority w:val="99"/>
    <w:unhideWhenUsed/>
    <w:rsid w:val="003A4ABB"/>
    <w:pPr>
      <w:numPr>
        <w:numId w:val="22"/>
      </w:numPr>
      <w:contextualSpacing/>
    </w:pPr>
    <w:rPr>
      <w:lang w:val="en-US" w:eastAsia="en-US"/>
    </w:rPr>
  </w:style>
  <w:style w:type="paragraph" w:styleId="a">
    <w:name w:val="List Number"/>
    <w:basedOn w:val="a1"/>
    <w:uiPriority w:val="99"/>
    <w:unhideWhenUsed/>
    <w:rsid w:val="003A4ABB"/>
    <w:pPr>
      <w:numPr>
        <w:numId w:val="24"/>
      </w:numPr>
      <w:contextualSpacing/>
    </w:pPr>
    <w:rPr>
      <w:lang w:val="en-US" w:eastAsia="en-US"/>
    </w:rPr>
  </w:style>
  <w:style w:type="paragraph" w:styleId="2">
    <w:name w:val="List Number 2"/>
    <w:basedOn w:val="a1"/>
    <w:uiPriority w:val="99"/>
    <w:unhideWhenUsed/>
    <w:rsid w:val="003A4ABB"/>
    <w:pPr>
      <w:numPr>
        <w:numId w:val="25"/>
      </w:numPr>
      <w:contextualSpacing/>
    </w:pPr>
    <w:rPr>
      <w:lang w:val="en-US" w:eastAsia="en-US"/>
    </w:rPr>
  </w:style>
  <w:style w:type="paragraph" w:styleId="3">
    <w:name w:val="List Number 3"/>
    <w:basedOn w:val="a1"/>
    <w:uiPriority w:val="99"/>
    <w:unhideWhenUsed/>
    <w:rsid w:val="003A4ABB"/>
    <w:pPr>
      <w:numPr>
        <w:numId w:val="26"/>
      </w:numPr>
      <w:contextualSpacing/>
    </w:pPr>
    <w:rPr>
      <w:lang w:val="en-US" w:eastAsia="en-US"/>
    </w:rPr>
  </w:style>
  <w:style w:type="paragraph" w:styleId="afb">
    <w:name w:val="List Continue"/>
    <w:basedOn w:val="a1"/>
    <w:uiPriority w:val="99"/>
    <w:unhideWhenUsed/>
    <w:rsid w:val="003A4ABB"/>
    <w:pPr>
      <w:spacing w:after="120"/>
      <w:ind w:left="360"/>
      <w:contextualSpacing/>
    </w:pPr>
    <w:rPr>
      <w:lang w:val="en-US" w:eastAsia="en-US"/>
    </w:rPr>
  </w:style>
  <w:style w:type="paragraph" w:styleId="26">
    <w:name w:val="List Continue 2"/>
    <w:basedOn w:val="a1"/>
    <w:uiPriority w:val="99"/>
    <w:unhideWhenUsed/>
    <w:rsid w:val="003A4ABB"/>
    <w:pPr>
      <w:spacing w:after="120"/>
      <w:ind w:left="720"/>
      <w:contextualSpacing/>
    </w:pPr>
    <w:rPr>
      <w:lang w:val="en-US" w:eastAsia="en-US"/>
    </w:rPr>
  </w:style>
  <w:style w:type="paragraph" w:styleId="36">
    <w:name w:val="List Continue 3"/>
    <w:basedOn w:val="a1"/>
    <w:uiPriority w:val="99"/>
    <w:unhideWhenUsed/>
    <w:rsid w:val="003A4ABB"/>
    <w:pPr>
      <w:spacing w:after="120"/>
      <w:ind w:left="1080"/>
      <w:contextualSpacing/>
    </w:pPr>
    <w:rPr>
      <w:lang w:val="en-US" w:eastAsia="en-US"/>
    </w:rPr>
  </w:style>
  <w:style w:type="paragraph" w:styleId="afc">
    <w:name w:val="macro"/>
    <w:link w:val="afd"/>
    <w:uiPriority w:val="99"/>
    <w:unhideWhenUsed/>
    <w:rsid w:val="003A4ABB"/>
    <w:pPr>
      <w:tabs>
        <w:tab w:val="left" w:pos="576"/>
        <w:tab w:val="left" w:pos="1152"/>
        <w:tab w:val="left" w:pos="1728"/>
        <w:tab w:val="left" w:pos="2304"/>
        <w:tab w:val="left" w:pos="2880"/>
        <w:tab w:val="left" w:pos="3456"/>
        <w:tab w:val="left" w:pos="4032"/>
      </w:tabs>
    </w:pPr>
    <w:rPr>
      <w:rFonts w:ascii="Courier" w:hAnsi="Courier"/>
      <w:sz w:val="20"/>
      <w:szCs w:val="20"/>
      <w:lang w:val="en-US" w:eastAsia="en-US"/>
    </w:rPr>
  </w:style>
  <w:style w:type="character" w:customStyle="1" w:styleId="afd">
    <w:name w:val="Текст макроса Знак"/>
    <w:basedOn w:val="a2"/>
    <w:link w:val="afc"/>
    <w:uiPriority w:val="99"/>
    <w:rsid w:val="003A4ABB"/>
    <w:rPr>
      <w:rFonts w:ascii="Courier" w:hAnsi="Courier"/>
      <w:sz w:val="20"/>
      <w:szCs w:val="20"/>
      <w:lang w:val="en-US" w:eastAsia="en-US"/>
    </w:rPr>
  </w:style>
  <w:style w:type="paragraph" w:styleId="27">
    <w:name w:val="Quote"/>
    <w:basedOn w:val="a1"/>
    <w:next w:val="a1"/>
    <w:link w:val="28"/>
    <w:uiPriority w:val="29"/>
    <w:qFormat/>
    <w:rsid w:val="003A4ABB"/>
    <w:rPr>
      <w:i/>
      <w:iCs/>
      <w:color w:val="000000" w:themeColor="text1"/>
      <w:lang w:val="en-US" w:eastAsia="en-US"/>
    </w:rPr>
  </w:style>
  <w:style w:type="character" w:customStyle="1" w:styleId="28">
    <w:name w:val="Цитата 2 Знак"/>
    <w:basedOn w:val="a2"/>
    <w:link w:val="27"/>
    <w:uiPriority w:val="29"/>
    <w:rsid w:val="003A4ABB"/>
    <w:rPr>
      <w:i/>
      <w:iCs/>
      <w:color w:val="000000" w:themeColor="text1"/>
      <w:lang w:val="en-US" w:eastAsia="en-US"/>
    </w:rPr>
  </w:style>
  <w:style w:type="paragraph" w:styleId="afe">
    <w:name w:val="caption"/>
    <w:basedOn w:val="a1"/>
    <w:next w:val="a1"/>
    <w:uiPriority w:val="35"/>
    <w:semiHidden/>
    <w:unhideWhenUsed/>
    <w:qFormat/>
    <w:rsid w:val="003A4ABB"/>
    <w:pPr>
      <w:spacing w:line="240" w:lineRule="auto"/>
    </w:pPr>
    <w:rPr>
      <w:b/>
      <w:bCs/>
      <w:color w:val="4F81BD" w:themeColor="accent1"/>
      <w:sz w:val="18"/>
      <w:szCs w:val="18"/>
      <w:lang w:val="en-US" w:eastAsia="en-US"/>
    </w:rPr>
  </w:style>
  <w:style w:type="paragraph" w:styleId="aff">
    <w:name w:val="Intense Quote"/>
    <w:basedOn w:val="a1"/>
    <w:next w:val="a1"/>
    <w:link w:val="aff0"/>
    <w:uiPriority w:val="30"/>
    <w:qFormat/>
    <w:rsid w:val="003A4ABB"/>
    <w:pPr>
      <w:pBdr>
        <w:bottom w:val="single" w:sz="4" w:space="4" w:color="4F81BD" w:themeColor="accent1"/>
      </w:pBdr>
      <w:spacing w:before="200" w:after="280"/>
      <w:ind w:left="936" w:right="936"/>
    </w:pPr>
    <w:rPr>
      <w:b/>
      <w:bCs/>
      <w:i/>
      <w:iCs/>
      <w:color w:val="4F81BD" w:themeColor="accent1"/>
      <w:lang w:val="en-US" w:eastAsia="en-US"/>
    </w:rPr>
  </w:style>
  <w:style w:type="character" w:customStyle="1" w:styleId="aff0">
    <w:name w:val="Выделенная цитата Знак"/>
    <w:basedOn w:val="a2"/>
    <w:link w:val="aff"/>
    <w:uiPriority w:val="30"/>
    <w:rsid w:val="003A4ABB"/>
    <w:rPr>
      <w:b/>
      <w:bCs/>
      <w:i/>
      <w:iCs/>
      <w:color w:val="4F81BD" w:themeColor="accent1"/>
      <w:lang w:val="en-US" w:eastAsia="en-US"/>
    </w:rPr>
  </w:style>
  <w:style w:type="character" w:styleId="aff1">
    <w:name w:val="Subtle Emphasis"/>
    <w:basedOn w:val="a2"/>
    <w:uiPriority w:val="19"/>
    <w:qFormat/>
    <w:rsid w:val="003A4ABB"/>
    <w:rPr>
      <w:i/>
      <w:iCs/>
      <w:color w:val="808080" w:themeColor="text1" w:themeTint="7F"/>
    </w:rPr>
  </w:style>
  <w:style w:type="character" w:styleId="aff2">
    <w:name w:val="Intense Emphasis"/>
    <w:basedOn w:val="a2"/>
    <w:uiPriority w:val="21"/>
    <w:qFormat/>
    <w:rsid w:val="003A4ABB"/>
    <w:rPr>
      <w:b/>
      <w:bCs/>
      <w:i/>
      <w:iCs/>
      <w:color w:val="4F81BD" w:themeColor="accent1"/>
    </w:rPr>
  </w:style>
  <w:style w:type="character" w:styleId="aff3">
    <w:name w:val="Subtle Reference"/>
    <w:basedOn w:val="a2"/>
    <w:uiPriority w:val="31"/>
    <w:qFormat/>
    <w:rsid w:val="003A4ABB"/>
    <w:rPr>
      <w:smallCaps/>
      <w:color w:val="C0504D" w:themeColor="accent2"/>
      <w:u w:val="single"/>
    </w:rPr>
  </w:style>
  <w:style w:type="character" w:styleId="aff4">
    <w:name w:val="Intense Reference"/>
    <w:basedOn w:val="a2"/>
    <w:uiPriority w:val="32"/>
    <w:qFormat/>
    <w:rsid w:val="003A4ABB"/>
    <w:rPr>
      <w:b/>
      <w:bCs/>
      <w:smallCaps/>
      <w:color w:val="C0504D" w:themeColor="accent2"/>
      <w:spacing w:val="5"/>
      <w:u w:val="single"/>
    </w:rPr>
  </w:style>
  <w:style w:type="character" w:styleId="aff5">
    <w:name w:val="Book Title"/>
    <w:basedOn w:val="a2"/>
    <w:uiPriority w:val="33"/>
    <w:qFormat/>
    <w:rsid w:val="003A4ABB"/>
    <w:rPr>
      <w:b/>
      <w:bCs/>
      <w:smallCaps/>
      <w:spacing w:val="5"/>
    </w:rPr>
  </w:style>
  <w:style w:type="paragraph" w:styleId="aff6">
    <w:name w:val="TOC Heading"/>
    <w:basedOn w:val="1"/>
    <w:next w:val="a1"/>
    <w:uiPriority w:val="39"/>
    <w:semiHidden/>
    <w:unhideWhenUsed/>
    <w:qFormat/>
    <w:rsid w:val="003A4ABB"/>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val="en-US" w:eastAsia="en-US"/>
    </w:rPr>
  </w:style>
  <w:style w:type="table" w:styleId="aff7">
    <w:name w:val="Light Shading"/>
    <w:basedOn w:val="a3"/>
    <w:uiPriority w:val="60"/>
    <w:rsid w:val="003A4ABB"/>
    <w:pPr>
      <w:spacing w:after="0" w:line="240" w:lineRule="auto"/>
    </w:pPr>
    <w:rPr>
      <w:color w:val="000000" w:themeColor="text1" w:themeShade="BF"/>
      <w:lang w:val="en-US"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3A4ABB"/>
    <w:pPr>
      <w:spacing w:after="0" w:line="240" w:lineRule="auto"/>
    </w:pPr>
    <w:rPr>
      <w:color w:val="365F91" w:themeColor="accent1" w:themeShade="BF"/>
      <w:lang w:val="en-US" w:eastAsia="en-US"/>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3A4ABB"/>
    <w:pPr>
      <w:spacing w:after="0" w:line="240" w:lineRule="auto"/>
    </w:pPr>
    <w:rPr>
      <w:color w:val="943634" w:themeColor="accent2" w:themeShade="BF"/>
      <w:lang w:val="en-US" w:eastAsia="en-US"/>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3A4ABB"/>
    <w:pPr>
      <w:spacing w:after="0" w:line="240" w:lineRule="auto"/>
    </w:pPr>
    <w:rPr>
      <w:color w:val="76923C" w:themeColor="accent3" w:themeShade="BF"/>
      <w:lang w:val="en-US" w:eastAsia="en-US"/>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3A4ABB"/>
    <w:pPr>
      <w:spacing w:after="0" w:line="240" w:lineRule="auto"/>
    </w:pPr>
    <w:rPr>
      <w:color w:val="5F497A" w:themeColor="accent4" w:themeShade="BF"/>
      <w:lang w:val="en-US" w:eastAsia="en-US"/>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3A4ABB"/>
    <w:pPr>
      <w:spacing w:after="0" w:line="240" w:lineRule="auto"/>
    </w:pPr>
    <w:rPr>
      <w:color w:val="31849B" w:themeColor="accent5" w:themeShade="BF"/>
      <w:lang w:val="en-US" w:eastAsia="en-US"/>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3A4ABB"/>
    <w:pPr>
      <w:spacing w:after="0" w:line="240" w:lineRule="auto"/>
    </w:pPr>
    <w:rPr>
      <w:color w:val="E36C0A" w:themeColor="accent6" w:themeShade="BF"/>
      <w:lang w:val="en-US" w:eastAsia="en-US"/>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8">
    <w:name w:val="Light List"/>
    <w:basedOn w:val="a3"/>
    <w:uiPriority w:val="61"/>
    <w:rsid w:val="003A4ABB"/>
    <w:pPr>
      <w:spacing w:after="0" w:line="240" w:lineRule="auto"/>
    </w:pPr>
    <w:rPr>
      <w:lang w:val="en-U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3A4ABB"/>
    <w:pPr>
      <w:spacing w:after="0" w:line="240" w:lineRule="auto"/>
    </w:pPr>
    <w:rPr>
      <w:lang w:val="en-US" w:eastAsia="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3A4ABB"/>
    <w:pPr>
      <w:spacing w:after="0" w:line="240" w:lineRule="auto"/>
    </w:pPr>
    <w:rPr>
      <w:lang w:val="en-US" w:eastAsia="en-US"/>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3A4ABB"/>
    <w:pPr>
      <w:spacing w:after="0" w:line="240" w:lineRule="auto"/>
    </w:pPr>
    <w:rPr>
      <w:lang w:val="en-U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3A4ABB"/>
    <w:pPr>
      <w:spacing w:after="0" w:line="240" w:lineRule="auto"/>
    </w:pPr>
    <w:rPr>
      <w:lang w:val="en-US" w:eastAsia="en-US"/>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3A4ABB"/>
    <w:pPr>
      <w:spacing w:after="0" w:line="240" w:lineRule="auto"/>
    </w:pPr>
    <w:rPr>
      <w:lang w:val="en-US" w:eastAsia="en-US"/>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3A4ABB"/>
    <w:pPr>
      <w:spacing w:after="0" w:line="240" w:lineRule="auto"/>
    </w:pPr>
    <w:rPr>
      <w:lang w:val="en-US" w:eastAsia="en-US"/>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9">
    <w:name w:val="Light Grid"/>
    <w:basedOn w:val="a3"/>
    <w:uiPriority w:val="62"/>
    <w:rsid w:val="003A4ABB"/>
    <w:pPr>
      <w:spacing w:after="0" w:line="240" w:lineRule="auto"/>
    </w:pPr>
    <w:rPr>
      <w:lang w:val="en-U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3A4ABB"/>
    <w:pPr>
      <w:spacing w:after="0" w:line="240" w:lineRule="auto"/>
    </w:pPr>
    <w:rPr>
      <w:lang w:val="en-US" w:eastAsia="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3A4ABB"/>
    <w:pPr>
      <w:spacing w:after="0" w:line="240" w:lineRule="auto"/>
    </w:pPr>
    <w:rPr>
      <w:lang w:val="en-US" w:eastAsia="en-US"/>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3A4ABB"/>
    <w:pPr>
      <w:spacing w:after="0" w:line="240" w:lineRule="auto"/>
    </w:pPr>
    <w:rPr>
      <w:lang w:val="en-U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3A4ABB"/>
    <w:pPr>
      <w:spacing w:after="0" w:line="240" w:lineRule="auto"/>
    </w:pPr>
    <w:rPr>
      <w:lang w:val="en-US" w:eastAsia="en-US"/>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3A4ABB"/>
    <w:pPr>
      <w:spacing w:after="0" w:line="240" w:lineRule="auto"/>
    </w:pPr>
    <w:rPr>
      <w:lang w:val="en-US" w:eastAsia="en-US"/>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3A4ABB"/>
    <w:pPr>
      <w:spacing w:after="0" w:line="240" w:lineRule="auto"/>
    </w:pPr>
    <w:rPr>
      <w:lang w:val="en-US" w:eastAsia="en-US"/>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2">
    <w:name w:val="Medium Shading 1"/>
    <w:basedOn w:val="a3"/>
    <w:uiPriority w:val="63"/>
    <w:rsid w:val="003A4ABB"/>
    <w:pPr>
      <w:spacing w:after="0" w:line="240" w:lineRule="auto"/>
    </w:pPr>
    <w:rPr>
      <w:lang w:val="en-US" w:eastAsia="en-US"/>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3A4ABB"/>
    <w:pPr>
      <w:spacing w:after="0" w:line="240" w:lineRule="auto"/>
    </w:pPr>
    <w:rPr>
      <w:lang w:val="en-US" w:eastAsia="en-US"/>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3A4ABB"/>
    <w:pPr>
      <w:spacing w:after="0" w:line="240" w:lineRule="auto"/>
    </w:pPr>
    <w:rPr>
      <w:lang w:val="en-US" w:eastAsia="en-US"/>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3A4ABB"/>
    <w:pPr>
      <w:spacing w:after="0" w:line="240" w:lineRule="auto"/>
    </w:pPr>
    <w:rPr>
      <w:lang w:val="en-US" w:eastAsia="en-US"/>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3A4ABB"/>
    <w:pPr>
      <w:spacing w:after="0" w:line="240" w:lineRule="auto"/>
    </w:pPr>
    <w:rPr>
      <w:lang w:val="en-US" w:eastAsia="en-US"/>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3A4ABB"/>
    <w:pPr>
      <w:spacing w:after="0" w:line="240" w:lineRule="auto"/>
    </w:pPr>
    <w:rPr>
      <w:lang w:val="en-US" w:eastAsia="en-US"/>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3A4ABB"/>
    <w:pPr>
      <w:spacing w:after="0" w:line="240" w:lineRule="auto"/>
    </w:pPr>
    <w:rPr>
      <w:lang w:val="en-US" w:eastAsia="en-US"/>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3A4ABB"/>
    <w:pPr>
      <w:spacing w:after="0" w:line="240" w:lineRule="auto"/>
    </w:pPr>
    <w:rPr>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3A4ABB"/>
    <w:pPr>
      <w:spacing w:after="0" w:line="240" w:lineRule="auto"/>
    </w:pPr>
    <w:rPr>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3A4ABB"/>
    <w:pPr>
      <w:spacing w:after="0" w:line="240" w:lineRule="auto"/>
    </w:pPr>
    <w:rPr>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3A4ABB"/>
    <w:pPr>
      <w:spacing w:after="0" w:line="240" w:lineRule="auto"/>
    </w:pPr>
    <w:rPr>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3A4ABB"/>
    <w:pPr>
      <w:spacing w:after="0" w:line="240" w:lineRule="auto"/>
    </w:pPr>
    <w:rPr>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3A4ABB"/>
    <w:pPr>
      <w:spacing w:after="0" w:line="240" w:lineRule="auto"/>
    </w:pPr>
    <w:rPr>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3A4ABB"/>
    <w:pPr>
      <w:spacing w:after="0" w:line="240" w:lineRule="auto"/>
    </w:pPr>
    <w:rPr>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3">
    <w:name w:val="Medium List 1"/>
    <w:basedOn w:val="a3"/>
    <w:uiPriority w:val="65"/>
    <w:rsid w:val="003A4ABB"/>
    <w:pPr>
      <w:spacing w:after="0" w:line="240" w:lineRule="auto"/>
    </w:pPr>
    <w:rPr>
      <w:color w:val="000000" w:themeColor="text1"/>
      <w:lang w:val="en-US"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3A4ABB"/>
    <w:pPr>
      <w:spacing w:after="0" w:line="240" w:lineRule="auto"/>
    </w:pPr>
    <w:rPr>
      <w:color w:val="000000" w:themeColor="text1"/>
      <w:lang w:val="en-US" w:eastAsia="en-US"/>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3A4ABB"/>
    <w:pPr>
      <w:spacing w:after="0" w:line="240" w:lineRule="auto"/>
    </w:pPr>
    <w:rPr>
      <w:color w:val="000000" w:themeColor="text1"/>
      <w:lang w:val="en-US" w:eastAsia="en-US"/>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3A4ABB"/>
    <w:pPr>
      <w:spacing w:after="0" w:line="240" w:lineRule="auto"/>
    </w:pPr>
    <w:rPr>
      <w:color w:val="000000" w:themeColor="text1"/>
      <w:lang w:val="en-US" w:eastAsia="en-US"/>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3A4ABB"/>
    <w:pPr>
      <w:spacing w:after="0" w:line="240" w:lineRule="auto"/>
    </w:pPr>
    <w:rPr>
      <w:color w:val="000000" w:themeColor="text1"/>
      <w:lang w:val="en-US" w:eastAsia="en-US"/>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3A4ABB"/>
    <w:pPr>
      <w:spacing w:after="0" w:line="240" w:lineRule="auto"/>
    </w:pPr>
    <w:rPr>
      <w:color w:val="000000" w:themeColor="text1"/>
      <w:lang w:val="en-US" w:eastAsia="en-US"/>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3A4ABB"/>
    <w:pPr>
      <w:spacing w:after="0" w:line="240" w:lineRule="auto"/>
    </w:pPr>
    <w:rPr>
      <w:color w:val="000000" w:themeColor="text1"/>
      <w:lang w:val="en-US" w:eastAsia="en-US"/>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3A4ABB"/>
    <w:pPr>
      <w:spacing w:after="0" w:line="240" w:lineRule="auto"/>
    </w:pPr>
    <w:rPr>
      <w:rFonts w:asciiTheme="majorHAnsi" w:eastAsiaTheme="majorEastAsia" w:hAnsiTheme="majorHAnsi" w:cstheme="majorBidi"/>
      <w:color w:val="000000" w:themeColor="text1"/>
      <w:lang w:val="en-U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3A4ABB"/>
    <w:pPr>
      <w:spacing w:after="0" w:line="240" w:lineRule="auto"/>
    </w:pPr>
    <w:rPr>
      <w:rFonts w:asciiTheme="majorHAnsi" w:eastAsiaTheme="majorEastAsia" w:hAnsiTheme="majorHAnsi" w:cstheme="majorBidi"/>
      <w:color w:val="000000" w:themeColor="text1"/>
      <w:lang w:val="en-US" w:eastAsia="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3A4ABB"/>
    <w:pPr>
      <w:spacing w:after="0" w:line="240" w:lineRule="auto"/>
    </w:pPr>
    <w:rPr>
      <w:rFonts w:asciiTheme="majorHAnsi" w:eastAsiaTheme="majorEastAsia" w:hAnsiTheme="majorHAnsi" w:cstheme="majorBidi"/>
      <w:color w:val="000000" w:themeColor="text1"/>
      <w:lang w:val="en-US" w:eastAsia="en-US"/>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3A4ABB"/>
    <w:pPr>
      <w:spacing w:after="0" w:line="240" w:lineRule="auto"/>
    </w:pPr>
    <w:rPr>
      <w:rFonts w:asciiTheme="majorHAnsi" w:eastAsiaTheme="majorEastAsia" w:hAnsiTheme="majorHAnsi" w:cstheme="majorBidi"/>
      <w:color w:val="000000" w:themeColor="text1"/>
      <w:lang w:val="en-U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3A4ABB"/>
    <w:pPr>
      <w:spacing w:after="0" w:line="240" w:lineRule="auto"/>
    </w:pPr>
    <w:rPr>
      <w:rFonts w:asciiTheme="majorHAnsi" w:eastAsiaTheme="majorEastAsia" w:hAnsiTheme="majorHAnsi" w:cstheme="majorBidi"/>
      <w:color w:val="000000" w:themeColor="text1"/>
      <w:lang w:val="en-US" w:eastAsia="en-US"/>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3A4ABB"/>
    <w:pPr>
      <w:spacing w:after="0" w:line="240" w:lineRule="auto"/>
    </w:pPr>
    <w:rPr>
      <w:rFonts w:asciiTheme="majorHAnsi" w:eastAsiaTheme="majorEastAsia" w:hAnsiTheme="majorHAnsi" w:cstheme="majorBidi"/>
      <w:color w:val="000000" w:themeColor="text1"/>
      <w:lang w:val="en-US" w:eastAsia="en-US"/>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3A4ABB"/>
    <w:pPr>
      <w:spacing w:after="0" w:line="240" w:lineRule="auto"/>
    </w:pPr>
    <w:rPr>
      <w:rFonts w:asciiTheme="majorHAnsi" w:eastAsiaTheme="majorEastAsia" w:hAnsiTheme="majorHAnsi" w:cstheme="majorBidi"/>
      <w:color w:val="000000" w:themeColor="text1"/>
      <w:lang w:val="en-US" w:eastAsia="en-US"/>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4">
    <w:name w:val="Medium Grid 1"/>
    <w:basedOn w:val="a3"/>
    <w:uiPriority w:val="67"/>
    <w:rsid w:val="003A4ABB"/>
    <w:pPr>
      <w:spacing w:after="0" w:line="240" w:lineRule="auto"/>
    </w:pPr>
    <w:rPr>
      <w:lang w:val="en-US" w:eastAsia="en-US"/>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3A4ABB"/>
    <w:pPr>
      <w:spacing w:after="0" w:line="240" w:lineRule="auto"/>
    </w:pPr>
    <w:rPr>
      <w:lang w:val="en-US" w:eastAsia="en-US"/>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3A4ABB"/>
    <w:pPr>
      <w:spacing w:after="0" w:line="240" w:lineRule="auto"/>
    </w:pPr>
    <w:rPr>
      <w:lang w:val="en-US" w:eastAsia="en-US"/>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3A4ABB"/>
    <w:pPr>
      <w:spacing w:after="0" w:line="240" w:lineRule="auto"/>
    </w:pPr>
    <w:rPr>
      <w:lang w:val="en-US" w:eastAsia="en-US"/>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3A4ABB"/>
    <w:pPr>
      <w:spacing w:after="0" w:line="240" w:lineRule="auto"/>
    </w:pPr>
    <w:rPr>
      <w:lang w:val="en-US" w:eastAsia="en-US"/>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3A4ABB"/>
    <w:pPr>
      <w:spacing w:after="0" w:line="240" w:lineRule="auto"/>
    </w:pPr>
    <w:rPr>
      <w:lang w:val="en-US" w:eastAsia="en-US"/>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3A4ABB"/>
    <w:pPr>
      <w:spacing w:after="0" w:line="240" w:lineRule="auto"/>
    </w:pPr>
    <w:rPr>
      <w:lang w:val="en-US" w:eastAsia="en-US"/>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3A4ABB"/>
    <w:pPr>
      <w:spacing w:after="0" w:line="240" w:lineRule="auto"/>
    </w:pPr>
    <w:rPr>
      <w:rFonts w:asciiTheme="majorHAnsi" w:eastAsiaTheme="majorEastAsia" w:hAnsiTheme="majorHAnsi" w:cstheme="majorBidi"/>
      <w:color w:val="000000" w:themeColor="text1"/>
      <w:lang w:val="en-U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3A4ABB"/>
    <w:pPr>
      <w:spacing w:after="0" w:line="240" w:lineRule="auto"/>
    </w:pPr>
    <w:rPr>
      <w:rFonts w:asciiTheme="majorHAnsi" w:eastAsiaTheme="majorEastAsia" w:hAnsiTheme="majorHAnsi" w:cstheme="majorBidi"/>
      <w:color w:val="000000" w:themeColor="text1"/>
      <w:lang w:val="en-US" w:eastAsia="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3A4ABB"/>
    <w:pPr>
      <w:spacing w:after="0" w:line="240" w:lineRule="auto"/>
    </w:pPr>
    <w:rPr>
      <w:rFonts w:asciiTheme="majorHAnsi" w:eastAsiaTheme="majorEastAsia" w:hAnsiTheme="majorHAnsi" w:cstheme="majorBidi"/>
      <w:color w:val="000000" w:themeColor="text1"/>
      <w:lang w:val="en-US" w:eastAsia="en-US"/>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3A4ABB"/>
    <w:pPr>
      <w:spacing w:after="0" w:line="240" w:lineRule="auto"/>
    </w:pPr>
    <w:rPr>
      <w:rFonts w:asciiTheme="majorHAnsi" w:eastAsiaTheme="majorEastAsia" w:hAnsiTheme="majorHAnsi" w:cstheme="majorBidi"/>
      <w:color w:val="000000" w:themeColor="text1"/>
      <w:lang w:val="en-U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3A4ABB"/>
    <w:pPr>
      <w:spacing w:after="0" w:line="240" w:lineRule="auto"/>
    </w:pPr>
    <w:rPr>
      <w:rFonts w:asciiTheme="majorHAnsi" w:eastAsiaTheme="majorEastAsia" w:hAnsiTheme="majorHAnsi" w:cstheme="majorBidi"/>
      <w:color w:val="000000" w:themeColor="text1"/>
      <w:lang w:val="en-US" w:eastAsia="en-US"/>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3A4ABB"/>
    <w:pPr>
      <w:spacing w:after="0" w:line="240" w:lineRule="auto"/>
    </w:pPr>
    <w:rPr>
      <w:rFonts w:asciiTheme="majorHAnsi" w:eastAsiaTheme="majorEastAsia" w:hAnsiTheme="majorHAnsi" w:cstheme="majorBidi"/>
      <w:color w:val="000000" w:themeColor="text1"/>
      <w:lang w:val="en-US" w:eastAsia="en-US"/>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3A4ABB"/>
    <w:pPr>
      <w:spacing w:after="0" w:line="240" w:lineRule="auto"/>
    </w:pPr>
    <w:rPr>
      <w:rFonts w:asciiTheme="majorHAnsi" w:eastAsiaTheme="majorEastAsia" w:hAnsiTheme="majorHAnsi" w:cstheme="majorBidi"/>
      <w:color w:val="000000" w:themeColor="text1"/>
      <w:lang w:val="en-US" w:eastAsia="en-US"/>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3A4ABB"/>
    <w:pPr>
      <w:spacing w:after="0" w:line="240" w:lineRule="auto"/>
    </w:pPr>
    <w:rPr>
      <w:lang w:val="en-US" w:eastAsia="en-US"/>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3A4ABB"/>
    <w:pPr>
      <w:spacing w:after="0" w:line="240" w:lineRule="auto"/>
    </w:pPr>
    <w:rPr>
      <w:lang w:val="en-US" w:eastAsia="en-US"/>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3A4ABB"/>
    <w:pPr>
      <w:spacing w:after="0" w:line="240" w:lineRule="auto"/>
    </w:pPr>
    <w:rPr>
      <w:lang w:val="en-US" w:eastAsia="en-US"/>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3A4ABB"/>
    <w:pPr>
      <w:spacing w:after="0" w:line="240" w:lineRule="auto"/>
    </w:pPr>
    <w:rPr>
      <w:lang w:val="en-US" w:eastAsia="en-US"/>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3A4ABB"/>
    <w:pPr>
      <w:spacing w:after="0" w:line="240" w:lineRule="auto"/>
    </w:pPr>
    <w:rPr>
      <w:lang w:val="en-US" w:eastAsia="en-US"/>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3A4ABB"/>
    <w:pPr>
      <w:spacing w:after="0" w:line="240" w:lineRule="auto"/>
    </w:pPr>
    <w:rPr>
      <w:lang w:val="en-US" w:eastAsia="en-US"/>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3A4ABB"/>
    <w:pPr>
      <w:spacing w:after="0" w:line="240" w:lineRule="auto"/>
    </w:pPr>
    <w:rPr>
      <w:lang w:val="en-US" w:eastAsia="en-US"/>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a">
    <w:name w:val="Dark List"/>
    <w:basedOn w:val="a3"/>
    <w:uiPriority w:val="70"/>
    <w:rsid w:val="003A4ABB"/>
    <w:pPr>
      <w:spacing w:after="0" w:line="240" w:lineRule="auto"/>
    </w:pPr>
    <w:rPr>
      <w:color w:val="FFFFFF" w:themeColor="background1"/>
      <w:lang w:val="en-US" w:eastAsia="en-US"/>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3A4ABB"/>
    <w:pPr>
      <w:spacing w:after="0" w:line="240" w:lineRule="auto"/>
    </w:pPr>
    <w:rPr>
      <w:color w:val="FFFFFF" w:themeColor="background1"/>
      <w:lang w:val="en-US" w:eastAsia="en-US"/>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3A4ABB"/>
    <w:pPr>
      <w:spacing w:after="0" w:line="240" w:lineRule="auto"/>
    </w:pPr>
    <w:rPr>
      <w:color w:val="FFFFFF" w:themeColor="background1"/>
      <w:lang w:val="en-US" w:eastAsia="en-US"/>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3A4ABB"/>
    <w:pPr>
      <w:spacing w:after="0" w:line="240" w:lineRule="auto"/>
    </w:pPr>
    <w:rPr>
      <w:color w:val="FFFFFF" w:themeColor="background1"/>
      <w:lang w:val="en-US" w:eastAsia="en-US"/>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3A4ABB"/>
    <w:pPr>
      <w:spacing w:after="0" w:line="240" w:lineRule="auto"/>
    </w:pPr>
    <w:rPr>
      <w:color w:val="FFFFFF" w:themeColor="background1"/>
      <w:lang w:val="en-US" w:eastAsia="en-US"/>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3A4ABB"/>
    <w:pPr>
      <w:spacing w:after="0" w:line="240" w:lineRule="auto"/>
    </w:pPr>
    <w:rPr>
      <w:color w:val="FFFFFF" w:themeColor="background1"/>
      <w:lang w:val="en-US" w:eastAsia="en-US"/>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3A4ABB"/>
    <w:pPr>
      <w:spacing w:after="0" w:line="240" w:lineRule="auto"/>
    </w:pPr>
    <w:rPr>
      <w:color w:val="FFFFFF" w:themeColor="background1"/>
      <w:lang w:val="en-US" w:eastAsia="en-US"/>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b">
    <w:name w:val="Colorful Shading"/>
    <w:basedOn w:val="a3"/>
    <w:uiPriority w:val="71"/>
    <w:rsid w:val="003A4ABB"/>
    <w:pPr>
      <w:spacing w:after="0" w:line="240" w:lineRule="auto"/>
    </w:pPr>
    <w:rPr>
      <w:color w:val="000000" w:themeColor="text1"/>
      <w:lang w:val="en-US" w:eastAsia="en-US"/>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3A4ABB"/>
    <w:pPr>
      <w:spacing w:after="0" w:line="240" w:lineRule="auto"/>
    </w:pPr>
    <w:rPr>
      <w:color w:val="000000" w:themeColor="text1"/>
      <w:lang w:val="en-US" w:eastAsia="en-US"/>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3A4ABB"/>
    <w:pPr>
      <w:spacing w:after="0" w:line="240" w:lineRule="auto"/>
    </w:pPr>
    <w:rPr>
      <w:color w:val="000000" w:themeColor="text1"/>
      <w:lang w:val="en-US" w:eastAsia="en-US"/>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3A4ABB"/>
    <w:pPr>
      <w:spacing w:after="0" w:line="240" w:lineRule="auto"/>
    </w:pPr>
    <w:rPr>
      <w:color w:val="000000" w:themeColor="text1"/>
      <w:lang w:val="en-US" w:eastAsia="en-US"/>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3A4ABB"/>
    <w:pPr>
      <w:spacing w:after="0" w:line="240" w:lineRule="auto"/>
    </w:pPr>
    <w:rPr>
      <w:color w:val="000000" w:themeColor="text1"/>
      <w:lang w:val="en-US" w:eastAsia="en-US"/>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3A4ABB"/>
    <w:pPr>
      <w:spacing w:after="0" w:line="240" w:lineRule="auto"/>
    </w:pPr>
    <w:rPr>
      <w:color w:val="000000" w:themeColor="text1"/>
      <w:lang w:val="en-US" w:eastAsia="en-US"/>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3A4ABB"/>
    <w:pPr>
      <w:spacing w:after="0" w:line="240" w:lineRule="auto"/>
    </w:pPr>
    <w:rPr>
      <w:color w:val="000000" w:themeColor="text1"/>
      <w:lang w:val="en-US" w:eastAsia="en-US"/>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c">
    <w:name w:val="Colorful List"/>
    <w:basedOn w:val="a3"/>
    <w:uiPriority w:val="72"/>
    <w:rsid w:val="003A4ABB"/>
    <w:pPr>
      <w:spacing w:after="0" w:line="240" w:lineRule="auto"/>
    </w:pPr>
    <w:rPr>
      <w:color w:val="000000" w:themeColor="text1"/>
      <w:lang w:val="en-US" w:eastAsia="en-US"/>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3A4ABB"/>
    <w:pPr>
      <w:spacing w:after="0" w:line="240" w:lineRule="auto"/>
    </w:pPr>
    <w:rPr>
      <w:color w:val="000000" w:themeColor="text1"/>
      <w:lang w:val="en-US" w:eastAsia="en-US"/>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3A4ABB"/>
    <w:pPr>
      <w:spacing w:after="0" w:line="240" w:lineRule="auto"/>
    </w:pPr>
    <w:rPr>
      <w:color w:val="000000" w:themeColor="text1"/>
      <w:lang w:val="en-US" w:eastAsia="en-US"/>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3A4ABB"/>
    <w:pPr>
      <w:spacing w:after="0" w:line="240" w:lineRule="auto"/>
    </w:pPr>
    <w:rPr>
      <w:color w:val="000000" w:themeColor="text1"/>
      <w:lang w:val="en-US" w:eastAsia="en-US"/>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3A4ABB"/>
    <w:pPr>
      <w:spacing w:after="0" w:line="240" w:lineRule="auto"/>
    </w:pPr>
    <w:rPr>
      <w:color w:val="000000" w:themeColor="text1"/>
      <w:lang w:val="en-US" w:eastAsia="en-US"/>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3A4ABB"/>
    <w:pPr>
      <w:spacing w:after="0" w:line="240" w:lineRule="auto"/>
    </w:pPr>
    <w:rPr>
      <w:color w:val="000000" w:themeColor="text1"/>
      <w:lang w:val="en-US" w:eastAsia="en-US"/>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3A4ABB"/>
    <w:pPr>
      <w:spacing w:after="0" w:line="240" w:lineRule="auto"/>
    </w:pPr>
    <w:rPr>
      <w:color w:val="000000" w:themeColor="text1"/>
      <w:lang w:val="en-US" w:eastAsia="en-US"/>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d">
    <w:name w:val="Colorful Grid"/>
    <w:basedOn w:val="a3"/>
    <w:uiPriority w:val="73"/>
    <w:rsid w:val="003A4ABB"/>
    <w:pPr>
      <w:spacing w:after="0" w:line="240" w:lineRule="auto"/>
    </w:pPr>
    <w:rPr>
      <w:color w:val="000000" w:themeColor="text1"/>
      <w:lang w:val="en-US" w:eastAsia="en-US"/>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3A4ABB"/>
    <w:pPr>
      <w:spacing w:after="0" w:line="240" w:lineRule="auto"/>
    </w:pPr>
    <w:rPr>
      <w:color w:val="000000" w:themeColor="text1"/>
      <w:lang w:val="en-US" w:eastAsia="en-US"/>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3A4ABB"/>
    <w:pPr>
      <w:spacing w:after="0" w:line="240" w:lineRule="auto"/>
    </w:pPr>
    <w:rPr>
      <w:color w:val="000000" w:themeColor="text1"/>
      <w:lang w:val="en-US" w:eastAsia="en-US"/>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3A4ABB"/>
    <w:pPr>
      <w:spacing w:after="0" w:line="240" w:lineRule="auto"/>
    </w:pPr>
    <w:rPr>
      <w:color w:val="000000" w:themeColor="text1"/>
      <w:lang w:val="en-US" w:eastAsia="en-US"/>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3A4ABB"/>
    <w:pPr>
      <w:spacing w:after="0" w:line="240" w:lineRule="auto"/>
    </w:pPr>
    <w:rPr>
      <w:color w:val="000000" w:themeColor="text1"/>
      <w:lang w:val="en-US" w:eastAsia="en-US"/>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3A4ABB"/>
    <w:pPr>
      <w:spacing w:after="0" w:line="240" w:lineRule="auto"/>
    </w:pPr>
    <w:rPr>
      <w:color w:val="000000" w:themeColor="text1"/>
      <w:lang w:val="en-US" w:eastAsia="en-US"/>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3A4ABB"/>
    <w:pPr>
      <w:spacing w:after="0" w:line="240" w:lineRule="auto"/>
    </w:pPr>
    <w:rPr>
      <w:color w:val="000000" w:themeColor="text1"/>
      <w:lang w:val="en-US" w:eastAsia="en-US"/>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15">
    <w:name w:val="Абзац списка1"/>
    <w:basedOn w:val="a1"/>
    <w:rsid w:val="003A4ABB"/>
    <w:pPr>
      <w:spacing w:after="0" w:line="240" w:lineRule="auto"/>
      <w:ind w:left="720"/>
      <w:contextualSpacing/>
    </w:pPr>
    <w:rPr>
      <w:rFonts w:ascii="Times New Roman" w:eastAsia="Calibri" w:hAnsi="Times New Roman" w:cs="Times New Roman"/>
      <w:sz w:val="20"/>
      <w:szCs w:val="20"/>
    </w:rPr>
  </w:style>
  <w:style w:type="character" w:customStyle="1" w:styleId="shorttext">
    <w:name w:val="short_text"/>
    <w:rsid w:val="003A4ABB"/>
    <w:rPr>
      <w:rFonts w:cs="Times New Roman"/>
    </w:rPr>
  </w:style>
  <w:style w:type="character" w:customStyle="1" w:styleId="y2iqfc">
    <w:name w:val="y2iqfc"/>
    <w:basedOn w:val="a2"/>
    <w:rsid w:val="003A4ABB"/>
  </w:style>
  <w:style w:type="paragraph" w:customStyle="1" w:styleId="n-headertitle">
    <w:name w:val="n-header__title"/>
    <w:basedOn w:val="a1"/>
    <w:rsid w:val="003A4AB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headersub">
    <w:name w:val="n-header__sub"/>
    <w:basedOn w:val="a1"/>
    <w:rsid w:val="003A4AB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DPI31text">
    <w:name w:val="MDPI_3.1_text"/>
    <w:qFormat/>
    <w:rsid w:val="003A4ABB"/>
    <w:pPr>
      <w:adjustRightInd w:val="0"/>
      <w:snapToGrid w:val="0"/>
      <w:spacing w:after="0" w:line="228" w:lineRule="auto"/>
      <w:ind w:left="2608" w:firstLine="425"/>
      <w:jc w:val="both"/>
    </w:pPr>
    <w:rPr>
      <w:rFonts w:ascii="Palatino Linotype" w:eastAsia="Times New Roman" w:hAnsi="Palatino Linotype" w:cs="Times New Roman"/>
      <w:snapToGrid w:val="0"/>
      <w:color w:val="000000"/>
      <w:kern w:val="2"/>
      <w:sz w:val="20"/>
      <w:lang w:val="en-US" w:eastAsia="de-DE" w:bidi="en-US"/>
    </w:rPr>
  </w:style>
  <w:style w:type="paragraph" w:customStyle="1" w:styleId="MDPI33textspaceafter">
    <w:name w:val="MDPI_3.3_text_space_after"/>
    <w:qFormat/>
    <w:rsid w:val="003A4ABB"/>
    <w:pPr>
      <w:adjustRightInd w:val="0"/>
      <w:snapToGrid w:val="0"/>
      <w:spacing w:after="240" w:line="228" w:lineRule="auto"/>
      <w:ind w:left="2608"/>
      <w:jc w:val="both"/>
    </w:pPr>
    <w:rPr>
      <w:rFonts w:ascii="Palatino Linotype" w:eastAsia="Times New Roman" w:hAnsi="Palatino Linotype" w:cs="Times New Roman"/>
      <w:snapToGrid w:val="0"/>
      <w:color w:val="000000"/>
      <w:kern w:val="2"/>
      <w:sz w:val="20"/>
      <w:lang w:val="en-US" w:eastAsia="de-DE" w:bidi="en-US"/>
    </w:rPr>
  </w:style>
  <w:style w:type="paragraph" w:customStyle="1" w:styleId="MDPI36textafterlist">
    <w:name w:val="MDPI_3.6_text_after_list"/>
    <w:qFormat/>
    <w:rsid w:val="003A4ABB"/>
    <w:pPr>
      <w:adjustRightInd w:val="0"/>
      <w:snapToGrid w:val="0"/>
      <w:spacing w:before="120" w:after="0" w:line="228" w:lineRule="auto"/>
      <w:ind w:left="2608"/>
      <w:jc w:val="both"/>
    </w:pPr>
    <w:rPr>
      <w:rFonts w:ascii="Palatino Linotype" w:eastAsia="Times New Roman" w:hAnsi="Palatino Linotype" w:cs="Times New Roman"/>
      <w:snapToGrid w:val="0"/>
      <w:color w:val="000000"/>
      <w:kern w:val="2"/>
      <w:sz w:val="20"/>
      <w:lang w:val="en-US" w:eastAsia="de-DE" w:bidi="en-US"/>
    </w:rPr>
  </w:style>
  <w:style w:type="character" w:customStyle="1" w:styleId="ezkurwreuab5ozgtqnkl">
    <w:name w:val="ezkurwreuab5ozgtqnkl"/>
    <w:basedOn w:val="a2"/>
    <w:rsid w:val="003A4ABB"/>
  </w:style>
  <w:style w:type="character" w:customStyle="1" w:styleId="mord">
    <w:name w:val="mord"/>
    <w:basedOn w:val="a2"/>
    <w:rsid w:val="003A4ABB"/>
  </w:style>
  <w:style w:type="character" w:customStyle="1" w:styleId="mrel">
    <w:name w:val="mrel"/>
    <w:basedOn w:val="a2"/>
    <w:rsid w:val="003A4ABB"/>
  </w:style>
  <w:style w:type="character" w:customStyle="1" w:styleId="mopen">
    <w:name w:val="mopen"/>
    <w:basedOn w:val="a2"/>
    <w:rsid w:val="003A4ABB"/>
  </w:style>
  <w:style w:type="character" w:customStyle="1" w:styleId="mclose">
    <w:name w:val="mclose"/>
    <w:basedOn w:val="a2"/>
    <w:rsid w:val="003A4ABB"/>
  </w:style>
  <w:style w:type="character" w:customStyle="1" w:styleId="vlist-s">
    <w:name w:val="vlist-s"/>
    <w:basedOn w:val="a2"/>
    <w:rsid w:val="003A4ABB"/>
  </w:style>
  <w:style w:type="character" w:customStyle="1" w:styleId="mpunct">
    <w:name w:val="mpunct"/>
    <w:basedOn w:val="a2"/>
    <w:rsid w:val="003A4ABB"/>
  </w:style>
  <w:style w:type="character" w:customStyle="1" w:styleId="mbin">
    <w:name w:val="mbin"/>
    <w:basedOn w:val="a2"/>
    <w:rsid w:val="003A4ABB"/>
  </w:style>
  <w:style w:type="character" w:customStyle="1" w:styleId="minner">
    <w:name w:val="minner"/>
    <w:basedOn w:val="a2"/>
    <w:rsid w:val="003A4ABB"/>
  </w:style>
  <w:style w:type="character" w:customStyle="1" w:styleId="mdc-buttonlabel">
    <w:name w:val="mdc-button__label"/>
    <w:basedOn w:val="a2"/>
    <w:rsid w:val="003A4ABB"/>
  </w:style>
  <w:style w:type="character" w:customStyle="1" w:styleId="katex-mathml">
    <w:name w:val="katex-mathml"/>
    <w:basedOn w:val="a2"/>
    <w:rsid w:val="003A4ABB"/>
  </w:style>
  <w:style w:type="character" w:customStyle="1" w:styleId="mop">
    <w:name w:val="mop"/>
    <w:basedOn w:val="a2"/>
    <w:rsid w:val="003A4ABB"/>
  </w:style>
  <w:style w:type="paragraph" w:customStyle="1" w:styleId="ds-markdown-paragraph">
    <w:name w:val="ds-markdown-paragraph"/>
    <w:basedOn w:val="a1"/>
    <w:rsid w:val="003A4AB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th-inline">
    <w:name w:val="math-inline"/>
    <w:basedOn w:val="a2"/>
    <w:rsid w:val="003A4A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507939">
      <w:bodyDiv w:val="1"/>
      <w:marLeft w:val="0"/>
      <w:marRight w:val="0"/>
      <w:marTop w:val="0"/>
      <w:marBottom w:val="0"/>
      <w:divBdr>
        <w:top w:val="none" w:sz="0" w:space="0" w:color="auto"/>
        <w:left w:val="none" w:sz="0" w:space="0" w:color="auto"/>
        <w:bottom w:val="none" w:sz="0" w:space="0" w:color="auto"/>
        <w:right w:val="none" w:sz="0" w:space="0" w:color="auto"/>
      </w:divBdr>
    </w:div>
    <w:div w:id="302544533">
      <w:bodyDiv w:val="1"/>
      <w:marLeft w:val="0"/>
      <w:marRight w:val="0"/>
      <w:marTop w:val="0"/>
      <w:marBottom w:val="0"/>
      <w:divBdr>
        <w:top w:val="none" w:sz="0" w:space="0" w:color="auto"/>
        <w:left w:val="none" w:sz="0" w:space="0" w:color="auto"/>
        <w:bottom w:val="none" w:sz="0" w:space="0" w:color="auto"/>
        <w:right w:val="none" w:sz="0" w:space="0" w:color="auto"/>
      </w:divBdr>
    </w:div>
    <w:div w:id="436600971">
      <w:bodyDiv w:val="1"/>
      <w:marLeft w:val="0"/>
      <w:marRight w:val="0"/>
      <w:marTop w:val="0"/>
      <w:marBottom w:val="0"/>
      <w:divBdr>
        <w:top w:val="none" w:sz="0" w:space="0" w:color="auto"/>
        <w:left w:val="none" w:sz="0" w:space="0" w:color="auto"/>
        <w:bottom w:val="none" w:sz="0" w:space="0" w:color="auto"/>
        <w:right w:val="none" w:sz="0" w:space="0" w:color="auto"/>
      </w:divBdr>
    </w:div>
    <w:div w:id="512838719">
      <w:bodyDiv w:val="1"/>
      <w:marLeft w:val="0"/>
      <w:marRight w:val="0"/>
      <w:marTop w:val="0"/>
      <w:marBottom w:val="0"/>
      <w:divBdr>
        <w:top w:val="none" w:sz="0" w:space="0" w:color="auto"/>
        <w:left w:val="none" w:sz="0" w:space="0" w:color="auto"/>
        <w:bottom w:val="none" w:sz="0" w:space="0" w:color="auto"/>
        <w:right w:val="none" w:sz="0" w:space="0" w:color="auto"/>
      </w:divBdr>
    </w:div>
    <w:div w:id="705834486">
      <w:bodyDiv w:val="1"/>
      <w:marLeft w:val="0"/>
      <w:marRight w:val="0"/>
      <w:marTop w:val="0"/>
      <w:marBottom w:val="0"/>
      <w:divBdr>
        <w:top w:val="none" w:sz="0" w:space="0" w:color="auto"/>
        <w:left w:val="none" w:sz="0" w:space="0" w:color="auto"/>
        <w:bottom w:val="none" w:sz="0" w:space="0" w:color="auto"/>
        <w:right w:val="none" w:sz="0" w:space="0" w:color="auto"/>
      </w:divBdr>
    </w:div>
    <w:div w:id="820923482">
      <w:bodyDiv w:val="1"/>
      <w:marLeft w:val="0"/>
      <w:marRight w:val="0"/>
      <w:marTop w:val="0"/>
      <w:marBottom w:val="0"/>
      <w:divBdr>
        <w:top w:val="none" w:sz="0" w:space="0" w:color="auto"/>
        <w:left w:val="none" w:sz="0" w:space="0" w:color="auto"/>
        <w:bottom w:val="none" w:sz="0" w:space="0" w:color="auto"/>
        <w:right w:val="none" w:sz="0" w:space="0" w:color="auto"/>
      </w:divBdr>
    </w:div>
    <w:div w:id="922958755">
      <w:bodyDiv w:val="1"/>
      <w:marLeft w:val="0"/>
      <w:marRight w:val="0"/>
      <w:marTop w:val="0"/>
      <w:marBottom w:val="0"/>
      <w:divBdr>
        <w:top w:val="none" w:sz="0" w:space="0" w:color="auto"/>
        <w:left w:val="none" w:sz="0" w:space="0" w:color="auto"/>
        <w:bottom w:val="none" w:sz="0" w:space="0" w:color="auto"/>
        <w:right w:val="none" w:sz="0" w:space="0" w:color="auto"/>
      </w:divBdr>
    </w:div>
    <w:div w:id="1055154723">
      <w:bodyDiv w:val="1"/>
      <w:marLeft w:val="0"/>
      <w:marRight w:val="0"/>
      <w:marTop w:val="0"/>
      <w:marBottom w:val="0"/>
      <w:divBdr>
        <w:top w:val="none" w:sz="0" w:space="0" w:color="auto"/>
        <w:left w:val="none" w:sz="0" w:space="0" w:color="auto"/>
        <w:bottom w:val="none" w:sz="0" w:space="0" w:color="auto"/>
        <w:right w:val="none" w:sz="0" w:space="0" w:color="auto"/>
      </w:divBdr>
    </w:div>
    <w:div w:id="1123695544">
      <w:bodyDiv w:val="1"/>
      <w:marLeft w:val="0"/>
      <w:marRight w:val="0"/>
      <w:marTop w:val="0"/>
      <w:marBottom w:val="0"/>
      <w:divBdr>
        <w:top w:val="none" w:sz="0" w:space="0" w:color="auto"/>
        <w:left w:val="none" w:sz="0" w:space="0" w:color="auto"/>
        <w:bottom w:val="none" w:sz="0" w:space="0" w:color="auto"/>
        <w:right w:val="none" w:sz="0" w:space="0" w:color="auto"/>
      </w:divBdr>
    </w:div>
    <w:div w:id="1167939208">
      <w:bodyDiv w:val="1"/>
      <w:marLeft w:val="0"/>
      <w:marRight w:val="0"/>
      <w:marTop w:val="0"/>
      <w:marBottom w:val="0"/>
      <w:divBdr>
        <w:top w:val="none" w:sz="0" w:space="0" w:color="auto"/>
        <w:left w:val="none" w:sz="0" w:space="0" w:color="auto"/>
        <w:bottom w:val="none" w:sz="0" w:space="0" w:color="auto"/>
        <w:right w:val="none" w:sz="0" w:space="0" w:color="auto"/>
      </w:divBdr>
    </w:div>
    <w:div w:id="1227375348">
      <w:bodyDiv w:val="1"/>
      <w:marLeft w:val="0"/>
      <w:marRight w:val="0"/>
      <w:marTop w:val="0"/>
      <w:marBottom w:val="0"/>
      <w:divBdr>
        <w:top w:val="none" w:sz="0" w:space="0" w:color="auto"/>
        <w:left w:val="none" w:sz="0" w:space="0" w:color="auto"/>
        <w:bottom w:val="none" w:sz="0" w:space="0" w:color="auto"/>
        <w:right w:val="none" w:sz="0" w:space="0" w:color="auto"/>
      </w:divBdr>
    </w:div>
    <w:div w:id="1592008528">
      <w:bodyDiv w:val="1"/>
      <w:marLeft w:val="0"/>
      <w:marRight w:val="0"/>
      <w:marTop w:val="0"/>
      <w:marBottom w:val="0"/>
      <w:divBdr>
        <w:top w:val="none" w:sz="0" w:space="0" w:color="auto"/>
        <w:left w:val="none" w:sz="0" w:space="0" w:color="auto"/>
        <w:bottom w:val="none" w:sz="0" w:space="0" w:color="auto"/>
        <w:right w:val="none" w:sz="0" w:space="0" w:color="auto"/>
      </w:divBdr>
    </w:div>
    <w:div w:id="1829127375">
      <w:bodyDiv w:val="1"/>
      <w:marLeft w:val="0"/>
      <w:marRight w:val="0"/>
      <w:marTop w:val="0"/>
      <w:marBottom w:val="0"/>
      <w:divBdr>
        <w:top w:val="none" w:sz="0" w:space="0" w:color="auto"/>
        <w:left w:val="none" w:sz="0" w:space="0" w:color="auto"/>
        <w:bottom w:val="none" w:sz="0" w:space="0" w:color="auto"/>
        <w:right w:val="none" w:sz="0" w:space="0" w:color="auto"/>
      </w:divBdr>
    </w:div>
    <w:div w:id="2061518626">
      <w:bodyDiv w:val="1"/>
      <w:marLeft w:val="0"/>
      <w:marRight w:val="0"/>
      <w:marTop w:val="0"/>
      <w:marBottom w:val="0"/>
      <w:divBdr>
        <w:top w:val="none" w:sz="0" w:space="0" w:color="auto"/>
        <w:left w:val="none" w:sz="0" w:space="0" w:color="auto"/>
        <w:bottom w:val="none" w:sz="0" w:space="0" w:color="auto"/>
        <w:right w:val="none" w:sz="0" w:space="0" w:color="auto"/>
      </w:divBdr>
      <w:divsChild>
        <w:div w:id="421417616">
          <w:marLeft w:val="0"/>
          <w:marRight w:val="0"/>
          <w:marTop w:val="0"/>
          <w:marBottom w:val="0"/>
          <w:divBdr>
            <w:top w:val="none" w:sz="0" w:space="0" w:color="auto"/>
            <w:left w:val="none" w:sz="0" w:space="0" w:color="auto"/>
            <w:bottom w:val="none" w:sz="0" w:space="0" w:color="auto"/>
            <w:right w:val="none" w:sz="0" w:space="0" w:color="auto"/>
          </w:divBdr>
          <w:divsChild>
            <w:div w:id="1328485234">
              <w:marLeft w:val="0"/>
              <w:marRight w:val="0"/>
              <w:marTop w:val="0"/>
              <w:marBottom w:val="0"/>
              <w:divBdr>
                <w:top w:val="none" w:sz="0" w:space="0" w:color="auto"/>
                <w:left w:val="none" w:sz="0" w:space="0" w:color="auto"/>
                <w:bottom w:val="none" w:sz="0" w:space="0" w:color="auto"/>
                <w:right w:val="none" w:sz="0" w:space="0" w:color="auto"/>
              </w:divBdr>
              <w:divsChild>
                <w:div w:id="1626421387">
                  <w:marLeft w:val="0"/>
                  <w:marRight w:val="0"/>
                  <w:marTop w:val="0"/>
                  <w:marBottom w:val="0"/>
                  <w:divBdr>
                    <w:top w:val="none" w:sz="0" w:space="0" w:color="auto"/>
                    <w:left w:val="none" w:sz="0" w:space="0" w:color="auto"/>
                    <w:bottom w:val="none" w:sz="0" w:space="0" w:color="auto"/>
                    <w:right w:val="none" w:sz="0" w:space="0" w:color="auto"/>
                  </w:divBdr>
                  <w:divsChild>
                    <w:div w:id="973144634">
                      <w:marLeft w:val="0"/>
                      <w:marRight w:val="0"/>
                      <w:marTop w:val="0"/>
                      <w:marBottom w:val="0"/>
                      <w:divBdr>
                        <w:top w:val="none" w:sz="0" w:space="0" w:color="auto"/>
                        <w:left w:val="none" w:sz="0" w:space="0" w:color="auto"/>
                        <w:bottom w:val="none" w:sz="0" w:space="0" w:color="auto"/>
                        <w:right w:val="none" w:sz="0" w:space="0" w:color="auto"/>
                      </w:divBdr>
                      <w:divsChild>
                        <w:div w:id="541283549">
                          <w:marLeft w:val="0"/>
                          <w:marRight w:val="0"/>
                          <w:marTop w:val="0"/>
                          <w:marBottom w:val="0"/>
                          <w:divBdr>
                            <w:top w:val="none" w:sz="0" w:space="0" w:color="auto"/>
                            <w:left w:val="none" w:sz="0" w:space="0" w:color="auto"/>
                            <w:bottom w:val="none" w:sz="0" w:space="0" w:color="auto"/>
                            <w:right w:val="none" w:sz="0" w:space="0" w:color="auto"/>
                          </w:divBdr>
                          <w:divsChild>
                            <w:div w:id="1625621865">
                              <w:marLeft w:val="0"/>
                              <w:marRight w:val="0"/>
                              <w:marTop w:val="0"/>
                              <w:marBottom w:val="0"/>
                              <w:divBdr>
                                <w:top w:val="none" w:sz="0" w:space="0" w:color="auto"/>
                                <w:left w:val="none" w:sz="0" w:space="0" w:color="auto"/>
                                <w:bottom w:val="none" w:sz="0" w:space="0" w:color="auto"/>
                                <w:right w:val="none" w:sz="0" w:space="0" w:color="auto"/>
                              </w:divBdr>
                              <w:divsChild>
                                <w:div w:id="1927809644">
                                  <w:marLeft w:val="0"/>
                                  <w:marRight w:val="0"/>
                                  <w:marTop w:val="0"/>
                                  <w:marBottom w:val="0"/>
                                  <w:divBdr>
                                    <w:top w:val="none" w:sz="0" w:space="0" w:color="auto"/>
                                    <w:left w:val="none" w:sz="0" w:space="0" w:color="auto"/>
                                    <w:bottom w:val="none" w:sz="0" w:space="0" w:color="auto"/>
                                    <w:right w:val="none" w:sz="0" w:space="0" w:color="auto"/>
                                  </w:divBdr>
                                  <w:divsChild>
                                    <w:div w:id="163009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9831613">
          <w:marLeft w:val="0"/>
          <w:marRight w:val="0"/>
          <w:marTop w:val="0"/>
          <w:marBottom w:val="0"/>
          <w:divBdr>
            <w:top w:val="none" w:sz="0" w:space="0" w:color="auto"/>
            <w:left w:val="none" w:sz="0" w:space="0" w:color="auto"/>
            <w:bottom w:val="none" w:sz="0" w:space="0" w:color="auto"/>
            <w:right w:val="none" w:sz="0" w:space="0" w:color="auto"/>
          </w:divBdr>
          <w:divsChild>
            <w:div w:id="425884930">
              <w:marLeft w:val="0"/>
              <w:marRight w:val="0"/>
              <w:marTop w:val="0"/>
              <w:marBottom w:val="0"/>
              <w:divBdr>
                <w:top w:val="none" w:sz="0" w:space="0" w:color="auto"/>
                <w:left w:val="none" w:sz="0" w:space="0" w:color="auto"/>
                <w:bottom w:val="none" w:sz="0" w:space="0" w:color="auto"/>
                <w:right w:val="none" w:sz="0" w:space="0" w:color="auto"/>
              </w:divBdr>
              <w:divsChild>
                <w:div w:id="1634290494">
                  <w:marLeft w:val="0"/>
                  <w:marRight w:val="0"/>
                  <w:marTop w:val="0"/>
                  <w:marBottom w:val="0"/>
                  <w:divBdr>
                    <w:top w:val="none" w:sz="0" w:space="0" w:color="auto"/>
                    <w:left w:val="none" w:sz="0" w:space="0" w:color="auto"/>
                    <w:bottom w:val="none" w:sz="0" w:space="0" w:color="auto"/>
                    <w:right w:val="none" w:sz="0" w:space="0" w:color="auto"/>
                  </w:divBdr>
                  <w:divsChild>
                    <w:div w:id="1173378226">
                      <w:marLeft w:val="0"/>
                      <w:marRight w:val="0"/>
                      <w:marTop w:val="0"/>
                      <w:marBottom w:val="0"/>
                      <w:divBdr>
                        <w:top w:val="none" w:sz="0" w:space="0" w:color="auto"/>
                        <w:left w:val="none" w:sz="0" w:space="0" w:color="auto"/>
                        <w:bottom w:val="none" w:sz="0" w:space="0" w:color="auto"/>
                        <w:right w:val="none" w:sz="0" w:space="0" w:color="auto"/>
                      </w:divBdr>
                      <w:divsChild>
                        <w:div w:id="1073435589">
                          <w:marLeft w:val="0"/>
                          <w:marRight w:val="0"/>
                          <w:marTop w:val="0"/>
                          <w:marBottom w:val="0"/>
                          <w:divBdr>
                            <w:top w:val="none" w:sz="0" w:space="0" w:color="auto"/>
                            <w:left w:val="none" w:sz="0" w:space="0" w:color="auto"/>
                            <w:bottom w:val="none" w:sz="0" w:space="0" w:color="auto"/>
                            <w:right w:val="none" w:sz="0" w:space="0" w:color="auto"/>
                          </w:divBdr>
                          <w:divsChild>
                            <w:div w:id="1570504752">
                              <w:marLeft w:val="0"/>
                              <w:marRight w:val="0"/>
                              <w:marTop w:val="0"/>
                              <w:marBottom w:val="0"/>
                              <w:divBdr>
                                <w:top w:val="none" w:sz="0" w:space="0" w:color="auto"/>
                                <w:left w:val="none" w:sz="0" w:space="0" w:color="auto"/>
                                <w:bottom w:val="none" w:sz="0" w:space="0" w:color="auto"/>
                                <w:right w:val="none" w:sz="0" w:space="0" w:color="auto"/>
                              </w:divBdr>
                              <w:divsChild>
                                <w:div w:id="577784112">
                                  <w:marLeft w:val="0"/>
                                  <w:marRight w:val="0"/>
                                  <w:marTop w:val="0"/>
                                  <w:marBottom w:val="0"/>
                                  <w:divBdr>
                                    <w:top w:val="none" w:sz="0" w:space="0" w:color="auto"/>
                                    <w:left w:val="none" w:sz="0" w:space="0" w:color="auto"/>
                                    <w:bottom w:val="none" w:sz="0" w:space="0" w:color="auto"/>
                                    <w:right w:val="none" w:sz="0" w:space="0" w:color="auto"/>
                                  </w:divBdr>
                                  <w:divsChild>
                                    <w:div w:id="1509566444">
                                      <w:marLeft w:val="0"/>
                                      <w:marRight w:val="0"/>
                                      <w:marTop w:val="0"/>
                                      <w:marBottom w:val="0"/>
                                      <w:divBdr>
                                        <w:top w:val="none" w:sz="0" w:space="0" w:color="auto"/>
                                        <w:left w:val="none" w:sz="0" w:space="0" w:color="auto"/>
                                        <w:bottom w:val="none" w:sz="0" w:space="0" w:color="auto"/>
                                        <w:right w:val="none" w:sz="0" w:space="0" w:color="auto"/>
                                      </w:divBdr>
                                      <w:divsChild>
                                        <w:div w:id="1710372653">
                                          <w:marLeft w:val="0"/>
                                          <w:marRight w:val="0"/>
                                          <w:marTop w:val="0"/>
                                          <w:marBottom w:val="0"/>
                                          <w:divBdr>
                                            <w:top w:val="none" w:sz="0" w:space="0" w:color="auto"/>
                                            <w:left w:val="none" w:sz="0" w:space="0" w:color="auto"/>
                                            <w:bottom w:val="none" w:sz="0" w:space="0" w:color="auto"/>
                                            <w:right w:val="none" w:sz="0" w:space="0" w:color="auto"/>
                                          </w:divBdr>
                                          <w:divsChild>
                                            <w:div w:id="537593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4091911">
                          <w:marLeft w:val="0"/>
                          <w:marRight w:val="0"/>
                          <w:marTop w:val="0"/>
                          <w:marBottom w:val="0"/>
                          <w:divBdr>
                            <w:top w:val="none" w:sz="0" w:space="0" w:color="auto"/>
                            <w:left w:val="none" w:sz="0" w:space="0" w:color="auto"/>
                            <w:bottom w:val="none" w:sz="0" w:space="0" w:color="auto"/>
                            <w:right w:val="none" w:sz="0" w:space="0" w:color="auto"/>
                          </w:divBdr>
                          <w:divsChild>
                            <w:div w:id="362485070">
                              <w:marLeft w:val="0"/>
                              <w:marRight w:val="0"/>
                              <w:marTop w:val="0"/>
                              <w:marBottom w:val="0"/>
                              <w:divBdr>
                                <w:top w:val="none" w:sz="0" w:space="0" w:color="auto"/>
                                <w:left w:val="none" w:sz="0" w:space="0" w:color="auto"/>
                                <w:bottom w:val="none" w:sz="0" w:space="0" w:color="auto"/>
                                <w:right w:val="none" w:sz="0" w:space="0" w:color="auto"/>
                              </w:divBdr>
                              <w:divsChild>
                                <w:div w:id="1048336064">
                                  <w:marLeft w:val="0"/>
                                  <w:marRight w:val="0"/>
                                  <w:marTop w:val="0"/>
                                  <w:marBottom w:val="0"/>
                                  <w:divBdr>
                                    <w:top w:val="none" w:sz="0" w:space="0" w:color="auto"/>
                                    <w:left w:val="none" w:sz="0" w:space="0" w:color="auto"/>
                                    <w:bottom w:val="none" w:sz="0" w:space="0" w:color="auto"/>
                                    <w:right w:val="none" w:sz="0" w:space="0" w:color="auto"/>
                                  </w:divBdr>
                                  <w:divsChild>
                                    <w:div w:id="299313720">
                                      <w:marLeft w:val="0"/>
                                      <w:marRight w:val="0"/>
                                      <w:marTop w:val="0"/>
                                      <w:marBottom w:val="0"/>
                                      <w:divBdr>
                                        <w:top w:val="none" w:sz="0" w:space="0" w:color="auto"/>
                                        <w:left w:val="none" w:sz="0" w:space="0" w:color="auto"/>
                                        <w:bottom w:val="none" w:sz="0" w:space="0" w:color="auto"/>
                                        <w:right w:val="none" w:sz="0" w:space="0" w:color="auto"/>
                                      </w:divBdr>
                                      <w:divsChild>
                                        <w:div w:id="924924939">
                                          <w:marLeft w:val="0"/>
                                          <w:marRight w:val="0"/>
                                          <w:marTop w:val="0"/>
                                          <w:marBottom w:val="0"/>
                                          <w:divBdr>
                                            <w:top w:val="none" w:sz="0" w:space="0" w:color="auto"/>
                                            <w:left w:val="none" w:sz="0" w:space="0" w:color="auto"/>
                                            <w:bottom w:val="none" w:sz="0" w:space="0" w:color="auto"/>
                                            <w:right w:val="none" w:sz="0" w:space="0" w:color="auto"/>
                                          </w:divBdr>
                                          <w:divsChild>
                                            <w:div w:id="1918053727">
                                              <w:marLeft w:val="0"/>
                                              <w:marRight w:val="0"/>
                                              <w:marTop w:val="0"/>
                                              <w:marBottom w:val="0"/>
                                              <w:divBdr>
                                                <w:top w:val="none" w:sz="0" w:space="0" w:color="auto"/>
                                                <w:left w:val="none" w:sz="0" w:space="0" w:color="auto"/>
                                                <w:bottom w:val="none" w:sz="0" w:space="0" w:color="auto"/>
                                                <w:right w:val="none" w:sz="0" w:space="0" w:color="auto"/>
                                              </w:divBdr>
                                              <w:divsChild>
                                                <w:div w:id="449861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2275412">
                          <w:marLeft w:val="0"/>
                          <w:marRight w:val="0"/>
                          <w:marTop w:val="0"/>
                          <w:marBottom w:val="0"/>
                          <w:divBdr>
                            <w:top w:val="none" w:sz="0" w:space="0" w:color="auto"/>
                            <w:left w:val="none" w:sz="0" w:space="0" w:color="auto"/>
                            <w:bottom w:val="none" w:sz="0" w:space="0" w:color="auto"/>
                            <w:right w:val="none" w:sz="0" w:space="0" w:color="auto"/>
                          </w:divBdr>
                          <w:divsChild>
                            <w:div w:id="1027022543">
                              <w:marLeft w:val="0"/>
                              <w:marRight w:val="0"/>
                              <w:marTop w:val="0"/>
                              <w:marBottom w:val="0"/>
                              <w:divBdr>
                                <w:top w:val="none" w:sz="0" w:space="0" w:color="auto"/>
                                <w:left w:val="none" w:sz="0" w:space="0" w:color="auto"/>
                                <w:bottom w:val="none" w:sz="0" w:space="0" w:color="auto"/>
                                <w:right w:val="none" w:sz="0" w:space="0" w:color="auto"/>
                              </w:divBdr>
                              <w:divsChild>
                                <w:div w:id="806555390">
                                  <w:marLeft w:val="0"/>
                                  <w:marRight w:val="0"/>
                                  <w:marTop w:val="0"/>
                                  <w:marBottom w:val="0"/>
                                  <w:divBdr>
                                    <w:top w:val="none" w:sz="0" w:space="0" w:color="auto"/>
                                    <w:left w:val="none" w:sz="0" w:space="0" w:color="auto"/>
                                    <w:bottom w:val="none" w:sz="0" w:space="0" w:color="auto"/>
                                    <w:right w:val="none" w:sz="0" w:space="0" w:color="auto"/>
                                  </w:divBdr>
                                  <w:divsChild>
                                    <w:div w:id="48500518">
                                      <w:marLeft w:val="0"/>
                                      <w:marRight w:val="0"/>
                                      <w:marTop w:val="0"/>
                                      <w:marBottom w:val="0"/>
                                      <w:divBdr>
                                        <w:top w:val="none" w:sz="0" w:space="0" w:color="auto"/>
                                        <w:left w:val="none" w:sz="0" w:space="0" w:color="auto"/>
                                        <w:bottom w:val="none" w:sz="0" w:space="0" w:color="auto"/>
                                        <w:right w:val="none" w:sz="0" w:space="0" w:color="auto"/>
                                      </w:divBdr>
                                      <w:divsChild>
                                        <w:div w:id="2057241040">
                                          <w:marLeft w:val="0"/>
                                          <w:marRight w:val="0"/>
                                          <w:marTop w:val="0"/>
                                          <w:marBottom w:val="0"/>
                                          <w:divBdr>
                                            <w:top w:val="none" w:sz="0" w:space="0" w:color="auto"/>
                                            <w:left w:val="none" w:sz="0" w:space="0" w:color="auto"/>
                                            <w:bottom w:val="none" w:sz="0" w:space="0" w:color="auto"/>
                                            <w:right w:val="none" w:sz="0" w:space="0" w:color="auto"/>
                                          </w:divBdr>
                                          <w:divsChild>
                                            <w:div w:id="1225339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82556958">
      <w:bodyDiv w:val="1"/>
      <w:marLeft w:val="0"/>
      <w:marRight w:val="0"/>
      <w:marTop w:val="0"/>
      <w:marBottom w:val="0"/>
      <w:divBdr>
        <w:top w:val="none" w:sz="0" w:space="0" w:color="auto"/>
        <w:left w:val="none" w:sz="0" w:space="0" w:color="auto"/>
        <w:bottom w:val="none" w:sz="0" w:space="0" w:color="auto"/>
        <w:right w:val="none" w:sz="0" w:space="0" w:color="auto"/>
      </w:divBdr>
    </w:div>
    <w:div w:id="2137137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827" Type="http://schemas.openxmlformats.org/officeDocument/2006/relationships/image" Target="media/image973.wmf"/><Relationship Id="rId3182" Type="http://schemas.openxmlformats.org/officeDocument/2006/relationships/image" Target="media/image1934.wmf"/><Relationship Id="rId3042" Type="http://schemas.openxmlformats.org/officeDocument/2006/relationships/image" Target="media/image1809.wmf"/><Relationship Id="rId170" Type="http://schemas.openxmlformats.org/officeDocument/2006/relationships/image" Target="media/image79.wmf"/><Relationship Id="rId987" Type="http://schemas.openxmlformats.org/officeDocument/2006/relationships/oleObject" Target="embeddings/oleObject487.bin"/><Relationship Id="rId2668" Type="http://schemas.openxmlformats.org/officeDocument/2006/relationships/image" Target="media/image1465.wmf"/><Relationship Id="rId2875" Type="http://schemas.openxmlformats.org/officeDocument/2006/relationships/image" Target="media/image1650.wmf"/><Relationship Id="rId847" Type="http://schemas.openxmlformats.org/officeDocument/2006/relationships/oleObject" Target="embeddings/oleObject417.bin"/><Relationship Id="rId1477" Type="http://schemas.openxmlformats.org/officeDocument/2006/relationships/oleObject" Target="embeddings/oleObject732.bin"/><Relationship Id="rId1684" Type="http://schemas.openxmlformats.org/officeDocument/2006/relationships/image" Target="media/image836.wmf"/><Relationship Id="rId1891" Type="http://schemas.openxmlformats.org/officeDocument/2006/relationships/image" Target="media/image1037.wmf"/><Relationship Id="rId2528" Type="http://schemas.openxmlformats.org/officeDocument/2006/relationships/image" Target="media/image1395.wmf"/><Relationship Id="rId2735" Type="http://schemas.openxmlformats.org/officeDocument/2006/relationships/image" Target="media/image1520.wmf"/><Relationship Id="rId2942" Type="http://schemas.openxmlformats.org/officeDocument/2006/relationships/image" Target="media/image1714.wmf"/><Relationship Id="rId707" Type="http://schemas.openxmlformats.org/officeDocument/2006/relationships/oleObject" Target="embeddings/oleObject347.bin"/><Relationship Id="rId914" Type="http://schemas.openxmlformats.org/officeDocument/2006/relationships/image" Target="media/image451.wmf"/><Relationship Id="rId1337" Type="http://schemas.openxmlformats.org/officeDocument/2006/relationships/oleObject" Target="embeddings/oleObject662.bin"/><Relationship Id="rId1544" Type="http://schemas.openxmlformats.org/officeDocument/2006/relationships/image" Target="media/image766.wmf"/><Relationship Id="rId1751" Type="http://schemas.openxmlformats.org/officeDocument/2006/relationships/image" Target="media/image897.wmf"/><Relationship Id="rId2802" Type="http://schemas.openxmlformats.org/officeDocument/2006/relationships/image" Target="media/image1587.wmf"/><Relationship Id="rId43" Type="http://schemas.openxmlformats.org/officeDocument/2006/relationships/oleObject" Target="embeddings/oleObject15.bin"/><Relationship Id="rId1404" Type="http://schemas.openxmlformats.org/officeDocument/2006/relationships/image" Target="media/image696.wmf"/><Relationship Id="rId1611" Type="http://schemas.openxmlformats.org/officeDocument/2006/relationships/oleObject" Target="embeddings/oleObject799.bin"/><Relationship Id="rId497" Type="http://schemas.openxmlformats.org/officeDocument/2006/relationships/oleObject" Target="embeddings/oleObject242.bin"/><Relationship Id="rId2178" Type="http://schemas.openxmlformats.org/officeDocument/2006/relationships/image" Target="media/image1220.wmf"/><Relationship Id="rId2385" Type="http://schemas.openxmlformats.org/officeDocument/2006/relationships/oleObject" Target="embeddings/oleObject1049.bin"/><Relationship Id="rId3229" Type="http://schemas.openxmlformats.org/officeDocument/2006/relationships/image" Target="media/image1957.wmf"/><Relationship Id="rId357" Type="http://schemas.openxmlformats.org/officeDocument/2006/relationships/oleObject" Target="embeddings/oleObject172.bin"/><Relationship Id="rId1194" Type="http://schemas.openxmlformats.org/officeDocument/2006/relationships/image" Target="media/image591.wmf"/><Relationship Id="rId2038" Type="http://schemas.openxmlformats.org/officeDocument/2006/relationships/image" Target="media/image1150.wmf"/><Relationship Id="rId2592" Type="http://schemas.openxmlformats.org/officeDocument/2006/relationships/image" Target="media/image1427.wmf"/><Relationship Id="rId217" Type="http://schemas.openxmlformats.org/officeDocument/2006/relationships/oleObject" Target="embeddings/oleObject102.bin"/><Relationship Id="rId564" Type="http://schemas.openxmlformats.org/officeDocument/2006/relationships/image" Target="media/image276.wmf"/><Relationship Id="rId771" Type="http://schemas.openxmlformats.org/officeDocument/2006/relationships/oleObject" Target="embeddings/oleObject379.bin"/><Relationship Id="rId2245" Type="http://schemas.openxmlformats.org/officeDocument/2006/relationships/oleObject" Target="embeddings/oleObject979.bin"/><Relationship Id="rId2452" Type="http://schemas.openxmlformats.org/officeDocument/2006/relationships/image" Target="media/image1357.wmf"/><Relationship Id="rId424" Type="http://schemas.openxmlformats.org/officeDocument/2006/relationships/image" Target="media/image206.wmf"/><Relationship Id="rId631" Type="http://schemas.openxmlformats.org/officeDocument/2006/relationships/oleObject" Target="embeddings/oleObject309.bin"/><Relationship Id="rId1054" Type="http://schemas.openxmlformats.org/officeDocument/2006/relationships/image" Target="media/image521.wmf"/><Relationship Id="rId1261" Type="http://schemas.openxmlformats.org/officeDocument/2006/relationships/oleObject" Target="embeddings/oleObject624.bin"/><Relationship Id="rId2105" Type="http://schemas.openxmlformats.org/officeDocument/2006/relationships/oleObject" Target="embeddings/oleObject909.bin"/><Relationship Id="rId2312" Type="http://schemas.openxmlformats.org/officeDocument/2006/relationships/image" Target="media/image1287.wmf"/><Relationship Id="rId1121" Type="http://schemas.openxmlformats.org/officeDocument/2006/relationships/oleObject" Target="embeddings/oleObject554.bin"/><Relationship Id="rId3086" Type="http://schemas.openxmlformats.org/officeDocument/2006/relationships/image" Target="media/image1843.wmf"/><Relationship Id="rId3293" Type="http://schemas.openxmlformats.org/officeDocument/2006/relationships/image" Target="media/image2018.wmf"/><Relationship Id="rId1938" Type="http://schemas.openxmlformats.org/officeDocument/2006/relationships/image" Target="media/image1084.wmf"/><Relationship Id="rId3153" Type="http://schemas.openxmlformats.org/officeDocument/2006/relationships/image" Target="media/image1910.wmf"/><Relationship Id="rId281" Type="http://schemas.openxmlformats.org/officeDocument/2006/relationships/oleObject" Target="embeddings/oleObject134.bin"/><Relationship Id="rId3013" Type="http://schemas.openxmlformats.org/officeDocument/2006/relationships/image" Target="media/image1781.wmf"/><Relationship Id="rId141" Type="http://schemas.openxmlformats.org/officeDocument/2006/relationships/oleObject" Target="embeddings/oleObject64.bin"/><Relationship Id="rId3220" Type="http://schemas.openxmlformats.org/officeDocument/2006/relationships/image" Target="media/image1948.wmf"/><Relationship Id="rId7" Type="http://schemas.openxmlformats.org/officeDocument/2006/relationships/footnotes" Target="footnotes.xml"/><Relationship Id="rId2779" Type="http://schemas.openxmlformats.org/officeDocument/2006/relationships/image" Target="media/image1564.wmf"/><Relationship Id="rId2986" Type="http://schemas.openxmlformats.org/officeDocument/2006/relationships/image" Target="media/image1756.wmf"/><Relationship Id="rId958" Type="http://schemas.openxmlformats.org/officeDocument/2006/relationships/image" Target="media/image473.wmf"/><Relationship Id="rId1588" Type="http://schemas.openxmlformats.org/officeDocument/2006/relationships/image" Target="media/image788.wmf"/><Relationship Id="rId1795" Type="http://schemas.openxmlformats.org/officeDocument/2006/relationships/image" Target="media/image941.wmf"/><Relationship Id="rId2639" Type="http://schemas.openxmlformats.org/officeDocument/2006/relationships/oleObject" Target="embeddings/oleObject1176.bin"/><Relationship Id="rId2846" Type="http://schemas.openxmlformats.org/officeDocument/2006/relationships/image" Target="media/image1628.wmf"/><Relationship Id="rId87" Type="http://schemas.openxmlformats.org/officeDocument/2006/relationships/oleObject" Target="embeddings/oleObject37.bin"/><Relationship Id="rId818" Type="http://schemas.openxmlformats.org/officeDocument/2006/relationships/image" Target="media/image403.wmf"/><Relationship Id="rId1448" Type="http://schemas.openxmlformats.org/officeDocument/2006/relationships/image" Target="media/image718.wmf"/><Relationship Id="rId1655" Type="http://schemas.openxmlformats.org/officeDocument/2006/relationships/oleObject" Target="embeddings/oleObject821.bin"/><Relationship Id="rId2706" Type="http://schemas.openxmlformats.org/officeDocument/2006/relationships/image" Target="media/image1491.wmf"/><Relationship Id="rId1308" Type="http://schemas.openxmlformats.org/officeDocument/2006/relationships/image" Target="media/image648.wmf"/><Relationship Id="rId1862" Type="http://schemas.openxmlformats.org/officeDocument/2006/relationships/image" Target="media/image1008.wmf"/><Relationship Id="rId2913" Type="http://schemas.openxmlformats.org/officeDocument/2006/relationships/image" Target="media/image1686.wmf"/><Relationship Id="rId1515" Type="http://schemas.openxmlformats.org/officeDocument/2006/relationships/oleObject" Target="embeddings/oleObject751.bin"/><Relationship Id="rId1722" Type="http://schemas.openxmlformats.org/officeDocument/2006/relationships/image" Target="media/image868.wmf"/><Relationship Id="rId14" Type="http://schemas.openxmlformats.org/officeDocument/2006/relationships/oleObject" Target="embeddings/oleObject1.bin"/><Relationship Id="rId2289" Type="http://schemas.openxmlformats.org/officeDocument/2006/relationships/oleObject" Target="embeddings/oleObject1001.bin"/><Relationship Id="rId2496" Type="http://schemas.openxmlformats.org/officeDocument/2006/relationships/image" Target="media/image1379.wmf"/><Relationship Id="rId468" Type="http://schemas.openxmlformats.org/officeDocument/2006/relationships/image" Target="media/image228.wmf"/><Relationship Id="rId675" Type="http://schemas.openxmlformats.org/officeDocument/2006/relationships/oleObject" Target="embeddings/oleObject331.bin"/><Relationship Id="rId882" Type="http://schemas.openxmlformats.org/officeDocument/2006/relationships/image" Target="media/image435.wmf"/><Relationship Id="rId1098" Type="http://schemas.openxmlformats.org/officeDocument/2006/relationships/image" Target="media/image543.wmf"/><Relationship Id="rId2149" Type="http://schemas.openxmlformats.org/officeDocument/2006/relationships/oleObject" Target="embeddings/oleObject931.bin"/><Relationship Id="rId2356" Type="http://schemas.openxmlformats.org/officeDocument/2006/relationships/image" Target="media/image1309.wmf"/><Relationship Id="rId2563" Type="http://schemas.openxmlformats.org/officeDocument/2006/relationships/oleObject" Target="embeddings/oleObject1138.bin"/><Relationship Id="rId2770" Type="http://schemas.openxmlformats.org/officeDocument/2006/relationships/image" Target="media/image1555.wmf"/><Relationship Id="rId328" Type="http://schemas.openxmlformats.org/officeDocument/2006/relationships/image" Target="media/image158.wmf"/><Relationship Id="rId535" Type="http://schemas.openxmlformats.org/officeDocument/2006/relationships/oleObject" Target="embeddings/oleObject261.bin"/><Relationship Id="rId742" Type="http://schemas.openxmlformats.org/officeDocument/2006/relationships/image" Target="media/image365.wmf"/><Relationship Id="rId1165" Type="http://schemas.openxmlformats.org/officeDocument/2006/relationships/oleObject" Target="embeddings/oleObject576.bin"/><Relationship Id="rId1372" Type="http://schemas.openxmlformats.org/officeDocument/2006/relationships/image" Target="media/image680.wmf"/><Relationship Id="rId2009" Type="http://schemas.openxmlformats.org/officeDocument/2006/relationships/oleObject" Target="embeddings/oleObject861.bin"/><Relationship Id="rId2216" Type="http://schemas.openxmlformats.org/officeDocument/2006/relationships/image" Target="media/image1239.wmf"/><Relationship Id="rId2423" Type="http://schemas.openxmlformats.org/officeDocument/2006/relationships/oleObject" Target="embeddings/oleObject1068.bin"/><Relationship Id="rId2630" Type="http://schemas.openxmlformats.org/officeDocument/2006/relationships/image" Target="media/image1446.wmf"/><Relationship Id="rId602" Type="http://schemas.openxmlformats.org/officeDocument/2006/relationships/image" Target="media/image295.wmf"/><Relationship Id="rId1025" Type="http://schemas.openxmlformats.org/officeDocument/2006/relationships/oleObject" Target="embeddings/oleObject506.bin"/><Relationship Id="rId1232" Type="http://schemas.openxmlformats.org/officeDocument/2006/relationships/image" Target="media/image610.wmf"/><Relationship Id="rId3197" Type="http://schemas.openxmlformats.org/officeDocument/2006/relationships/oleObject" Target="embeddings/oleObject1246.bin"/><Relationship Id="rId3057" Type="http://schemas.openxmlformats.org/officeDocument/2006/relationships/image" Target="media/image1820.wmf"/><Relationship Id="rId185" Type="http://schemas.openxmlformats.org/officeDocument/2006/relationships/oleObject" Target="embeddings/oleObject86.bin"/><Relationship Id="rId1909" Type="http://schemas.openxmlformats.org/officeDocument/2006/relationships/image" Target="media/image1055.wmf"/><Relationship Id="rId3264" Type="http://schemas.openxmlformats.org/officeDocument/2006/relationships/image" Target="media/image1990.wmf"/><Relationship Id="rId392" Type="http://schemas.openxmlformats.org/officeDocument/2006/relationships/image" Target="media/image190.wmf"/><Relationship Id="rId2073" Type="http://schemas.openxmlformats.org/officeDocument/2006/relationships/oleObject" Target="embeddings/oleObject893.bin"/><Relationship Id="rId2280" Type="http://schemas.openxmlformats.org/officeDocument/2006/relationships/image" Target="media/image1271.wmf"/><Relationship Id="rId3124" Type="http://schemas.openxmlformats.org/officeDocument/2006/relationships/image" Target="media/image1881.wmf"/><Relationship Id="rId3331" Type="http://schemas.openxmlformats.org/officeDocument/2006/relationships/hyperlink" Target="https://doi.org/10.3390/math12244010" TargetMode="External"/><Relationship Id="rId252" Type="http://schemas.openxmlformats.org/officeDocument/2006/relationships/image" Target="media/image120.wmf"/><Relationship Id="rId2140" Type="http://schemas.openxmlformats.org/officeDocument/2006/relationships/image" Target="media/image1201.wmf"/><Relationship Id="rId112" Type="http://schemas.openxmlformats.org/officeDocument/2006/relationships/image" Target="media/image50.wmf"/><Relationship Id="rId1699" Type="http://schemas.openxmlformats.org/officeDocument/2006/relationships/image" Target="media/image845.wmf"/><Relationship Id="rId2000" Type="http://schemas.openxmlformats.org/officeDocument/2006/relationships/image" Target="media/image1131.wmf"/><Relationship Id="rId2957" Type="http://schemas.openxmlformats.org/officeDocument/2006/relationships/image" Target="media/image1728.wmf"/><Relationship Id="rId929" Type="http://schemas.openxmlformats.org/officeDocument/2006/relationships/oleObject" Target="embeddings/oleObject458.bin"/><Relationship Id="rId1559" Type="http://schemas.openxmlformats.org/officeDocument/2006/relationships/oleObject" Target="embeddings/oleObject773.bin"/><Relationship Id="rId1766" Type="http://schemas.openxmlformats.org/officeDocument/2006/relationships/image" Target="media/image912.wmf"/><Relationship Id="rId1973" Type="http://schemas.openxmlformats.org/officeDocument/2006/relationships/oleObject" Target="embeddings/oleObject843.bin"/><Relationship Id="rId2817" Type="http://schemas.openxmlformats.org/officeDocument/2006/relationships/image" Target="media/image1602.wmf"/><Relationship Id="rId58" Type="http://schemas.openxmlformats.org/officeDocument/2006/relationships/image" Target="media/image23.wmf"/><Relationship Id="rId1419" Type="http://schemas.openxmlformats.org/officeDocument/2006/relationships/oleObject" Target="embeddings/oleObject703.bin"/><Relationship Id="rId1626" Type="http://schemas.openxmlformats.org/officeDocument/2006/relationships/image" Target="media/image807.wmf"/><Relationship Id="rId1833" Type="http://schemas.openxmlformats.org/officeDocument/2006/relationships/image" Target="media/image979.wmf"/><Relationship Id="rId1900" Type="http://schemas.openxmlformats.org/officeDocument/2006/relationships/image" Target="media/image1046.wmf"/><Relationship Id="rId579" Type="http://schemas.openxmlformats.org/officeDocument/2006/relationships/oleObject" Target="embeddings/oleObject283.bin"/><Relationship Id="rId786" Type="http://schemas.openxmlformats.org/officeDocument/2006/relationships/image" Target="media/image387.wmf"/><Relationship Id="rId993" Type="http://schemas.openxmlformats.org/officeDocument/2006/relationships/oleObject" Target="embeddings/oleObject490.bin"/><Relationship Id="rId2467" Type="http://schemas.openxmlformats.org/officeDocument/2006/relationships/oleObject" Target="embeddings/oleObject1090.bin"/><Relationship Id="rId2674" Type="http://schemas.openxmlformats.org/officeDocument/2006/relationships/image" Target="media/image1468.wmf"/><Relationship Id="rId439" Type="http://schemas.openxmlformats.org/officeDocument/2006/relationships/oleObject" Target="embeddings/oleObject213.bin"/><Relationship Id="rId646" Type="http://schemas.openxmlformats.org/officeDocument/2006/relationships/image" Target="media/image317.wmf"/><Relationship Id="rId1069" Type="http://schemas.openxmlformats.org/officeDocument/2006/relationships/oleObject" Target="embeddings/oleObject528.bin"/><Relationship Id="rId1276" Type="http://schemas.openxmlformats.org/officeDocument/2006/relationships/image" Target="media/image632.wmf"/><Relationship Id="rId1483" Type="http://schemas.openxmlformats.org/officeDocument/2006/relationships/oleObject" Target="embeddings/oleObject735.bin"/><Relationship Id="rId2327" Type="http://schemas.openxmlformats.org/officeDocument/2006/relationships/oleObject" Target="embeddings/oleObject1020.bin"/><Relationship Id="rId2881" Type="http://schemas.openxmlformats.org/officeDocument/2006/relationships/image" Target="media/image1656.wmf"/><Relationship Id="rId506" Type="http://schemas.openxmlformats.org/officeDocument/2006/relationships/image" Target="media/image247.wmf"/><Relationship Id="rId853" Type="http://schemas.openxmlformats.org/officeDocument/2006/relationships/oleObject" Target="embeddings/oleObject420.bin"/><Relationship Id="rId1136" Type="http://schemas.openxmlformats.org/officeDocument/2006/relationships/image" Target="media/image562.wmf"/><Relationship Id="rId1690" Type="http://schemas.openxmlformats.org/officeDocument/2006/relationships/image" Target="media/image839.wmf"/><Relationship Id="rId2534" Type="http://schemas.openxmlformats.org/officeDocument/2006/relationships/image" Target="media/image1398.wmf"/><Relationship Id="rId2741" Type="http://schemas.openxmlformats.org/officeDocument/2006/relationships/image" Target="media/image1526.wmf"/><Relationship Id="rId713" Type="http://schemas.openxmlformats.org/officeDocument/2006/relationships/oleObject" Target="embeddings/oleObject350.bin"/><Relationship Id="rId920" Type="http://schemas.openxmlformats.org/officeDocument/2006/relationships/image" Target="media/image454.wmf"/><Relationship Id="rId1343" Type="http://schemas.openxmlformats.org/officeDocument/2006/relationships/oleObject" Target="embeddings/oleObject665.bin"/><Relationship Id="rId1550" Type="http://schemas.openxmlformats.org/officeDocument/2006/relationships/image" Target="media/image769.wmf"/><Relationship Id="rId2601" Type="http://schemas.openxmlformats.org/officeDocument/2006/relationships/oleObject" Target="embeddings/oleObject1157.bin"/><Relationship Id="rId1203" Type="http://schemas.openxmlformats.org/officeDocument/2006/relationships/oleObject" Target="embeddings/oleObject595.bin"/><Relationship Id="rId1410" Type="http://schemas.openxmlformats.org/officeDocument/2006/relationships/image" Target="media/image699.wmf"/><Relationship Id="rId3168" Type="http://schemas.openxmlformats.org/officeDocument/2006/relationships/image" Target="media/image1925.wmf"/><Relationship Id="rId296" Type="http://schemas.openxmlformats.org/officeDocument/2006/relationships/image" Target="media/image142.wmf"/><Relationship Id="rId2184" Type="http://schemas.openxmlformats.org/officeDocument/2006/relationships/image" Target="media/image1223.wmf"/><Relationship Id="rId2391" Type="http://schemas.openxmlformats.org/officeDocument/2006/relationships/oleObject" Target="embeddings/oleObject1052.bin"/><Relationship Id="rId3028" Type="http://schemas.openxmlformats.org/officeDocument/2006/relationships/image" Target="media/image1795.wmf"/><Relationship Id="rId3235" Type="http://schemas.openxmlformats.org/officeDocument/2006/relationships/image" Target="media/image1963.wmf"/><Relationship Id="rId156" Type="http://schemas.openxmlformats.org/officeDocument/2006/relationships/image" Target="media/image72.wmf"/><Relationship Id="rId363" Type="http://schemas.openxmlformats.org/officeDocument/2006/relationships/oleObject" Target="embeddings/oleObject175.bin"/><Relationship Id="rId570" Type="http://schemas.openxmlformats.org/officeDocument/2006/relationships/image" Target="media/image279.wmf"/><Relationship Id="rId2044" Type="http://schemas.openxmlformats.org/officeDocument/2006/relationships/image" Target="media/image1153.wmf"/><Relationship Id="rId2251" Type="http://schemas.openxmlformats.org/officeDocument/2006/relationships/oleObject" Target="embeddings/oleObject982.bin"/><Relationship Id="rId2489" Type="http://schemas.openxmlformats.org/officeDocument/2006/relationships/oleObject" Target="embeddings/oleObject1101.bin"/><Relationship Id="rId2696" Type="http://schemas.openxmlformats.org/officeDocument/2006/relationships/image" Target="media/image1481.wmf"/><Relationship Id="rId3302" Type="http://schemas.openxmlformats.org/officeDocument/2006/relationships/image" Target="media/image2027.wmf"/><Relationship Id="rId223" Type="http://schemas.openxmlformats.org/officeDocument/2006/relationships/oleObject" Target="embeddings/oleObject105.bin"/><Relationship Id="rId430" Type="http://schemas.openxmlformats.org/officeDocument/2006/relationships/image" Target="media/image209.wmf"/><Relationship Id="rId668" Type="http://schemas.openxmlformats.org/officeDocument/2006/relationships/image" Target="media/image328.wmf"/><Relationship Id="rId875" Type="http://schemas.openxmlformats.org/officeDocument/2006/relationships/oleObject" Target="embeddings/oleObject431.bin"/><Relationship Id="rId1060" Type="http://schemas.openxmlformats.org/officeDocument/2006/relationships/image" Target="media/image524.wmf"/><Relationship Id="rId1298" Type="http://schemas.openxmlformats.org/officeDocument/2006/relationships/image" Target="media/image643.wmf"/><Relationship Id="rId2111" Type="http://schemas.openxmlformats.org/officeDocument/2006/relationships/oleObject" Target="embeddings/oleObject912.bin"/><Relationship Id="rId2349" Type="http://schemas.openxmlformats.org/officeDocument/2006/relationships/oleObject" Target="embeddings/oleObject1031.bin"/><Relationship Id="rId2556" Type="http://schemas.openxmlformats.org/officeDocument/2006/relationships/image" Target="media/image1409.wmf"/><Relationship Id="rId2763" Type="http://schemas.openxmlformats.org/officeDocument/2006/relationships/image" Target="media/image1548.wmf"/><Relationship Id="rId2970" Type="http://schemas.openxmlformats.org/officeDocument/2006/relationships/image" Target="media/image1741.wmf"/><Relationship Id="rId528" Type="http://schemas.openxmlformats.org/officeDocument/2006/relationships/image" Target="media/image258.wmf"/><Relationship Id="rId735" Type="http://schemas.openxmlformats.org/officeDocument/2006/relationships/oleObject" Target="embeddings/oleObject361.bin"/><Relationship Id="rId942" Type="http://schemas.openxmlformats.org/officeDocument/2006/relationships/image" Target="media/image465.wmf"/><Relationship Id="rId1158" Type="http://schemas.openxmlformats.org/officeDocument/2006/relationships/image" Target="media/image573.wmf"/><Relationship Id="rId1365" Type="http://schemas.openxmlformats.org/officeDocument/2006/relationships/oleObject" Target="embeddings/oleObject676.bin"/><Relationship Id="rId1572" Type="http://schemas.openxmlformats.org/officeDocument/2006/relationships/image" Target="media/image780.wmf"/><Relationship Id="rId2209" Type="http://schemas.openxmlformats.org/officeDocument/2006/relationships/oleObject" Target="embeddings/oleObject961.bin"/><Relationship Id="rId2416" Type="http://schemas.openxmlformats.org/officeDocument/2006/relationships/image" Target="media/image1339.wmf"/><Relationship Id="rId2623" Type="http://schemas.openxmlformats.org/officeDocument/2006/relationships/oleObject" Target="embeddings/oleObject1168.bin"/><Relationship Id="rId1018" Type="http://schemas.openxmlformats.org/officeDocument/2006/relationships/image" Target="media/image503.wmf"/><Relationship Id="rId1225" Type="http://schemas.openxmlformats.org/officeDocument/2006/relationships/oleObject" Target="embeddings/oleObject606.bin"/><Relationship Id="rId1432" Type="http://schemas.openxmlformats.org/officeDocument/2006/relationships/image" Target="media/image710.wmf"/><Relationship Id="rId1877" Type="http://schemas.openxmlformats.org/officeDocument/2006/relationships/image" Target="media/image1023.wmf"/><Relationship Id="rId2830" Type="http://schemas.openxmlformats.org/officeDocument/2006/relationships/image" Target="media/image1613.wmf"/><Relationship Id="rId2928" Type="http://schemas.openxmlformats.org/officeDocument/2006/relationships/image" Target="media/image1701.wmf"/><Relationship Id="rId71" Type="http://schemas.openxmlformats.org/officeDocument/2006/relationships/oleObject" Target="embeddings/oleObject29.bin"/><Relationship Id="rId802" Type="http://schemas.openxmlformats.org/officeDocument/2006/relationships/image" Target="media/image395.wmf"/><Relationship Id="rId1737" Type="http://schemas.openxmlformats.org/officeDocument/2006/relationships/image" Target="media/image883.wmf"/><Relationship Id="rId1944" Type="http://schemas.openxmlformats.org/officeDocument/2006/relationships/image" Target="media/image1090.wmf"/><Relationship Id="rId3092" Type="http://schemas.openxmlformats.org/officeDocument/2006/relationships/image" Target="media/image1849.wmf"/><Relationship Id="rId29" Type="http://schemas.openxmlformats.org/officeDocument/2006/relationships/oleObject" Target="embeddings/oleObject8.bin"/><Relationship Id="rId178" Type="http://schemas.openxmlformats.org/officeDocument/2006/relationships/image" Target="media/image83.wmf"/><Relationship Id="rId1804" Type="http://schemas.openxmlformats.org/officeDocument/2006/relationships/image" Target="media/image950.wmf"/><Relationship Id="rId3257" Type="http://schemas.openxmlformats.org/officeDocument/2006/relationships/image" Target="media/image1984.wmf"/><Relationship Id="rId385" Type="http://schemas.openxmlformats.org/officeDocument/2006/relationships/oleObject" Target="embeddings/oleObject186.bin"/><Relationship Id="rId592" Type="http://schemas.openxmlformats.org/officeDocument/2006/relationships/image" Target="media/image290.wmf"/><Relationship Id="rId2066" Type="http://schemas.openxmlformats.org/officeDocument/2006/relationships/image" Target="media/image1164.wmf"/><Relationship Id="rId2273" Type="http://schemas.openxmlformats.org/officeDocument/2006/relationships/oleObject" Target="embeddings/oleObject993.bin"/><Relationship Id="rId2480" Type="http://schemas.openxmlformats.org/officeDocument/2006/relationships/image" Target="media/image1371.wmf"/><Relationship Id="rId3117" Type="http://schemas.openxmlformats.org/officeDocument/2006/relationships/image" Target="media/image1874.wmf"/><Relationship Id="rId3324" Type="http://schemas.openxmlformats.org/officeDocument/2006/relationships/image" Target="media/image2047.wmf"/><Relationship Id="rId245" Type="http://schemas.openxmlformats.org/officeDocument/2006/relationships/oleObject" Target="embeddings/oleObject116.bin"/><Relationship Id="rId452" Type="http://schemas.openxmlformats.org/officeDocument/2006/relationships/image" Target="media/image220.wmf"/><Relationship Id="rId897" Type="http://schemas.openxmlformats.org/officeDocument/2006/relationships/oleObject" Target="embeddings/oleObject442.bin"/><Relationship Id="rId1082" Type="http://schemas.openxmlformats.org/officeDocument/2006/relationships/image" Target="media/image535.wmf"/><Relationship Id="rId2133" Type="http://schemas.openxmlformats.org/officeDocument/2006/relationships/oleObject" Target="embeddings/oleObject923.bin"/><Relationship Id="rId2340" Type="http://schemas.openxmlformats.org/officeDocument/2006/relationships/image" Target="media/image1301.wmf"/><Relationship Id="rId2578" Type="http://schemas.openxmlformats.org/officeDocument/2006/relationships/image" Target="media/image1420.wmf"/><Relationship Id="rId2785" Type="http://schemas.openxmlformats.org/officeDocument/2006/relationships/image" Target="media/image1570.wmf"/><Relationship Id="rId2992" Type="http://schemas.openxmlformats.org/officeDocument/2006/relationships/image" Target="media/image1761.wmf"/><Relationship Id="rId105" Type="http://schemas.openxmlformats.org/officeDocument/2006/relationships/oleObject" Target="embeddings/oleObject46.bin"/><Relationship Id="rId312" Type="http://schemas.openxmlformats.org/officeDocument/2006/relationships/image" Target="media/image150.wmf"/><Relationship Id="rId757" Type="http://schemas.openxmlformats.org/officeDocument/2006/relationships/oleObject" Target="embeddings/oleObject372.bin"/><Relationship Id="rId964" Type="http://schemas.openxmlformats.org/officeDocument/2006/relationships/image" Target="media/image476.wmf"/><Relationship Id="rId1387" Type="http://schemas.openxmlformats.org/officeDocument/2006/relationships/oleObject" Target="embeddings/oleObject687.bin"/><Relationship Id="rId1594" Type="http://schemas.openxmlformats.org/officeDocument/2006/relationships/image" Target="media/image791.wmf"/><Relationship Id="rId2200" Type="http://schemas.openxmlformats.org/officeDocument/2006/relationships/image" Target="media/image1231.wmf"/><Relationship Id="rId2438" Type="http://schemas.openxmlformats.org/officeDocument/2006/relationships/image" Target="media/image1350.wmf"/><Relationship Id="rId2645" Type="http://schemas.openxmlformats.org/officeDocument/2006/relationships/oleObject" Target="embeddings/oleObject1179.bin"/><Relationship Id="rId2852" Type="http://schemas.openxmlformats.org/officeDocument/2006/relationships/image" Target="media/image1631.wmf"/><Relationship Id="rId93" Type="http://schemas.openxmlformats.org/officeDocument/2006/relationships/oleObject" Target="embeddings/oleObject40.bin"/><Relationship Id="rId617" Type="http://schemas.openxmlformats.org/officeDocument/2006/relationships/oleObject" Target="embeddings/oleObject302.bin"/><Relationship Id="rId824" Type="http://schemas.openxmlformats.org/officeDocument/2006/relationships/image" Target="media/image406.wmf"/><Relationship Id="rId1247" Type="http://schemas.openxmlformats.org/officeDocument/2006/relationships/oleObject" Target="embeddings/oleObject617.bin"/><Relationship Id="rId1454" Type="http://schemas.openxmlformats.org/officeDocument/2006/relationships/image" Target="media/image721.wmf"/><Relationship Id="rId1661" Type="http://schemas.openxmlformats.org/officeDocument/2006/relationships/oleObject" Target="embeddings/oleObject824.bin"/><Relationship Id="rId1899" Type="http://schemas.openxmlformats.org/officeDocument/2006/relationships/image" Target="media/image1045.wmf"/><Relationship Id="rId2505" Type="http://schemas.openxmlformats.org/officeDocument/2006/relationships/oleObject" Target="embeddings/oleObject1109.bin"/><Relationship Id="rId2712" Type="http://schemas.openxmlformats.org/officeDocument/2006/relationships/image" Target="media/image1497.wmf"/><Relationship Id="rId1107" Type="http://schemas.openxmlformats.org/officeDocument/2006/relationships/oleObject" Target="embeddings/oleObject547.bin"/><Relationship Id="rId1314" Type="http://schemas.openxmlformats.org/officeDocument/2006/relationships/image" Target="media/image651.wmf"/><Relationship Id="rId1521" Type="http://schemas.openxmlformats.org/officeDocument/2006/relationships/oleObject" Target="embeddings/oleObject754.bin"/><Relationship Id="rId1759" Type="http://schemas.openxmlformats.org/officeDocument/2006/relationships/image" Target="media/image905.wmf"/><Relationship Id="rId1966" Type="http://schemas.openxmlformats.org/officeDocument/2006/relationships/image" Target="media/image1112.wmf"/><Relationship Id="rId3181" Type="http://schemas.openxmlformats.org/officeDocument/2006/relationships/oleObject" Target="embeddings/oleObject1235.bin"/><Relationship Id="rId1619" Type="http://schemas.openxmlformats.org/officeDocument/2006/relationships/oleObject" Target="embeddings/oleObject803.bin"/><Relationship Id="rId1826" Type="http://schemas.openxmlformats.org/officeDocument/2006/relationships/image" Target="media/image972.wmf"/><Relationship Id="rId3279" Type="http://schemas.openxmlformats.org/officeDocument/2006/relationships/image" Target="media/image2005.wmf"/><Relationship Id="rId20" Type="http://schemas.openxmlformats.org/officeDocument/2006/relationships/image" Target="media/image4.wmf"/><Relationship Id="rId2088" Type="http://schemas.openxmlformats.org/officeDocument/2006/relationships/image" Target="media/image1175.wmf"/><Relationship Id="rId2295" Type="http://schemas.openxmlformats.org/officeDocument/2006/relationships/oleObject" Target="embeddings/oleObject1004.bin"/><Relationship Id="rId3041" Type="http://schemas.openxmlformats.org/officeDocument/2006/relationships/image" Target="media/image1808.wmf"/><Relationship Id="rId3139" Type="http://schemas.openxmlformats.org/officeDocument/2006/relationships/image" Target="media/image1896.wmf"/><Relationship Id="rId267" Type="http://schemas.openxmlformats.org/officeDocument/2006/relationships/oleObject" Target="embeddings/oleObject127.bin"/><Relationship Id="rId474" Type="http://schemas.openxmlformats.org/officeDocument/2006/relationships/image" Target="media/image231.wmf"/><Relationship Id="rId2155" Type="http://schemas.openxmlformats.org/officeDocument/2006/relationships/oleObject" Target="embeddings/oleObject934.bin"/><Relationship Id="rId127" Type="http://schemas.openxmlformats.org/officeDocument/2006/relationships/oleObject" Target="embeddings/oleObject57.bin"/><Relationship Id="rId681" Type="http://schemas.openxmlformats.org/officeDocument/2006/relationships/oleObject" Target="embeddings/oleObject334.bin"/><Relationship Id="rId779" Type="http://schemas.openxmlformats.org/officeDocument/2006/relationships/oleObject" Target="embeddings/oleObject383.bin"/><Relationship Id="rId986" Type="http://schemas.openxmlformats.org/officeDocument/2006/relationships/image" Target="media/image487.wmf"/><Relationship Id="rId2362" Type="http://schemas.openxmlformats.org/officeDocument/2006/relationships/image" Target="media/image1312.wmf"/><Relationship Id="rId2667" Type="http://schemas.openxmlformats.org/officeDocument/2006/relationships/oleObject" Target="embeddings/oleObject1190.bin"/><Relationship Id="rId3206" Type="http://schemas.openxmlformats.org/officeDocument/2006/relationships/oleObject" Target="embeddings/oleObject1253.bin"/><Relationship Id="rId334" Type="http://schemas.openxmlformats.org/officeDocument/2006/relationships/image" Target="media/image161.wmf"/><Relationship Id="rId541" Type="http://schemas.openxmlformats.org/officeDocument/2006/relationships/oleObject" Target="embeddings/oleObject264.bin"/><Relationship Id="rId639" Type="http://schemas.openxmlformats.org/officeDocument/2006/relationships/oleObject" Target="embeddings/oleObject313.bin"/><Relationship Id="rId1171" Type="http://schemas.openxmlformats.org/officeDocument/2006/relationships/oleObject" Target="embeddings/oleObject579.bin"/><Relationship Id="rId1269" Type="http://schemas.openxmlformats.org/officeDocument/2006/relationships/oleObject" Target="embeddings/oleObject628.bin"/><Relationship Id="rId1476" Type="http://schemas.openxmlformats.org/officeDocument/2006/relationships/image" Target="media/image732.wmf"/><Relationship Id="rId2015" Type="http://schemas.openxmlformats.org/officeDocument/2006/relationships/oleObject" Target="embeddings/oleObject864.bin"/><Relationship Id="rId2222" Type="http://schemas.openxmlformats.org/officeDocument/2006/relationships/image" Target="media/image1242.wmf"/><Relationship Id="rId2874" Type="http://schemas.openxmlformats.org/officeDocument/2006/relationships/image" Target="media/image1649.wmf"/><Relationship Id="rId401" Type="http://schemas.openxmlformats.org/officeDocument/2006/relationships/oleObject" Target="embeddings/oleObject194.bin"/><Relationship Id="rId846" Type="http://schemas.openxmlformats.org/officeDocument/2006/relationships/image" Target="media/image417.wmf"/><Relationship Id="rId1031" Type="http://schemas.openxmlformats.org/officeDocument/2006/relationships/oleObject" Target="embeddings/oleObject509.bin"/><Relationship Id="rId1129" Type="http://schemas.openxmlformats.org/officeDocument/2006/relationships/oleObject" Target="embeddings/oleObject558.bin"/><Relationship Id="rId1683" Type="http://schemas.openxmlformats.org/officeDocument/2006/relationships/oleObject" Target="embeddings/oleObject835.bin"/><Relationship Id="rId1890" Type="http://schemas.openxmlformats.org/officeDocument/2006/relationships/image" Target="media/image1036.wmf"/><Relationship Id="rId1988" Type="http://schemas.openxmlformats.org/officeDocument/2006/relationships/image" Target="media/image1125.wmf"/><Relationship Id="rId2527" Type="http://schemas.openxmlformats.org/officeDocument/2006/relationships/oleObject" Target="embeddings/oleObject1120.bin"/><Relationship Id="rId2734" Type="http://schemas.openxmlformats.org/officeDocument/2006/relationships/image" Target="media/image1519.wmf"/><Relationship Id="rId2941" Type="http://schemas.openxmlformats.org/officeDocument/2006/relationships/image" Target="media/image1713.wmf"/><Relationship Id="rId706" Type="http://schemas.openxmlformats.org/officeDocument/2006/relationships/image" Target="media/image347.wmf"/><Relationship Id="rId913" Type="http://schemas.openxmlformats.org/officeDocument/2006/relationships/oleObject" Target="embeddings/oleObject450.bin"/><Relationship Id="rId1336" Type="http://schemas.openxmlformats.org/officeDocument/2006/relationships/image" Target="media/image662.wmf"/><Relationship Id="rId1543" Type="http://schemas.openxmlformats.org/officeDocument/2006/relationships/oleObject" Target="embeddings/oleObject765.bin"/><Relationship Id="rId1750" Type="http://schemas.openxmlformats.org/officeDocument/2006/relationships/image" Target="media/image896.wmf"/><Relationship Id="rId2801" Type="http://schemas.openxmlformats.org/officeDocument/2006/relationships/image" Target="media/image1586.wmf"/><Relationship Id="rId42" Type="http://schemas.openxmlformats.org/officeDocument/2006/relationships/image" Target="media/image15.wmf"/><Relationship Id="rId1403" Type="http://schemas.openxmlformats.org/officeDocument/2006/relationships/oleObject" Target="embeddings/oleObject695.bin"/><Relationship Id="rId1610" Type="http://schemas.openxmlformats.org/officeDocument/2006/relationships/image" Target="media/image799.wmf"/><Relationship Id="rId1848" Type="http://schemas.openxmlformats.org/officeDocument/2006/relationships/image" Target="media/image994.wmf"/><Relationship Id="rId3063" Type="http://schemas.openxmlformats.org/officeDocument/2006/relationships/image" Target="media/image1825.wmf"/><Relationship Id="rId3270" Type="http://schemas.openxmlformats.org/officeDocument/2006/relationships/image" Target="media/image1996.wmf"/><Relationship Id="rId191" Type="http://schemas.openxmlformats.org/officeDocument/2006/relationships/oleObject" Target="embeddings/oleObject89.bin"/><Relationship Id="rId1708" Type="http://schemas.openxmlformats.org/officeDocument/2006/relationships/image" Target="media/image854.wmf"/><Relationship Id="rId1915" Type="http://schemas.openxmlformats.org/officeDocument/2006/relationships/image" Target="media/image1061.wmf"/><Relationship Id="rId3130" Type="http://schemas.openxmlformats.org/officeDocument/2006/relationships/image" Target="media/image1887.wmf"/><Relationship Id="rId289" Type="http://schemas.openxmlformats.org/officeDocument/2006/relationships/oleObject" Target="embeddings/oleObject138.bin"/><Relationship Id="rId496" Type="http://schemas.openxmlformats.org/officeDocument/2006/relationships/image" Target="media/image242.wmf"/><Relationship Id="rId2177" Type="http://schemas.openxmlformats.org/officeDocument/2006/relationships/oleObject" Target="embeddings/oleObject945.bin"/><Relationship Id="rId2384" Type="http://schemas.openxmlformats.org/officeDocument/2006/relationships/image" Target="media/image1323.wmf"/><Relationship Id="rId2591" Type="http://schemas.openxmlformats.org/officeDocument/2006/relationships/oleObject" Target="embeddings/oleObject1152.bin"/><Relationship Id="rId3228" Type="http://schemas.openxmlformats.org/officeDocument/2006/relationships/image" Target="media/image1956.wmf"/><Relationship Id="rId149" Type="http://schemas.openxmlformats.org/officeDocument/2006/relationships/oleObject" Target="embeddings/oleObject68.bin"/><Relationship Id="rId356" Type="http://schemas.openxmlformats.org/officeDocument/2006/relationships/image" Target="media/image172.wmf"/><Relationship Id="rId563" Type="http://schemas.openxmlformats.org/officeDocument/2006/relationships/oleObject" Target="embeddings/oleObject275.bin"/><Relationship Id="rId770" Type="http://schemas.openxmlformats.org/officeDocument/2006/relationships/image" Target="media/image379.wmf"/><Relationship Id="rId1193" Type="http://schemas.openxmlformats.org/officeDocument/2006/relationships/oleObject" Target="embeddings/oleObject590.bin"/><Relationship Id="rId2037" Type="http://schemas.openxmlformats.org/officeDocument/2006/relationships/oleObject" Target="embeddings/oleObject875.bin"/><Relationship Id="rId2244" Type="http://schemas.openxmlformats.org/officeDocument/2006/relationships/image" Target="media/image1253.wmf"/><Relationship Id="rId2451" Type="http://schemas.openxmlformats.org/officeDocument/2006/relationships/oleObject" Target="embeddings/oleObject1082.bin"/><Relationship Id="rId2689" Type="http://schemas.openxmlformats.org/officeDocument/2006/relationships/oleObject" Target="embeddings/oleObject1201.bin"/><Relationship Id="rId2896" Type="http://schemas.openxmlformats.org/officeDocument/2006/relationships/image" Target="media/image1669.wmf"/><Relationship Id="rId216" Type="http://schemas.openxmlformats.org/officeDocument/2006/relationships/image" Target="media/image102.wmf"/><Relationship Id="rId423" Type="http://schemas.openxmlformats.org/officeDocument/2006/relationships/oleObject" Target="embeddings/oleObject205.bin"/><Relationship Id="rId868" Type="http://schemas.openxmlformats.org/officeDocument/2006/relationships/image" Target="media/image428.wmf"/><Relationship Id="rId1053" Type="http://schemas.openxmlformats.org/officeDocument/2006/relationships/oleObject" Target="embeddings/oleObject520.bin"/><Relationship Id="rId1260" Type="http://schemas.openxmlformats.org/officeDocument/2006/relationships/image" Target="media/image624.wmf"/><Relationship Id="rId1498" Type="http://schemas.openxmlformats.org/officeDocument/2006/relationships/image" Target="media/image743.wmf"/><Relationship Id="rId2104" Type="http://schemas.openxmlformats.org/officeDocument/2006/relationships/image" Target="media/image1183.wmf"/><Relationship Id="rId2549" Type="http://schemas.openxmlformats.org/officeDocument/2006/relationships/oleObject" Target="embeddings/oleObject1131.bin"/><Relationship Id="rId2756" Type="http://schemas.openxmlformats.org/officeDocument/2006/relationships/image" Target="media/image1541.wmf"/><Relationship Id="rId2963" Type="http://schemas.openxmlformats.org/officeDocument/2006/relationships/image" Target="media/image1734.wmf"/><Relationship Id="rId630" Type="http://schemas.openxmlformats.org/officeDocument/2006/relationships/image" Target="media/image309.wmf"/><Relationship Id="rId728" Type="http://schemas.openxmlformats.org/officeDocument/2006/relationships/image" Target="media/image358.wmf"/><Relationship Id="rId935" Type="http://schemas.openxmlformats.org/officeDocument/2006/relationships/oleObject" Target="embeddings/oleObject461.bin"/><Relationship Id="rId1358" Type="http://schemas.openxmlformats.org/officeDocument/2006/relationships/image" Target="media/image673.wmf"/><Relationship Id="rId1565" Type="http://schemas.openxmlformats.org/officeDocument/2006/relationships/oleObject" Target="embeddings/oleObject776.bin"/><Relationship Id="rId1772" Type="http://schemas.openxmlformats.org/officeDocument/2006/relationships/image" Target="media/image918.wmf"/><Relationship Id="rId2311" Type="http://schemas.openxmlformats.org/officeDocument/2006/relationships/oleObject" Target="embeddings/oleObject1012.bin"/><Relationship Id="rId2409" Type="http://schemas.openxmlformats.org/officeDocument/2006/relationships/oleObject" Target="embeddings/oleObject1061.bin"/><Relationship Id="rId2616" Type="http://schemas.openxmlformats.org/officeDocument/2006/relationships/image" Target="media/image1439.wmf"/><Relationship Id="rId64" Type="http://schemas.openxmlformats.org/officeDocument/2006/relationships/image" Target="media/image26.wmf"/><Relationship Id="rId1120" Type="http://schemas.openxmlformats.org/officeDocument/2006/relationships/image" Target="media/image554.wmf"/><Relationship Id="rId1218" Type="http://schemas.openxmlformats.org/officeDocument/2006/relationships/image" Target="media/image603.wmf"/><Relationship Id="rId1425" Type="http://schemas.openxmlformats.org/officeDocument/2006/relationships/oleObject" Target="embeddings/oleObject706.bin"/><Relationship Id="rId2823" Type="http://schemas.openxmlformats.org/officeDocument/2006/relationships/image" Target="media/image1608.wmf"/><Relationship Id="rId1632" Type="http://schemas.openxmlformats.org/officeDocument/2006/relationships/image" Target="media/image810.wmf"/><Relationship Id="rId1937" Type="http://schemas.openxmlformats.org/officeDocument/2006/relationships/image" Target="media/image1083.wmf"/><Relationship Id="rId3085" Type="http://schemas.openxmlformats.org/officeDocument/2006/relationships/image" Target="media/image1842.wmf"/><Relationship Id="rId3292" Type="http://schemas.openxmlformats.org/officeDocument/2006/relationships/image" Target="media/image2017.wmf"/><Relationship Id="rId2199" Type="http://schemas.openxmlformats.org/officeDocument/2006/relationships/oleObject" Target="embeddings/oleObject956.bin"/><Relationship Id="rId3152" Type="http://schemas.openxmlformats.org/officeDocument/2006/relationships/image" Target="media/image1909.wmf"/><Relationship Id="rId280" Type="http://schemas.openxmlformats.org/officeDocument/2006/relationships/image" Target="media/image134.wmf"/><Relationship Id="rId3012" Type="http://schemas.openxmlformats.org/officeDocument/2006/relationships/image" Target="media/image1780.wmf"/><Relationship Id="rId140" Type="http://schemas.openxmlformats.org/officeDocument/2006/relationships/image" Target="media/image64.wmf"/><Relationship Id="rId378" Type="http://schemas.openxmlformats.org/officeDocument/2006/relationships/image" Target="media/image183.wmf"/><Relationship Id="rId585" Type="http://schemas.openxmlformats.org/officeDocument/2006/relationships/oleObject" Target="embeddings/oleObject286.bin"/><Relationship Id="rId792" Type="http://schemas.openxmlformats.org/officeDocument/2006/relationships/image" Target="media/image390.wmf"/><Relationship Id="rId2059" Type="http://schemas.openxmlformats.org/officeDocument/2006/relationships/oleObject" Target="embeddings/oleObject886.bin"/><Relationship Id="rId2266" Type="http://schemas.openxmlformats.org/officeDocument/2006/relationships/image" Target="media/image1264.wmf"/><Relationship Id="rId2473" Type="http://schemas.openxmlformats.org/officeDocument/2006/relationships/oleObject" Target="embeddings/oleObject1093.bin"/><Relationship Id="rId2680" Type="http://schemas.openxmlformats.org/officeDocument/2006/relationships/image" Target="media/image1471.wmf"/><Relationship Id="rId3317" Type="http://schemas.openxmlformats.org/officeDocument/2006/relationships/image" Target="media/image2040.wmf"/><Relationship Id="rId6" Type="http://schemas.openxmlformats.org/officeDocument/2006/relationships/webSettings" Target="webSettings.xml"/><Relationship Id="rId238" Type="http://schemas.openxmlformats.org/officeDocument/2006/relationships/image" Target="media/image113.wmf"/><Relationship Id="rId445" Type="http://schemas.openxmlformats.org/officeDocument/2006/relationships/oleObject" Target="embeddings/oleObject216.bin"/><Relationship Id="rId652" Type="http://schemas.openxmlformats.org/officeDocument/2006/relationships/image" Target="media/image320.wmf"/><Relationship Id="rId1075" Type="http://schemas.openxmlformats.org/officeDocument/2006/relationships/oleObject" Target="embeddings/oleObject531.bin"/><Relationship Id="rId1282" Type="http://schemas.openxmlformats.org/officeDocument/2006/relationships/image" Target="media/image635.wmf"/><Relationship Id="rId2126" Type="http://schemas.openxmlformats.org/officeDocument/2006/relationships/image" Target="media/image1194.wmf"/><Relationship Id="rId2333" Type="http://schemas.openxmlformats.org/officeDocument/2006/relationships/oleObject" Target="embeddings/oleObject1023.bin"/><Relationship Id="rId2540" Type="http://schemas.openxmlformats.org/officeDocument/2006/relationships/image" Target="media/image1401.wmf"/><Relationship Id="rId2778" Type="http://schemas.openxmlformats.org/officeDocument/2006/relationships/image" Target="media/image1563.wmf"/><Relationship Id="rId2985" Type="http://schemas.openxmlformats.org/officeDocument/2006/relationships/image" Target="media/image1755.wmf"/><Relationship Id="rId305" Type="http://schemas.openxmlformats.org/officeDocument/2006/relationships/oleObject" Target="embeddings/oleObject146.bin"/><Relationship Id="rId512" Type="http://schemas.openxmlformats.org/officeDocument/2006/relationships/image" Target="media/image250.wmf"/><Relationship Id="rId957" Type="http://schemas.openxmlformats.org/officeDocument/2006/relationships/oleObject" Target="embeddings/oleObject472.bin"/><Relationship Id="rId1142" Type="http://schemas.openxmlformats.org/officeDocument/2006/relationships/image" Target="media/image565.wmf"/><Relationship Id="rId1587" Type="http://schemas.openxmlformats.org/officeDocument/2006/relationships/oleObject" Target="embeddings/oleObject787.bin"/><Relationship Id="rId1794" Type="http://schemas.openxmlformats.org/officeDocument/2006/relationships/image" Target="media/image940.wmf"/><Relationship Id="rId2400" Type="http://schemas.openxmlformats.org/officeDocument/2006/relationships/image" Target="media/image1331.wmf"/><Relationship Id="rId2638" Type="http://schemas.openxmlformats.org/officeDocument/2006/relationships/image" Target="media/image1450.wmf"/><Relationship Id="rId2845" Type="http://schemas.openxmlformats.org/officeDocument/2006/relationships/oleObject" Target="embeddings/oleObject1205.bin"/><Relationship Id="rId86" Type="http://schemas.openxmlformats.org/officeDocument/2006/relationships/image" Target="media/image37.wmf"/><Relationship Id="rId817" Type="http://schemas.openxmlformats.org/officeDocument/2006/relationships/oleObject" Target="embeddings/oleObject402.bin"/><Relationship Id="rId1002" Type="http://schemas.openxmlformats.org/officeDocument/2006/relationships/image" Target="media/image495.wmf"/><Relationship Id="rId1447" Type="http://schemas.openxmlformats.org/officeDocument/2006/relationships/oleObject" Target="embeddings/oleObject717.bin"/><Relationship Id="rId1654" Type="http://schemas.openxmlformats.org/officeDocument/2006/relationships/image" Target="media/image821.wmf"/><Relationship Id="rId1861" Type="http://schemas.openxmlformats.org/officeDocument/2006/relationships/image" Target="media/image1007.wmf"/><Relationship Id="rId2705" Type="http://schemas.openxmlformats.org/officeDocument/2006/relationships/image" Target="media/image1490.wmf"/><Relationship Id="rId2912" Type="http://schemas.openxmlformats.org/officeDocument/2006/relationships/image" Target="media/image1685.wmf"/><Relationship Id="rId1307" Type="http://schemas.openxmlformats.org/officeDocument/2006/relationships/oleObject" Target="embeddings/oleObject647.bin"/><Relationship Id="rId1514" Type="http://schemas.openxmlformats.org/officeDocument/2006/relationships/image" Target="media/image751.wmf"/><Relationship Id="rId1721" Type="http://schemas.openxmlformats.org/officeDocument/2006/relationships/image" Target="media/image867.wmf"/><Relationship Id="rId1959" Type="http://schemas.openxmlformats.org/officeDocument/2006/relationships/image" Target="media/image1105.wmf"/><Relationship Id="rId3174" Type="http://schemas.openxmlformats.org/officeDocument/2006/relationships/image" Target="media/image1930.wmf"/><Relationship Id="rId13" Type="http://schemas.openxmlformats.org/officeDocument/2006/relationships/image" Target="media/image1.wmf"/><Relationship Id="rId1819" Type="http://schemas.openxmlformats.org/officeDocument/2006/relationships/image" Target="media/image965.wmf"/><Relationship Id="rId2190" Type="http://schemas.openxmlformats.org/officeDocument/2006/relationships/image" Target="media/image1226.wmf"/><Relationship Id="rId2288" Type="http://schemas.openxmlformats.org/officeDocument/2006/relationships/image" Target="media/image1275.wmf"/><Relationship Id="rId2495" Type="http://schemas.openxmlformats.org/officeDocument/2006/relationships/oleObject" Target="embeddings/oleObject1104.bin"/><Relationship Id="rId3034" Type="http://schemas.openxmlformats.org/officeDocument/2006/relationships/image" Target="media/image1801.wmf"/><Relationship Id="rId3241" Type="http://schemas.openxmlformats.org/officeDocument/2006/relationships/image" Target="media/image1969.wmf"/><Relationship Id="rId162" Type="http://schemas.openxmlformats.org/officeDocument/2006/relationships/image" Target="media/image75.wmf"/><Relationship Id="rId467" Type="http://schemas.openxmlformats.org/officeDocument/2006/relationships/oleObject" Target="embeddings/oleObject227.bin"/><Relationship Id="rId1097" Type="http://schemas.openxmlformats.org/officeDocument/2006/relationships/oleObject" Target="embeddings/oleObject542.bin"/><Relationship Id="rId2050" Type="http://schemas.openxmlformats.org/officeDocument/2006/relationships/image" Target="media/image1156.wmf"/><Relationship Id="rId2148" Type="http://schemas.openxmlformats.org/officeDocument/2006/relationships/image" Target="media/image1205.wmf"/><Relationship Id="rId3101" Type="http://schemas.openxmlformats.org/officeDocument/2006/relationships/image" Target="media/image1858.wmf"/><Relationship Id="rId674" Type="http://schemas.openxmlformats.org/officeDocument/2006/relationships/image" Target="media/image331.wmf"/><Relationship Id="rId881" Type="http://schemas.openxmlformats.org/officeDocument/2006/relationships/oleObject" Target="embeddings/oleObject434.bin"/><Relationship Id="rId979" Type="http://schemas.openxmlformats.org/officeDocument/2006/relationships/oleObject" Target="embeddings/oleObject483.bin"/><Relationship Id="rId2355" Type="http://schemas.openxmlformats.org/officeDocument/2006/relationships/oleObject" Target="embeddings/oleObject1034.bin"/><Relationship Id="rId2562" Type="http://schemas.openxmlformats.org/officeDocument/2006/relationships/image" Target="media/image1412.wmf"/><Relationship Id="rId327" Type="http://schemas.openxmlformats.org/officeDocument/2006/relationships/oleObject" Target="embeddings/oleObject157.bin"/><Relationship Id="rId534" Type="http://schemas.openxmlformats.org/officeDocument/2006/relationships/image" Target="media/image261.wmf"/><Relationship Id="rId741" Type="http://schemas.openxmlformats.org/officeDocument/2006/relationships/oleObject" Target="embeddings/oleObject364.bin"/><Relationship Id="rId839" Type="http://schemas.openxmlformats.org/officeDocument/2006/relationships/oleObject" Target="embeddings/oleObject413.bin"/><Relationship Id="rId1164" Type="http://schemas.openxmlformats.org/officeDocument/2006/relationships/image" Target="media/image576.wmf"/><Relationship Id="rId1371" Type="http://schemas.openxmlformats.org/officeDocument/2006/relationships/oleObject" Target="embeddings/oleObject679.bin"/><Relationship Id="rId1469" Type="http://schemas.openxmlformats.org/officeDocument/2006/relationships/oleObject" Target="embeddings/oleObject728.bin"/><Relationship Id="rId2008" Type="http://schemas.openxmlformats.org/officeDocument/2006/relationships/image" Target="media/image1135.wmf"/><Relationship Id="rId2215" Type="http://schemas.openxmlformats.org/officeDocument/2006/relationships/oleObject" Target="embeddings/oleObject964.bin"/><Relationship Id="rId2422" Type="http://schemas.openxmlformats.org/officeDocument/2006/relationships/image" Target="media/image1342.wmf"/><Relationship Id="rId2867" Type="http://schemas.openxmlformats.org/officeDocument/2006/relationships/image" Target="media/image1643.wmf"/><Relationship Id="rId601" Type="http://schemas.openxmlformats.org/officeDocument/2006/relationships/oleObject" Target="embeddings/oleObject294.bin"/><Relationship Id="rId1024" Type="http://schemas.openxmlformats.org/officeDocument/2006/relationships/image" Target="media/image506.wmf"/><Relationship Id="rId1231" Type="http://schemas.openxmlformats.org/officeDocument/2006/relationships/oleObject" Target="embeddings/oleObject609.bin"/><Relationship Id="rId1676" Type="http://schemas.openxmlformats.org/officeDocument/2006/relationships/image" Target="media/image832.wmf"/><Relationship Id="rId1883" Type="http://schemas.openxmlformats.org/officeDocument/2006/relationships/image" Target="media/image1029.wmf"/><Relationship Id="rId2727" Type="http://schemas.openxmlformats.org/officeDocument/2006/relationships/image" Target="media/image1512.wmf"/><Relationship Id="rId2934" Type="http://schemas.openxmlformats.org/officeDocument/2006/relationships/image" Target="media/image1707.wmf"/><Relationship Id="rId906" Type="http://schemas.openxmlformats.org/officeDocument/2006/relationships/image" Target="media/image447.wmf"/><Relationship Id="rId1329" Type="http://schemas.openxmlformats.org/officeDocument/2006/relationships/oleObject" Target="embeddings/oleObject658.bin"/><Relationship Id="rId1536" Type="http://schemas.openxmlformats.org/officeDocument/2006/relationships/image" Target="media/image762.wmf"/><Relationship Id="rId1743" Type="http://schemas.openxmlformats.org/officeDocument/2006/relationships/image" Target="media/image889.wmf"/><Relationship Id="rId1950" Type="http://schemas.openxmlformats.org/officeDocument/2006/relationships/image" Target="media/image1096.wmf"/><Relationship Id="rId3196" Type="http://schemas.openxmlformats.org/officeDocument/2006/relationships/oleObject" Target="embeddings/oleObject1245.bin"/><Relationship Id="rId35" Type="http://schemas.openxmlformats.org/officeDocument/2006/relationships/oleObject" Target="embeddings/oleObject11.bin"/><Relationship Id="rId1603" Type="http://schemas.openxmlformats.org/officeDocument/2006/relationships/oleObject" Target="embeddings/oleObject795.bin"/><Relationship Id="rId1810" Type="http://schemas.openxmlformats.org/officeDocument/2006/relationships/image" Target="media/image956.wmf"/><Relationship Id="rId3056" Type="http://schemas.openxmlformats.org/officeDocument/2006/relationships/image" Target="media/image1819.wmf"/><Relationship Id="rId3263" Type="http://schemas.openxmlformats.org/officeDocument/2006/relationships/image" Target="media/image1989.wmf"/><Relationship Id="rId184" Type="http://schemas.openxmlformats.org/officeDocument/2006/relationships/image" Target="media/image86.wmf"/><Relationship Id="rId391" Type="http://schemas.openxmlformats.org/officeDocument/2006/relationships/oleObject" Target="embeddings/oleObject189.bin"/><Relationship Id="rId1908" Type="http://schemas.openxmlformats.org/officeDocument/2006/relationships/image" Target="media/image1054.wmf"/><Relationship Id="rId2072" Type="http://schemas.openxmlformats.org/officeDocument/2006/relationships/image" Target="media/image1167.wmf"/><Relationship Id="rId3123" Type="http://schemas.openxmlformats.org/officeDocument/2006/relationships/image" Target="media/image1880.wmf"/><Relationship Id="rId251" Type="http://schemas.openxmlformats.org/officeDocument/2006/relationships/oleObject" Target="embeddings/oleObject119.bin"/><Relationship Id="rId489" Type="http://schemas.openxmlformats.org/officeDocument/2006/relationships/oleObject" Target="embeddings/oleObject238.bin"/><Relationship Id="rId696" Type="http://schemas.openxmlformats.org/officeDocument/2006/relationships/image" Target="media/image342.wmf"/><Relationship Id="rId2377" Type="http://schemas.openxmlformats.org/officeDocument/2006/relationships/oleObject" Target="embeddings/oleObject1045.bin"/><Relationship Id="rId2584" Type="http://schemas.openxmlformats.org/officeDocument/2006/relationships/image" Target="media/image1423.wmf"/><Relationship Id="rId2791" Type="http://schemas.openxmlformats.org/officeDocument/2006/relationships/image" Target="media/image1576.wmf"/><Relationship Id="rId3330" Type="http://schemas.openxmlformats.org/officeDocument/2006/relationships/hyperlink" Target="https://doi.org/10.1080/17476933.2021.1958797" TargetMode="External"/><Relationship Id="rId349" Type="http://schemas.openxmlformats.org/officeDocument/2006/relationships/oleObject" Target="embeddings/oleObject168.bin"/><Relationship Id="rId556" Type="http://schemas.openxmlformats.org/officeDocument/2006/relationships/image" Target="media/image272.wmf"/><Relationship Id="rId763" Type="http://schemas.openxmlformats.org/officeDocument/2006/relationships/oleObject" Target="embeddings/oleObject375.bin"/><Relationship Id="rId1186" Type="http://schemas.openxmlformats.org/officeDocument/2006/relationships/image" Target="media/image587.wmf"/><Relationship Id="rId1393" Type="http://schemas.openxmlformats.org/officeDocument/2006/relationships/oleObject" Target="embeddings/oleObject690.bin"/><Relationship Id="rId2237" Type="http://schemas.openxmlformats.org/officeDocument/2006/relationships/oleObject" Target="embeddings/oleObject975.bin"/><Relationship Id="rId2444" Type="http://schemas.openxmlformats.org/officeDocument/2006/relationships/image" Target="media/image1353.wmf"/><Relationship Id="rId2889" Type="http://schemas.openxmlformats.org/officeDocument/2006/relationships/image" Target="media/image1662.wmf"/><Relationship Id="rId111" Type="http://schemas.openxmlformats.org/officeDocument/2006/relationships/oleObject" Target="embeddings/oleObject49.bin"/><Relationship Id="rId209" Type="http://schemas.openxmlformats.org/officeDocument/2006/relationships/oleObject" Target="embeddings/oleObject98.bin"/><Relationship Id="rId416" Type="http://schemas.openxmlformats.org/officeDocument/2006/relationships/image" Target="media/image202.wmf"/><Relationship Id="rId970" Type="http://schemas.openxmlformats.org/officeDocument/2006/relationships/image" Target="media/image479.wmf"/><Relationship Id="rId1046" Type="http://schemas.openxmlformats.org/officeDocument/2006/relationships/image" Target="media/image517.wmf"/><Relationship Id="rId1253" Type="http://schemas.openxmlformats.org/officeDocument/2006/relationships/oleObject" Target="embeddings/oleObject620.bin"/><Relationship Id="rId1698" Type="http://schemas.openxmlformats.org/officeDocument/2006/relationships/image" Target="media/image844.wmf"/><Relationship Id="rId2651" Type="http://schemas.openxmlformats.org/officeDocument/2006/relationships/oleObject" Target="embeddings/oleObject1182.bin"/><Relationship Id="rId2749" Type="http://schemas.openxmlformats.org/officeDocument/2006/relationships/image" Target="media/image1534.wmf"/><Relationship Id="rId2956" Type="http://schemas.openxmlformats.org/officeDocument/2006/relationships/image" Target="media/image1727.wmf"/><Relationship Id="rId623" Type="http://schemas.openxmlformats.org/officeDocument/2006/relationships/oleObject" Target="embeddings/oleObject305.bin"/><Relationship Id="rId830" Type="http://schemas.openxmlformats.org/officeDocument/2006/relationships/image" Target="media/image409.wmf"/><Relationship Id="rId928" Type="http://schemas.openxmlformats.org/officeDocument/2006/relationships/image" Target="media/image458.wmf"/><Relationship Id="rId1460" Type="http://schemas.openxmlformats.org/officeDocument/2006/relationships/image" Target="media/image724.wmf"/><Relationship Id="rId1558" Type="http://schemas.openxmlformats.org/officeDocument/2006/relationships/image" Target="media/image773.wmf"/><Relationship Id="rId1765" Type="http://schemas.openxmlformats.org/officeDocument/2006/relationships/image" Target="media/image911.wmf"/><Relationship Id="rId2304" Type="http://schemas.openxmlformats.org/officeDocument/2006/relationships/image" Target="media/image1283.wmf"/><Relationship Id="rId2511" Type="http://schemas.openxmlformats.org/officeDocument/2006/relationships/oleObject" Target="embeddings/oleObject1112.bin"/><Relationship Id="rId2609" Type="http://schemas.openxmlformats.org/officeDocument/2006/relationships/oleObject" Target="embeddings/oleObject1161.bin"/><Relationship Id="rId57" Type="http://schemas.openxmlformats.org/officeDocument/2006/relationships/oleObject" Target="embeddings/oleObject22.bin"/><Relationship Id="rId1113" Type="http://schemas.openxmlformats.org/officeDocument/2006/relationships/oleObject" Target="embeddings/oleObject550.bin"/><Relationship Id="rId1320" Type="http://schemas.openxmlformats.org/officeDocument/2006/relationships/image" Target="media/image654.wmf"/><Relationship Id="rId1418" Type="http://schemas.openxmlformats.org/officeDocument/2006/relationships/image" Target="media/image703.wmf"/><Relationship Id="rId1972" Type="http://schemas.openxmlformats.org/officeDocument/2006/relationships/image" Target="media/image1117.wmf"/><Relationship Id="rId2816" Type="http://schemas.openxmlformats.org/officeDocument/2006/relationships/image" Target="media/image1601.wmf"/><Relationship Id="rId1625" Type="http://schemas.openxmlformats.org/officeDocument/2006/relationships/oleObject" Target="embeddings/oleObject806.bin"/><Relationship Id="rId1832" Type="http://schemas.openxmlformats.org/officeDocument/2006/relationships/image" Target="media/image978.wmf"/><Relationship Id="rId3078" Type="http://schemas.openxmlformats.org/officeDocument/2006/relationships/image" Target="media/image1835.wmf"/><Relationship Id="rId3285" Type="http://schemas.openxmlformats.org/officeDocument/2006/relationships/image" Target="media/image2011.wmf"/><Relationship Id="rId2094" Type="http://schemas.openxmlformats.org/officeDocument/2006/relationships/image" Target="media/image1178.wmf"/><Relationship Id="rId3145" Type="http://schemas.openxmlformats.org/officeDocument/2006/relationships/image" Target="media/image1902.wmf"/><Relationship Id="rId273" Type="http://schemas.openxmlformats.org/officeDocument/2006/relationships/oleObject" Target="embeddings/oleObject130.bin"/><Relationship Id="rId480" Type="http://schemas.openxmlformats.org/officeDocument/2006/relationships/image" Target="media/image234.wmf"/><Relationship Id="rId2161" Type="http://schemas.openxmlformats.org/officeDocument/2006/relationships/oleObject" Target="embeddings/oleObject937.bin"/><Relationship Id="rId2399" Type="http://schemas.openxmlformats.org/officeDocument/2006/relationships/oleObject" Target="embeddings/oleObject1056.bin"/><Relationship Id="rId3005" Type="http://schemas.openxmlformats.org/officeDocument/2006/relationships/image" Target="media/image1773.wmf"/><Relationship Id="rId3212" Type="http://schemas.openxmlformats.org/officeDocument/2006/relationships/image" Target="media/image1943.wmf"/><Relationship Id="rId133" Type="http://schemas.openxmlformats.org/officeDocument/2006/relationships/oleObject" Target="embeddings/oleObject60.bin"/><Relationship Id="rId340" Type="http://schemas.openxmlformats.org/officeDocument/2006/relationships/image" Target="media/image164.wmf"/><Relationship Id="rId578" Type="http://schemas.openxmlformats.org/officeDocument/2006/relationships/image" Target="media/image283.wmf"/><Relationship Id="rId785" Type="http://schemas.openxmlformats.org/officeDocument/2006/relationships/oleObject" Target="embeddings/oleObject386.bin"/><Relationship Id="rId992" Type="http://schemas.openxmlformats.org/officeDocument/2006/relationships/image" Target="media/image490.wmf"/><Relationship Id="rId2021" Type="http://schemas.openxmlformats.org/officeDocument/2006/relationships/oleObject" Target="embeddings/oleObject867.bin"/><Relationship Id="rId2259" Type="http://schemas.openxmlformats.org/officeDocument/2006/relationships/oleObject" Target="embeddings/oleObject986.bin"/><Relationship Id="rId2466" Type="http://schemas.openxmlformats.org/officeDocument/2006/relationships/image" Target="media/image1364.wmf"/><Relationship Id="rId2673" Type="http://schemas.openxmlformats.org/officeDocument/2006/relationships/oleObject" Target="embeddings/oleObject1193.bin"/><Relationship Id="rId2880" Type="http://schemas.openxmlformats.org/officeDocument/2006/relationships/image" Target="media/image1655.wmf"/><Relationship Id="rId200" Type="http://schemas.openxmlformats.org/officeDocument/2006/relationships/image" Target="media/image94.wmf"/><Relationship Id="rId438" Type="http://schemas.openxmlformats.org/officeDocument/2006/relationships/image" Target="media/image213.wmf"/><Relationship Id="rId645" Type="http://schemas.openxmlformats.org/officeDocument/2006/relationships/oleObject" Target="embeddings/oleObject316.bin"/><Relationship Id="rId852" Type="http://schemas.openxmlformats.org/officeDocument/2006/relationships/image" Target="media/image420.wmf"/><Relationship Id="rId1068" Type="http://schemas.openxmlformats.org/officeDocument/2006/relationships/image" Target="media/image528.wmf"/><Relationship Id="rId1275" Type="http://schemas.openxmlformats.org/officeDocument/2006/relationships/oleObject" Target="embeddings/oleObject631.bin"/><Relationship Id="rId1482" Type="http://schemas.openxmlformats.org/officeDocument/2006/relationships/image" Target="media/image735.wmf"/><Relationship Id="rId2119" Type="http://schemas.openxmlformats.org/officeDocument/2006/relationships/oleObject" Target="embeddings/oleObject916.bin"/><Relationship Id="rId2326" Type="http://schemas.openxmlformats.org/officeDocument/2006/relationships/image" Target="media/image1294.wmf"/><Relationship Id="rId2533" Type="http://schemas.openxmlformats.org/officeDocument/2006/relationships/oleObject" Target="embeddings/oleObject1123.bin"/><Relationship Id="rId2740" Type="http://schemas.openxmlformats.org/officeDocument/2006/relationships/image" Target="media/image1525.wmf"/><Relationship Id="rId2978" Type="http://schemas.openxmlformats.org/officeDocument/2006/relationships/image" Target="media/image1748.wmf"/><Relationship Id="rId505" Type="http://schemas.openxmlformats.org/officeDocument/2006/relationships/oleObject" Target="embeddings/oleObject246.bin"/><Relationship Id="rId712" Type="http://schemas.openxmlformats.org/officeDocument/2006/relationships/image" Target="media/image350.wmf"/><Relationship Id="rId1135" Type="http://schemas.openxmlformats.org/officeDocument/2006/relationships/oleObject" Target="embeddings/oleObject561.bin"/><Relationship Id="rId1342" Type="http://schemas.openxmlformats.org/officeDocument/2006/relationships/image" Target="media/image665.wmf"/><Relationship Id="rId1787" Type="http://schemas.openxmlformats.org/officeDocument/2006/relationships/image" Target="media/image933.wmf"/><Relationship Id="rId1994" Type="http://schemas.openxmlformats.org/officeDocument/2006/relationships/image" Target="media/image1128.wmf"/><Relationship Id="rId2838" Type="http://schemas.openxmlformats.org/officeDocument/2006/relationships/image" Target="media/image1621.wmf"/><Relationship Id="rId79" Type="http://schemas.openxmlformats.org/officeDocument/2006/relationships/oleObject" Target="embeddings/oleObject33.bin"/><Relationship Id="rId1202" Type="http://schemas.openxmlformats.org/officeDocument/2006/relationships/image" Target="media/image595.wmf"/><Relationship Id="rId1647" Type="http://schemas.openxmlformats.org/officeDocument/2006/relationships/oleObject" Target="embeddings/oleObject817.bin"/><Relationship Id="rId1854" Type="http://schemas.openxmlformats.org/officeDocument/2006/relationships/image" Target="media/image1000.wmf"/><Relationship Id="rId2600" Type="http://schemas.openxmlformats.org/officeDocument/2006/relationships/image" Target="media/image1431.wmf"/><Relationship Id="rId2905" Type="http://schemas.openxmlformats.org/officeDocument/2006/relationships/image" Target="media/image1678.wmf"/><Relationship Id="rId1507" Type="http://schemas.openxmlformats.org/officeDocument/2006/relationships/oleObject" Target="embeddings/oleObject747.bin"/><Relationship Id="rId1714" Type="http://schemas.openxmlformats.org/officeDocument/2006/relationships/image" Target="media/image860.wmf"/><Relationship Id="rId3167" Type="http://schemas.openxmlformats.org/officeDocument/2006/relationships/image" Target="media/image1924.wmf"/><Relationship Id="rId295" Type="http://schemas.openxmlformats.org/officeDocument/2006/relationships/oleObject" Target="embeddings/oleObject141.bin"/><Relationship Id="rId1921" Type="http://schemas.openxmlformats.org/officeDocument/2006/relationships/image" Target="media/image1067.wmf"/><Relationship Id="rId2183" Type="http://schemas.openxmlformats.org/officeDocument/2006/relationships/oleObject" Target="embeddings/oleObject948.bin"/><Relationship Id="rId2390" Type="http://schemas.openxmlformats.org/officeDocument/2006/relationships/image" Target="media/image1326.wmf"/><Relationship Id="rId2488" Type="http://schemas.openxmlformats.org/officeDocument/2006/relationships/image" Target="media/image1375.wmf"/><Relationship Id="rId3027" Type="http://schemas.openxmlformats.org/officeDocument/2006/relationships/image" Target="media/image1794.wmf"/><Relationship Id="rId3234" Type="http://schemas.openxmlformats.org/officeDocument/2006/relationships/image" Target="media/image1962.wmf"/><Relationship Id="rId155" Type="http://schemas.openxmlformats.org/officeDocument/2006/relationships/oleObject" Target="embeddings/oleObject71.bin"/><Relationship Id="rId362" Type="http://schemas.openxmlformats.org/officeDocument/2006/relationships/image" Target="media/image175.wmf"/><Relationship Id="rId1297" Type="http://schemas.openxmlformats.org/officeDocument/2006/relationships/oleObject" Target="embeddings/oleObject642.bin"/><Relationship Id="rId2043" Type="http://schemas.openxmlformats.org/officeDocument/2006/relationships/oleObject" Target="embeddings/oleObject878.bin"/><Relationship Id="rId2250" Type="http://schemas.openxmlformats.org/officeDocument/2006/relationships/image" Target="media/image1256.wmf"/><Relationship Id="rId2695" Type="http://schemas.openxmlformats.org/officeDocument/2006/relationships/image" Target="media/image1480.wmf"/><Relationship Id="rId3301" Type="http://schemas.openxmlformats.org/officeDocument/2006/relationships/image" Target="media/image2026.wmf"/><Relationship Id="rId222" Type="http://schemas.openxmlformats.org/officeDocument/2006/relationships/image" Target="media/image105.wmf"/><Relationship Id="rId667" Type="http://schemas.openxmlformats.org/officeDocument/2006/relationships/oleObject" Target="embeddings/oleObject327.bin"/><Relationship Id="rId874" Type="http://schemas.openxmlformats.org/officeDocument/2006/relationships/image" Target="media/image431.wmf"/><Relationship Id="rId2110" Type="http://schemas.openxmlformats.org/officeDocument/2006/relationships/image" Target="media/image1186.wmf"/><Relationship Id="rId2348" Type="http://schemas.openxmlformats.org/officeDocument/2006/relationships/image" Target="media/image1305.wmf"/><Relationship Id="rId2555" Type="http://schemas.openxmlformats.org/officeDocument/2006/relationships/oleObject" Target="embeddings/oleObject1134.bin"/><Relationship Id="rId2762" Type="http://schemas.openxmlformats.org/officeDocument/2006/relationships/image" Target="media/image1547.wmf"/><Relationship Id="rId527" Type="http://schemas.openxmlformats.org/officeDocument/2006/relationships/oleObject" Target="embeddings/oleObject257.bin"/><Relationship Id="rId734" Type="http://schemas.openxmlformats.org/officeDocument/2006/relationships/image" Target="media/image361.wmf"/><Relationship Id="rId941" Type="http://schemas.openxmlformats.org/officeDocument/2006/relationships/oleObject" Target="embeddings/oleObject464.bin"/><Relationship Id="rId1157" Type="http://schemas.openxmlformats.org/officeDocument/2006/relationships/oleObject" Target="embeddings/oleObject572.bin"/><Relationship Id="rId1364" Type="http://schemas.openxmlformats.org/officeDocument/2006/relationships/image" Target="media/image676.wmf"/><Relationship Id="rId1571" Type="http://schemas.openxmlformats.org/officeDocument/2006/relationships/oleObject" Target="embeddings/oleObject779.bin"/><Relationship Id="rId2208" Type="http://schemas.openxmlformats.org/officeDocument/2006/relationships/image" Target="media/image1235.wmf"/><Relationship Id="rId2415" Type="http://schemas.openxmlformats.org/officeDocument/2006/relationships/oleObject" Target="embeddings/oleObject1064.bin"/><Relationship Id="rId2622" Type="http://schemas.openxmlformats.org/officeDocument/2006/relationships/image" Target="media/image1442.wmf"/><Relationship Id="rId70" Type="http://schemas.openxmlformats.org/officeDocument/2006/relationships/image" Target="media/image29.wmf"/><Relationship Id="rId801" Type="http://schemas.openxmlformats.org/officeDocument/2006/relationships/oleObject" Target="embeddings/oleObject394.bin"/><Relationship Id="rId1017" Type="http://schemas.openxmlformats.org/officeDocument/2006/relationships/oleObject" Target="embeddings/oleObject502.bin"/><Relationship Id="rId1224" Type="http://schemas.openxmlformats.org/officeDocument/2006/relationships/image" Target="media/image606.wmf"/><Relationship Id="rId1431" Type="http://schemas.openxmlformats.org/officeDocument/2006/relationships/oleObject" Target="embeddings/oleObject709.bin"/><Relationship Id="rId1669" Type="http://schemas.openxmlformats.org/officeDocument/2006/relationships/oleObject" Target="embeddings/oleObject828.bin"/><Relationship Id="rId1876" Type="http://schemas.openxmlformats.org/officeDocument/2006/relationships/image" Target="media/image1022.wmf"/><Relationship Id="rId2927" Type="http://schemas.openxmlformats.org/officeDocument/2006/relationships/image" Target="media/image1700.wmf"/><Relationship Id="rId3091" Type="http://schemas.openxmlformats.org/officeDocument/2006/relationships/image" Target="media/image1848.wmf"/><Relationship Id="rId1529" Type="http://schemas.openxmlformats.org/officeDocument/2006/relationships/oleObject" Target="embeddings/oleObject758.bin"/><Relationship Id="rId1736" Type="http://schemas.openxmlformats.org/officeDocument/2006/relationships/image" Target="media/image882.wmf"/><Relationship Id="rId1943" Type="http://schemas.openxmlformats.org/officeDocument/2006/relationships/image" Target="media/image1089.wmf"/><Relationship Id="rId3189" Type="http://schemas.openxmlformats.org/officeDocument/2006/relationships/oleObject" Target="embeddings/oleObject1240.bin"/><Relationship Id="rId28" Type="http://schemas.openxmlformats.org/officeDocument/2006/relationships/image" Target="media/image8.wmf"/><Relationship Id="rId1803" Type="http://schemas.openxmlformats.org/officeDocument/2006/relationships/image" Target="media/image949.wmf"/><Relationship Id="rId3049" Type="http://schemas.openxmlformats.org/officeDocument/2006/relationships/image" Target="media/image1813.wmf"/><Relationship Id="rId3256" Type="http://schemas.openxmlformats.org/officeDocument/2006/relationships/image" Target="media/image1983.wmf"/><Relationship Id="rId177" Type="http://schemas.openxmlformats.org/officeDocument/2006/relationships/oleObject" Target="embeddings/oleObject82.bin"/><Relationship Id="rId384" Type="http://schemas.openxmlformats.org/officeDocument/2006/relationships/image" Target="media/image186.wmf"/><Relationship Id="rId591" Type="http://schemas.openxmlformats.org/officeDocument/2006/relationships/oleObject" Target="embeddings/oleObject289.bin"/><Relationship Id="rId2065" Type="http://schemas.openxmlformats.org/officeDocument/2006/relationships/oleObject" Target="embeddings/oleObject889.bin"/><Relationship Id="rId2272" Type="http://schemas.openxmlformats.org/officeDocument/2006/relationships/image" Target="media/image1267.wmf"/><Relationship Id="rId3116" Type="http://schemas.openxmlformats.org/officeDocument/2006/relationships/image" Target="media/image1873.wmf"/><Relationship Id="rId244" Type="http://schemas.openxmlformats.org/officeDocument/2006/relationships/image" Target="media/image116.wmf"/><Relationship Id="rId689" Type="http://schemas.openxmlformats.org/officeDocument/2006/relationships/oleObject" Target="embeddings/oleObject338.bin"/><Relationship Id="rId896" Type="http://schemas.openxmlformats.org/officeDocument/2006/relationships/image" Target="media/image442.wmf"/><Relationship Id="rId1081" Type="http://schemas.openxmlformats.org/officeDocument/2006/relationships/oleObject" Target="embeddings/oleObject534.bin"/><Relationship Id="rId2577" Type="http://schemas.openxmlformats.org/officeDocument/2006/relationships/oleObject" Target="embeddings/oleObject1145.bin"/><Relationship Id="rId2784" Type="http://schemas.openxmlformats.org/officeDocument/2006/relationships/image" Target="media/image1569.wmf"/><Relationship Id="rId3323" Type="http://schemas.openxmlformats.org/officeDocument/2006/relationships/image" Target="media/image2046.wmf"/><Relationship Id="rId451" Type="http://schemas.openxmlformats.org/officeDocument/2006/relationships/oleObject" Target="embeddings/oleObject219.bin"/><Relationship Id="rId549" Type="http://schemas.openxmlformats.org/officeDocument/2006/relationships/oleObject" Target="embeddings/oleObject268.bin"/><Relationship Id="rId756" Type="http://schemas.openxmlformats.org/officeDocument/2006/relationships/image" Target="media/image372.wmf"/><Relationship Id="rId1179" Type="http://schemas.openxmlformats.org/officeDocument/2006/relationships/oleObject" Target="embeddings/oleObject583.bin"/><Relationship Id="rId1386" Type="http://schemas.openxmlformats.org/officeDocument/2006/relationships/image" Target="media/image687.wmf"/><Relationship Id="rId1593" Type="http://schemas.openxmlformats.org/officeDocument/2006/relationships/oleObject" Target="embeddings/oleObject790.bin"/><Relationship Id="rId2132" Type="http://schemas.openxmlformats.org/officeDocument/2006/relationships/image" Target="media/image1197.wmf"/><Relationship Id="rId2437" Type="http://schemas.openxmlformats.org/officeDocument/2006/relationships/oleObject" Target="embeddings/oleObject1075.bin"/><Relationship Id="rId2991" Type="http://schemas.openxmlformats.org/officeDocument/2006/relationships/oleObject" Target="embeddings/oleObject1218.bin"/><Relationship Id="rId104" Type="http://schemas.openxmlformats.org/officeDocument/2006/relationships/image" Target="media/image46.wmf"/><Relationship Id="rId311" Type="http://schemas.openxmlformats.org/officeDocument/2006/relationships/oleObject" Target="embeddings/oleObject149.bin"/><Relationship Id="rId409" Type="http://schemas.openxmlformats.org/officeDocument/2006/relationships/oleObject" Target="embeddings/oleObject198.bin"/><Relationship Id="rId963" Type="http://schemas.openxmlformats.org/officeDocument/2006/relationships/oleObject" Target="embeddings/oleObject475.bin"/><Relationship Id="rId1039" Type="http://schemas.openxmlformats.org/officeDocument/2006/relationships/oleObject" Target="embeddings/oleObject513.bin"/><Relationship Id="rId1246" Type="http://schemas.openxmlformats.org/officeDocument/2006/relationships/image" Target="media/image617.wmf"/><Relationship Id="rId1898" Type="http://schemas.openxmlformats.org/officeDocument/2006/relationships/image" Target="media/image1044.wmf"/><Relationship Id="rId2644" Type="http://schemas.openxmlformats.org/officeDocument/2006/relationships/image" Target="media/image1453.wmf"/><Relationship Id="rId2851" Type="http://schemas.openxmlformats.org/officeDocument/2006/relationships/oleObject" Target="embeddings/oleObject1208.bin"/><Relationship Id="rId2949" Type="http://schemas.openxmlformats.org/officeDocument/2006/relationships/image" Target="media/image1720.wmf"/><Relationship Id="rId92" Type="http://schemas.openxmlformats.org/officeDocument/2006/relationships/image" Target="media/image40.wmf"/><Relationship Id="rId616" Type="http://schemas.openxmlformats.org/officeDocument/2006/relationships/image" Target="media/image302.wmf"/><Relationship Id="rId823" Type="http://schemas.openxmlformats.org/officeDocument/2006/relationships/oleObject" Target="embeddings/oleObject405.bin"/><Relationship Id="rId1453" Type="http://schemas.openxmlformats.org/officeDocument/2006/relationships/oleObject" Target="embeddings/oleObject720.bin"/><Relationship Id="rId1660" Type="http://schemas.openxmlformats.org/officeDocument/2006/relationships/image" Target="media/image824.wmf"/><Relationship Id="rId1758" Type="http://schemas.openxmlformats.org/officeDocument/2006/relationships/image" Target="media/image904.wmf"/><Relationship Id="rId2504" Type="http://schemas.openxmlformats.org/officeDocument/2006/relationships/image" Target="media/image1383.wmf"/><Relationship Id="rId2711" Type="http://schemas.openxmlformats.org/officeDocument/2006/relationships/image" Target="media/image1496.wmf"/><Relationship Id="rId2809" Type="http://schemas.openxmlformats.org/officeDocument/2006/relationships/image" Target="media/image1594.wmf"/><Relationship Id="rId1106" Type="http://schemas.openxmlformats.org/officeDocument/2006/relationships/image" Target="media/image547.wmf"/><Relationship Id="rId1313" Type="http://schemas.openxmlformats.org/officeDocument/2006/relationships/oleObject" Target="embeddings/oleObject650.bin"/><Relationship Id="rId1520" Type="http://schemas.openxmlformats.org/officeDocument/2006/relationships/image" Target="media/image754.wmf"/><Relationship Id="rId1965" Type="http://schemas.openxmlformats.org/officeDocument/2006/relationships/image" Target="media/image1111.wmf"/><Relationship Id="rId3180" Type="http://schemas.openxmlformats.org/officeDocument/2006/relationships/image" Target="media/image1933.wmf"/><Relationship Id="rId1618" Type="http://schemas.openxmlformats.org/officeDocument/2006/relationships/image" Target="media/image803.wmf"/><Relationship Id="rId1825" Type="http://schemas.openxmlformats.org/officeDocument/2006/relationships/image" Target="media/image971.wmf"/><Relationship Id="rId3040" Type="http://schemas.openxmlformats.org/officeDocument/2006/relationships/image" Target="media/image1807.wmf"/><Relationship Id="rId3278" Type="http://schemas.openxmlformats.org/officeDocument/2006/relationships/image" Target="media/image2004.wmf"/><Relationship Id="rId199" Type="http://schemas.openxmlformats.org/officeDocument/2006/relationships/oleObject" Target="embeddings/oleObject93.bin"/><Relationship Id="rId2087" Type="http://schemas.openxmlformats.org/officeDocument/2006/relationships/oleObject" Target="embeddings/oleObject900.bin"/><Relationship Id="rId2294" Type="http://schemas.openxmlformats.org/officeDocument/2006/relationships/image" Target="media/image1278.wmf"/><Relationship Id="rId3138" Type="http://schemas.openxmlformats.org/officeDocument/2006/relationships/image" Target="media/image1895.wmf"/><Relationship Id="rId266" Type="http://schemas.openxmlformats.org/officeDocument/2006/relationships/image" Target="media/image127.wmf"/><Relationship Id="rId473" Type="http://schemas.openxmlformats.org/officeDocument/2006/relationships/oleObject" Target="embeddings/oleObject230.bin"/><Relationship Id="rId680" Type="http://schemas.openxmlformats.org/officeDocument/2006/relationships/image" Target="media/image334.wmf"/><Relationship Id="rId2154" Type="http://schemas.openxmlformats.org/officeDocument/2006/relationships/image" Target="media/image1208.wmf"/><Relationship Id="rId2361" Type="http://schemas.openxmlformats.org/officeDocument/2006/relationships/oleObject" Target="embeddings/oleObject1037.bin"/><Relationship Id="rId2599" Type="http://schemas.openxmlformats.org/officeDocument/2006/relationships/oleObject" Target="embeddings/oleObject1156.bin"/><Relationship Id="rId3205" Type="http://schemas.openxmlformats.org/officeDocument/2006/relationships/oleObject" Target="embeddings/oleObject1252.bin"/><Relationship Id="rId126" Type="http://schemas.openxmlformats.org/officeDocument/2006/relationships/image" Target="media/image57.wmf"/><Relationship Id="rId333" Type="http://schemas.openxmlformats.org/officeDocument/2006/relationships/oleObject" Target="embeddings/oleObject160.bin"/><Relationship Id="rId540" Type="http://schemas.openxmlformats.org/officeDocument/2006/relationships/image" Target="media/image264.wmf"/><Relationship Id="rId778" Type="http://schemas.openxmlformats.org/officeDocument/2006/relationships/image" Target="media/image383.wmf"/><Relationship Id="rId985" Type="http://schemas.openxmlformats.org/officeDocument/2006/relationships/oleObject" Target="embeddings/oleObject486.bin"/><Relationship Id="rId1170" Type="http://schemas.openxmlformats.org/officeDocument/2006/relationships/image" Target="media/image579.wmf"/><Relationship Id="rId2014" Type="http://schemas.openxmlformats.org/officeDocument/2006/relationships/image" Target="media/image1138.wmf"/><Relationship Id="rId2221" Type="http://schemas.openxmlformats.org/officeDocument/2006/relationships/oleObject" Target="embeddings/oleObject967.bin"/><Relationship Id="rId2459" Type="http://schemas.openxmlformats.org/officeDocument/2006/relationships/oleObject" Target="embeddings/oleObject1086.bin"/><Relationship Id="rId2666" Type="http://schemas.openxmlformats.org/officeDocument/2006/relationships/image" Target="media/image1464.wmf"/><Relationship Id="rId2873" Type="http://schemas.openxmlformats.org/officeDocument/2006/relationships/image" Target="media/image1648.wmf"/><Relationship Id="rId638" Type="http://schemas.openxmlformats.org/officeDocument/2006/relationships/image" Target="media/image313.wmf"/><Relationship Id="rId845" Type="http://schemas.openxmlformats.org/officeDocument/2006/relationships/oleObject" Target="embeddings/oleObject416.bin"/><Relationship Id="rId1030" Type="http://schemas.openxmlformats.org/officeDocument/2006/relationships/image" Target="media/image509.wmf"/><Relationship Id="rId1268" Type="http://schemas.openxmlformats.org/officeDocument/2006/relationships/image" Target="media/image628.wmf"/><Relationship Id="rId1475" Type="http://schemas.openxmlformats.org/officeDocument/2006/relationships/oleObject" Target="embeddings/oleObject731.bin"/><Relationship Id="rId1682" Type="http://schemas.openxmlformats.org/officeDocument/2006/relationships/image" Target="media/image835.wmf"/><Relationship Id="rId2319" Type="http://schemas.openxmlformats.org/officeDocument/2006/relationships/oleObject" Target="embeddings/oleObject1016.bin"/><Relationship Id="rId2526" Type="http://schemas.openxmlformats.org/officeDocument/2006/relationships/image" Target="media/image1394.wmf"/><Relationship Id="rId2733" Type="http://schemas.openxmlformats.org/officeDocument/2006/relationships/image" Target="media/image1518.wmf"/><Relationship Id="rId400" Type="http://schemas.openxmlformats.org/officeDocument/2006/relationships/image" Target="media/image194.wmf"/><Relationship Id="rId705" Type="http://schemas.openxmlformats.org/officeDocument/2006/relationships/oleObject" Target="embeddings/oleObject346.bin"/><Relationship Id="rId1128" Type="http://schemas.openxmlformats.org/officeDocument/2006/relationships/image" Target="media/image558.wmf"/><Relationship Id="rId1335" Type="http://schemas.openxmlformats.org/officeDocument/2006/relationships/oleObject" Target="embeddings/oleObject661.bin"/><Relationship Id="rId1542" Type="http://schemas.openxmlformats.org/officeDocument/2006/relationships/image" Target="media/image765.wmf"/><Relationship Id="rId1987" Type="http://schemas.openxmlformats.org/officeDocument/2006/relationships/oleObject" Target="embeddings/oleObject850.bin"/><Relationship Id="rId2940" Type="http://schemas.openxmlformats.org/officeDocument/2006/relationships/image" Target="media/image1712.wmf"/><Relationship Id="rId912" Type="http://schemas.openxmlformats.org/officeDocument/2006/relationships/image" Target="media/image450.wmf"/><Relationship Id="rId1847" Type="http://schemas.openxmlformats.org/officeDocument/2006/relationships/image" Target="media/image993.wmf"/><Relationship Id="rId2800" Type="http://schemas.openxmlformats.org/officeDocument/2006/relationships/image" Target="media/image1585.wmf"/><Relationship Id="rId41" Type="http://schemas.openxmlformats.org/officeDocument/2006/relationships/oleObject" Target="embeddings/oleObject14.bin"/><Relationship Id="rId1402" Type="http://schemas.openxmlformats.org/officeDocument/2006/relationships/image" Target="media/image695.wmf"/><Relationship Id="rId1707" Type="http://schemas.openxmlformats.org/officeDocument/2006/relationships/image" Target="media/image853.wmf"/><Relationship Id="rId3062" Type="http://schemas.openxmlformats.org/officeDocument/2006/relationships/image" Target="media/image1824.wmf"/><Relationship Id="rId190" Type="http://schemas.openxmlformats.org/officeDocument/2006/relationships/image" Target="media/image89.wmf"/><Relationship Id="rId288" Type="http://schemas.openxmlformats.org/officeDocument/2006/relationships/image" Target="media/image138.wmf"/><Relationship Id="rId1914" Type="http://schemas.openxmlformats.org/officeDocument/2006/relationships/image" Target="media/image1060.wmf"/><Relationship Id="rId495" Type="http://schemas.openxmlformats.org/officeDocument/2006/relationships/oleObject" Target="embeddings/oleObject241.bin"/><Relationship Id="rId2176" Type="http://schemas.openxmlformats.org/officeDocument/2006/relationships/image" Target="media/image1219.wmf"/><Relationship Id="rId2383" Type="http://schemas.openxmlformats.org/officeDocument/2006/relationships/oleObject" Target="embeddings/oleObject1048.bin"/><Relationship Id="rId2590" Type="http://schemas.openxmlformats.org/officeDocument/2006/relationships/image" Target="media/image1426.wmf"/><Relationship Id="rId3227" Type="http://schemas.openxmlformats.org/officeDocument/2006/relationships/image" Target="media/image1955.wmf"/><Relationship Id="rId148" Type="http://schemas.openxmlformats.org/officeDocument/2006/relationships/image" Target="media/image68.wmf"/><Relationship Id="rId355" Type="http://schemas.openxmlformats.org/officeDocument/2006/relationships/oleObject" Target="embeddings/oleObject171.bin"/><Relationship Id="rId562" Type="http://schemas.openxmlformats.org/officeDocument/2006/relationships/image" Target="media/image275.wmf"/><Relationship Id="rId1192" Type="http://schemas.openxmlformats.org/officeDocument/2006/relationships/image" Target="media/image590.wmf"/><Relationship Id="rId2036" Type="http://schemas.openxmlformats.org/officeDocument/2006/relationships/image" Target="media/image1149.wmf"/><Relationship Id="rId2243" Type="http://schemas.openxmlformats.org/officeDocument/2006/relationships/oleObject" Target="embeddings/oleObject978.bin"/><Relationship Id="rId2450" Type="http://schemas.openxmlformats.org/officeDocument/2006/relationships/image" Target="media/image1356.wmf"/><Relationship Id="rId2688" Type="http://schemas.openxmlformats.org/officeDocument/2006/relationships/image" Target="media/image1475.wmf"/><Relationship Id="rId2895" Type="http://schemas.openxmlformats.org/officeDocument/2006/relationships/image" Target="media/image1668.wmf"/><Relationship Id="rId215" Type="http://schemas.openxmlformats.org/officeDocument/2006/relationships/oleObject" Target="embeddings/oleObject101.bin"/><Relationship Id="rId422" Type="http://schemas.openxmlformats.org/officeDocument/2006/relationships/image" Target="media/image205.wmf"/><Relationship Id="rId867" Type="http://schemas.openxmlformats.org/officeDocument/2006/relationships/oleObject" Target="embeddings/oleObject427.bin"/><Relationship Id="rId1052" Type="http://schemas.openxmlformats.org/officeDocument/2006/relationships/image" Target="media/image520.wmf"/><Relationship Id="rId1497" Type="http://schemas.openxmlformats.org/officeDocument/2006/relationships/oleObject" Target="embeddings/oleObject742.bin"/><Relationship Id="rId2103" Type="http://schemas.openxmlformats.org/officeDocument/2006/relationships/oleObject" Target="embeddings/oleObject908.bin"/><Relationship Id="rId2310" Type="http://schemas.openxmlformats.org/officeDocument/2006/relationships/image" Target="media/image1286.wmf"/><Relationship Id="rId2548" Type="http://schemas.openxmlformats.org/officeDocument/2006/relationships/image" Target="media/image1405.wmf"/><Relationship Id="rId2755" Type="http://schemas.openxmlformats.org/officeDocument/2006/relationships/image" Target="media/image1540.wmf"/><Relationship Id="rId2962" Type="http://schemas.openxmlformats.org/officeDocument/2006/relationships/image" Target="media/image1733.wmf"/><Relationship Id="rId727" Type="http://schemas.openxmlformats.org/officeDocument/2006/relationships/oleObject" Target="embeddings/oleObject357.bin"/><Relationship Id="rId934" Type="http://schemas.openxmlformats.org/officeDocument/2006/relationships/image" Target="media/image461.wmf"/><Relationship Id="rId1357" Type="http://schemas.openxmlformats.org/officeDocument/2006/relationships/oleObject" Target="embeddings/oleObject672.bin"/><Relationship Id="rId1564" Type="http://schemas.openxmlformats.org/officeDocument/2006/relationships/image" Target="media/image776.wmf"/><Relationship Id="rId1771" Type="http://schemas.openxmlformats.org/officeDocument/2006/relationships/image" Target="media/image917.wmf"/><Relationship Id="rId2408" Type="http://schemas.openxmlformats.org/officeDocument/2006/relationships/image" Target="media/image1335.wmf"/><Relationship Id="rId2615" Type="http://schemas.openxmlformats.org/officeDocument/2006/relationships/oleObject" Target="embeddings/oleObject1164.bin"/><Relationship Id="rId2822" Type="http://schemas.openxmlformats.org/officeDocument/2006/relationships/image" Target="media/image1607.wmf"/><Relationship Id="rId63" Type="http://schemas.openxmlformats.org/officeDocument/2006/relationships/oleObject" Target="embeddings/oleObject25.bin"/><Relationship Id="rId1217" Type="http://schemas.openxmlformats.org/officeDocument/2006/relationships/oleObject" Target="embeddings/oleObject602.bin"/><Relationship Id="rId1424" Type="http://schemas.openxmlformats.org/officeDocument/2006/relationships/image" Target="media/image706.wmf"/><Relationship Id="rId1631" Type="http://schemas.openxmlformats.org/officeDocument/2006/relationships/oleObject" Target="embeddings/oleObject809.bin"/><Relationship Id="rId1869" Type="http://schemas.openxmlformats.org/officeDocument/2006/relationships/image" Target="media/image1015.wmf"/><Relationship Id="rId3084" Type="http://schemas.openxmlformats.org/officeDocument/2006/relationships/image" Target="media/image1841.wmf"/><Relationship Id="rId3291" Type="http://schemas.openxmlformats.org/officeDocument/2006/relationships/image" Target="media/image2016.wmf"/><Relationship Id="rId1729" Type="http://schemas.openxmlformats.org/officeDocument/2006/relationships/image" Target="media/image875.wmf"/><Relationship Id="rId1936" Type="http://schemas.openxmlformats.org/officeDocument/2006/relationships/image" Target="media/image1082.wmf"/><Relationship Id="rId2198" Type="http://schemas.openxmlformats.org/officeDocument/2006/relationships/image" Target="media/image1230.wmf"/><Relationship Id="rId3151" Type="http://schemas.openxmlformats.org/officeDocument/2006/relationships/image" Target="media/image1908.wmf"/><Relationship Id="rId3249" Type="http://schemas.openxmlformats.org/officeDocument/2006/relationships/image" Target="media/image1977.wmf"/><Relationship Id="rId377" Type="http://schemas.openxmlformats.org/officeDocument/2006/relationships/oleObject" Target="embeddings/oleObject182.bin"/><Relationship Id="rId584" Type="http://schemas.openxmlformats.org/officeDocument/2006/relationships/image" Target="media/image286.wmf"/><Relationship Id="rId2058" Type="http://schemas.openxmlformats.org/officeDocument/2006/relationships/image" Target="media/image1160.wmf"/><Relationship Id="rId2265" Type="http://schemas.openxmlformats.org/officeDocument/2006/relationships/oleObject" Target="embeddings/oleObject989.bin"/><Relationship Id="rId3011" Type="http://schemas.openxmlformats.org/officeDocument/2006/relationships/image" Target="media/image1779.wmf"/><Relationship Id="rId3109" Type="http://schemas.openxmlformats.org/officeDocument/2006/relationships/image" Target="media/image1866.wmf"/><Relationship Id="rId5" Type="http://schemas.openxmlformats.org/officeDocument/2006/relationships/settings" Target="settings.xml"/><Relationship Id="rId237" Type="http://schemas.openxmlformats.org/officeDocument/2006/relationships/oleObject" Target="embeddings/oleObject112.bin"/><Relationship Id="rId791" Type="http://schemas.openxmlformats.org/officeDocument/2006/relationships/oleObject" Target="embeddings/oleObject389.bin"/><Relationship Id="rId889" Type="http://schemas.openxmlformats.org/officeDocument/2006/relationships/oleObject" Target="embeddings/oleObject438.bin"/><Relationship Id="rId1074" Type="http://schemas.openxmlformats.org/officeDocument/2006/relationships/image" Target="media/image531.wmf"/><Relationship Id="rId2472" Type="http://schemas.openxmlformats.org/officeDocument/2006/relationships/image" Target="media/image1367.wmf"/><Relationship Id="rId2777" Type="http://schemas.openxmlformats.org/officeDocument/2006/relationships/image" Target="media/image1562.wmf"/><Relationship Id="rId3316" Type="http://schemas.openxmlformats.org/officeDocument/2006/relationships/image" Target="media/image2039.wmf"/><Relationship Id="rId444" Type="http://schemas.openxmlformats.org/officeDocument/2006/relationships/image" Target="media/image216.wmf"/><Relationship Id="rId651" Type="http://schemas.openxmlformats.org/officeDocument/2006/relationships/oleObject" Target="embeddings/oleObject319.bin"/><Relationship Id="rId749" Type="http://schemas.openxmlformats.org/officeDocument/2006/relationships/oleObject" Target="embeddings/oleObject368.bin"/><Relationship Id="rId1281" Type="http://schemas.openxmlformats.org/officeDocument/2006/relationships/oleObject" Target="embeddings/oleObject634.bin"/><Relationship Id="rId1379" Type="http://schemas.openxmlformats.org/officeDocument/2006/relationships/oleObject" Target="embeddings/oleObject683.bin"/><Relationship Id="rId1586" Type="http://schemas.openxmlformats.org/officeDocument/2006/relationships/image" Target="media/image787.wmf"/><Relationship Id="rId2125" Type="http://schemas.openxmlformats.org/officeDocument/2006/relationships/oleObject" Target="embeddings/oleObject919.bin"/><Relationship Id="rId2332" Type="http://schemas.openxmlformats.org/officeDocument/2006/relationships/image" Target="media/image1297.wmf"/><Relationship Id="rId2984" Type="http://schemas.openxmlformats.org/officeDocument/2006/relationships/image" Target="media/image1754.wmf"/><Relationship Id="rId304" Type="http://schemas.openxmlformats.org/officeDocument/2006/relationships/image" Target="media/image146.wmf"/><Relationship Id="rId511" Type="http://schemas.openxmlformats.org/officeDocument/2006/relationships/oleObject" Target="embeddings/oleObject249.bin"/><Relationship Id="rId609" Type="http://schemas.openxmlformats.org/officeDocument/2006/relationships/oleObject" Target="embeddings/oleObject298.bin"/><Relationship Id="rId956" Type="http://schemas.openxmlformats.org/officeDocument/2006/relationships/image" Target="media/image472.wmf"/><Relationship Id="rId1141" Type="http://schemas.openxmlformats.org/officeDocument/2006/relationships/oleObject" Target="embeddings/oleObject564.bin"/><Relationship Id="rId1239" Type="http://schemas.openxmlformats.org/officeDocument/2006/relationships/oleObject" Target="embeddings/oleObject613.bin"/><Relationship Id="rId1793" Type="http://schemas.openxmlformats.org/officeDocument/2006/relationships/image" Target="media/image939.wmf"/><Relationship Id="rId2637" Type="http://schemas.openxmlformats.org/officeDocument/2006/relationships/oleObject" Target="embeddings/oleObject1175.bin"/><Relationship Id="rId2844" Type="http://schemas.openxmlformats.org/officeDocument/2006/relationships/image" Target="media/image1627.wmf"/><Relationship Id="rId85" Type="http://schemas.openxmlformats.org/officeDocument/2006/relationships/oleObject" Target="embeddings/oleObject36.bin"/><Relationship Id="rId816" Type="http://schemas.openxmlformats.org/officeDocument/2006/relationships/image" Target="media/image402.wmf"/><Relationship Id="rId1001" Type="http://schemas.openxmlformats.org/officeDocument/2006/relationships/oleObject" Target="embeddings/oleObject494.bin"/><Relationship Id="rId1446" Type="http://schemas.openxmlformats.org/officeDocument/2006/relationships/image" Target="media/image717.wmf"/><Relationship Id="rId1653" Type="http://schemas.openxmlformats.org/officeDocument/2006/relationships/oleObject" Target="embeddings/oleObject820.bin"/><Relationship Id="rId1860" Type="http://schemas.openxmlformats.org/officeDocument/2006/relationships/image" Target="media/image1006.wmf"/><Relationship Id="rId2704" Type="http://schemas.openxmlformats.org/officeDocument/2006/relationships/image" Target="media/image1489.wmf"/><Relationship Id="rId2911" Type="http://schemas.openxmlformats.org/officeDocument/2006/relationships/image" Target="media/image1684.wmf"/><Relationship Id="rId1306" Type="http://schemas.openxmlformats.org/officeDocument/2006/relationships/image" Target="media/image647.wmf"/><Relationship Id="rId1513" Type="http://schemas.openxmlformats.org/officeDocument/2006/relationships/oleObject" Target="embeddings/oleObject750.bin"/><Relationship Id="rId1720" Type="http://schemas.openxmlformats.org/officeDocument/2006/relationships/image" Target="media/image866.wmf"/><Relationship Id="rId1958" Type="http://schemas.openxmlformats.org/officeDocument/2006/relationships/image" Target="media/image1104.wmf"/><Relationship Id="rId3173" Type="http://schemas.openxmlformats.org/officeDocument/2006/relationships/oleObject" Target="embeddings/oleObject1231.bin"/><Relationship Id="rId12" Type="http://schemas.openxmlformats.org/officeDocument/2006/relationships/hyperlink" Target="https://online.zakon.kz/Document/?doc_id=30039167" TargetMode="External"/><Relationship Id="rId1818" Type="http://schemas.openxmlformats.org/officeDocument/2006/relationships/image" Target="media/image964.wmf"/><Relationship Id="rId3033" Type="http://schemas.openxmlformats.org/officeDocument/2006/relationships/image" Target="media/image1800.wmf"/><Relationship Id="rId3240" Type="http://schemas.openxmlformats.org/officeDocument/2006/relationships/image" Target="media/image1968.wmf"/><Relationship Id="rId161" Type="http://schemas.openxmlformats.org/officeDocument/2006/relationships/oleObject" Target="embeddings/oleObject74.bin"/><Relationship Id="rId399" Type="http://schemas.openxmlformats.org/officeDocument/2006/relationships/oleObject" Target="embeddings/oleObject193.bin"/><Relationship Id="rId2287" Type="http://schemas.openxmlformats.org/officeDocument/2006/relationships/oleObject" Target="embeddings/oleObject1000.bin"/><Relationship Id="rId2494" Type="http://schemas.openxmlformats.org/officeDocument/2006/relationships/image" Target="media/image1378.wmf"/><Relationship Id="rId259" Type="http://schemas.openxmlformats.org/officeDocument/2006/relationships/oleObject" Target="embeddings/oleObject123.bin"/><Relationship Id="rId466" Type="http://schemas.openxmlformats.org/officeDocument/2006/relationships/image" Target="media/image227.wmf"/><Relationship Id="rId673" Type="http://schemas.openxmlformats.org/officeDocument/2006/relationships/oleObject" Target="embeddings/oleObject330.bin"/><Relationship Id="rId880" Type="http://schemas.openxmlformats.org/officeDocument/2006/relationships/image" Target="media/image434.wmf"/><Relationship Id="rId1096" Type="http://schemas.openxmlformats.org/officeDocument/2006/relationships/image" Target="media/image542.wmf"/><Relationship Id="rId2147" Type="http://schemas.openxmlformats.org/officeDocument/2006/relationships/oleObject" Target="embeddings/oleObject930.bin"/><Relationship Id="rId2354" Type="http://schemas.openxmlformats.org/officeDocument/2006/relationships/image" Target="media/image1308.wmf"/><Relationship Id="rId2561" Type="http://schemas.openxmlformats.org/officeDocument/2006/relationships/oleObject" Target="embeddings/oleObject1137.bin"/><Relationship Id="rId2799" Type="http://schemas.openxmlformats.org/officeDocument/2006/relationships/image" Target="media/image1584.wmf"/><Relationship Id="rId3100" Type="http://schemas.openxmlformats.org/officeDocument/2006/relationships/image" Target="media/image1857.wmf"/><Relationship Id="rId119" Type="http://schemas.openxmlformats.org/officeDocument/2006/relationships/oleObject" Target="embeddings/oleObject53.bin"/><Relationship Id="rId326" Type="http://schemas.openxmlformats.org/officeDocument/2006/relationships/image" Target="media/image157.wmf"/><Relationship Id="rId533" Type="http://schemas.openxmlformats.org/officeDocument/2006/relationships/oleObject" Target="embeddings/oleObject260.bin"/><Relationship Id="rId978" Type="http://schemas.openxmlformats.org/officeDocument/2006/relationships/image" Target="media/image483.wmf"/><Relationship Id="rId1163" Type="http://schemas.openxmlformats.org/officeDocument/2006/relationships/oleObject" Target="embeddings/oleObject575.bin"/><Relationship Id="rId1370" Type="http://schemas.openxmlformats.org/officeDocument/2006/relationships/image" Target="media/image679.wmf"/><Relationship Id="rId2007" Type="http://schemas.openxmlformats.org/officeDocument/2006/relationships/oleObject" Target="embeddings/oleObject860.bin"/><Relationship Id="rId2214" Type="http://schemas.openxmlformats.org/officeDocument/2006/relationships/image" Target="media/image1238.wmf"/><Relationship Id="rId2659" Type="http://schemas.openxmlformats.org/officeDocument/2006/relationships/oleObject" Target="embeddings/oleObject1186.bin"/><Relationship Id="rId2866" Type="http://schemas.openxmlformats.org/officeDocument/2006/relationships/image" Target="media/image1642.wmf"/><Relationship Id="rId740" Type="http://schemas.openxmlformats.org/officeDocument/2006/relationships/image" Target="media/image364.wmf"/><Relationship Id="rId838" Type="http://schemas.openxmlformats.org/officeDocument/2006/relationships/image" Target="media/image413.wmf"/><Relationship Id="rId1023" Type="http://schemas.openxmlformats.org/officeDocument/2006/relationships/oleObject" Target="embeddings/oleObject505.bin"/><Relationship Id="rId1468" Type="http://schemas.openxmlformats.org/officeDocument/2006/relationships/image" Target="media/image728.wmf"/><Relationship Id="rId1675" Type="http://schemas.openxmlformats.org/officeDocument/2006/relationships/oleObject" Target="embeddings/oleObject831.bin"/><Relationship Id="rId1882" Type="http://schemas.openxmlformats.org/officeDocument/2006/relationships/image" Target="media/image1028.wmf"/><Relationship Id="rId2421" Type="http://schemas.openxmlformats.org/officeDocument/2006/relationships/oleObject" Target="embeddings/oleObject1067.bin"/><Relationship Id="rId2519" Type="http://schemas.openxmlformats.org/officeDocument/2006/relationships/oleObject" Target="embeddings/oleObject1116.bin"/><Relationship Id="rId2726" Type="http://schemas.openxmlformats.org/officeDocument/2006/relationships/image" Target="media/image1511.wmf"/><Relationship Id="rId600" Type="http://schemas.openxmlformats.org/officeDocument/2006/relationships/image" Target="media/image294.wmf"/><Relationship Id="rId1230" Type="http://schemas.openxmlformats.org/officeDocument/2006/relationships/image" Target="media/image609.wmf"/><Relationship Id="rId1328" Type="http://schemas.openxmlformats.org/officeDocument/2006/relationships/image" Target="media/image658.wmf"/><Relationship Id="rId1535" Type="http://schemas.openxmlformats.org/officeDocument/2006/relationships/oleObject" Target="embeddings/oleObject761.bin"/><Relationship Id="rId2933" Type="http://schemas.openxmlformats.org/officeDocument/2006/relationships/image" Target="media/image1706.wmf"/><Relationship Id="rId905" Type="http://schemas.openxmlformats.org/officeDocument/2006/relationships/oleObject" Target="embeddings/oleObject446.bin"/><Relationship Id="rId1742" Type="http://schemas.openxmlformats.org/officeDocument/2006/relationships/image" Target="media/image888.wmf"/><Relationship Id="rId3195" Type="http://schemas.openxmlformats.org/officeDocument/2006/relationships/oleObject" Target="embeddings/oleObject1244.bin"/><Relationship Id="rId34" Type="http://schemas.openxmlformats.org/officeDocument/2006/relationships/image" Target="media/image11.wmf"/><Relationship Id="rId1602" Type="http://schemas.openxmlformats.org/officeDocument/2006/relationships/image" Target="media/image795.wmf"/><Relationship Id="rId3055" Type="http://schemas.openxmlformats.org/officeDocument/2006/relationships/image" Target="media/image1818.wmf"/><Relationship Id="rId3262" Type="http://schemas.openxmlformats.org/officeDocument/2006/relationships/image" Target="media/image1988.wmf"/><Relationship Id="rId183" Type="http://schemas.openxmlformats.org/officeDocument/2006/relationships/oleObject" Target="embeddings/oleObject85.bin"/><Relationship Id="rId390" Type="http://schemas.openxmlformats.org/officeDocument/2006/relationships/image" Target="media/image189.wmf"/><Relationship Id="rId1907" Type="http://schemas.openxmlformats.org/officeDocument/2006/relationships/image" Target="media/image1053.wmf"/><Relationship Id="rId2071" Type="http://schemas.openxmlformats.org/officeDocument/2006/relationships/oleObject" Target="embeddings/oleObject892.bin"/><Relationship Id="rId3122" Type="http://schemas.openxmlformats.org/officeDocument/2006/relationships/image" Target="media/image1879.wmf"/><Relationship Id="rId250" Type="http://schemas.openxmlformats.org/officeDocument/2006/relationships/image" Target="media/image119.wmf"/><Relationship Id="rId488" Type="http://schemas.openxmlformats.org/officeDocument/2006/relationships/image" Target="media/image238.wmf"/><Relationship Id="rId695" Type="http://schemas.openxmlformats.org/officeDocument/2006/relationships/oleObject" Target="embeddings/oleObject341.bin"/><Relationship Id="rId2169" Type="http://schemas.openxmlformats.org/officeDocument/2006/relationships/oleObject" Target="embeddings/oleObject941.bin"/><Relationship Id="rId2376" Type="http://schemas.openxmlformats.org/officeDocument/2006/relationships/image" Target="media/image1319.wmf"/><Relationship Id="rId2583" Type="http://schemas.openxmlformats.org/officeDocument/2006/relationships/oleObject" Target="embeddings/oleObject1148.bin"/><Relationship Id="rId2790" Type="http://schemas.openxmlformats.org/officeDocument/2006/relationships/image" Target="media/image1575.wmf"/><Relationship Id="rId110" Type="http://schemas.openxmlformats.org/officeDocument/2006/relationships/image" Target="media/image49.wmf"/><Relationship Id="rId348" Type="http://schemas.openxmlformats.org/officeDocument/2006/relationships/image" Target="media/image168.wmf"/><Relationship Id="rId555" Type="http://schemas.openxmlformats.org/officeDocument/2006/relationships/oleObject" Target="embeddings/oleObject271.bin"/><Relationship Id="rId762" Type="http://schemas.openxmlformats.org/officeDocument/2006/relationships/image" Target="media/image375.wmf"/><Relationship Id="rId1185" Type="http://schemas.openxmlformats.org/officeDocument/2006/relationships/oleObject" Target="embeddings/oleObject586.bin"/><Relationship Id="rId1392" Type="http://schemas.openxmlformats.org/officeDocument/2006/relationships/image" Target="media/image690.wmf"/><Relationship Id="rId2029" Type="http://schemas.openxmlformats.org/officeDocument/2006/relationships/oleObject" Target="embeddings/oleObject871.bin"/><Relationship Id="rId2236" Type="http://schemas.openxmlformats.org/officeDocument/2006/relationships/image" Target="media/image1249.wmf"/><Relationship Id="rId2443" Type="http://schemas.openxmlformats.org/officeDocument/2006/relationships/oleObject" Target="embeddings/oleObject1078.bin"/><Relationship Id="rId2650" Type="http://schemas.openxmlformats.org/officeDocument/2006/relationships/image" Target="media/image1456.wmf"/><Relationship Id="rId2888" Type="http://schemas.openxmlformats.org/officeDocument/2006/relationships/image" Target="media/image1661.wmf"/><Relationship Id="rId208" Type="http://schemas.openxmlformats.org/officeDocument/2006/relationships/image" Target="media/image98.wmf"/><Relationship Id="rId415" Type="http://schemas.openxmlformats.org/officeDocument/2006/relationships/oleObject" Target="embeddings/oleObject201.bin"/><Relationship Id="rId622" Type="http://schemas.openxmlformats.org/officeDocument/2006/relationships/image" Target="media/image305.wmf"/><Relationship Id="rId1045" Type="http://schemas.openxmlformats.org/officeDocument/2006/relationships/oleObject" Target="embeddings/oleObject516.bin"/><Relationship Id="rId1252" Type="http://schemas.openxmlformats.org/officeDocument/2006/relationships/image" Target="media/image620.wmf"/><Relationship Id="rId1697" Type="http://schemas.openxmlformats.org/officeDocument/2006/relationships/image" Target="media/image843.wmf"/><Relationship Id="rId2303" Type="http://schemas.openxmlformats.org/officeDocument/2006/relationships/oleObject" Target="embeddings/oleObject1008.bin"/><Relationship Id="rId2510" Type="http://schemas.openxmlformats.org/officeDocument/2006/relationships/image" Target="media/image1386.wmf"/><Relationship Id="rId2748" Type="http://schemas.openxmlformats.org/officeDocument/2006/relationships/image" Target="media/image1533.wmf"/><Relationship Id="rId2955" Type="http://schemas.openxmlformats.org/officeDocument/2006/relationships/image" Target="media/image1726.wmf"/><Relationship Id="rId927" Type="http://schemas.openxmlformats.org/officeDocument/2006/relationships/oleObject" Target="embeddings/oleObject457.bin"/><Relationship Id="rId1112" Type="http://schemas.openxmlformats.org/officeDocument/2006/relationships/image" Target="media/image550.wmf"/><Relationship Id="rId1557" Type="http://schemas.openxmlformats.org/officeDocument/2006/relationships/oleObject" Target="embeddings/oleObject772.bin"/><Relationship Id="rId1764" Type="http://schemas.openxmlformats.org/officeDocument/2006/relationships/image" Target="media/image910.wmf"/><Relationship Id="rId1971" Type="http://schemas.openxmlformats.org/officeDocument/2006/relationships/oleObject" Target="embeddings/oleObject842.bin"/><Relationship Id="rId2608" Type="http://schemas.openxmlformats.org/officeDocument/2006/relationships/image" Target="media/image1435.wmf"/><Relationship Id="rId2815" Type="http://schemas.openxmlformats.org/officeDocument/2006/relationships/image" Target="media/image1600.wmf"/><Relationship Id="rId56" Type="http://schemas.openxmlformats.org/officeDocument/2006/relationships/image" Target="media/image22.wmf"/><Relationship Id="rId1417" Type="http://schemas.openxmlformats.org/officeDocument/2006/relationships/oleObject" Target="embeddings/oleObject702.bin"/><Relationship Id="rId1624" Type="http://schemas.openxmlformats.org/officeDocument/2006/relationships/image" Target="media/image806.wmf"/><Relationship Id="rId1831" Type="http://schemas.openxmlformats.org/officeDocument/2006/relationships/image" Target="media/image977.wmf"/><Relationship Id="rId3077" Type="http://schemas.openxmlformats.org/officeDocument/2006/relationships/oleObject" Target="embeddings/oleObject1230.bin"/><Relationship Id="rId3284" Type="http://schemas.openxmlformats.org/officeDocument/2006/relationships/image" Target="media/image2010.wmf"/><Relationship Id="rId1929" Type="http://schemas.openxmlformats.org/officeDocument/2006/relationships/image" Target="media/image1075.wmf"/><Relationship Id="rId2093" Type="http://schemas.openxmlformats.org/officeDocument/2006/relationships/oleObject" Target="embeddings/oleObject903.bin"/><Relationship Id="rId2398" Type="http://schemas.openxmlformats.org/officeDocument/2006/relationships/image" Target="media/image1330.wmf"/><Relationship Id="rId3144" Type="http://schemas.openxmlformats.org/officeDocument/2006/relationships/image" Target="media/image1901.wmf"/><Relationship Id="rId272" Type="http://schemas.openxmlformats.org/officeDocument/2006/relationships/image" Target="media/image130.wmf"/><Relationship Id="rId577" Type="http://schemas.openxmlformats.org/officeDocument/2006/relationships/oleObject" Target="embeddings/oleObject282.bin"/><Relationship Id="rId2160" Type="http://schemas.openxmlformats.org/officeDocument/2006/relationships/image" Target="media/image1211.wmf"/><Relationship Id="rId2258" Type="http://schemas.openxmlformats.org/officeDocument/2006/relationships/image" Target="media/image1260.wmf"/><Relationship Id="rId3004" Type="http://schemas.openxmlformats.org/officeDocument/2006/relationships/image" Target="media/image1772.wmf"/><Relationship Id="rId3211" Type="http://schemas.openxmlformats.org/officeDocument/2006/relationships/oleObject" Target="embeddings/oleObject1256.bin"/><Relationship Id="rId132" Type="http://schemas.openxmlformats.org/officeDocument/2006/relationships/image" Target="media/image60.wmf"/><Relationship Id="rId784" Type="http://schemas.openxmlformats.org/officeDocument/2006/relationships/image" Target="media/image386.wmf"/><Relationship Id="rId991" Type="http://schemas.openxmlformats.org/officeDocument/2006/relationships/oleObject" Target="embeddings/oleObject489.bin"/><Relationship Id="rId1067" Type="http://schemas.openxmlformats.org/officeDocument/2006/relationships/oleObject" Target="embeddings/oleObject527.bin"/><Relationship Id="rId2020" Type="http://schemas.openxmlformats.org/officeDocument/2006/relationships/image" Target="media/image1141.wmf"/><Relationship Id="rId2465" Type="http://schemas.openxmlformats.org/officeDocument/2006/relationships/oleObject" Target="embeddings/oleObject1089.bin"/><Relationship Id="rId2672" Type="http://schemas.openxmlformats.org/officeDocument/2006/relationships/image" Target="media/image1467.wmf"/><Relationship Id="rId3309" Type="http://schemas.openxmlformats.org/officeDocument/2006/relationships/image" Target="media/image2033.wmf"/><Relationship Id="rId437" Type="http://schemas.openxmlformats.org/officeDocument/2006/relationships/oleObject" Target="embeddings/oleObject212.bin"/><Relationship Id="rId644" Type="http://schemas.openxmlformats.org/officeDocument/2006/relationships/image" Target="media/image316.wmf"/><Relationship Id="rId851" Type="http://schemas.openxmlformats.org/officeDocument/2006/relationships/oleObject" Target="embeddings/oleObject419.bin"/><Relationship Id="rId1274" Type="http://schemas.openxmlformats.org/officeDocument/2006/relationships/image" Target="media/image631.wmf"/><Relationship Id="rId1481" Type="http://schemas.openxmlformats.org/officeDocument/2006/relationships/oleObject" Target="embeddings/oleObject734.bin"/><Relationship Id="rId1579" Type="http://schemas.openxmlformats.org/officeDocument/2006/relationships/oleObject" Target="embeddings/oleObject783.bin"/><Relationship Id="rId2118" Type="http://schemas.openxmlformats.org/officeDocument/2006/relationships/image" Target="media/image1190.wmf"/><Relationship Id="rId2325" Type="http://schemas.openxmlformats.org/officeDocument/2006/relationships/oleObject" Target="embeddings/oleObject1019.bin"/><Relationship Id="rId2532" Type="http://schemas.openxmlformats.org/officeDocument/2006/relationships/image" Target="media/image1397.wmf"/><Relationship Id="rId2977" Type="http://schemas.openxmlformats.org/officeDocument/2006/relationships/image" Target="media/image1747.wmf"/><Relationship Id="rId504" Type="http://schemas.openxmlformats.org/officeDocument/2006/relationships/image" Target="media/image246.wmf"/><Relationship Id="rId711" Type="http://schemas.openxmlformats.org/officeDocument/2006/relationships/oleObject" Target="embeddings/oleObject349.bin"/><Relationship Id="rId949" Type="http://schemas.openxmlformats.org/officeDocument/2006/relationships/oleObject" Target="embeddings/oleObject468.bin"/><Relationship Id="rId1134" Type="http://schemas.openxmlformats.org/officeDocument/2006/relationships/image" Target="media/image561.wmf"/><Relationship Id="rId1341" Type="http://schemas.openxmlformats.org/officeDocument/2006/relationships/oleObject" Target="embeddings/oleObject664.bin"/><Relationship Id="rId1786" Type="http://schemas.openxmlformats.org/officeDocument/2006/relationships/image" Target="media/image932.wmf"/><Relationship Id="rId1993" Type="http://schemas.openxmlformats.org/officeDocument/2006/relationships/oleObject" Target="embeddings/oleObject853.bin"/><Relationship Id="rId2837" Type="http://schemas.openxmlformats.org/officeDocument/2006/relationships/image" Target="media/image1620.wmf"/><Relationship Id="rId78" Type="http://schemas.openxmlformats.org/officeDocument/2006/relationships/image" Target="media/image33.wmf"/><Relationship Id="rId809" Type="http://schemas.openxmlformats.org/officeDocument/2006/relationships/oleObject" Target="embeddings/oleObject398.bin"/><Relationship Id="rId1201" Type="http://schemas.openxmlformats.org/officeDocument/2006/relationships/oleObject" Target="embeddings/oleObject594.bin"/><Relationship Id="rId1439" Type="http://schemas.openxmlformats.org/officeDocument/2006/relationships/oleObject" Target="embeddings/oleObject713.bin"/><Relationship Id="rId1646" Type="http://schemas.openxmlformats.org/officeDocument/2006/relationships/image" Target="media/image817.wmf"/><Relationship Id="rId1853" Type="http://schemas.openxmlformats.org/officeDocument/2006/relationships/image" Target="media/image999.wmf"/><Relationship Id="rId2904" Type="http://schemas.openxmlformats.org/officeDocument/2006/relationships/image" Target="media/image1677.wmf"/><Relationship Id="rId3099" Type="http://schemas.openxmlformats.org/officeDocument/2006/relationships/image" Target="media/image1856.wmf"/><Relationship Id="rId1506" Type="http://schemas.openxmlformats.org/officeDocument/2006/relationships/image" Target="media/image747.wmf"/><Relationship Id="rId1713" Type="http://schemas.openxmlformats.org/officeDocument/2006/relationships/image" Target="media/image859.wmf"/><Relationship Id="rId1920" Type="http://schemas.openxmlformats.org/officeDocument/2006/relationships/image" Target="media/image1066.wmf"/><Relationship Id="rId3166" Type="http://schemas.openxmlformats.org/officeDocument/2006/relationships/image" Target="media/image1923.wmf"/><Relationship Id="rId294" Type="http://schemas.openxmlformats.org/officeDocument/2006/relationships/image" Target="media/image141.wmf"/><Relationship Id="rId2182" Type="http://schemas.openxmlformats.org/officeDocument/2006/relationships/image" Target="media/image1222.wmf"/><Relationship Id="rId3026" Type="http://schemas.openxmlformats.org/officeDocument/2006/relationships/image" Target="media/image1793.wmf"/><Relationship Id="rId3233" Type="http://schemas.openxmlformats.org/officeDocument/2006/relationships/image" Target="media/image1961.wmf"/><Relationship Id="rId154" Type="http://schemas.openxmlformats.org/officeDocument/2006/relationships/image" Target="media/image71.wmf"/><Relationship Id="rId361" Type="http://schemas.openxmlformats.org/officeDocument/2006/relationships/oleObject" Target="embeddings/oleObject174.bin"/><Relationship Id="rId599" Type="http://schemas.openxmlformats.org/officeDocument/2006/relationships/oleObject" Target="embeddings/oleObject293.bin"/><Relationship Id="rId2042" Type="http://schemas.openxmlformats.org/officeDocument/2006/relationships/image" Target="media/image1152.wmf"/><Relationship Id="rId2487" Type="http://schemas.openxmlformats.org/officeDocument/2006/relationships/oleObject" Target="embeddings/oleObject1100.bin"/><Relationship Id="rId2694" Type="http://schemas.openxmlformats.org/officeDocument/2006/relationships/image" Target="media/image1479.wmf"/><Relationship Id="rId459" Type="http://schemas.openxmlformats.org/officeDocument/2006/relationships/oleObject" Target="embeddings/oleObject223.bin"/><Relationship Id="rId666" Type="http://schemas.openxmlformats.org/officeDocument/2006/relationships/image" Target="media/image327.wmf"/><Relationship Id="rId873" Type="http://schemas.openxmlformats.org/officeDocument/2006/relationships/oleObject" Target="embeddings/oleObject430.bin"/><Relationship Id="rId1089" Type="http://schemas.openxmlformats.org/officeDocument/2006/relationships/oleObject" Target="embeddings/oleObject538.bin"/><Relationship Id="rId1296" Type="http://schemas.openxmlformats.org/officeDocument/2006/relationships/image" Target="media/image642.wmf"/><Relationship Id="rId2347" Type="http://schemas.openxmlformats.org/officeDocument/2006/relationships/oleObject" Target="embeddings/oleObject1030.bin"/><Relationship Id="rId2554" Type="http://schemas.openxmlformats.org/officeDocument/2006/relationships/image" Target="media/image1408.wmf"/><Relationship Id="rId2999" Type="http://schemas.openxmlformats.org/officeDocument/2006/relationships/image" Target="media/image1767.wmf"/><Relationship Id="rId3300" Type="http://schemas.openxmlformats.org/officeDocument/2006/relationships/image" Target="media/image2025.wmf"/><Relationship Id="rId221" Type="http://schemas.openxmlformats.org/officeDocument/2006/relationships/oleObject" Target="embeddings/oleObject104.bin"/><Relationship Id="rId319" Type="http://schemas.openxmlformats.org/officeDocument/2006/relationships/oleObject" Target="embeddings/oleObject153.bin"/><Relationship Id="rId526" Type="http://schemas.openxmlformats.org/officeDocument/2006/relationships/image" Target="media/image257.wmf"/><Relationship Id="rId1156" Type="http://schemas.openxmlformats.org/officeDocument/2006/relationships/image" Target="media/image572.wmf"/><Relationship Id="rId1363" Type="http://schemas.openxmlformats.org/officeDocument/2006/relationships/oleObject" Target="embeddings/oleObject675.bin"/><Relationship Id="rId2207" Type="http://schemas.openxmlformats.org/officeDocument/2006/relationships/oleObject" Target="embeddings/oleObject960.bin"/><Relationship Id="rId2761" Type="http://schemas.openxmlformats.org/officeDocument/2006/relationships/image" Target="media/image1546.wmf"/><Relationship Id="rId2859" Type="http://schemas.openxmlformats.org/officeDocument/2006/relationships/image" Target="media/image1635.wmf"/><Relationship Id="rId733" Type="http://schemas.openxmlformats.org/officeDocument/2006/relationships/oleObject" Target="embeddings/oleObject360.bin"/><Relationship Id="rId940" Type="http://schemas.openxmlformats.org/officeDocument/2006/relationships/image" Target="media/image464.wmf"/><Relationship Id="rId1016" Type="http://schemas.openxmlformats.org/officeDocument/2006/relationships/image" Target="media/image502.wmf"/><Relationship Id="rId1570" Type="http://schemas.openxmlformats.org/officeDocument/2006/relationships/image" Target="media/image779.wmf"/><Relationship Id="rId1668" Type="http://schemas.openxmlformats.org/officeDocument/2006/relationships/image" Target="media/image828.wmf"/><Relationship Id="rId1875" Type="http://schemas.openxmlformats.org/officeDocument/2006/relationships/image" Target="media/image1021.wmf"/><Relationship Id="rId2414" Type="http://schemas.openxmlformats.org/officeDocument/2006/relationships/image" Target="media/image1338.wmf"/><Relationship Id="rId2621" Type="http://schemas.openxmlformats.org/officeDocument/2006/relationships/oleObject" Target="embeddings/oleObject1167.bin"/><Relationship Id="rId2719" Type="http://schemas.openxmlformats.org/officeDocument/2006/relationships/image" Target="media/image1504.wmf"/><Relationship Id="rId800" Type="http://schemas.openxmlformats.org/officeDocument/2006/relationships/image" Target="media/image394.wmf"/><Relationship Id="rId1223" Type="http://schemas.openxmlformats.org/officeDocument/2006/relationships/oleObject" Target="embeddings/oleObject605.bin"/><Relationship Id="rId1430" Type="http://schemas.openxmlformats.org/officeDocument/2006/relationships/image" Target="media/image709.wmf"/><Relationship Id="rId1528" Type="http://schemas.openxmlformats.org/officeDocument/2006/relationships/image" Target="media/image758.wmf"/><Relationship Id="rId2926" Type="http://schemas.openxmlformats.org/officeDocument/2006/relationships/image" Target="media/image1699.wmf"/><Relationship Id="rId3090" Type="http://schemas.openxmlformats.org/officeDocument/2006/relationships/image" Target="media/image1847.wmf"/><Relationship Id="rId1735" Type="http://schemas.openxmlformats.org/officeDocument/2006/relationships/image" Target="media/image881.wmf"/><Relationship Id="rId1942" Type="http://schemas.openxmlformats.org/officeDocument/2006/relationships/image" Target="media/image1088.wmf"/><Relationship Id="rId3188" Type="http://schemas.openxmlformats.org/officeDocument/2006/relationships/oleObject" Target="embeddings/oleObject1239.bin"/><Relationship Id="rId27" Type="http://schemas.openxmlformats.org/officeDocument/2006/relationships/oleObject" Target="embeddings/oleObject7.bin"/><Relationship Id="rId1802" Type="http://schemas.openxmlformats.org/officeDocument/2006/relationships/image" Target="media/image948.wmf"/><Relationship Id="rId3048" Type="http://schemas.openxmlformats.org/officeDocument/2006/relationships/image" Target="media/image1812.wmf"/><Relationship Id="rId3255" Type="http://schemas.openxmlformats.org/officeDocument/2006/relationships/image" Target="media/image1982.wmf"/><Relationship Id="rId176" Type="http://schemas.openxmlformats.org/officeDocument/2006/relationships/image" Target="media/image82.wmf"/><Relationship Id="rId383" Type="http://schemas.openxmlformats.org/officeDocument/2006/relationships/oleObject" Target="embeddings/oleObject185.bin"/><Relationship Id="rId590" Type="http://schemas.openxmlformats.org/officeDocument/2006/relationships/image" Target="media/image289.wmf"/><Relationship Id="rId2064" Type="http://schemas.openxmlformats.org/officeDocument/2006/relationships/image" Target="media/image1163.wmf"/><Relationship Id="rId2271" Type="http://schemas.openxmlformats.org/officeDocument/2006/relationships/oleObject" Target="embeddings/oleObject992.bin"/><Relationship Id="rId3115" Type="http://schemas.openxmlformats.org/officeDocument/2006/relationships/image" Target="media/image1872.wmf"/><Relationship Id="rId3322" Type="http://schemas.openxmlformats.org/officeDocument/2006/relationships/image" Target="media/image2045.wmf"/><Relationship Id="rId243" Type="http://schemas.openxmlformats.org/officeDocument/2006/relationships/oleObject" Target="embeddings/oleObject115.bin"/><Relationship Id="rId450" Type="http://schemas.openxmlformats.org/officeDocument/2006/relationships/image" Target="media/image219.wmf"/><Relationship Id="rId688" Type="http://schemas.openxmlformats.org/officeDocument/2006/relationships/image" Target="media/image338.wmf"/><Relationship Id="rId895" Type="http://schemas.openxmlformats.org/officeDocument/2006/relationships/oleObject" Target="embeddings/oleObject441.bin"/><Relationship Id="rId1080" Type="http://schemas.openxmlformats.org/officeDocument/2006/relationships/image" Target="media/image534.wmf"/><Relationship Id="rId2131" Type="http://schemas.openxmlformats.org/officeDocument/2006/relationships/oleObject" Target="embeddings/oleObject922.bin"/><Relationship Id="rId2369" Type="http://schemas.openxmlformats.org/officeDocument/2006/relationships/oleObject" Target="embeddings/oleObject1041.bin"/><Relationship Id="rId2576" Type="http://schemas.openxmlformats.org/officeDocument/2006/relationships/image" Target="media/image1419.wmf"/><Relationship Id="rId2783" Type="http://schemas.openxmlformats.org/officeDocument/2006/relationships/image" Target="media/image1568.wmf"/><Relationship Id="rId2990" Type="http://schemas.openxmlformats.org/officeDocument/2006/relationships/image" Target="media/image1760.wmf"/><Relationship Id="rId103" Type="http://schemas.openxmlformats.org/officeDocument/2006/relationships/oleObject" Target="embeddings/oleObject45.bin"/><Relationship Id="rId310" Type="http://schemas.openxmlformats.org/officeDocument/2006/relationships/image" Target="media/image149.wmf"/><Relationship Id="rId548" Type="http://schemas.openxmlformats.org/officeDocument/2006/relationships/image" Target="media/image268.wmf"/><Relationship Id="rId755" Type="http://schemas.openxmlformats.org/officeDocument/2006/relationships/oleObject" Target="embeddings/oleObject371.bin"/><Relationship Id="rId962" Type="http://schemas.openxmlformats.org/officeDocument/2006/relationships/image" Target="media/image475.wmf"/><Relationship Id="rId1178" Type="http://schemas.openxmlformats.org/officeDocument/2006/relationships/image" Target="media/image583.wmf"/><Relationship Id="rId1385" Type="http://schemas.openxmlformats.org/officeDocument/2006/relationships/oleObject" Target="embeddings/oleObject686.bin"/><Relationship Id="rId1592" Type="http://schemas.openxmlformats.org/officeDocument/2006/relationships/image" Target="media/image790.wmf"/><Relationship Id="rId2229" Type="http://schemas.openxmlformats.org/officeDocument/2006/relationships/oleObject" Target="embeddings/oleObject971.bin"/><Relationship Id="rId2436" Type="http://schemas.openxmlformats.org/officeDocument/2006/relationships/image" Target="media/image1349.wmf"/><Relationship Id="rId2643" Type="http://schemas.openxmlformats.org/officeDocument/2006/relationships/oleObject" Target="embeddings/oleObject1178.bin"/><Relationship Id="rId2850" Type="http://schemas.openxmlformats.org/officeDocument/2006/relationships/image" Target="media/image1630.wmf"/><Relationship Id="rId91" Type="http://schemas.openxmlformats.org/officeDocument/2006/relationships/oleObject" Target="embeddings/oleObject39.bin"/><Relationship Id="rId408" Type="http://schemas.openxmlformats.org/officeDocument/2006/relationships/image" Target="media/image198.wmf"/><Relationship Id="rId615" Type="http://schemas.openxmlformats.org/officeDocument/2006/relationships/oleObject" Target="embeddings/oleObject301.bin"/><Relationship Id="rId822" Type="http://schemas.openxmlformats.org/officeDocument/2006/relationships/image" Target="media/image405.wmf"/><Relationship Id="rId1038" Type="http://schemas.openxmlformats.org/officeDocument/2006/relationships/image" Target="media/image513.wmf"/><Relationship Id="rId1245" Type="http://schemas.openxmlformats.org/officeDocument/2006/relationships/oleObject" Target="embeddings/oleObject616.bin"/><Relationship Id="rId1452" Type="http://schemas.openxmlformats.org/officeDocument/2006/relationships/image" Target="media/image720.wmf"/><Relationship Id="rId1897" Type="http://schemas.openxmlformats.org/officeDocument/2006/relationships/image" Target="media/image1043.wmf"/><Relationship Id="rId2503" Type="http://schemas.openxmlformats.org/officeDocument/2006/relationships/oleObject" Target="embeddings/oleObject1108.bin"/><Relationship Id="rId2948" Type="http://schemas.openxmlformats.org/officeDocument/2006/relationships/image" Target="media/image1719.wmf"/><Relationship Id="rId1105" Type="http://schemas.openxmlformats.org/officeDocument/2006/relationships/oleObject" Target="embeddings/oleObject546.bin"/><Relationship Id="rId1312" Type="http://schemas.openxmlformats.org/officeDocument/2006/relationships/image" Target="media/image650.wmf"/><Relationship Id="rId1757" Type="http://schemas.openxmlformats.org/officeDocument/2006/relationships/image" Target="media/image903.wmf"/><Relationship Id="rId1964" Type="http://schemas.openxmlformats.org/officeDocument/2006/relationships/image" Target="media/image1110.wmf"/><Relationship Id="rId2710" Type="http://schemas.openxmlformats.org/officeDocument/2006/relationships/image" Target="media/image1495.wmf"/><Relationship Id="rId2808" Type="http://schemas.openxmlformats.org/officeDocument/2006/relationships/image" Target="media/image1593.wmf"/><Relationship Id="rId49" Type="http://schemas.openxmlformats.org/officeDocument/2006/relationships/oleObject" Target="embeddings/oleObject18.bin"/><Relationship Id="rId1617" Type="http://schemas.openxmlformats.org/officeDocument/2006/relationships/oleObject" Target="embeddings/oleObject802.bin"/><Relationship Id="rId1824" Type="http://schemas.openxmlformats.org/officeDocument/2006/relationships/image" Target="media/image970.wmf"/><Relationship Id="rId3277" Type="http://schemas.openxmlformats.org/officeDocument/2006/relationships/image" Target="media/image2003.wmf"/><Relationship Id="rId198" Type="http://schemas.openxmlformats.org/officeDocument/2006/relationships/image" Target="media/image93.wmf"/><Relationship Id="rId2086" Type="http://schemas.openxmlformats.org/officeDocument/2006/relationships/image" Target="media/image1174.wmf"/><Relationship Id="rId2293" Type="http://schemas.openxmlformats.org/officeDocument/2006/relationships/oleObject" Target="embeddings/oleObject1003.bin"/><Relationship Id="rId2598" Type="http://schemas.openxmlformats.org/officeDocument/2006/relationships/image" Target="media/image1430.wmf"/><Relationship Id="rId3137" Type="http://schemas.openxmlformats.org/officeDocument/2006/relationships/image" Target="media/image1894.wmf"/><Relationship Id="rId265" Type="http://schemas.openxmlformats.org/officeDocument/2006/relationships/oleObject" Target="embeddings/oleObject126.bin"/><Relationship Id="rId472" Type="http://schemas.openxmlformats.org/officeDocument/2006/relationships/image" Target="media/image230.wmf"/><Relationship Id="rId2153" Type="http://schemas.openxmlformats.org/officeDocument/2006/relationships/oleObject" Target="embeddings/oleObject933.bin"/><Relationship Id="rId2360" Type="http://schemas.openxmlformats.org/officeDocument/2006/relationships/image" Target="media/image1311.wmf"/><Relationship Id="rId3204" Type="http://schemas.openxmlformats.org/officeDocument/2006/relationships/oleObject" Target="embeddings/oleObject1251.bin"/><Relationship Id="rId125" Type="http://schemas.openxmlformats.org/officeDocument/2006/relationships/oleObject" Target="embeddings/oleObject56.bin"/><Relationship Id="rId332" Type="http://schemas.openxmlformats.org/officeDocument/2006/relationships/image" Target="media/image160.wmf"/><Relationship Id="rId777" Type="http://schemas.openxmlformats.org/officeDocument/2006/relationships/oleObject" Target="embeddings/oleObject382.bin"/><Relationship Id="rId984" Type="http://schemas.openxmlformats.org/officeDocument/2006/relationships/image" Target="media/image486.wmf"/><Relationship Id="rId2013" Type="http://schemas.openxmlformats.org/officeDocument/2006/relationships/oleObject" Target="embeddings/oleObject863.bin"/><Relationship Id="rId2220" Type="http://schemas.openxmlformats.org/officeDocument/2006/relationships/image" Target="media/image1241.wmf"/><Relationship Id="rId2458" Type="http://schemas.openxmlformats.org/officeDocument/2006/relationships/image" Target="media/image1360.wmf"/><Relationship Id="rId2665" Type="http://schemas.openxmlformats.org/officeDocument/2006/relationships/oleObject" Target="embeddings/oleObject1189.bin"/><Relationship Id="rId2872" Type="http://schemas.openxmlformats.org/officeDocument/2006/relationships/image" Target="media/image1647.wmf"/><Relationship Id="rId637" Type="http://schemas.openxmlformats.org/officeDocument/2006/relationships/oleObject" Target="embeddings/oleObject312.bin"/><Relationship Id="rId844" Type="http://schemas.openxmlformats.org/officeDocument/2006/relationships/image" Target="media/image416.wmf"/><Relationship Id="rId1267" Type="http://schemas.openxmlformats.org/officeDocument/2006/relationships/oleObject" Target="embeddings/oleObject627.bin"/><Relationship Id="rId1474" Type="http://schemas.openxmlformats.org/officeDocument/2006/relationships/image" Target="media/image731.wmf"/><Relationship Id="rId1681" Type="http://schemas.openxmlformats.org/officeDocument/2006/relationships/oleObject" Target="embeddings/oleObject834.bin"/><Relationship Id="rId2318" Type="http://schemas.openxmlformats.org/officeDocument/2006/relationships/image" Target="media/image1290.wmf"/><Relationship Id="rId2525" Type="http://schemas.openxmlformats.org/officeDocument/2006/relationships/oleObject" Target="embeddings/oleObject1119.bin"/><Relationship Id="rId2732" Type="http://schemas.openxmlformats.org/officeDocument/2006/relationships/image" Target="media/image1517.wmf"/><Relationship Id="rId704" Type="http://schemas.openxmlformats.org/officeDocument/2006/relationships/image" Target="media/image346.wmf"/><Relationship Id="rId911" Type="http://schemas.openxmlformats.org/officeDocument/2006/relationships/oleObject" Target="embeddings/oleObject449.bin"/><Relationship Id="rId1127" Type="http://schemas.openxmlformats.org/officeDocument/2006/relationships/oleObject" Target="embeddings/oleObject557.bin"/><Relationship Id="rId1334" Type="http://schemas.openxmlformats.org/officeDocument/2006/relationships/image" Target="media/image661.wmf"/><Relationship Id="rId1541" Type="http://schemas.openxmlformats.org/officeDocument/2006/relationships/oleObject" Target="embeddings/oleObject764.bin"/><Relationship Id="rId1779" Type="http://schemas.openxmlformats.org/officeDocument/2006/relationships/image" Target="media/image925.wmf"/><Relationship Id="rId1986" Type="http://schemas.openxmlformats.org/officeDocument/2006/relationships/image" Target="media/image1124.wmf"/><Relationship Id="rId40" Type="http://schemas.openxmlformats.org/officeDocument/2006/relationships/image" Target="media/image14.wmf"/><Relationship Id="rId1401" Type="http://schemas.openxmlformats.org/officeDocument/2006/relationships/oleObject" Target="embeddings/oleObject694.bin"/><Relationship Id="rId1639" Type="http://schemas.openxmlformats.org/officeDocument/2006/relationships/oleObject" Target="embeddings/oleObject813.bin"/><Relationship Id="rId1846" Type="http://schemas.openxmlformats.org/officeDocument/2006/relationships/image" Target="media/image992.wmf"/><Relationship Id="rId3061" Type="http://schemas.openxmlformats.org/officeDocument/2006/relationships/image" Target="media/image1823.wmf"/><Relationship Id="rId3299" Type="http://schemas.openxmlformats.org/officeDocument/2006/relationships/image" Target="media/image2024.wmf"/><Relationship Id="rId1706" Type="http://schemas.openxmlformats.org/officeDocument/2006/relationships/image" Target="media/image852.wmf"/><Relationship Id="rId1913" Type="http://schemas.openxmlformats.org/officeDocument/2006/relationships/image" Target="media/image1059.wmf"/><Relationship Id="rId3159" Type="http://schemas.openxmlformats.org/officeDocument/2006/relationships/image" Target="media/image1916.wmf"/><Relationship Id="rId287" Type="http://schemas.openxmlformats.org/officeDocument/2006/relationships/oleObject" Target="embeddings/oleObject137.bin"/><Relationship Id="rId494" Type="http://schemas.openxmlformats.org/officeDocument/2006/relationships/image" Target="media/image241.wmf"/><Relationship Id="rId2175" Type="http://schemas.openxmlformats.org/officeDocument/2006/relationships/oleObject" Target="embeddings/oleObject944.bin"/><Relationship Id="rId2382" Type="http://schemas.openxmlformats.org/officeDocument/2006/relationships/image" Target="media/image1322.wmf"/><Relationship Id="rId3019" Type="http://schemas.openxmlformats.org/officeDocument/2006/relationships/image" Target="media/image1786.wmf"/><Relationship Id="rId3226" Type="http://schemas.openxmlformats.org/officeDocument/2006/relationships/image" Target="media/image1954.wmf"/><Relationship Id="rId147" Type="http://schemas.openxmlformats.org/officeDocument/2006/relationships/oleObject" Target="embeddings/oleObject67.bin"/><Relationship Id="rId354" Type="http://schemas.openxmlformats.org/officeDocument/2006/relationships/image" Target="media/image171.wmf"/><Relationship Id="rId799" Type="http://schemas.openxmlformats.org/officeDocument/2006/relationships/oleObject" Target="embeddings/oleObject393.bin"/><Relationship Id="rId1191" Type="http://schemas.openxmlformats.org/officeDocument/2006/relationships/oleObject" Target="embeddings/oleObject589.bin"/><Relationship Id="rId2035" Type="http://schemas.openxmlformats.org/officeDocument/2006/relationships/oleObject" Target="embeddings/oleObject874.bin"/><Relationship Id="rId2687" Type="http://schemas.openxmlformats.org/officeDocument/2006/relationships/oleObject" Target="embeddings/oleObject1200.bin"/><Relationship Id="rId2894" Type="http://schemas.openxmlformats.org/officeDocument/2006/relationships/image" Target="media/image1667.wmf"/><Relationship Id="rId561" Type="http://schemas.openxmlformats.org/officeDocument/2006/relationships/oleObject" Target="embeddings/oleObject274.bin"/><Relationship Id="rId659" Type="http://schemas.openxmlformats.org/officeDocument/2006/relationships/oleObject" Target="embeddings/oleObject323.bin"/><Relationship Id="rId866" Type="http://schemas.openxmlformats.org/officeDocument/2006/relationships/image" Target="media/image427.wmf"/><Relationship Id="rId1289" Type="http://schemas.openxmlformats.org/officeDocument/2006/relationships/oleObject" Target="embeddings/oleObject638.bin"/><Relationship Id="rId1496" Type="http://schemas.openxmlformats.org/officeDocument/2006/relationships/image" Target="media/image742.wmf"/><Relationship Id="rId2242" Type="http://schemas.openxmlformats.org/officeDocument/2006/relationships/image" Target="media/image1252.wmf"/><Relationship Id="rId2547" Type="http://schemas.openxmlformats.org/officeDocument/2006/relationships/oleObject" Target="embeddings/oleObject1130.bin"/><Relationship Id="rId214" Type="http://schemas.openxmlformats.org/officeDocument/2006/relationships/image" Target="media/image101.wmf"/><Relationship Id="rId421" Type="http://schemas.openxmlformats.org/officeDocument/2006/relationships/oleObject" Target="embeddings/oleObject204.bin"/><Relationship Id="rId519" Type="http://schemas.openxmlformats.org/officeDocument/2006/relationships/oleObject" Target="embeddings/oleObject253.bin"/><Relationship Id="rId1051" Type="http://schemas.openxmlformats.org/officeDocument/2006/relationships/oleObject" Target="embeddings/oleObject519.bin"/><Relationship Id="rId1149" Type="http://schemas.openxmlformats.org/officeDocument/2006/relationships/oleObject" Target="embeddings/oleObject568.bin"/><Relationship Id="rId1356" Type="http://schemas.openxmlformats.org/officeDocument/2006/relationships/image" Target="media/image672.wmf"/><Relationship Id="rId2102" Type="http://schemas.openxmlformats.org/officeDocument/2006/relationships/image" Target="media/image1182.wmf"/><Relationship Id="rId2754" Type="http://schemas.openxmlformats.org/officeDocument/2006/relationships/image" Target="media/image1539.wmf"/><Relationship Id="rId2961" Type="http://schemas.openxmlformats.org/officeDocument/2006/relationships/image" Target="media/image1732.wmf"/><Relationship Id="rId726" Type="http://schemas.openxmlformats.org/officeDocument/2006/relationships/image" Target="media/image357.wmf"/><Relationship Id="rId933" Type="http://schemas.openxmlformats.org/officeDocument/2006/relationships/oleObject" Target="embeddings/oleObject460.bin"/><Relationship Id="rId1009" Type="http://schemas.openxmlformats.org/officeDocument/2006/relationships/oleObject" Target="embeddings/oleObject498.bin"/><Relationship Id="rId1563" Type="http://schemas.openxmlformats.org/officeDocument/2006/relationships/oleObject" Target="embeddings/oleObject775.bin"/><Relationship Id="rId1770" Type="http://schemas.openxmlformats.org/officeDocument/2006/relationships/image" Target="media/image916.wmf"/><Relationship Id="rId1868" Type="http://schemas.openxmlformats.org/officeDocument/2006/relationships/image" Target="media/image1014.wmf"/><Relationship Id="rId2407" Type="http://schemas.openxmlformats.org/officeDocument/2006/relationships/oleObject" Target="embeddings/oleObject1060.bin"/><Relationship Id="rId2614" Type="http://schemas.openxmlformats.org/officeDocument/2006/relationships/image" Target="media/image1438.wmf"/><Relationship Id="rId2821" Type="http://schemas.openxmlformats.org/officeDocument/2006/relationships/image" Target="media/image1606.wmf"/><Relationship Id="rId62" Type="http://schemas.openxmlformats.org/officeDocument/2006/relationships/image" Target="media/image25.wmf"/><Relationship Id="rId1216" Type="http://schemas.openxmlformats.org/officeDocument/2006/relationships/image" Target="media/image602.wmf"/><Relationship Id="rId1423" Type="http://schemas.openxmlformats.org/officeDocument/2006/relationships/oleObject" Target="embeddings/oleObject705.bin"/><Relationship Id="rId1630" Type="http://schemas.openxmlformats.org/officeDocument/2006/relationships/image" Target="media/image809.wmf"/><Relationship Id="rId2919" Type="http://schemas.openxmlformats.org/officeDocument/2006/relationships/image" Target="media/image1692.wmf"/><Relationship Id="rId3083" Type="http://schemas.openxmlformats.org/officeDocument/2006/relationships/image" Target="media/image1840.wmf"/><Relationship Id="rId3290" Type="http://schemas.openxmlformats.org/officeDocument/2006/relationships/image" Target="media/image2015.wmf"/><Relationship Id="rId1728" Type="http://schemas.openxmlformats.org/officeDocument/2006/relationships/image" Target="media/image874.wmf"/><Relationship Id="rId1935" Type="http://schemas.openxmlformats.org/officeDocument/2006/relationships/image" Target="media/image1081.wmf"/><Relationship Id="rId3150" Type="http://schemas.openxmlformats.org/officeDocument/2006/relationships/image" Target="media/image1907.wmf"/><Relationship Id="rId2197" Type="http://schemas.openxmlformats.org/officeDocument/2006/relationships/oleObject" Target="embeddings/oleObject955.bin"/><Relationship Id="rId3010" Type="http://schemas.openxmlformats.org/officeDocument/2006/relationships/image" Target="media/image1778.wmf"/><Relationship Id="rId3248" Type="http://schemas.openxmlformats.org/officeDocument/2006/relationships/image" Target="media/image1976.wmf"/><Relationship Id="rId169" Type="http://schemas.openxmlformats.org/officeDocument/2006/relationships/oleObject" Target="embeddings/oleObject78.bin"/><Relationship Id="rId376" Type="http://schemas.openxmlformats.org/officeDocument/2006/relationships/image" Target="media/image182.wmf"/><Relationship Id="rId583" Type="http://schemas.openxmlformats.org/officeDocument/2006/relationships/oleObject" Target="embeddings/oleObject285.bin"/><Relationship Id="rId790" Type="http://schemas.openxmlformats.org/officeDocument/2006/relationships/image" Target="media/image389.wmf"/><Relationship Id="rId2057" Type="http://schemas.openxmlformats.org/officeDocument/2006/relationships/oleObject" Target="embeddings/oleObject885.bin"/><Relationship Id="rId2264" Type="http://schemas.openxmlformats.org/officeDocument/2006/relationships/image" Target="media/image1263.wmf"/><Relationship Id="rId2471" Type="http://schemas.openxmlformats.org/officeDocument/2006/relationships/oleObject" Target="embeddings/oleObject1092.bin"/><Relationship Id="rId3108" Type="http://schemas.openxmlformats.org/officeDocument/2006/relationships/image" Target="media/image1865.wmf"/><Relationship Id="rId3315" Type="http://schemas.openxmlformats.org/officeDocument/2006/relationships/image" Target="media/image2038.wmf"/><Relationship Id="rId4" Type="http://schemas.microsoft.com/office/2007/relationships/stylesWithEffects" Target="stylesWithEffects.xml"/><Relationship Id="rId236" Type="http://schemas.openxmlformats.org/officeDocument/2006/relationships/image" Target="media/image112.wmf"/><Relationship Id="rId443" Type="http://schemas.openxmlformats.org/officeDocument/2006/relationships/oleObject" Target="embeddings/oleObject215.bin"/><Relationship Id="rId650" Type="http://schemas.openxmlformats.org/officeDocument/2006/relationships/image" Target="media/image319.wmf"/><Relationship Id="rId888" Type="http://schemas.openxmlformats.org/officeDocument/2006/relationships/image" Target="media/image438.wmf"/><Relationship Id="rId1073" Type="http://schemas.openxmlformats.org/officeDocument/2006/relationships/oleObject" Target="embeddings/oleObject530.bin"/><Relationship Id="rId1280" Type="http://schemas.openxmlformats.org/officeDocument/2006/relationships/image" Target="media/image634.wmf"/><Relationship Id="rId2124" Type="http://schemas.openxmlformats.org/officeDocument/2006/relationships/image" Target="media/image1193.wmf"/><Relationship Id="rId2331" Type="http://schemas.openxmlformats.org/officeDocument/2006/relationships/oleObject" Target="embeddings/oleObject1022.bin"/><Relationship Id="rId2569" Type="http://schemas.openxmlformats.org/officeDocument/2006/relationships/oleObject" Target="embeddings/oleObject1141.bin"/><Relationship Id="rId2776" Type="http://schemas.openxmlformats.org/officeDocument/2006/relationships/image" Target="media/image1561.wmf"/><Relationship Id="rId2983" Type="http://schemas.openxmlformats.org/officeDocument/2006/relationships/image" Target="media/image1753.wmf"/><Relationship Id="rId303" Type="http://schemas.openxmlformats.org/officeDocument/2006/relationships/oleObject" Target="embeddings/oleObject145.bin"/><Relationship Id="rId748" Type="http://schemas.openxmlformats.org/officeDocument/2006/relationships/image" Target="media/image368.wmf"/><Relationship Id="rId955" Type="http://schemas.openxmlformats.org/officeDocument/2006/relationships/oleObject" Target="embeddings/oleObject471.bin"/><Relationship Id="rId1140" Type="http://schemas.openxmlformats.org/officeDocument/2006/relationships/image" Target="media/image564.wmf"/><Relationship Id="rId1378" Type="http://schemas.openxmlformats.org/officeDocument/2006/relationships/image" Target="media/image683.wmf"/><Relationship Id="rId1585" Type="http://schemas.openxmlformats.org/officeDocument/2006/relationships/oleObject" Target="embeddings/oleObject786.bin"/><Relationship Id="rId1792" Type="http://schemas.openxmlformats.org/officeDocument/2006/relationships/image" Target="media/image938.wmf"/><Relationship Id="rId2429" Type="http://schemas.openxmlformats.org/officeDocument/2006/relationships/oleObject" Target="embeddings/oleObject1071.bin"/><Relationship Id="rId2636" Type="http://schemas.openxmlformats.org/officeDocument/2006/relationships/image" Target="media/image1449.wmf"/><Relationship Id="rId2843" Type="http://schemas.openxmlformats.org/officeDocument/2006/relationships/image" Target="media/image1626.wmf"/><Relationship Id="rId84" Type="http://schemas.openxmlformats.org/officeDocument/2006/relationships/image" Target="media/image36.wmf"/><Relationship Id="rId510" Type="http://schemas.openxmlformats.org/officeDocument/2006/relationships/image" Target="media/image249.wmf"/><Relationship Id="rId608" Type="http://schemas.openxmlformats.org/officeDocument/2006/relationships/image" Target="media/image298.wmf"/><Relationship Id="rId815" Type="http://schemas.openxmlformats.org/officeDocument/2006/relationships/oleObject" Target="embeddings/oleObject401.bin"/><Relationship Id="rId1238" Type="http://schemas.openxmlformats.org/officeDocument/2006/relationships/image" Target="media/image613.wmf"/><Relationship Id="rId1445" Type="http://schemas.openxmlformats.org/officeDocument/2006/relationships/oleObject" Target="embeddings/oleObject716.bin"/><Relationship Id="rId1652" Type="http://schemas.openxmlformats.org/officeDocument/2006/relationships/image" Target="media/image820.wmf"/><Relationship Id="rId1000" Type="http://schemas.openxmlformats.org/officeDocument/2006/relationships/image" Target="media/image494.wmf"/><Relationship Id="rId1305" Type="http://schemas.openxmlformats.org/officeDocument/2006/relationships/oleObject" Target="embeddings/oleObject646.bin"/><Relationship Id="rId1957" Type="http://schemas.openxmlformats.org/officeDocument/2006/relationships/image" Target="media/image1103.wmf"/><Relationship Id="rId2703" Type="http://schemas.openxmlformats.org/officeDocument/2006/relationships/image" Target="media/image1488.wmf"/><Relationship Id="rId2910" Type="http://schemas.openxmlformats.org/officeDocument/2006/relationships/image" Target="media/image1683.wmf"/><Relationship Id="rId1512" Type="http://schemas.openxmlformats.org/officeDocument/2006/relationships/image" Target="media/image750.wmf"/><Relationship Id="rId1817" Type="http://schemas.openxmlformats.org/officeDocument/2006/relationships/image" Target="media/image963.wmf"/><Relationship Id="rId3172" Type="http://schemas.openxmlformats.org/officeDocument/2006/relationships/image" Target="media/image1929.wmf"/><Relationship Id="rId11" Type="http://schemas.openxmlformats.org/officeDocument/2006/relationships/hyperlink" Target="https://online.zakon.kz/Document/?doc_id=30054256" TargetMode="External"/><Relationship Id="rId398" Type="http://schemas.openxmlformats.org/officeDocument/2006/relationships/image" Target="media/image193.wmf"/><Relationship Id="rId2079" Type="http://schemas.openxmlformats.org/officeDocument/2006/relationships/oleObject" Target="embeddings/oleObject896.bin"/><Relationship Id="rId3032" Type="http://schemas.openxmlformats.org/officeDocument/2006/relationships/image" Target="media/image1799.wmf"/><Relationship Id="rId160" Type="http://schemas.openxmlformats.org/officeDocument/2006/relationships/image" Target="media/image74.wmf"/><Relationship Id="rId2286" Type="http://schemas.openxmlformats.org/officeDocument/2006/relationships/image" Target="media/image1274.wmf"/><Relationship Id="rId2493" Type="http://schemas.openxmlformats.org/officeDocument/2006/relationships/oleObject" Target="embeddings/oleObject1103.bin"/><Relationship Id="rId3337" Type="http://schemas.openxmlformats.org/officeDocument/2006/relationships/theme" Target="theme/theme1.xml"/><Relationship Id="rId258" Type="http://schemas.openxmlformats.org/officeDocument/2006/relationships/image" Target="media/image123.wmf"/><Relationship Id="rId465" Type="http://schemas.openxmlformats.org/officeDocument/2006/relationships/oleObject" Target="embeddings/oleObject226.bin"/><Relationship Id="rId672" Type="http://schemas.openxmlformats.org/officeDocument/2006/relationships/image" Target="media/image330.wmf"/><Relationship Id="rId1095" Type="http://schemas.openxmlformats.org/officeDocument/2006/relationships/oleObject" Target="embeddings/oleObject541.bin"/><Relationship Id="rId2146" Type="http://schemas.openxmlformats.org/officeDocument/2006/relationships/image" Target="media/image1204.wmf"/><Relationship Id="rId2353" Type="http://schemas.openxmlformats.org/officeDocument/2006/relationships/oleObject" Target="embeddings/oleObject1033.bin"/><Relationship Id="rId2560" Type="http://schemas.openxmlformats.org/officeDocument/2006/relationships/image" Target="media/image1411.wmf"/><Relationship Id="rId2798" Type="http://schemas.openxmlformats.org/officeDocument/2006/relationships/image" Target="media/image1583.wmf"/><Relationship Id="rId118" Type="http://schemas.openxmlformats.org/officeDocument/2006/relationships/image" Target="media/image53.wmf"/><Relationship Id="rId325" Type="http://schemas.openxmlformats.org/officeDocument/2006/relationships/oleObject" Target="embeddings/oleObject156.bin"/><Relationship Id="rId532" Type="http://schemas.openxmlformats.org/officeDocument/2006/relationships/image" Target="media/image260.wmf"/><Relationship Id="rId977" Type="http://schemas.openxmlformats.org/officeDocument/2006/relationships/oleObject" Target="embeddings/oleObject482.bin"/><Relationship Id="rId1162" Type="http://schemas.openxmlformats.org/officeDocument/2006/relationships/image" Target="media/image575.wmf"/><Relationship Id="rId2006" Type="http://schemas.openxmlformats.org/officeDocument/2006/relationships/image" Target="media/image1134.wmf"/><Relationship Id="rId2213" Type="http://schemas.openxmlformats.org/officeDocument/2006/relationships/oleObject" Target="embeddings/oleObject963.bin"/><Relationship Id="rId2420" Type="http://schemas.openxmlformats.org/officeDocument/2006/relationships/image" Target="media/image1341.wmf"/><Relationship Id="rId2658" Type="http://schemas.openxmlformats.org/officeDocument/2006/relationships/image" Target="media/image1460.wmf"/><Relationship Id="rId2865" Type="http://schemas.openxmlformats.org/officeDocument/2006/relationships/image" Target="media/image1641.wmf"/><Relationship Id="rId837" Type="http://schemas.openxmlformats.org/officeDocument/2006/relationships/oleObject" Target="embeddings/oleObject412.bin"/><Relationship Id="rId1022" Type="http://schemas.openxmlformats.org/officeDocument/2006/relationships/image" Target="media/image505.wmf"/><Relationship Id="rId1467" Type="http://schemas.openxmlformats.org/officeDocument/2006/relationships/oleObject" Target="embeddings/oleObject727.bin"/><Relationship Id="rId1674" Type="http://schemas.openxmlformats.org/officeDocument/2006/relationships/image" Target="media/image831.wmf"/><Relationship Id="rId1881" Type="http://schemas.openxmlformats.org/officeDocument/2006/relationships/image" Target="media/image1027.wmf"/><Relationship Id="rId2518" Type="http://schemas.openxmlformats.org/officeDocument/2006/relationships/image" Target="media/image1390.wmf"/><Relationship Id="rId2725" Type="http://schemas.openxmlformats.org/officeDocument/2006/relationships/image" Target="media/image1510.wmf"/><Relationship Id="rId2932" Type="http://schemas.openxmlformats.org/officeDocument/2006/relationships/image" Target="media/image1705.wmf"/><Relationship Id="rId904" Type="http://schemas.openxmlformats.org/officeDocument/2006/relationships/image" Target="media/image446.wmf"/><Relationship Id="rId1327" Type="http://schemas.openxmlformats.org/officeDocument/2006/relationships/oleObject" Target="embeddings/oleObject657.bin"/><Relationship Id="rId1534" Type="http://schemas.openxmlformats.org/officeDocument/2006/relationships/image" Target="media/image761.wmf"/><Relationship Id="rId1741" Type="http://schemas.openxmlformats.org/officeDocument/2006/relationships/image" Target="media/image887.wmf"/><Relationship Id="rId1979" Type="http://schemas.openxmlformats.org/officeDocument/2006/relationships/oleObject" Target="embeddings/oleObject846.bin"/><Relationship Id="rId3194" Type="http://schemas.openxmlformats.org/officeDocument/2006/relationships/image" Target="media/image1938.wmf"/><Relationship Id="rId33" Type="http://schemas.openxmlformats.org/officeDocument/2006/relationships/oleObject" Target="embeddings/oleObject10.bin"/><Relationship Id="rId1601" Type="http://schemas.openxmlformats.org/officeDocument/2006/relationships/oleObject" Target="embeddings/oleObject794.bin"/><Relationship Id="rId1839" Type="http://schemas.openxmlformats.org/officeDocument/2006/relationships/image" Target="media/image985.wmf"/><Relationship Id="rId3054" Type="http://schemas.openxmlformats.org/officeDocument/2006/relationships/image" Target="media/image1817.wmf"/><Relationship Id="rId182" Type="http://schemas.openxmlformats.org/officeDocument/2006/relationships/image" Target="media/image85.wmf"/><Relationship Id="rId1906" Type="http://schemas.openxmlformats.org/officeDocument/2006/relationships/image" Target="media/image1052.wmf"/><Relationship Id="rId3261" Type="http://schemas.openxmlformats.org/officeDocument/2006/relationships/image" Target="media/image1987.wmf"/><Relationship Id="rId487" Type="http://schemas.openxmlformats.org/officeDocument/2006/relationships/oleObject" Target="embeddings/oleObject237.bin"/><Relationship Id="rId694" Type="http://schemas.openxmlformats.org/officeDocument/2006/relationships/image" Target="media/image341.wmf"/><Relationship Id="rId2070" Type="http://schemas.openxmlformats.org/officeDocument/2006/relationships/image" Target="media/image1166.wmf"/><Relationship Id="rId2168" Type="http://schemas.openxmlformats.org/officeDocument/2006/relationships/image" Target="media/image1215.wmf"/><Relationship Id="rId2375" Type="http://schemas.openxmlformats.org/officeDocument/2006/relationships/oleObject" Target="embeddings/oleObject1044.bin"/><Relationship Id="rId3121" Type="http://schemas.openxmlformats.org/officeDocument/2006/relationships/image" Target="media/image1878.wmf"/><Relationship Id="rId3219" Type="http://schemas.openxmlformats.org/officeDocument/2006/relationships/image" Target="media/image1947.wmf"/><Relationship Id="rId347" Type="http://schemas.openxmlformats.org/officeDocument/2006/relationships/oleObject" Target="embeddings/oleObject167.bin"/><Relationship Id="rId999" Type="http://schemas.openxmlformats.org/officeDocument/2006/relationships/oleObject" Target="embeddings/oleObject493.bin"/><Relationship Id="rId1184" Type="http://schemas.openxmlformats.org/officeDocument/2006/relationships/image" Target="media/image586.wmf"/><Relationship Id="rId2028" Type="http://schemas.openxmlformats.org/officeDocument/2006/relationships/image" Target="media/image1145.wmf"/><Relationship Id="rId2582" Type="http://schemas.openxmlformats.org/officeDocument/2006/relationships/image" Target="media/image1422.wmf"/><Relationship Id="rId2887" Type="http://schemas.openxmlformats.org/officeDocument/2006/relationships/image" Target="media/image1660.wmf"/><Relationship Id="rId554" Type="http://schemas.openxmlformats.org/officeDocument/2006/relationships/image" Target="media/image271.wmf"/><Relationship Id="rId761" Type="http://schemas.openxmlformats.org/officeDocument/2006/relationships/oleObject" Target="embeddings/oleObject374.bin"/><Relationship Id="rId859" Type="http://schemas.openxmlformats.org/officeDocument/2006/relationships/oleObject" Target="embeddings/oleObject423.bin"/><Relationship Id="rId1391" Type="http://schemas.openxmlformats.org/officeDocument/2006/relationships/oleObject" Target="embeddings/oleObject689.bin"/><Relationship Id="rId1489" Type="http://schemas.openxmlformats.org/officeDocument/2006/relationships/oleObject" Target="embeddings/oleObject738.bin"/><Relationship Id="rId1696" Type="http://schemas.openxmlformats.org/officeDocument/2006/relationships/image" Target="media/image842.wmf"/><Relationship Id="rId2235" Type="http://schemas.openxmlformats.org/officeDocument/2006/relationships/oleObject" Target="embeddings/oleObject974.bin"/><Relationship Id="rId2442" Type="http://schemas.openxmlformats.org/officeDocument/2006/relationships/image" Target="media/image1352.wmf"/><Relationship Id="rId207" Type="http://schemas.openxmlformats.org/officeDocument/2006/relationships/oleObject" Target="embeddings/oleObject97.bin"/><Relationship Id="rId414" Type="http://schemas.openxmlformats.org/officeDocument/2006/relationships/image" Target="media/image201.wmf"/><Relationship Id="rId621" Type="http://schemas.openxmlformats.org/officeDocument/2006/relationships/oleObject" Target="embeddings/oleObject304.bin"/><Relationship Id="rId1044" Type="http://schemas.openxmlformats.org/officeDocument/2006/relationships/image" Target="media/image516.wmf"/><Relationship Id="rId1251" Type="http://schemas.openxmlformats.org/officeDocument/2006/relationships/oleObject" Target="embeddings/oleObject619.bin"/><Relationship Id="rId1349" Type="http://schemas.openxmlformats.org/officeDocument/2006/relationships/oleObject" Target="embeddings/oleObject668.bin"/><Relationship Id="rId2302" Type="http://schemas.openxmlformats.org/officeDocument/2006/relationships/image" Target="media/image1282.wmf"/><Relationship Id="rId2747" Type="http://schemas.openxmlformats.org/officeDocument/2006/relationships/image" Target="media/image1532.wmf"/><Relationship Id="rId2954" Type="http://schemas.openxmlformats.org/officeDocument/2006/relationships/image" Target="media/image1725.wmf"/><Relationship Id="rId719" Type="http://schemas.openxmlformats.org/officeDocument/2006/relationships/oleObject" Target="embeddings/oleObject353.bin"/><Relationship Id="rId926" Type="http://schemas.openxmlformats.org/officeDocument/2006/relationships/image" Target="media/image457.wmf"/><Relationship Id="rId1111" Type="http://schemas.openxmlformats.org/officeDocument/2006/relationships/oleObject" Target="embeddings/oleObject549.bin"/><Relationship Id="rId1556" Type="http://schemas.openxmlformats.org/officeDocument/2006/relationships/image" Target="media/image772.wmf"/><Relationship Id="rId1763" Type="http://schemas.openxmlformats.org/officeDocument/2006/relationships/image" Target="media/image909.wmf"/><Relationship Id="rId1970" Type="http://schemas.openxmlformats.org/officeDocument/2006/relationships/image" Target="media/image1116.wmf"/><Relationship Id="rId2607" Type="http://schemas.openxmlformats.org/officeDocument/2006/relationships/oleObject" Target="embeddings/oleObject1160.bin"/><Relationship Id="rId2814" Type="http://schemas.openxmlformats.org/officeDocument/2006/relationships/image" Target="media/image1599.wmf"/><Relationship Id="rId55" Type="http://schemas.openxmlformats.org/officeDocument/2006/relationships/oleObject" Target="embeddings/oleObject21.bin"/><Relationship Id="rId1209" Type="http://schemas.openxmlformats.org/officeDocument/2006/relationships/oleObject" Target="embeddings/oleObject598.bin"/><Relationship Id="rId1416" Type="http://schemas.openxmlformats.org/officeDocument/2006/relationships/image" Target="media/image702.wmf"/><Relationship Id="rId1623" Type="http://schemas.openxmlformats.org/officeDocument/2006/relationships/oleObject" Target="embeddings/oleObject805.bin"/><Relationship Id="rId1830" Type="http://schemas.openxmlformats.org/officeDocument/2006/relationships/image" Target="media/image976.wmf"/><Relationship Id="rId3076" Type="http://schemas.openxmlformats.org/officeDocument/2006/relationships/image" Target="media/image1834.wmf"/><Relationship Id="rId3283" Type="http://schemas.openxmlformats.org/officeDocument/2006/relationships/image" Target="media/image2009.wmf"/><Relationship Id="rId1928" Type="http://schemas.openxmlformats.org/officeDocument/2006/relationships/image" Target="media/image1074.wmf"/><Relationship Id="rId2092" Type="http://schemas.openxmlformats.org/officeDocument/2006/relationships/image" Target="media/image1177.wmf"/><Relationship Id="rId3143" Type="http://schemas.openxmlformats.org/officeDocument/2006/relationships/image" Target="media/image1900.wmf"/><Relationship Id="rId271" Type="http://schemas.openxmlformats.org/officeDocument/2006/relationships/oleObject" Target="embeddings/oleObject129.bin"/><Relationship Id="rId2397" Type="http://schemas.openxmlformats.org/officeDocument/2006/relationships/oleObject" Target="embeddings/oleObject1055.bin"/><Relationship Id="rId3003" Type="http://schemas.openxmlformats.org/officeDocument/2006/relationships/image" Target="media/image1771.wmf"/><Relationship Id="rId131" Type="http://schemas.openxmlformats.org/officeDocument/2006/relationships/oleObject" Target="embeddings/oleObject59.bin"/><Relationship Id="rId369" Type="http://schemas.openxmlformats.org/officeDocument/2006/relationships/oleObject" Target="embeddings/oleObject178.bin"/><Relationship Id="rId576" Type="http://schemas.openxmlformats.org/officeDocument/2006/relationships/image" Target="media/image282.wmf"/><Relationship Id="rId783" Type="http://schemas.openxmlformats.org/officeDocument/2006/relationships/oleObject" Target="embeddings/oleObject385.bin"/><Relationship Id="rId990" Type="http://schemas.openxmlformats.org/officeDocument/2006/relationships/image" Target="media/image489.wmf"/><Relationship Id="rId2257" Type="http://schemas.openxmlformats.org/officeDocument/2006/relationships/oleObject" Target="embeddings/oleObject985.bin"/><Relationship Id="rId2464" Type="http://schemas.openxmlformats.org/officeDocument/2006/relationships/image" Target="media/image1363.wmf"/><Relationship Id="rId2671" Type="http://schemas.openxmlformats.org/officeDocument/2006/relationships/oleObject" Target="embeddings/oleObject1192.bin"/><Relationship Id="rId3210" Type="http://schemas.openxmlformats.org/officeDocument/2006/relationships/oleObject" Target="embeddings/oleObject1255.bin"/><Relationship Id="rId3308" Type="http://schemas.openxmlformats.org/officeDocument/2006/relationships/oleObject" Target="embeddings/oleObject1263.bin"/><Relationship Id="rId229" Type="http://schemas.openxmlformats.org/officeDocument/2006/relationships/oleObject" Target="embeddings/oleObject108.bin"/><Relationship Id="rId436" Type="http://schemas.openxmlformats.org/officeDocument/2006/relationships/image" Target="media/image212.wmf"/><Relationship Id="rId643" Type="http://schemas.openxmlformats.org/officeDocument/2006/relationships/oleObject" Target="embeddings/oleObject315.bin"/><Relationship Id="rId1066" Type="http://schemas.openxmlformats.org/officeDocument/2006/relationships/image" Target="media/image527.wmf"/><Relationship Id="rId1273" Type="http://schemas.openxmlformats.org/officeDocument/2006/relationships/oleObject" Target="embeddings/oleObject630.bin"/><Relationship Id="rId1480" Type="http://schemas.openxmlformats.org/officeDocument/2006/relationships/image" Target="media/image734.wmf"/><Relationship Id="rId2117" Type="http://schemas.openxmlformats.org/officeDocument/2006/relationships/oleObject" Target="embeddings/oleObject915.bin"/><Relationship Id="rId2324" Type="http://schemas.openxmlformats.org/officeDocument/2006/relationships/image" Target="media/image1293.wmf"/><Relationship Id="rId2769" Type="http://schemas.openxmlformats.org/officeDocument/2006/relationships/image" Target="media/image1554.wmf"/><Relationship Id="rId2976" Type="http://schemas.openxmlformats.org/officeDocument/2006/relationships/image" Target="media/image1746.wmf"/><Relationship Id="rId850" Type="http://schemas.openxmlformats.org/officeDocument/2006/relationships/image" Target="media/image419.wmf"/><Relationship Id="rId948" Type="http://schemas.openxmlformats.org/officeDocument/2006/relationships/image" Target="media/image468.wmf"/><Relationship Id="rId1133" Type="http://schemas.openxmlformats.org/officeDocument/2006/relationships/oleObject" Target="embeddings/oleObject560.bin"/><Relationship Id="rId1578" Type="http://schemas.openxmlformats.org/officeDocument/2006/relationships/image" Target="media/image783.wmf"/><Relationship Id="rId1785" Type="http://schemas.openxmlformats.org/officeDocument/2006/relationships/image" Target="media/image931.wmf"/><Relationship Id="rId1992" Type="http://schemas.openxmlformats.org/officeDocument/2006/relationships/image" Target="media/image1127.wmf"/><Relationship Id="rId2531" Type="http://schemas.openxmlformats.org/officeDocument/2006/relationships/oleObject" Target="embeddings/oleObject1122.bin"/><Relationship Id="rId2629" Type="http://schemas.openxmlformats.org/officeDocument/2006/relationships/oleObject" Target="embeddings/oleObject1171.bin"/><Relationship Id="rId2836" Type="http://schemas.openxmlformats.org/officeDocument/2006/relationships/image" Target="media/image1619.wmf"/><Relationship Id="rId77" Type="http://schemas.openxmlformats.org/officeDocument/2006/relationships/oleObject" Target="embeddings/oleObject32.bin"/><Relationship Id="rId503" Type="http://schemas.openxmlformats.org/officeDocument/2006/relationships/oleObject" Target="embeddings/oleObject245.bin"/><Relationship Id="rId710" Type="http://schemas.openxmlformats.org/officeDocument/2006/relationships/image" Target="media/image349.wmf"/><Relationship Id="rId808" Type="http://schemas.openxmlformats.org/officeDocument/2006/relationships/image" Target="media/image398.wmf"/><Relationship Id="rId1340" Type="http://schemas.openxmlformats.org/officeDocument/2006/relationships/image" Target="media/image664.wmf"/><Relationship Id="rId1438" Type="http://schemas.openxmlformats.org/officeDocument/2006/relationships/image" Target="media/image713.wmf"/><Relationship Id="rId1645" Type="http://schemas.openxmlformats.org/officeDocument/2006/relationships/oleObject" Target="embeddings/oleObject816.bin"/><Relationship Id="rId3098" Type="http://schemas.openxmlformats.org/officeDocument/2006/relationships/image" Target="media/image1855.wmf"/><Relationship Id="rId1200" Type="http://schemas.openxmlformats.org/officeDocument/2006/relationships/image" Target="media/image594.wmf"/><Relationship Id="rId1852" Type="http://schemas.openxmlformats.org/officeDocument/2006/relationships/image" Target="media/image998.wmf"/><Relationship Id="rId2903" Type="http://schemas.openxmlformats.org/officeDocument/2006/relationships/image" Target="media/image1676.wmf"/><Relationship Id="rId1505" Type="http://schemas.openxmlformats.org/officeDocument/2006/relationships/oleObject" Target="embeddings/oleObject746.bin"/><Relationship Id="rId1712" Type="http://schemas.openxmlformats.org/officeDocument/2006/relationships/image" Target="media/image858.wmf"/><Relationship Id="rId3165" Type="http://schemas.openxmlformats.org/officeDocument/2006/relationships/image" Target="media/image1922.wmf"/><Relationship Id="rId293" Type="http://schemas.openxmlformats.org/officeDocument/2006/relationships/oleObject" Target="embeddings/oleObject140.bin"/><Relationship Id="rId2181" Type="http://schemas.openxmlformats.org/officeDocument/2006/relationships/oleObject" Target="embeddings/oleObject947.bin"/><Relationship Id="rId3025" Type="http://schemas.openxmlformats.org/officeDocument/2006/relationships/image" Target="media/image1792.wmf"/><Relationship Id="rId3232" Type="http://schemas.openxmlformats.org/officeDocument/2006/relationships/image" Target="media/image1960.wmf"/><Relationship Id="rId153" Type="http://schemas.openxmlformats.org/officeDocument/2006/relationships/oleObject" Target="embeddings/oleObject70.bin"/><Relationship Id="rId360" Type="http://schemas.openxmlformats.org/officeDocument/2006/relationships/image" Target="media/image174.wmf"/><Relationship Id="rId598" Type="http://schemas.openxmlformats.org/officeDocument/2006/relationships/image" Target="media/image293.wmf"/><Relationship Id="rId2041" Type="http://schemas.openxmlformats.org/officeDocument/2006/relationships/oleObject" Target="embeddings/oleObject877.bin"/><Relationship Id="rId2279" Type="http://schemas.openxmlformats.org/officeDocument/2006/relationships/oleObject" Target="embeddings/oleObject996.bin"/><Relationship Id="rId2486" Type="http://schemas.openxmlformats.org/officeDocument/2006/relationships/image" Target="media/image1374.wmf"/><Relationship Id="rId2693" Type="http://schemas.openxmlformats.org/officeDocument/2006/relationships/image" Target="media/image1478.wmf"/><Relationship Id="rId220" Type="http://schemas.openxmlformats.org/officeDocument/2006/relationships/image" Target="media/image104.wmf"/><Relationship Id="rId458" Type="http://schemas.openxmlformats.org/officeDocument/2006/relationships/image" Target="media/image223.wmf"/><Relationship Id="rId665" Type="http://schemas.openxmlformats.org/officeDocument/2006/relationships/oleObject" Target="embeddings/oleObject326.bin"/><Relationship Id="rId872" Type="http://schemas.openxmlformats.org/officeDocument/2006/relationships/image" Target="media/image430.wmf"/><Relationship Id="rId1088" Type="http://schemas.openxmlformats.org/officeDocument/2006/relationships/image" Target="media/image538.wmf"/><Relationship Id="rId1295" Type="http://schemas.openxmlformats.org/officeDocument/2006/relationships/oleObject" Target="embeddings/oleObject641.bin"/><Relationship Id="rId2139" Type="http://schemas.openxmlformats.org/officeDocument/2006/relationships/oleObject" Target="embeddings/oleObject926.bin"/><Relationship Id="rId2346" Type="http://schemas.openxmlformats.org/officeDocument/2006/relationships/image" Target="media/image1304.wmf"/><Relationship Id="rId2553" Type="http://schemas.openxmlformats.org/officeDocument/2006/relationships/oleObject" Target="embeddings/oleObject1133.bin"/><Relationship Id="rId2760" Type="http://schemas.openxmlformats.org/officeDocument/2006/relationships/image" Target="media/image1545.wmf"/><Relationship Id="rId2998" Type="http://schemas.openxmlformats.org/officeDocument/2006/relationships/image" Target="media/image1766.wmf"/><Relationship Id="rId318" Type="http://schemas.openxmlformats.org/officeDocument/2006/relationships/image" Target="media/image153.wmf"/><Relationship Id="rId525" Type="http://schemas.openxmlformats.org/officeDocument/2006/relationships/oleObject" Target="embeddings/oleObject256.bin"/><Relationship Id="rId732" Type="http://schemas.openxmlformats.org/officeDocument/2006/relationships/image" Target="media/image360.wmf"/><Relationship Id="rId1155" Type="http://schemas.openxmlformats.org/officeDocument/2006/relationships/oleObject" Target="embeddings/oleObject571.bin"/><Relationship Id="rId1362" Type="http://schemas.openxmlformats.org/officeDocument/2006/relationships/image" Target="media/image675.wmf"/><Relationship Id="rId2206" Type="http://schemas.openxmlformats.org/officeDocument/2006/relationships/image" Target="media/image1234.wmf"/><Relationship Id="rId2413" Type="http://schemas.openxmlformats.org/officeDocument/2006/relationships/oleObject" Target="embeddings/oleObject1063.bin"/><Relationship Id="rId2620" Type="http://schemas.openxmlformats.org/officeDocument/2006/relationships/image" Target="media/image1441.wmf"/><Relationship Id="rId2858" Type="http://schemas.openxmlformats.org/officeDocument/2006/relationships/image" Target="media/image1634.wmf"/><Relationship Id="rId99" Type="http://schemas.openxmlformats.org/officeDocument/2006/relationships/oleObject" Target="embeddings/oleObject43.bin"/><Relationship Id="rId1015" Type="http://schemas.openxmlformats.org/officeDocument/2006/relationships/oleObject" Target="embeddings/oleObject501.bin"/><Relationship Id="rId1222" Type="http://schemas.openxmlformats.org/officeDocument/2006/relationships/image" Target="media/image605.wmf"/><Relationship Id="rId1667" Type="http://schemas.openxmlformats.org/officeDocument/2006/relationships/oleObject" Target="embeddings/oleObject827.bin"/><Relationship Id="rId1874" Type="http://schemas.openxmlformats.org/officeDocument/2006/relationships/image" Target="media/image1020.wmf"/><Relationship Id="rId2718" Type="http://schemas.openxmlformats.org/officeDocument/2006/relationships/image" Target="media/image1503.wmf"/><Relationship Id="rId2925" Type="http://schemas.openxmlformats.org/officeDocument/2006/relationships/image" Target="media/image1698.wmf"/><Relationship Id="rId1527" Type="http://schemas.openxmlformats.org/officeDocument/2006/relationships/oleObject" Target="embeddings/oleObject757.bin"/><Relationship Id="rId1734" Type="http://schemas.openxmlformats.org/officeDocument/2006/relationships/image" Target="media/image880.wmf"/><Relationship Id="rId1941" Type="http://schemas.openxmlformats.org/officeDocument/2006/relationships/image" Target="media/image1087.wmf"/><Relationship Id="rId3187" Type="http://schemas.openxmlformats.org/officeDocument/2006/relationships/image" Target="media/image1936.wmf"/><Relationship Id="rId26" Type="http://schemas.openxmlformats.org/officeDocument/2006/relationships/image" Target="media/image7.wmf"/><Relationship Id="rId3047" Type="http://schemas.openxmlformats.org/officeDocument/2006/relationships/image" Target="media/image1811.wmf"/><Relationship Id="rId175" Type="http://schemas.openxmlformats.org/officeDocument/2006/relationships/oleObject" Target="embeddings/oleObject81.bin"/><Relationship Id="rId1801" Type="http://schemas.openxmlformats.org/officeDocument/2006/relationships/image" Target="media/image947.wmf"/><Relationship Id="rId3254" Type="http://schemas.openxmlformats.org/officeDocument/2006/relationships/image" Target="media/image1981.wmf"/><Relationship Id="rId382" Type="http://schemas.openxmlformats.org/officeDocument/2006/relationships/image" Target="media/image185.wmf"/><Relationship Id="rId687" Type="http://schemas.openxmlformats.org/officeDocument/2006/relationships/oleObject" Target="embeddings/oleObject337.bin"/><Relationship Id="rId2063" Type="http://schemas.openxmlformats.org/officeDocument/2006/relationships/oleObject" Target="embeddings/oleObject888.bin"/><Relationship Id="rId2270" Type="http://schemas.openxmlformats.org/officeDocument/2006/relationships/image" Target="media/image1266.wmf"/><Relationship Id="rId2368" Type="http://schemas.openxmlformats.org/officeDocument/2006/relationships/image" Target="media/image1315.wmf"/><Relationship Id="rId3114" Type="http://schemas.openxmlformats.org/officeDocument/2006/relationships/image" Target="media/image1871.wmf"/><Relationship Id="rId3321" Type="http://schemas.openxmlformats.org/officeDocument/2006/relationships/image" Target="media/image2044.wmf"/><Relationship Id="rId242" Type="http://schemas.openxmlformats.org/officeDocument/2006/relationships/image" Target="media/image115.wmf"/><Relationship Id="rId894" Type="http://schemas.openxmlformats.org/officeDocument/2006/relationships/image" Target="media/image441.wmf"/><Relationship Id="rId1177" Type="http://schemas.openxmlformats.org/officeDocument/2006/relationships/oleObject" Target="embeddings/oleObject582.bin"/><Relationship Id="rId2130" Type="http://schemas.openxmlformats.org/officeDocument/2006/relationships/image" Target="media/image1196.wmf"/><Relationship Id="rId2575" Type="http://schemas.openxmlformats.org/officeDocument/2006/relationships/oleObject" Target="embeddings/oleObject1144.bin"/><Relationship Id="rId2782" Type="http://schemas.openxmlformats.org/officeDocument/2006/relationships/image" Target="media/image1567.wmf"/><Relationship Id="rId102" Type="http://schemas.openxmlformats.org/officeDocument/2006/relationships/image" Target="media/image45.wmf"/><Relationship Id="rId547" Type="http://schemas.openxmlformats.org/officeDocument/2006/relationships/oleObject" Target="embeddings/oleObject267.bin"/><Relationship Id="rId754" Type="http://schemas.openxmlformats.org/officeDocument/2006/relationships/image" Target="media/image371.wmf"/><Relationship Id="rId961" Type="http://schemas.openxmlformats.org/officeDocument/2006/relationships/oleObject" Target="embeddings/oleObject474.bin"/><Relationship Id="rId1384" Type="http://schemas.openxmlformats.org/officeDocument/2006/relationships/image" Target="media/image686.wmf"/><Relationship Id="rId1591" Type="http://schemas.openxmlformats.org/officeDocument/2006/relationships/oleObject" Target="embeddings/oleObject789.bin"/><Relationship Id="rId1689" Type="http://schemas.openxmlformats.org/officeDocument/2006/relationships/oleObject" Target="embeddings/oleObject838.bin"/><Relationship Id="rId2228" Type="http://schemas.openxmlformats.org/officeDocument/2006/relationships/image" Target="media/image1245.wmf"/><Relationship Id="rId2435" Type="http://schemas.openxmlformats.org/officeDocument/2006/relationships/oleObject" Target="embeddings/oleObject1074.bin"/><Relationship Id="rId2642" Type="http://schemas.openxmlformats.org/officeDocument/2006/relationships/image" Target="media/image1452.wmf"/><Relationship Id="rId90" Type="http://schemas.openxmlformats.org/officeDocument/2006/relationships/image" Target="media/image39.wmf"/><Relationship Id="rId407" Type="http://schemas.openxmlformats.org/officeDocument/2006/relationships/oleObject" Target="embeddings/oleObject197.bin"/><Relationship Id="rId614" Type="http://schemas.openxmlformats.org/officeDocument/2006/relationships/image" Target="media/image301.wmf"/><Relationship Id="rId821" Type="http://schemas.openxmlformats.org/officeDocument/2006/relationships/oleObject" Target="embeddings/oleObject404.bin"/><Relationship Id="rId1037" Type="http://schemas.openxmlformats.org/officeDocument/2006/relationships/oleObject" Target="embeddings/oleObject512.bin"/><Relationship Id="rId1244" Type="http://schemas.openxmlformats.org/officeDocument/2006/relationships/image" Target="media/image616.wmf"/><Relationship Id="rId1451" Type="http://schemas.openxmlformats.org/officeDocument/2006/relationships/oleObject" Target="embeddings/oleObject719.bin"/><Relationship Id="rId1896" Type="http://schemas.openxmlformats.org/officeDocument/2006/relationships/image" Target="media/image1042.wmf"/><Relationship Id="rId2502" Type="http://schemas.openxmlformats.org/officeDocument/2006/relationships/image" Target="media/image1382.wmf"/><Relationship Id="rId2947" Type="http://schemas.openxmlformats.org/officeDocument/2006/relationships/image" Target="media/image1718.wmf"/><Relationship Id="rId919" Type="http://schemas.openxmlformats.org/officeDocument/2006/relationships/oleObject" Target="embeddings/oleObject453.bin"/><Relationship Id="rId1104" Type="http://schemas.openxmlformats.org/officeDocument/2006/relationships/image" Target="media/image546.wmf"/><Relationship Id="rId1311" Type="http://schemas.openxmlformats.org/officeDocument/2006/relationships/oleObject" Target="embeddings/oleObject649.bin"/><Relationship Id="rId1549" Type="http://schemas.openxmlformats.org/officeDocument/2006/relationships/oleObject" Target="embeddings/oleObject768.bin"/><Relationship Id="rId1756" Type="http://schemas.openxmlformats.org/officeDocument/2006/relationships/image" Target="media/image902.wmf"/><Relationship Id="rId1963" Type="http://schemas.openxmlformats.org/officeDocument/2006/relationships/image" Target="media/image1109.wmf"/><Relationship Id="rId2807" Type="http://schemas.openxmlformats.org/officeDocument/2006/relationships/image" Target="media/image1592.wmf"/><Relationship Id="rId48" Type="http://schemas.openxmlformats.org/officeDocument/2006/relationships/image" Target="media/image18.wmf"/><Relationship Id="rId1409" Type="http://schemas.openxmlformats.org/officeDocument/2006/relationships/oleObject" Target="embeddings/oleObject698.bin"/><Relationship Id="rId1616" Type="http://schemas.openxmlformats.org/officeDocument/2006/relationships/image" Target="media/image802.wmf"/><Relationship Id="rId1823" Type="http://schemas.openxmlformats.org/officeDocument/2006/relationships/image" Target="media/image969.wmf"/><Relationship Id="rId3069" Type="http://schemas.openxmlformats.org/officeDocument/2006/relationships/image" Target="media/image1828.wmf"/><Relationship Id="rId3276" Type="http://schemas.openxmlformats.org/officeDocument/2006/relationships/image" Target="media/image2002.wmf"/><Relationship Id="rId197" Type="http://schemas.openxmlformats.org/officeDocument/2006/relationships/oleObject" Target="embeddings/oleObject92.bin"/><Relationship Id="rId2085" Type="http://schemas.openxmlformats.org/officeDocument/2006/relationships/oleObject" Target="embeddings/oleObject899.bin"/><Relationship Id="rId2292" Type="http://schemas.openxmlformats.org/officeDocument/2006/relationships/image" Target="media/image1277.wmf"/><Relationship Id="rId3136" Type="http://schemas.openxmlformats.org/officeDocument/2006/relationships/image" Target="media/image1893.wmf"/><Relationship Id="rId264" Type="http://schemas.openxmlformats.org/officeDocument/2006/relationships/image" Target="media/image126.wmf"/><Relationship Id="rId471" Type="http://schemas.openxmlformats.org/officeDocument/2006/relationships/oleObject" Target="embeddings/oleObject229.bin"/><Relationship Id="rId2152" Type="http://schemas.openxmlformats.org/officeDocument/2006/relationships/image" Target="media/image1207.wmf"/><Relationship Id="rId2597" Type="http://schemas.openxmlformats.org/officeDocument/2006/relationships/oleObject" Target="embeddings/oleObject1155.bin"/><Relationship Id="rId124" Type="http://schemas.openxmlformats.org/officeDocument/2006/relationships/image" Target="media/image56.wmf"/><Relationship Id="rId569" Type="http://schemas.openxmlformats.org/officeDocument/2006/relationships/oleObject" Target="embeddings/oleObject278.bin"/><Relationship Id="rId776" Type="http://schemas.openxmlformats.org/officeDocument/2006/relationships/image" Target="media/image382.wmf"/><Relationship Id="rId983" Type="http://schemas.openxmlformats.org/officeDocument/2006/relationships/oleObject" Target="embeddings/oleObject485.bin"/><Relationship Id="rId1199" Type="http://schemas.openxmlformats.org/officeDocument/2006/relationships/oleObject" Target="embeddings/oleObject593.bin"/><Relationship Id="rId2457" Type="http://schemas.openxmlformats.org/officeDocument/2006/relationships/oleObject" Target="embeddings/oleObject1085.bin"/><Relationship Id="rId2664" Type="http://schemas.openxmlformats.org/officeDocument/2006/relationships/image" Target="media/image1463.wmf"/><Relationship Id="rId3203" Type="http://schemas.openxmlformats.org/officeDocument/2006/relationships/oleObject" Target="embeddings/oleObject1250.bin"/><Relationship Id="rId331" Type="http://schemas.openxmlformats.org/officeDocument/2006/relationships/oleObject" Target="embeddings/oleObject159.bin"/><Relationship Id="rId429" Type="http://schemas.openxmlformats.org/officeDocument/2006/relationships/oleObject" Target="embeddings/oleObject208.bin"/><Relationship Id="rId636" Type="http://schemas.openxmlformats.org/officeDocument/2006/relationships/image" Target="media/image312.wmf"/><Relationship Id="rId1059" Type="http://schemas.openxmlformats.org/officeDocument/2006/relationships/oleObject" Target="embeddings/oleObject523.bin"/><Relationship Id="rId1266" Type="http://schemas.openxmlformats.org/officeDocument/2006/relationships/image" Target="media/image627.wmf"/><Relationship Id="rId1473" Type="http://schemas.openxmlformats.org/officeDocument/2006/relationships/oleObject" Target="embeddings/oleObject730.bin"/><Relationship Id="rId2012" Type="http://schemas.openxmlformats.org/officeDocument/2006/relationships/image" Target="media/image1137.wmf"/><Relationship Id="rId2317" Type="http://schemas.openxmlformats.org/officeDocument/2006/relationships/oleObject" Target="embeddings/oleObject1015.bin"/><Relationship Id="rId2871" Type="http://schemas.openxmlformats.org/officeDocument/2006/relationships/image" Target="media/image1646.wmf"/><Relationship Id="rId2969" Type="http://schemas.openxmlformats.org/officeDocument/2006/relationships/image" Target="media/image1740.wmf"/><Relationship Id="rId843" Type="http://schemas.openxmlformats.org/officeDocument/2006/relationships/oleObject" Target="embeddings/oleObject415.bin"/><Relationship Id="rId1126" Type="http://schemas.openxmlformats.org/officeDocument/2006/relationships/image" Target="media/image557.wmf"/><Relationship Id="rId1680" Type="http://schemas.openxmlformats.org/officeDocument/2006/relationships/image" Target="media/image834.wmf"/><Relationship Id="rId1778" Type="http://schemas.openxmlformats.org/officeDocument/2006/relationships/image" Target="media/image924.wmf"/><Relationship Id="rId1985" Type="http://schemas.openxmlformats.org/officeDocument/2006/relationships/oleObject" Target="embeddings/oleObject849.bin"/><Relationship Id="rId2524" Type="http://schemas.openxmlformats.org/officeDocument/2006/relationships/image" Target="media/image1393.wmf"/><Relationship Id="rId2731" Type="http://schemas.openxmlformats.org/officeDocument/2006/relationships/image" Target="media/image1516.wmf"/><Relationship Id="rId2829" Type="http://schemas.openxmlformats.org/officeDocument/2006/relationships/image" Target="media/image1612.wmf"/><Relationship Id="rId703" Type="http://schemas.openxmlformats.org/officeDocument/2006/relationships/oleObject" Target="embeddings/oleObject345.bin"/><Relationship Id="rId910" Type="http://schemas.openxmlformats.org/officeDocument/2006/relationships/image" Target="media/image449.wmf"/><Relationship Id="rId1333" Type="http://schemas.openxmlformats.org/officeDocument/2006/relationships/oleObject" Target="embeddings/oleObject660.bin"/><Relationship Id="rId1540" Type="http://schemas.openxmlformats.org/officeDocument/2006/relationships/image" Target="media/image764.wmf"/><Relationship Id="rId1638" Type="http://schemas.openxmlformats.org/officeDocument/2006/relationships/image" Target="media/image813.wmf"/><Relationship Id="rId1400" Type="http://schemas.openxmlformats.org/officeDocument/2006/relationships/image" Target="media/image694.wmf"/><Relationship Id="rId1845" Type="http://schemas.openxmlformats.org/officeDocument/2006/relationships/image" Target="media/image991.wmf"/><Relationship Id="rId3060" Type="http://schemas.openxmlformats.org/officeDocument/2006/relationships/image" Target="media/image1822.wmf"/><Relationship Id="rId3298" Type="http://schemas.openxmlformats.org/officeDocument/2006/relationships/image" Target="media/image2023.wmf"/><Relationship Id="rId1705" Type="http://schemas.openxmlformats.org/officeDocument/2006/relationships/image" Target="media/image851.wmf"/><Relationship Id="rId1912" Type="http://schemas.openxmlformats.org/officeDocument/2006/relationships/image" Target="media/image1058.wmf"/><Relationship Id="rId3158" Type="http://schemas.openxmlformats.org/officeDocument/2006/relationships/image" Target="media/image1915.wmf"/><Relationship Id="rId286" Type="http://schemas.openxmlformats.org/officeDocument/2006/relationships/image" Target="media/image137.wmf"/><Relationship Id="rId493" Type="http://schemas.openxmlformats.org/officeDocument/2006/relationships/oleObject" Target="embeddings/oleObject240.bin"/><Relationship Id="rId2174" Type="http://schemas.openxmlformats.org/officeDocument/2006/relationships/image" Target="media/image1218.wmf"/><Relationship Id="rId2381" Type="http://schemas.openxmlformats.org/officeDocument/2006/relationships/oleObject" Target="embeddings/oleObject1047.bin"/><Relationship Id="rId3018" Type="http://schemas.openxmlformats.org/officeDocument/2006/relationships/image" Target="media/image1785.wmf"/><Relationship Id="rId3225" Type="http://schemas.openxmlformats.org/officeDocument/2006/relationships/image" Target="media/image1953.wmf"/><Relationship Id="rId146" Type="http://schemas.openxmlformats.org/officeDocument/2006/relationships/image" Target="media/image67.wmf"/><Relationship Id="rId353" Type="http://schemas.openxmlformats.org/officeDocument/2006/relationships/oleObject" Target="embeddings/oleObject170.bin"/><Relationship Id="rId560" Type="http://schemas.openxmlformats.org/officeDocument/2006/relationships/image" Target="media/image274.wmf"/><Relationship Id="rId798" Type="http://schemas.openxmlformats.org/officeDocument/2006/relationships/image" Target="media/image393.wmf"/><Relationship Id="rId1190" Type="http://schemas.openxmlformats.org/officeDocument/2006/relationships/image" Target="media/image589.wmf"/><Relationship Id="rId2034" Type="http://schemas.openxmlformats.org/officeDocument/2006/relationships/image" Target="media/image1148.wmf"/><Relationship Id="rId2241" Type="http://schemas.openxmlformats.org/officeDocument/2006/relationships/oleObject" Target="embeddings/oleObject977.bin"/><Relationship Id="rId2479" Type="http://schemas.openxmlformats.org/officeDocument/2006/relationships/oleObject" Target="embeddings/oleObject1096.bin"/><Relationship Id="rId2686" Type="http://schemas.openxmlformats.org/officeDocument/2006/relationships/image" Target="media/image1474.wmf"/><Relationship Id="rId2893" Type="http://schemas.openxmlformats.org/officeDocument/2006/relationships/image" Target="media/image1666.wmf"/><Relationship Id="rId213" Type="http://schemas.openxmlformats.org/officeDocument/2006/relationships/oleObject" Target="embeddings/oleObject100.bin"/><Relationship Id="rId420" Type="http://schemas.openxmlformats.org/officeDocument/2006/relationships/image" Target="media/image204.wmf"/><Relationship Id="rId658" Type="http://schemas.openxmlformats.org/officeDocument/2006/relationships/image" Target="media/image323.wmf"/><Relationship Id="rId865" Type="http://schemas.openxmlformats.org/officeDocument/2006/relationships/oleObject" Target="embeddings/oleObject426.bin"/><Relationship Id="rId1050" Type="http://schemas.openxmlformats.org/officeDocument/2006/relationships/image" Target="media/image519.wmf"/><Relationship Id="rId1288" Type="http://schemas.openxmlformats.org/officeDocument/2006/relationships/image" Target="media/image638.wmf"/><Relationship Id="rId1495" Type="http://schemas.openxmlformats.org/officeDocument/2006/relationships/oleObject" Target="embeddings/oleObject741.bin"/><Relationship Id="rId2101" Type="http://schemas.openxmlformats.org/officeDocument/2006/relationships/oleObject" Target="embeddings/oleObject907.bin"/><Relationship Id="rId2339" Type="http://schemas.openxmlformats.org/officeDocument/2006/relationships/oleObject" Target="embeddings/oleObject1026.bin"/><Relationship Id="rId2546" Type="http://schemas.openxmlformats.org/officeDocument/2006/relationships/image" Target="media/image1404.wmf"/><Relationship Id="rId2753" Type="http://schemas.openxmlformats.org/officeDocument/2006/relationships/image" Target="media/image1538.wmf"/><Relationship Id="rId2960" Type="http://schemas.openxmlformats.org/officeDocument/2006/relationships/image" Target="media/image1731.wmf"/><Relationship Id="rId518" Type="http://schemas.openxmlformats.org/officeDocument/2006/relationships/image" Target="media/image253.wmf"/><Relationship Id="rId725" Type="http://schemas.openxmlformats.org/officeDocument/2006/relationships/oleObject" Target="embeddings/oleObject356.bin"/><Relationship Id="rId932" Type="http://schemas.openxmlformats.org/officeDocument/2006/relationships/image" Target="media/image460.wmf"/><Relationship Id="rId1148" Type="http://schemas.openxmlformats.org/officeDocument/2006/relationships/image" Target="media/image568.wmf"/><Relationship Id="rId1355" Type="http://schemas.openxmlformats.org/officeDocument/2006/relationships/oleObject" Target="embeddings/oleObject671.bin"/><Relationship Id="rId1562" Type="http://schemas.openxmlformats.org/officeDocument/2006/relationships/image" Target="media/image775.wmf"/><Relationship Id="rId2406" Type="http://schemas.openxmlformats.org/officeDocument/2006/relationships/image" Target="media/image1334.wmf"/><Relationship Id="rId2613" Type="http://schemas.openxmlformats.org/officeDocument/2006/relationships/oleObject" Target="embeddings/oleObject1163.bin"/><Relationship Id="rId1008" Type="http://schemas.openxmlformats.org/officeDocument/2006/relationships/image" Target="media/image498.wmf"/><Relationship Id="rId1215" Type="http://schemas.openxmlformats.org/officeDocument/2006/relationships/oleObject" Target="embeddings/oleObject601.bin"/><Relationship Id="rId1422" Type="http://schemas.openxmlformats.org/officeDocument/2006/relationships/image" Target="media/image705.wmf"/><Relationship Id="rId1867" Type="http://schemas.openxmlformats.org/officeDocument/2006/relationships/image" Target="media/image1013.wmf"/><Relationship Id="rId2820" Type="http://schemas.openxmlformats.org/officeDocument/2006/relationships/image" Target="media/image1605.wmf"/><Relationship Id="rId2918" Type="http://schemas.openxmlformats.org/officeDocument/2006/relationships/image" Target="media/image1691.wmf"/><Relationship Id="rId61" Type="http://schemas.openxmlformats.org/officeDocument/2006/relationships/oleObject" Target="embeddings/oleObject24.bin"/><Relationship Id="rId1727" Type="http://schemas.openxmlformats.org/officeDocument/2006/relationships/image" Target="media/image873.wmf"/><Relationship Id="rId1934" Type="http://schemas.openxmlformats.org/officeDocument/2006/relationships/image" Target="media/image1080.wmf"/><Relationship Id="rId3082" Type="http://schemas.openxmlformats.org/officeDocument/2006/relationships/image" Target="media/image1839.wmf"/><Relationship Id="rId19" Type="http://schemas.openxmlformats.org/officeDocument/2006/relationships/oleObject" Target="embeddings/oleObject3.bin"/><Relationship Id="rId2196" Type="http://schemas.openxmlformats.org/officeDocument/2006/relationships/image" Target="media/image1229.wmf"/><Relationship Id="rId168" Type="http://schemas.openxmlformats.org/officeDocument/2006/relationships/image" Target="media/image78.wmf"/><Relationship Id="rId3247" Type="http://schemas.openxmlformats.org/officeDocument/2006/relationships/image" Target="media/image1975.wmf"/><Relationship Id="rId375" Type="http://schemas.openxmlformats.org/officeDocument/2006/relationships/oleObject" Target="embeddings/oleObject181.bin"/><Relationship Id="rId582" Type="http://schemas.openxmlformats.org/officeDocument/2006/relationships/image" Target="media/image285.wmf"/><Relationship Id="rId2056" Type="http://schemas.openxmlformats.org/officeDocument/2006/relationships/image" Target="media/image1159.wmf"/><Relationship Id="rId2263" Type="http://schemas.openxmlformats.org/officeDocument/2006/relationships/oleObject" Target="embeddings/oleObject988.bin"/><Relationship Id="rId2470" Type="http://schemas.openxmlformats.org/officeDocument/2006/relationships/image" Target="media/image1366.wmf"/><Relationship Id="rId3107" Type="http://schemas.openxmlformats.org/officeDocument/2006/relationships/image" Target="media/image1864.wmf"/><Relationship Id="rId3314" Type="http://schemas.openxmlformats.org/officeDocument/2006/relationships/image" Target="media/image2037.wmf"/><Relationship Id="rId3" Type="http://schemas.openxmlformats.org/officeDocument/2006/relationships/styles" Target="styles.xml"/><Relationship Id="rId235" Type="http://schemas.openxmlformats.org/officeDocument/2006/relationships/oleObject" Target="embeddings/oleObject111.bin"/><Relationship Id="rId442" Type="http://schemas.openxmlformats.org/officeDocument/2006/relationships/image" Target="media/image215.wmf"/><Relationship Id="rId887" Type="http://schemas.openxmlformats.org/officeDocument/2006/relationships/oleObject" Target="embeddings/oleObject437.bin"/><Relationship Id="rId1072" Type="http://schemas.openxmlformats.org/officeDocument/2006/relationships/image" Target="media/image530.wmf"/><Relationship Id="rId2123" Type="http://schemas.openxmlformats.org/officeDocument/2006/relationships/oleObject" Target="embeddings/oleObject918.bin"/><Relationship Id="rId2330" Type="http://schemas.openxmlformats.org/officeDocument/2006/relationships/image" Target="media/image1296.wmf"/><Relationship Id="rId2568" Type="http://schemas.openxmlformats.org/officeDocument/2006/relationships/image" Target="media/image1415.wmf"/><Relationship Id="rId2775" Type="http://schemas.openxmlformats.org/officeDocument/2006/relationships/image" Target="media/image1560.wmf"/><Relationship Id="rId2982" Type="http://schemas.openxmlformats.org/officeDocument/2006/relationships/image" Target="media/image1752.wmf"/><Relationship Id="rId302" Type="http://schemas.openxmlformats.org/officeDocument/2006/relationships/image" Target="media/image145.wmf"/><Relationship Id="rId747" Type="http://schemas.openxmlformats.org/officeDocument/2006/relationships/oleObject" Target="embeddings/oleObject367.bin"/><Relationship Id="rId954" Type="http://schemas.openxmlformats.org/officeDocument/2006/relationships/image" Target="media/image471.wmf"/><Relationship Id="rId1377" Type="http://schemas.openxmlformats.org/officeDocument/2006/relationships/oleObject" Target="embeddings/oleObject682.bin"/><Relationship Id="rId1584" Type="http://schemas.openxmlformats.org/officeDocument/2006/relationships/image" Target="media/image786.wmf"/><Relationship Id="rId1791" Type="http://schemas.openxmlformats.org/officeDocument/2006/relationships/image" Target="media/image937.wmf"/><Relationship Id="rId2428" Type="http://schemas.openxmlformats.org/officeDocument/2006/relationships/image" Target="media/image1345.wmf"/><Relationship Id="rId2635" Type="http://schemas.openxmlformats.org/officeDocument/2006/relationships/oleObject" Target="embeddings/oleObject1174.bin"/><Relationship Id="rId2842" Type="http://schemas.openxmlformats.org/officeDocument/2006/relationships/image" Target="media/image1625.wmf"/><Relationship Id="rId83" Type="http://schemas.openxmlformats.org/officeDocument/2006/relationships/oleObject" Target="embeddings/oleObject35.bin"/><Relationship Id="rId607" Type="http://schemas.openxmlformats.org/officeDocument/2006/relationships/oleObject" Target="embeddings/oleObject297.bin"/><Relationship Id="rId814" Type="http://schemas.openxmlformats.org/officeDocument/2006/relationships/image" Target="media/image401.wmf"/><Relationship Id="rId1237" Type="http://schemas.openxmlformats.org/officeDocument/2006/relationships/oleObject" Target="embeddings/oleObject612.bin"/><Relationship Id="rId1444" Type="http://schemas.openxmlformats.org/officeDocument/2006/relationships/image" Target="media/image716.wmf"/><Relationship Id="rId1651" Type="http://schemas.openxmlformats.org/officeDocument/2006/relationships/oleObject" Target="embeddings/oleObject819.bin"/><Relationship Id="rId1889" Type="http://schemas.openxmlformats.org/officeDocument/2006/relationships/image" Target="media/image1035.wmf"/><Relationship Id="rId2702" Type="http://schemas.openxmlformats.org/officeDocument/2006/relationships/image" Target="media/image1487.wmf"/><Relationship Id="rId1304" Type="http://schemas.openxmlformats.org/officeDocument/2006/relationships/image" Target="media/image646.wmf"/><Relationship Id="rId1511" Type="http://schemas.openxmlformats.org/officeDocument/2006/relationships/oleObject" Target="embeddings/oleObject749.bin"/><Relationship Id="rId1749" Type="http://schemas.openxmlformats.org/officeDocument/2006/relationships/image" Target="media/image895.wmf"/><Relationship Id="rId1956" Type="http://schemas.openxmlformats.org/officeDocument/2006/relationships/image" Target="media/image1102.wmf"/><Relationship Id="rId3171" Type="http://schemas.openxmlformats.org/officeDocument/2006/relationships/image" Target="media/image1928.wmf"/><Relationship Id="rId1609" Type="http://schemas.openxmlformats.org/officeDocument/2006/relationships/oleObject" Target="embeddings/oleObject798.bin"/><Relationship Id="rId1816" Type="http://schemas.openxmlformats.org/officeDocument/2006/relationships/image" Target="media/image962.wmf"/><Relationship Id="rId3269" Type="http://schemas.openxmlformats.org/officeDocument/2006/relationships/image" Target="media/image1995.wmf"/><Relationship Id="rId10" Type="http://schemas.openxmlformats.org/officeDocument/2006/relationships/hyperlink" Target="https://online.zakon.kz/Document/?doc_id=30938581" TargetMode="External"/><Relationship Id="rId397" Type="http://schemas.openxmlformats.org/officeDocument/2006/relationships/oleObject" Target="embeddings/oleObject192.bin"/><Relationship Id="rId2078" Type="http://schemas.openxmlformats.org/officeDocument/2006/relationships/image" Target="media/image1170.wmf"/><Relationship Id="rId2285" Type="http://schemas.openxmlformats.org/officeDocument/2006/relationships/oleObject" Target="embeddings/oleObject999.bin"/><Relationship Id="rId2492" Type="http://schemas.openxmlformats.org/officeDocument/2006/relationships/image" Target="media/image1377.wmf"/><Relationship Id="rId3031" Type="http://schemas.openxmlformats.org/officeDocument/2006/relationships/image" Target="media/image1798.wmf"/><Relationship Id="rId3129" Type="http://schemas.openxmlformats.org/officeDocument/2006/relationships/image" Target="media/image1886.wmf"/><Relationship Id="rId3336" Type="http://schemas.openxmlformats.org/officeDocument/2006/relationships/fontTable" Target="fontTable.xml"/><Relationship Id="rId257" Type="http://schemas.openxmlformats.org/officeDocument/2006/relationships/oleObject" Target="embeddings/oleObject122.bin"/><Relationship Id="rId464" Type="http://schemas.openxmlformats.org/officeDocument/2006/relationships/image" Target="media/image226.wmf"/><Relationship Id="rId1094" Type="http://schemas.openxmlformats.org/officeDocument/2006/relationships/image" Target="media/image541.wmf"/><Relationship Id="rId2145" Type="http://schemas.openxmlformats.org/officeDocument/2006/relationships/oleObject" Target="embeddings/oleObject929.bin"/><Relationship Id="rId2797" Type="http://schemas.openxmlformats.org/officeDocument/2006/relationships/image" Target="media/image1582.wmf"/><Relationship Id="rId117" Type="http://schemas.openxmlformats.org/officeDocument/2006/relationships/oleObject" Target="embeddings/oleObject52.bin"/><Relationship Id="rId671" Type="http://schemas.openxmlformats.org/officeDocument/2006/relationships/oleObject" Target="embeddings/oleObject329.bin"/><Relationship Id="rId769" Type="http://schemas.openxmlformats.org/officeDocument/2006/relationships/oleObject" Target="embeddings/oleObject378.bin"/><Relationship Id="rId976" Type="http://schemas.openxmlformats.org/officeDocument/2006/relationships/image" Target="media/image482.wmf"/><Relationship Id="rId1399" Type="http://schemas.openxmlformats.org/officeDocument/2006/relationships/oleObject" Target="embeddings/oleObject693.bin"/><Relationship Id="rId2352" Type="http://schemas.openxmlformats.org/officeDocument/2006/relationships/image" Target="media/image1307.wmf"/><Relationship Id="rId2657" Type="http://schemas.openxmlformats.org/officeDocument/2006/relationships/oleObject" Target="embeddings/oleObject1185.bin"/><Relationship Id="rId324" Type="http://schemas.openxmlformats.org/officeDocument/2006/relationships/image" Target="media/image156.wmf"/><Relationship Id="rId531" Type="http://schemas.openxmlformats.org/officeDocument/2006/relationships/oleObject" Target="embeddings/oleObject259.bin"/><Relationship Id="rId629" Type="http://schemas.openxmlformats.org/officeDocument/2006/relationships/oleObject" Target="embeddings/oleObject308.bin"/><Relationship Id="rId1161" Type="http://schemas.openxmlformats.org/officeDocument/2006/relationships/oleObject" Target="embeddings/oleObject574.bin"/><Relationship Id="rId1259" Type="http://schemas.openxmlformats.org/officeDocument/2006/relationships/oleObject" Target="embeddings/oleObject623.bin"/><Relationship Id="rId1466" Type="http://schemas.openxmlformats.org/officeDocument/2006/relationships/image" Target="media/image727.wmf"/><Relationship Id="rId2005" Type="http://schemas.openxmlformats.org/officeDocument/2006/relationships/oleObject" Target="embeddings/oleObject859.bin"/><Relationship Id="rId2212" Type="http://schemas.openxmlformats.org/officeDocument/2006/relationships/image" Target="media/image1237.wmf"/><Relationship Id="rId2864" Type="http://schemas.openxmlformats.org/officeDocument/2006/relationships/image" Target="media/image1640.wmf"/><Relationship Id="rId836" Type="http://schemas.openxmlformats.org/officeDocument/2006/relationships/image" Target="media/image412.wmf"/><Relationship Id="rId1021" Type="http://schemas.openxmlformats.org/officeDocument/2006/relationships/oleObject" Target="embeddings/oleObject504.bin"/><Relationship Id="rId1119" Type="http://schemas.openxmlformats.org/officeDocument/2006/relationships/oleObject" Target="embeddings/oleObject553.bin"/><Relationship Id="rId1673" Type="http://schemas.openxmlformats.org/officeDocument/2006/relationships/oleObject" Target="embeddings/oleObject830.bin"/><Relationship Id="rId1880" Type="http://schemas.openxmlformats.org/officeDocument/2006/relationships/image" Target="media/image1026.wmf"/><Relationship Id="rId1978" Type="http://schemas.openxmlformats.org/officeDocument/2006/relationships/image" Target="media/image1120.wmf"/><Relationship Id="rId2517" Type="http://schemas.openxmlformats.org/officeDocument/2006/relationships/oleObject" Target="embeddings/oleObject1115.bin"/><Relationship Id="rId2724" Type="http://schemas.openxmlformats.org/officeDocument/2006/relationships/image" Target="media/image1509.wmf"/><Relationship Id="rId2931" Type="http://schemas.openxmlformats.org/officeDocument/2006/relationships/image" Target="media/image1704.wmf"/><Relationship Id="rId903" Type="http://schemas.openxmlformats.org/officeDocument/2006/relationships/oleObject" Target="embeddings/oleObject445.bin"/><Relationship Id="rId1326" Type="http://schemas.openxmlformats.org/officeDocument/2006/relationships/image" Target="media/image657.wmf"/><Relationship Id="rId1533" Type="http://schemas.openxmlformats.org/officeDocument/2006/relationships/oleObject" Target="embeddings/oleObject760.bin"/><Relationship Id="rId1740" Type="http://schemas.openxmlformats.org/officeDocument/2006/relationships/image" Target="media/image886.wmf"/><Relationship Id="rId3193" Type="http://schemas.openxmlformats.org/officeDocument/2006/relationships/oleObject" Target="embeddings/oleObject1243.bin"/><Relationship Id="rId32" Type="http://schemas.openxmlformats.org/officeDocument/2006/relationships/image" Target="media/image10.wmf"/><Relationship Id="rId1600" Type="http://schemas.openxmlformats.org/officeDocument/2006/relationships/image" Target="media/image794.wmf"/><Relationship Id="rId1838" Type="http://schemas.openxmlformats.org/officeDocument/2006/relationships/image" Target="media/image984.wmf"/><Relationship Id="rId3053" Type="http://schemas.openxmlformats.org/officeDocument/2006/relationships/image" Target="media/image1816.wmf"/><Relationship Id="rId3260" Type="http://schemas.openxmlformats.org/officeDocument/2006/relationships/image" Target="media/image1986.wmf"/><Relationship Id="rId181" Type="http://schemas.openxmlformats.org/officeDocument/2006/relationships/oleObject" Target="embeddings/oleObject84.bin"/><Relationship Id="rId1905" Type="http://schemas.openxmlformats.org/officeDocument/2006/relationships/image" Target="media/image1051.wmf"/><Relationship Id="rId3120" Type="http://schemas.openxmlformats.org/officeDocument/2006/relationships/image" Target="media/image1877.wmf"/><Relationship Id="rId279" Type="http://schemas.openxmlformats.org/officeDocument/2006/relationships/oleObject" Target="embeddings/oleObject133.bin"/><Relationship Id="rId486" Type="http://schemas.openxmlformats.org/officeDocument/2006/relationships/image" Target="media/image237.wmf"/><Relationship Id="rId693" Type="http://schemas.openxmlformats.org/officeDocument/2006/relationships/oleObject" Target="embeddings/oleObject340.bin"/><Relationship Id="rId2167" Type="http://schemas.openxmlformats.org/officeDocument/2006/relationships/oleObject" Target="embeddings/oleObject940.bin"/><Relationship Id="rId2374" Type="http://schemas.openxmlformats.org/officeDocument/2006/relationships/image" Target="media/image1318.wmf"/><Relationship Id="rId2581" Type="http://schemas.openxmlformats.org/officeDocument/2006/relationships/oleObject" Target="embeddings/oleObject1147.bin"/><Relationship Id="rId3218" Type="http://schemas.openxmlformats.org/officeDocument/2006/relationships/image" Target="media/image1946.wmf"/><Relationship Id="rId139" Type="http://schemas.openxmlformats.org/officeDocument/2006/relationships/oleObject" Target="embeddings/oleObject63.bin"/><Relationship Id="rId346" Type="http://schemas.openxmlformats.org/officeDocument/2006/relationships/image" Target="media/image167.wmf"/><Relationship Id="rId553" Type="http://schemas.openxmlformats.org/officeDocument/2006/relationships/oleObject" Target="embeddings/oleObject270.bin"/><Relationship Id="rId760" Type="http://schemas.openxmlformats.org/officeDocument/2006/relationships/image" Target="media/image374.wmf"/><Relationship Id="rId998" Type="http://schemas.openxmlformats.org/officeDocument/2006/relationships/image" Target="media/image493.wmf"/><Relationship Id="rId1183" Type="http://schemas.openxmlformats.org/officeDocument/2006/relationships/oleObject" Target="embeddings/oleObject585.bin"/><Relationship Id="rId1390" Type="http://schemas.openxmlformats.org/officeDocument/2006/relationships/image" Target="media/image689.wmf"/><Relationship Id="rId2027" Type="http://schemas.openxmlformats.org/officeDocument/2006/relationships/oleObject" Target="embeddings/oleObject870.bin"/><Relationship Id="rId2234" Type="http://schemas.openxmlformats.org/officeDocument/2006/relationships/image" Target="media/image1248.wmf"/><Relationship Id="rId2441" Type="http://schemas.openxmlformats.org/officeDocument/2006/relationships/oleObject" Target="embeddings/oleObject1077.bin"/><Relationship Id="rId2679" Type="http://schemas.openxmlformats.org/officeDocument/2006/relationships/oleObject" Target="embeddings/oleObject1196.bin"/><Relationship Id="rId2886" Type="http://schemas.openxmlformats.org/officeDocument/2006/relationships/image" Target="media/image1659.wmf"/><Relationship Id="rId206" Type="http://schemas.openxmlformats.org/officeDocument/2006/relationships/image" Target="media/image97.wmf"/><Relationship Id="rId413" Type="http://schemas.openxmlformats.org/officeDocument/2006/relationships/oleObject" Target="embeddings/oleObject200.bin"/><Relationship Id="rId858" Type="http://schemas.openxmlformats.org/officeDocument/2006/relationships/image" Target="media/image423.wmf"/><Relationship Id="rId1043" Type="http://schemas.openxmlformats.org/officeDocument/2006/relationships/oleObject" Target="embeddings/oleObject515.bin"/><Relationship Id="rId1488" Type="http://schemas.openxmlformats.org/officeDocument/2006/relationships/image" Target="media/image738.wmf"/><Relationship Id="rId1695" Type="http://schemas.openxmlformats.org/officeDocument/2006/relationships/oleObject" Target="embeddings/oleObject841.bin"/><Relationship Id="rId2539" Type="http://schemas.openxmlformats.org/officeDocument/2006/relationships/oleObject" Target="embeddings/oleObject1126.bin"/><Relationship Id="rId2746" Type="http://schemas.openxmlformats.org/officeDocument/2006/relationships/image" Target="media/image1531.wmf"/><Relationship Id="rId2953" Type="http://schemas.openxmlformats.org/officeDocument/2006/relationships/image" Target="media/image1724.wmf"/><Relationship Id="rId620" Type="http://schemas.openxmlformats.org/officeDocument/2006/relationships/image" Target="media/image304.wmf"/><Relationship Id="rId718" Type="http://schemas.openxmlformats.org/officeDocument/2006/relationships/image" Target="media/image353.wmf"/><Relationship Id="rId925" Type="http://schemas.openxmlformats.org/officeDocument/2006/relationships/oleObject" Target="embeddings/oleObject456.bin"/><Relationship Id="rId1250" Type="http://schemas.openxmlformats.org/officeDocument/2006/relationships/image" Target="media/image619.wmf"/><Relationship Id="rId1348" Type="http://schemas.openxmlformats.org/officeDocument/2006/relationships/image" Target="media/image668.wmf"/><Relationship Id="rId1555" Type="http://schemas.openxmlformats.org/officeDocument/2006/relationships/oleObject" Target="embeddings/oleObject771.bin"/><Relationship Id="rId1762" Type="http://schemas.openxmlformats.org/officeDocument/2006/relationships/image" Target="media/image908.wmf"/><Relationship Id="rId2301" Type="http://schemas.openxmlformats.org/officeDocument/2006/relationships/oleObject" Target="embeddings/oleObject1007.bin"/><Relationship Id="rId2606" Type="http://schemas.openxmlformats.org/officeDocument/2006/relationships/image" Target="media/image1434.wmf"/><Relationship Id="rId1110" Type="http://schemas.openxmlformats.org/officeDocument/2006/relationships/image" Target="media/image549.wmf"/><Relationship Id="rId1208" Type="http://schemas.openxmlformats.org/officeDocument/2006/relationships/image" Target="media/image598.wmf"/><Relationship Id="rId1415" Type="http://schemas.openxmlformats.org/officeDocument/2006/relationships/oleObject" Target="embeddings/oleObject701.bin"/><Relationship Id="rId2813" Type="http://schemas.openxmlformats.org/officeDocument/2006/relationships/image" Target="media/image1598.wmf"/><Relationship Id="rId54" Type="http://schemas.openxmlformats.org/officeDocument/2006/relationships/image" Target="media/image21.wmf"/><Relationship Id="rId1622" Type="http://schemas.openxmlformats.org/officeDocument/2006/relationships/image" Target="media/image805.wmf"/><Relationship Id="rId1927" Type="http://schemas.openxmlformats.org/officeDocument/2006/relationships/image" Target="media/image1073.wmf"/><Relationship Id="rId3075" Type="http://schemas.openxmlformats.org/officeDocument/2006/relationships/image" Target="media/image1833.wmf"/><Relationship Id="rId3282" Type="http://schemas.openxmlformats.org/officeDocument/2006/relationships/image" Target="media/image2008.wmf"/><Relationship Id="rId2091" Type="http://schemas.openxmlformats.org/officeDocument/2006/relationships/oleObject" Target="embeddings/oleObject902.bin"/><Relationship Id="rId2189" Type="http://schemas.openxmlformats.org/officeDocument/2006/relationships/oleObject" Target="embeddings/oleObject951.bin"/><Relationship Id="rId3142" Type="http://schemas.openxmlformats.org/officeDocument/2006/relationships/image" Target="media/image1899.wmf"/><Relationship Id="rId270" Type="http://schemas.openxmlformats.org/officeDocument/2006/relationships/image" Target="media/image129.wmf"/><Relationship Id="rId2396" Type="http://schemas.openxmlformats.org/officeDocument/2006/relationships/image" Target="media/image1329.wmf"/><Relationship Id="rId3002" Type="http://schemas.openxmlformats.org/officeDocument/2006/relationships/image" Target="media/image1770.wmf"/><Relationship Id="rId130" Type="http://schemas.openxmlformats.org/officeDocument/2006/relationships/image" Target="media/image59.wmf"/><Relationship Id="rId368" Type="http://schemas.openxmlformats.org/officeDocument/2006/relationships/image" Target="media/image178.wmf"/><Relationship Id="rId575" Type="http://schemas.openxmlformats.org/officeDocument/2006/relationships/oleObject" Target="embeddings/oleObject281.bin"/><Relationship Id="rId782" Type="http://schemas.openxmlformats.org/officeDocument/2006/relationships/image" Target="media/image385.wmf"/><Relationship Id="rId2049" Type="http://schemas.openxmlformats.org/officeDocument/2006/relationships/oleObject" Target="embeddings/oleObject881.bin"/><Relationship Id="rId2256" Type="http://schemas.openxmlformats.org/officeDocument/2006/relationships/image" Target="media/image1259.wmf"/><Relationship Id="rId2463" Type="http://schemas.openxmlformats.org/officeDocument/2006/relationships/oleObject" Target="embeddings/oleObject1088.bin"/><Relationship Id="rId2670" Type="http://schemas.openxmlformats.org/officeDocument/2006/relationships/image" Target="media/image1466.wmf"/><Relationship Id="rId3307" Type="http://schemas.openxmlformats.org/officeDocument/2006/relationships/image" Target="media/image2032.wmf"/><Relationship Id="rId228" Type="http://schemas.openxmlformats.org/officeDocument/2006/relationships/image" Target="media/image108.wmf"/><Relationship Id="rId435" Type="http://schemas.openxmlformats.org/officeDocument/2006/relationships/oleObject" Target="embeddings/oleObject211.bin"/><Relationship Id="rId642" Type="http://schemas.openxmlformats.org/officeDocument/2006/relationships/image" Target="media/image315.wmf"/><Relationship Id="rId1065" Type="http://schemas.openxmlformats.org/officeDocument/2006/relationships/oleObject" Target="embeddings/oleObject526.bin"/><Relationship Id="rId1272" Type="http://schemas.openxmlformats.org/officeDocument/2006/relationships/image" Target="media/image630.wmf"/><Relationship Id="rId2116" Type="http://schemas.openxmlformats.org/officeDocument/2006/relationships/image" Target="media/image1189.wmf"/><Relationship Id="rId2323" Type="http://schemas.openxmlformats.org/officeDocument/2006/relationships/oleObject" Target="embeddings/oleObject1018.bin"/><Relationship Id="rId2530" Type="http://schemas.openxmlformats.org/officeDocument/2006/relationships/image" Target="media/image1396.wmf"/><Relationship Id="rId2768" Type="http://schemas.openxmlformats.org/officeDocument/2006/relationships/image" Target="media/image1553.wmf"/><Relationship Id="rId2975" Type="http://schemas.openxmlformats.org/officeDocument/2006/relationships/image" Target="media/image1745.wmf"/><Relationship Id="rId502" Type="http://schemas.openxmlformats.org/officeDocument/2006/relationships/image" Target="media/image245.wmf"/><Relationship Id="rId947" Type="http://schemas.openxmlformats.org/officeDocument/2006/relationships/oleObject" Target="embeddings/oleObject467.bin"/><Relationship Id="rId1132" Type="http://schemas.openxmlformats.org/officeDocument/2006/relationships/image" Target="media/image560.wmf"/><Relationship Id="rId1577" Type="http://schemas.openxmlformats.org/officeDocument/2006/relationships/oleObject" Target="embeddings/oleObject782.bin"/><Relationship Id="rId1784" Type="http://schemas.openxmlformats.org/officeDocument/2006/relationships/image" Target="media/image930.wmf"/><Relationship Id="rId1991" Type="http://schemas.openxmlformats.org/officeDocument/2006/relationships/oleObject" Target="embeddings/oleObject852.bin"/><Relationship Id="rId2628" Type="http://schemas.openxmlformats.org/officeDocument/2006/relationships/image" Target="media/image1445.wmf"/><Relationship Id="rId2835" Type="http://schemas.openxmlformats.org/officeDocument/2006/relationships/image" Target="media/image1618.wmf"/><Relationship Id="rId76" Type="http://schemas.openxmlformats.org/officeDocument/2006/relationships/image" Target="media/image32.wmf"/><Relationship Id="rId807" Type="http://schemas.openxmlformats.org/officeDocument/2006/relationships/oleObject" Target="embeddings/oleObject397.bin"/><Relationship Id="rId1437" Type="http://schemas.openxmlformats.org/officeDocument/2006/relationships/oleObject" Target="embeddings/oleObject712.bin"/><Relationship Id="rId1644" Type="http://schemas.openxmlformats.org/officeDocument/2006/relationships/image" Target="media/image816.wmf"/><Relationship Id="rId1851" Type="http://schemas.openxmlformats.org/officeDocument/2006/relationships/image" Target="media/image997.wmf"/><Relationship Id="rId2902" Type="http://schemas.openxmlformats.org/officeDocument/2006/relationships/image" Target="media/image1675.wmf"/><Relationship Id="rId3097" Type="http://schemas.openxmlformats.org/officeDocument/2006/relationships/image" Target="media/image1854.wmf"/><Relationship Id="rId1504" Type="http://schemas.openxmlformats.org/officeDocument/2006/relationships/image" Target="media/image746.wmf"/><Relationship Id="rId1711" Type="http://schemas.openxmlformats.org/officeDocument/2006/relationships/image" Target="media/image857.wmf"/><Relationship Id="rId1949" Type="http://schemas.openxmlformats.org/officeDocument/2006/relationships/image" Target="media/image1095.wmf"/><Relationship Id="rId3164" Type="http://schemas.openxmlformats.org/officeDocument/2006/relationships/image" Target="media/image1921.wmf"/><Relationship Id="rId292" Type="http://schemas.openxmlformats.org/officeDocument/2006/relationships/image" Target="media/image140.wmf"/><Relationship Id="rId1809" Type="http://schemas.openxmlformats.org/officeDocument/2006/relationships/image" Target="media/image955.wmf"/><Relationship Id="rId597" Type="http://schemas.openxmlformats.org/officeDocument/2006/relationships/oleObject" Target="embeddings/oleObject292.bin"/><Relationship Id="rId2180" Type="http://schemas.openxmlformats.org/officeDocument/2006/relationships/image" Target="media/image1221.wmf"/><Relationship Id="rId2278" Type="http://schemas.openxmlformats.org/officeDocument/2006/relationships/image" Target="media/image1270.wmf"/><Relationship Id="rId2485" Type="http://schemas.openxmlformats.org/officeDocument/2006/relationships/oleObject" Target="embeddings/oleObject1099.bin"/><Relationship Id="rId3024" Type="http://schemas.openxmlformats.org/officeDocument/2006/relationships/image" Target="media/image1791.wmf"/><Relationship Id="rId3231" Type="http://schemas.openxmlformats.org/officeDocument/2006/relationships/image" Target="media/image1959.wmf"/><Relationship Id="rId3329" Type="http://schemas.openxmlformats.org/officeDocument/2006/relationships/hyperlink" Target="https://doi.org/10.31489/2018M3/24-30" TargetMode="External"/><Relationship Id="rId152" Type="http://schemas.openxmlformats.org/officeDocument/2006/relationships/image" Target="media/image70.wmf"/><Relationship Id="rId457" Type="http://schemas.openxmlformats.org/officeDocument/2006/relationships/oleObject" Target="embeddings/oleObject222.bin"/><Relationship Id="rId1087" Type="http://schemas.openxmlformats.org/officeDocument/2006/relationships/oleObject" Target="embeddings/oleObject537.bin"/><Relationship Id="rId1294" Type="http://schemas.openxmlformats.org/officeDocument/2006/relationships/image" Target="media/image641.wmf"/><Relationship Id="rId2040" Type="http://schemas.openxmlformats.org/officeDocument/2006/relationships/image" Target="media/image1151.wmf"/><Relationship Id="rId2138" Type="http://schemas.openxmlformats.org/officeDocument/2006/relationships/image" Target="media/image1200.wmf"/><Relationship Id="rId2692" Type="http://schemas.openxmlformats.org/officeDocument/2006/relationships/image" Target="media/image1477.wmf"/><Relationship Id="rId2997" Type="http://schemas.openxmlformats.org/officeDocument/2006/relationships/image" Target="media/image1765.wmf"/><Relationship Id="rId664" Type="http://schemas.openxmlformats.org/officeDocument/2006/relationships/image" Target="media/image326.wmf"/><Relationship Id="rId871" Type="http://schemas.openxmlformats.org/officeDocument/2006/relationships/oleObject" Target="embeddings/oleObject429.bin"/><Relationship Id="rId969" Type="http://schemas.openxmlformats.org/officeDocument/2006/relationships/oleObject" Target="embeddings/oleObject478.bin"/><Relationship Id="rId1599" Type="http://schemas.openxmlformats.org/officeDocument/2006/relationships/oleObject" Target="embeddings/oleObject793.bin"/><Relationship Id="rId2345" Type="http://schemas.openxmlformats.org/officeDocument/2006/relationships/oleObject" Target="embeddings/oleObject1029.bin"/><Relationship Id="rId2552" Type="http://schemas.openxmlformats.org/officeDocument/2006/relationships/image" Target="media/image1407.wmf"/><Relationship Id="rId317" Type="http://schemas.openxmlformats.org/officeDocument/2006/relationships/oleObject" Target="embeddings/oleObject152.bin"/><Relationship Id="rId524" Type="http://schemas.openxmlformats.org/officeDocument/2006/relationships/image" Target="media/image256.wmf"/><Relationship Id="rId731" Type="http://schemas.openxmlformats.org/officeDocument/2006/relationships/oleObject" Target="embeddings/oleObject359.bin"/><Relationship Id="rId1154" Type="http://schemas.openxmlformats.org/officeDocument/2006/relationships/image" Target="media/image571.wmf"/><Relationship Id="rId1361" Type="http://schemas.openxmlformats.org/officeDocument/2006/relationships/oleObject" Target="embeddings/oleObject674.bin"/><Relationship Id="rId1459" Type="http://schemas.openxmlformats.org/officeDocument/2006/relationships/oleObject" Target="embeddings/oleObject723.bin"/><Relationship Id="rId2205" Type="http://schemas.openxmlformats.org/officeDocument/2006/relationships/oleObject" Target="embeddings/oleObject959.bin"/><Relationship Id="rId2412" Type="http://schemas.openxmlformats.org/officeDocument/2006/relationships/image" Target="media/image1337.wmf"/><Relationship Id="rId2857" Type="http://schemas.openxmlformats.org/officeDocument/2006/relationships/oleObject" Target="embeddings/oleObject1211.bin"/><Relationship Id="rId98" Type="http://schemas.openxmlformats.org/officeDocument/2006/relationships/image" Target="media/image43.wmf"/><Relationship Id="rId829" Type="http://schemas.openxmlformats.org/officeDocument/2006/relationships/oleObject" Target="embeddings/oleObject408.bin"/><Relationship Id="rId1014" Type="http://schemas.openxmlformats.org/officeDocument/2006/relationships/image" Target="media/image501.wmf"/><Relationship Id="rId1221" Type="http://schemas.openxmlformats.org/officeDocument/2006/relationships/oleObject" Target="embeddings/oleObject604.bin"/><Relationship Id="rId1666" Type="http://schemas.openxmlformats.org/officeDocument/2006/relationships/image" Target="media/image827.wmf"/><Relationship Id="rId1873" Type="http://schemas.openxmlformats.org/officeDocument/2006/relationships/image" Target="media/image1019.wmf"/><Relationship Id="rId2717" Type="http://schemas.openxmlformats.org/officeDocument/2006/relationships/image" Target="media/image1502.wmf"/><Relationship Id="rId2924" Type="http://schemas.openxmlformats.org/officeDocument/2006/relationships/image" Target="media/image1697.wmf"/><Relationship Id="rId1319" Type="http://schemas.openxmlformats.org/officeDocument/2006/relationships/oleObject" Target="embeddings/oleObject653.bin"/><Relationship Id="rId1526" Type="http://schemas.openxmlformats.org/officeDocument/2006/relationships/image" Target="media/image757.wmf"/><Relationship Id="rId1733" Type="http://schemas.openxmlformats.org/officeDocument/2006/relationships/image" Target="media/image879.wmf"/><Relationship Id="rId1940" Type="http://schemas.openxmlformats.org/officeDocument/2006/relationships/image" Target="media/image1086.wmf"/><Relationship Id="rId3186" Type="http://schemas.openxmlformats.org/officeDocument/2006/relationships/oleObject" Target="embeddings/oleObject1238.bin"/><Relationship Id="rId25" Type="http://schemas.openxmlformats.org/officeDocument/2006/relationships/oleObject" Target="embeddings/oleObject6.bin"/><Relationship Id="rId1800" Type="http://schemas.openxmlformats.org/officeDocument/2006/relationships/image" Target="media/image946.wmf"/><Relationship Id="rId3046" Type="http://schemas.openxmlformats.org/officeDocument/2006/relationships/oleObject" Target="embeddings/oleObject1223.bin"/><Relationship Id="rId3253" Type="http://schemas.openxmlformats.org/officeDocument/2006/relationships/image" Target="media/image1980.wmf"/><Relationship Id="rId174" Type="http://schemas.openxmlformats.org/officeDocument/2006/relationships/image" Target="media/image81.wmf"/><Relationship Id="rId381" Type="http://schemas.openxmlformats.org/officeDocument/2006/relationships/oleObject" Target="embeddings/oleObject184.bin"/><Relationship Id="rId2062" Type="http://schemas.openxmlformats.org/officeDocument/2006/relationships/image" Target="media/image1162.wmf"/><Relationship Id="rId3113" Type="http://schemas.openxmlformats.org/officeDocument/2006/relationships/image" Target="media/image1870.wmf"/><Relationship Id="rId241" Type="http://schemas.openxmlformats.org/officeDocument/2006/relationships/oleObject" Target="embeddings/oleObject114.bin"/><Relationship Id="rId479" Type="http://schemas.openxmlformats.org/officeDocument/2006/relationships/oleObject" Target="embeddings/oleObject233.bin"/><Relationship Id="rId686" Type="http://schemas.openxmlformats.org/officeDocument/2006/relationships/image" Target="media/image337.wmf"/><Relationship Id="rId893" Type="http://schemas.openxmlformats.org/officeDocument/2006/relationships/oleObject" Target="embeddings/oleObject440.bin"/><Relationship Id="rId2367" Type="http://schemas.openxmlformats.org/officeDocument/2006/relationships/oleObject" Target="embeddings/oleObject1040.bin"/><Relationship Id="rId2574" Type="http://schemas.openxmlformats.org/officeDocument/2006/relationships/image" Target="media/image1418.wmf"/><Relationship Id="rId2781" Type="http://schemas.openxmlformats.org/officeDocument/2006/relationships/image" Target="media/image1566.wmf"/><Relationship Id="rId3320" Type="http://schemas.openxmlformats.org/officeDocument/2006/relationships/image" Target="media/image2043.wmf"/><Relationship Id="rId339" Type="http://schemas.openxmlformats.org/officeDocument/2006/relationships/oleObject" Target="embeddings/oleObject163.bin"/><Relationship Id="rId546" Type="http://schemas.openxmlformats.org/officeDocument/2006/relationships/image" Target="media/image267.wmf"/><Relationship Id="rId753" Type="http://schemas.openxmlformats.org/officeDocument/2006/relationships/oleObject" Target="embeddings/oleObject370.bin"/><Relationship Id="rId1176" Type="http://schemas.openxmlformats.org/officeDocument/2006/relationships/image" Target="media/image582.wmf"/><Relationship Id="rId1383" Type="http://schemas.openxmlformats.org/officeDocument/2006/relationships/oleObject" Target="embeddings/oleObject685.bin"/><Relationship Id="rId2227" Type="http://schemas.openxmlformats.org/officeDocument/2006/relationships/oleObject" Target="embeddings/oleObject970.bin"/><Relationship Id="rId2434" Type="http://schemas.openxmlformats.org/officeDocument/2006/relationships/image" Target="media/image1348.wmf"/><Relationship Id="rId2879" Type="http://schemas.openxmlformats.org/officeDocument/2006/relationships/image" Target="media/image1654.wmf"/><Relationship Id="rId101" Type="http://schemas.openxmlformats.org/officeDocument/2006/relationships/oleObject" Target="embeddings/oleObject44.bin"/><Relationship Id="rId406" Type="http://schemas.openxmlformats.org/officeDocument/2006/relationships/image" Target="media/image197.wmf"/><Relationship Id="rId960" Type="http://schemas.openxmlformats.org/officeDocument/2006/relationships/image" Target="media/image474.wmf"/><Relationship Id="rId1036" Type="http://schemas.openxmlformats.org/officeDocument/2006/relationships/image" Target="media/image512.wmf"/><Relationship Id="rId1243" Type="http://schemas.openxmlformats.org/officeDocument/2006/relationships/oleObject" Target="embeddings/oleObject615.bin"/><Relationship Id="rId1590" Type="http://schemas.openxmlformats.org/officeDocument/2006/relationships/image" Target="media/image789.wmf"/><Relationship Id="rId1688" Type="http://schemas.openxmlformats.org/officeDocument/2006/relationships/image" Target="media/image838.wmf"/><Relationship Id="rId1895" Type="http://schemas.openxmlformats.org/officeDocument/2006/relationships/image" Target="media/image1041.wmf"/><Relationship Id="rId2641" Type="http://schemas.openxmlformats.org/officeDocument/2006/relationships/oleObject" Target="embeddings/oleObject1177.bin"/><Relationship Id="rId2739" Type="http://schemas.openxmlformats.org/officeDocument/2006/relationships/image" Target="media/image1524.wmf"/><Relationship Id="rId2946" Type="http://schemas.openxmlformats.org/officeDocument/2006/relationships/image" Target="media/image1717.wmf"/><Relationship Id="rId613" Type="http://schemas.openxmlformats.org/officeDocument/2006/relationships/oleObject" Target="embeddings/oleObject300.bin"/><Relationship Id="rId820" Type="http://schemas.openxmlformats.org/officeDocument/2006/relationships/image" Target="media/image404.wmf"/><Relationship Id="rId918" Type="http://schemas.openxmlformats.org/officeDocument/2006/relationships/image" Target="media/image453.wmf"/><Relationship Id="rId1450" Type="http://schemas.openxmlformats.org/officeDocument/2006/relationships/image" Target="media/image719.wmf"/><Relationship Id="rId1548" Type="http://schemas.openxmlformats.org/officeDocument/2006/relationships/image" Target="media/image768.wmf"/><Relationship Id="rId1755" Type="http://schemas.openxmlformats.org/officeDocument/2006/relationships/image" Target="media/image901.wmf"/><Relationship Id="rId2501" Type="http://schemas.openxmlformats.org/officeDocument/2006/relationships/oleObject" Target="embeddings/oleObject1107.bin"/><Relationship Id="rId1103" Type="http://schemas.openxmlformats.org/officeDocument/2006/relationships/oleObject" Target="embeddings/oleObject545.bin"/><Relationship Id="rId1310" Type="http://schemas.openxmlformats.org/officeDocument/2006/relationships/image" Target="media/image649.wmf"/><Relationship Id="rId1408" Type="http://schemas.openxmlformats.org/officeDocument/2006/relationships/image" Target="media/image698.wmf"/><Relationship Id="rId1962" Type="http://schemas.openxmlformats.org/officeDocument/2006/relationships/image" Target="media/image1108.wmf"/><Relationship Id="rId2806" Type="http://schemas.openxmlformats.org/officeDocument/2006/relationships/image" Target="media/image1591.wmf"/><Relationship Id="rId47" Type="http://schemas.openxmlformats.org/officeDocument/2006/relationships/oleObject" Target="embeddings/oleObject17.bin"/><Relationship Id="rId1615" Type="http://schemas.openxmlformats.org/officeDocument/2006/relationships/oleObject" Target="embeddings/oleObject801.bin"/><Relationship Id="rId1822" Type="http://schemas.openxmlformats.org/officeDocument/2006/relationships/image" Target="media/image968.wmf"/><Relationship Id="rId3068" Type="http://schemas.openxmlformats.org/officeDocument/2006/relationships/oleObject" Target="embeddings/oleObject1228.bin"/><Relationship Id="rId3275" Type="http://schemas.openxmlformats.org/officeDocument/2006/relationships/image" Target="media/image2001.wmf"/><Relationship Id="rId196" Type="http://schemas.openxmlformats.org/officeDocument/2006/relationships/image" Target="media/image92.wmf"/><Relationship Id="rId2084" Type="http://schemas.openxmlformats.org/officeDocument/2006/relationships/image" Target="media/image1173.wmf"/><Relationship Id="rId2291" Type="http://schemas.openxmlformats.org/officeDocument/2006/relationships/oleObject" Target="embeddings/oleObject1002.bin"/><Relationship Id="rId3135" Type="http://schemas.openxmlformats.org/officeDocument/2006/relationships/image" Target="media/image1892.wmf"/><Relationship Id="rId263" Type="http://schemas.openxmlformats.org/officeDocument/2006/relationships/oleObject" Target="embeddings/oleObject125.bin"/><Relationship Id="rId470" Type="http://schemas.openxmlformats.org/officeDocument/2006/relationships/image" Target="media/image229.wmf"/><Relationship Id="rId2151" Type="http://schemas.openxmlformats.org/officeDocument/2006/relationships/oleObject" Target="embeddings/oleObject932.bin"/><Relationship Id="rId2389" Type="http://schemas.openxmlformats.org/officeDocument/2006/relationships/oleObject" Target="embeddings/oleObject1051.bin"/><Relationship Id="rId2596" Type="http://schemas.openxmlformats.org/officeDocument/2006/relationships/image" Target="media/image1429.wmf"/><Relationship Id="rId3202" Type="http://schemas.openxmlformats.org/officeDocument/2006/relationships/oleObject" Target="embeddings/oleObject1249.bin"/><Relationship Id="rId123" Type="http://schemas.openxmlformats.org/officeDocument/2006/relationships/oleObject" Target="embeddings/oleObject55.bin"/><Relationship Id="rId330" Type="http://schemas.openxmlformats.org/officeDocument/2006/relationships/image" Target="media/image159.wmf"/><Relationship Id="rId568" Type="http://schemas.openxmlformats.org/officeDocument/2006/relationships/image" Target="media/image278.wmf"/><Relationship Id="rId775" Type="http://schemas.openxmlformats.org/officeDocument/2006/relationships/oleObject" Target="embeddings/oleObject381.bin"/><Relationship Id="rId982" Type="http://schemas.openxmlformats.org/officeDocument/2006/relationships/image" Target="media/image485.wmf"/><Relationship Id="rId1198" Type="http://schemas.openxmlformats.org/officeDocument/2006/relationships/image" Target="media/image593.wmf"/><Relationship Id="rId2011" Type="http://schemas.openxmlformats.org/officeDocument/2006/relationships/oleObject" Target="embeddings/oleObject862.bin"/><Relationship Id="rId2249" Type="http://schemas.openxmlformats.org/officeDocument/2006/relationships/oleObject" Target="embeddings/oleObject981.bin"/><Relationship Id="rId2456" Type="http://schemas.openxmlformats.org/officeDocument/2006/relationships/image" Target="media/image1359.wmf"/><Relationship Id="rId2663" Type="http://schemas.openxmlformats.org/officeDocument/2006/relationships/oleObject" Target="embeddings/oleObject1188.bin"/><Relationship Id="rId2870" Type="http://schemas.openxmlformats.org/officeDocument/2006/relationships/oleObject" Target="embeddings/oleObject1212.bin"/><Relationship Id="rId428" Type="http://schemas.openxmlformats.org/officeDocument/2006/relationships/image" Target="media/image208.wmf"/><Relationship Id="rId635" Type="http://schemas.openxmlformats.org/officeDocument/2006/relationships/oleObject" Target="embeddings/oleObject311.bin"/><Relationship Id="rId842" Type="http://schemas.openxmlformats.org/officeDocument/2006/relationships/image" Target="media/image415.wmf"/><Relationship Id="rId1058" Type="http://schemas.openxmlformats.org/officeDocument/2006/relationships/image" Target="media/image523.wmf"/><Relationship Id="rId1265" Type="http://schemas.openxmlformats.org/officeDocument/2006/relationships/oleObject" Target="embeddings/oleObject626.bin"/><Relationship Id="rId1472" Type="http://schemas.openxmlformats.org/officeDocument/2006/relationships/image" Target="media/image730.wmf"/><Relationship Id="rId2109" Type="http://schemas.openxmlformats.org/officeDocument/2006/relationships/oleObject" Target="embeddings/oleObject911.bin"/><Relationship Id="rId2316" Type="http://schemas.openxmlformats.org/officeDocument/2006/relationships/image" Target="media/image1289.wmf"/><Relationship Id="rId2523" Type="http://schemas.openxmlformats.org/officeDocument/2006/relationships/oleObject" Target="embeddings/oleObject1118.bin"/><Relationship Id="rId2730" Type="http://schemas.openxmlformats.org/officeDocument/2006/relationships/image" Target="media/image1515.wmf"/><Relationship Id="rId2968" Type="http://schemas.openxmlformats.org/officeDocument/2006/relationships/image" Target="media/image1739.wmf"/><Relationship Id="rId702" Type="http://schemas.openxmlformats.org/officeDocument/2006/relationships/image" Target="media/image345.wmf"/><Relationship Id="rId1125" Type="http://schemas.openxmlformats.org/officeDocument/2006/relationships/oleObject" Target="embeddings/oleObject556.bin"/><Relationship Id="rId1332" Type="http://schemas.openxmlformats.org/officeDocument/2006/relationships/image" Target="media/image660.wmf"/><Relationship Id="rId1777" Type="http://schemas.openxmlformats.org/officeDocument/2006/relationships/image" Target="media/image923.wmf"/><Relationship Id="rId1984" Type="http://schemas.openxmlformats.org/officeDocument/2006/relationships/image" Target="media/image1123.wmf"/><Relationship Id="rId2828" Type="http://schemas.openxmlformats.org/officeDocument/2006/relationships/image" Target="media/image1611.wmf"/><Relationship Id="rId69" Type="http://schemas.openxmlformats.org/officeDocument/2006/relationships/oleObject" Target="embeddings/oleObject28.bin"/><Relationship Id="rId1637" Type="http://schemas.openxmlformats.org/officeDocument/2006/relationships/oleObject" Target="embeddings/oleObject812.bin"/><Relationship Id="rId1844" Type="http://schemas.openxmlformats.org/officeDocument/2006/relationships/image" Target="media/image990.wmf"/><Relationship Id="rId3297" Type="http://schemas.openxmlformats.org/officeDocument/2006/relationships/image" Target="media/image2022.wmf"/><Relationship Id="rId1704" Type="http://schemas.openxmlformats.org/officeDocument/2006/relationships/image" Target="media/image850.wmf"/><Relationship Id="rId3157" Type="http://schemas.openxmlformats.org/officeDocument/2006/relationships/image" Target="media/image1914.wmf"/><Relationship Id="rId285" Type="http://schemas.openxmlformats.org/officeDocument/2006/relationships/oleObject" Target="embeddings/oleObject136.bin"/><Relationship Id="rId1911" Type="http://schemas.openxmlformats.org/officeDocument/2006/relationships/image" Target="media/image1057.wmf"/><Relationship Id="rId492" Type="http://schemas.openxmlformats.org/officeDocument/2006/relationships/image" Target="media/image240.wmf"/><Relationship Id="rId797" Type="http://schemas.openxmlformats.org/officeDocument/2006/relationships/oleObject" Target="embeddings/oleObject392.bin"/><Relationship Id="rId2173" Type="http://schemas.openxmlformats.org/officeDocument/2006/relationships/oleObject" Target="embeddings/oleObject943.bin"/><Relationship Id="rId2380" Type="http://schemas.openxmlformats.org/officeDocument/2006/relationships/image" Target="media/image1321.wmf"/><Relationship Id="rId2478" Type="http://schemas.openxmlformats.org/officeDocument/2006/relationships/image" Target="media/image1370.wmf"/><Relationship Id="rId3017" Type="http://schemas.openxmlformats.org/officeDocument/2006/relationships/image" Target="media/image1784.wmf"/><Relationship Id="rId3224" Type="http://schemas.openxmlformats.org/officeDocument/2006/relationships/image" Target="media/image1952.wmf"/><Relationship Id="rId145" Type="http://schemas.openxmlformats.org/officeDocument/2006/relationships/oleObject" Target="embeddings/oleObject66.bin"/><Relationship Id="rId352" Type="http://schemas.openxmlformats.org/officeDocument/2006/relationships/image" Target="media/image170.wmf"/><Relationship Id="rId1287" Type="http://schemas.openxmlformats.org/officeDocument/2006/relationships/oleObject" Target="embeddings/oleObject637.bin"/><Relationship Id="rId2033" Type="http://schemas.openxmlformats.org/officeDocument/2006/relationships/oleObject" Target="embeddings/oleObject873.bin"/><Relationship Id="rId2240" Type="http://schemas.openxmlformats.org/officeDocument/2006/relationships/image" Target="media/image1251.wmf"/><Relationship Id="rId2685" Type="http://schemas.openxmlformats.org/officeDocument/2006/relationships/oleObject" Target="embeddings/oleObject1199.bin"/><Relationship Id="rId2892" Type="http://schemas.openxmlformats.org/officeDocument/2006/relationships/image" Target="media/image1665.wmf"/><Relationship Id="rId212" Type="http://schemas.openxmlformats.org/officeDocument/2006/relationships/image" Target="media/image100.wmf"/><Relationship Id="rId657" Type="http://schemas.openxmlformats.org/officeDocument/2006/relationships/oleObject" Target="embeddings/oleObject322.bin"/><Relationship Id="rId864" Type="http://schemas.openxmlformats.org/officeDocument/2006/relationships/image" Target="media/image426.wmf"/><Relationship Id="rId1494" Type="http://schemas.openxmlformats.org/officeDocument/2006/relationships/image" Target="media/image741.wmf"/><Relationship Id="rId1799" Type="http://schemas.openxmlformats.org/officeDocument/2006/relationships/image" Target="media/image945.wmf"/><Relationship Id="rId2100" Type="http://schemas.openxmlformats.org/officeDocument/2006/relationships/image" Target="media/image1181.wmf"/><Relationship Id="rId2338" Type="http://schemas.openxmlformats.org/officeDocument/2006/relationships/image" Target="media/image1300.wmf"/><Relationship Id="rId2545" Type="http://schemas.openxmlformats.org/officeDocument/2006/relationships/oleObject" Target="embeddings/oleObject1129.bin"/><Relationship Id="rId2752" Type="http://schemas.openxmlformats.org/officeDocument/2006/relationships/image" Target="media/image1537.wmf"/><Relationship Id="rId517" Type="http://schemas.openxmlformats.org/officeDocument/2006/relationships/oleObject" Target="embeddings/oleObject252.bin"/><Relationship Id="rId724" Type="http://schemas.openxmlformats.org/officeDocument/2006/relationships/image" Target="media/image356.wmf"/><Relationship Id="rId931" Type="http://schemas.openxmlformats.org/officeDocument/2006/relationships/oleObject" Target="embeddings/oleObject459.bin"/><Relationship Id="rId1147" Type="http://schemas.openxmlformats.org/officeDocument/2006/relationships/oleObject" Target="embeddings/oleObject567.bin"/><Relationship Id="rId1354" Type="http://schemas.openxmlformats.org/officeDocument/2006/relationships/image" Target="media/image671.wmf"/><Relationship Id="rId1561" Type="http://schemas.openxmlformats.org/officeDocument/2006/relationships/oleObject" Target="embeddings/oleObject774.bin"/><Relationship Id="rId2405" Type="http://schemas.openxmlformats.org/officeDocument/2006/relationships/oleObject" Target="embeddings/oleObject1059.bin"/><Relationship Id="rId2612" Type="http://schemas.openxmlformats.org/officeDocument/2006/relationships/image" Target="media/image1437.wmf"/><Relationship Id="rId60" Type="http://schemas.openxmlformats.org/officeDocument/2006/relationships/image" Target="media/image24.wmf"/><Relationship Id="rId1007" Type="http://schemas.openxmlformats.org/officeDocument/2006/relationships/oleObject" Target="embeddings/oleObject497.bin"/><Relationship Id="rId1214" Type="http://schemas.openxmlformats.org/officeDocument/2006/relationships/image" Target="media/image601.wmf"/><Relationship Id="rId1421" Type="http://schemas.openxmlformats.org/officeDocument/2006/relationships/oleObject" Target="embeddings/oleObject704.bin"/><Relationship Id="rId1659" Type="http://schemas.openxmlformats.org/officeDocument/2006/relationships/oleObject" Target="embeddings/oleObject823.bin"/><Relationship Id="rId1866" Type="http://schemas.openxmlformats.org/officeDocument/2006/relationships/image" Target="media/image1012.wmf"/><Relationship Id="rId2917" Type="http://schemas.openxmlformats.org/officeDocument/2006/relationships/image" Target="media/image1690.wmf"/><Relationship Id="rId3081" Type="http://schemas.openxmlformats.org/officeDocument/2006/relationships/image" Target="media/image1838.wmf"/><Relationship Id="rId1519" Type="http://schemas.openxmlformats.org/officeDocument/2006/relationships/oleObject" Target="embeddings/oleObject753.bin"/><Relationship Id="rId1726" Type="http://schemas.openxmlformats.org/officeDocument/2006/relationships/image" Target="media/image872.wmf"/><Relationship Id="rId1933" Type="http://schemas.openxmlformats.org/officeDocument/2006/relationships/image" Target="media/image1079.wmf"/><Relationship Id="rId3179" Type="http://schemas.openxmlformats.org/officeDocument/2006/relationships/oleObject" Target="embeddings/oleObject1234.bin"/><Relationship Id="rId18" Type="http://schemas.openxmlformats.org/officeDocument/2006/relationships/image" Target="media/image3.wmf"/><Relationship Id="rId2195" Type="http://schemas.openxmlformats.org/officeDocument/2006/relationships/oleObject" Target="embeddings/oleObject954.bin"/><Relationship Id="rId3039" Type="http://schemas.openxmlformats.org/officeDocument/2006/relationships/image" Target="media/image1806.wmf"/><Relationship Id="rId3246" Type="http://schemas.openxmlformats.org/officeDocument/2006/relationships/image" Target="media/image1974.wmf"/><Relationship Id="rId167" Type="http://schemas.openxmlformats.org/officeDocument/2006/relationships/oleObject" Target="embeddings/oleObject77.bin"/><Relationship Id="rId374" Type="http://schemas.openxmlformats.org/officeDocument/2006/relationships/image" Target="media/image181.wmf"/><Relationship Id="rId581" Type="http://schemas.openxmlformats.org/officeDocument/2006/relationships/oleObject" Target="embeddings/oleObject284.bin"/><Relationship Id="rId2055" Type="http://schemas.openxmlformats.org/officeDocument/2006/relationships/oleObject" Target="embeddings/oleObject884.bin"/><Relationship Id="rId2262" Type="http://schemas.openxmlformats.org/officeDocument/2006/relationships/image" Target="media/image1262.wmf"/><Relationship Id="rId3106" Type="http://schemas.openxmlformats.org/officeDocument/2006/relationships/image" Target="media/image1863.wmf"/><Relationship Id="rId234" Type="http://schemas.openxmlformats.org/officeDocument/2006/relationships/image" Target="media/image111.wmf"/><Relationship Id="rId679" Type="http://schemas.openxmlformats.org/officeDocument/2006/relationships/oleObject" Target="embeddings/oleObject333.bin"/><Relationship Id="rId886" Type="http://schemas.openxmlformats.org/officeDocument/2006/relationships/image" Target="media/image437.wmf"/><Relationship Id="rId2567" Type="http://schemas.openxmlformats.org/officeDocument/2006/relationships/oleObject" Target="embeddings/oleObject1140.bin"/><Relationship Id="rId2774" Type="http://schemas.openxmlformats.org/officeDocument/2006/relationships/image" Target="media/image1559.wmf"/><Relationship Id="rId3313" Type="http://schemas.openxmlformats.org/officeDocument/2006/relationships/image" Target="media/image2036.wmf"/><Relationship Id="rId2" Type="http://schemas.openxmlformats.org/officeDocument/2006/relationships/numbering" Target="numbering.xml"/><Relationship Id="rId441" Type="http://schemas.openxmlformats.org/officeDocument/2006/relationships/oleObject" Target="embeddings/oleObject214.bin"/><Relationship Id="rId539" Type="http://schemas.openxmlformats.org/officeDocument/2006/relationships/oleObject" Target="embeddings/oleObject263.bin"/><Relationship Id="rId746" Type="http://schemas.openxmlformats.org/officeDocument/2006/relationships/image" Target="media/image367.wmf"/><Relationship Id="rId1071" Type="http://schemas.openxmlformats.org/officeDocument/2006/relationships/oleObject" Target="embeddings/oleObject529.bin"/><Relationship Id="rId1169" Type="http://schemas.openxmlformats.org/officeDocument/2006/relationships/oleObject" Target="embeddings/oleObject578.bin"/><Relationship Id="rId1376" Type="http://schemas.openxmlformats.org/officeDocument/2006/relationships/image" Target="media/image682.wmf"/><Relationship Id="rId1583" Type="http://schemas.openxmlformats.org/officeDocument/2006/relationships/oleObject" Target="embeddings/oleObject785.bin"/><Relationship Id="rId2122" Type="http://schemas.openxmlformats.org/officeDocument/2006/relationships/image" Target="media/image1192.wmf"/><Relationship Id="rId2427" Type="http://schemas.openxmlformats.org/officeDocument/2006/relationships/oleObject" Target="embeddings/oleObject1070.bin"/><Relationship Id="rId2981" Type="http://schemas.openxmlformats.org/officeDocument/2006/relationships/image" Target="media/image1751.wmf"/><Relationship Id="rId301" Type="http://schemas.openxmlformats.org/officeDocument/2006/relationships/oleObject" Target="embeddings/oleObject144.bin"/><Relationship Id="rId953" Type="http://schemas.openxmlformats.org/officeDocument/2006/relationships/oleObject" Target="embeddings/oleObject470.bin"/><Relationship Id="rId1029" Type="http://schemas.openxmlformats.org/officeDocument/2006/relationships/oleObject" Target="embeddings/oleObject508.bin"/><Relationship Id="rId1236" Type="http://schemas.openxmlformats.org/officeDocument/2006/relationships/image" Target="media/image612.wmf"/><Relationship Id="rId1790" Type="http://schemas.openxmlformats.org/officeDocument/2006/relationships/image" Target="media/image936.wmf"/><Relationship Id="rId1888" Type="http://schemas.openxmlformats.org/officeDocument/2006/relationships/image" Target="media/image1034.wmf"/><Relationship Id="rId2634" Type="http://schemas.openxmlformats.org/officeDocument/2006/relationships/image" Target="media/image1448.wmf"/><Relationship Id="rId2841" Type="http://schemas.openxmlformats.org/officeDocument/2006/relationships/image" Target="media/image1624.wmf"/><Relationship Id="rId2939" Type="http://schemas.openxmlformats.org/officeDocument/2006/relationships/image" Target="media/image1711.wmf"/><Relationship Id="rId82" Type="http://schemas.openxmlformats.org/officeDocument/2006/relationships/image" Target="media/image35.wmf"/><Relationship Id="rId606" Type="http://schemas.openxmlformats.org/officeDocument/2006/relationships/image" Target="media/image297.wmf"/><Relationship Id="rId813" Type="http://schemas.openxmlformats.org/officeDocument/2006/relationships/oleObject" Target="embeddings/oleObject400.bin"/><Relationship Id="rId1443" Type="http://schemas.openxmlformats.org/officeDocument/2006/relationships/oleObject" Target="embeddings/oleObject715.bin"/><Relationship Id="rId1650" Type="http://schemas.openxmlformats.org/officeDocument/2006/relationships/image" Target="media/image819.wmf"/><Relationship Id="rId1748" Type="http://schemas.openxmlformats.org/officeDocument/2006/relationships/image" Target="media/image894.wmf"/><Relationship Id="rId2701" Type="http://schemas.openxmlformats.org/officeDocument/2006/relationships/image" Target="media/image1486.wmf"/><Relationship Id="rId1303" Type="http://schemas.openxmlformats.org/officeDocument/2006/relationships/oleObject" Target="embeddings/oleObject645.bin"/><Relationship Id="rId1510" Type="http://schemas.openxmlformats.org/officeDocument/2006/relationships/image" Target="media/image749.wmf"/><Relationship Id="rId1955" Type="http://schemas.openxmlformats.org/officeDocument/2006/relationships/image" Target="media/image1101.wmf"/><Relationship Id="rId3170" Type="http://schemas.openxmlformats.org/officeDocument/2006/relationships/image" Target="media/image1927.wmf"/><Relationship Id="rId1608" Type="http://schemas.openxmlformats.org/officeDocument/2006/relationships/image" Target="media/image798.wmf"/><Relationship Id="rId1815" Type="http://schemas.openxmlformats.org/officeDocument/2006/relationships/image" Target="media/image961.wmf"/><Relationship Id="rId3030" Type="http://schemas.openxmlformats.org/officeDocument/2006/relationships/image" Target="media/image1797.wmf"/><Relationship Id="rId3268" Type="http://schemas.openxmlformats.org/officeDocument/2006/relationships/image" Target="media/image1994.wmf"/><Relationship Id="rId189" Type="http://schemas.openxmlformats.org/officeDocument/2006/relationships/oleObject" Target="embeddings/oleObject88.bin"/><Relationship Id="rId396" Type="http://schemas.openxmlformats.org/officeDocument/2006/relationships/image" Target="media/image192.wmf"/><Relationship Id="rId2077" Type="http://schemas.openxmlformats.org/officeDocument/2006/relationships/oleObject" Target="embeddings/oleObject895.bin"/><Relationship Id="rId2284" Type="http://schemas.openxmlformats.org/officeDocument/2006/relationships/image" Target="media/image1273.wmf"/><Relationship Id="rId2491" Type="http://schemas.openxmlformats.org/officeDocument/2006/relationships/oleObject" Target="embeddings/oleObject1102.bin"/><Relationship Id="rId3128" Type="http://schemas.openxmlformats.org/officeDocument/2006/relationships/image" Target="media/image1885.wmf"/><Relationship Id="rId3335" Type="http://schemas.openxmlformats.org/officeDocument/2006/relationships/footer" Target="footer1.xml"/><Relationship Id="rId256" Type="http://schemas.openxmlformats.org/officeDocument/2006/relationships/image" Target="media/image122.wmf"/><Relationship Id="rId463" Type="http://schemas.openxmlformats.org/officeDocument/2006/relationships/oleObject" Target="embeddings/oleObject225.bin"/><Relationship Id="rId670" Type="http://schemas.openxmlformats.org/officeDocument/2006/relationships/image" Target="media/image329.wmf"/><Relationship Id="rId1093" Type="http://schemas.openxmlformats.org/officeDocument/2006/relationships/oleObject" Target="embeddings/oleObject540.bin"/><Relationship Id="rId2144" Type="http://schemas.openxmlformats.org/officeDocument/2006/relationships/image" Target="media/image1203.wmf"/><Relationship Id="rId2351" Type="http://schemas.openxmlformats.org/officeDocument/2006/relationships/oleObject" Target="embeddings/oleObject1032.bin"/><Relationship Id="rId2589" Type="http://schemas.openxmlformats.org/officeDocument/2006/relationships/oleObject" Target="embeddings/oleObject1151.bin"/><Relationship Id="rId2796" Type="http://schemas.openxmlformats.org/officeDocument/2006/relationships/image" Target="media/image1581.wmf"/><Relationship Id="rId116" Type="http://schemas.openxmlformats.org/officeDocument/2006/relationships/image" Target="media/image52.wmf"/><Relationship Id="rId323" Type="http://schemas.openxmlformats.org/officeDocument/2006/relationships/oleObject" Target="embeddings/oleObject155.bin"/><Relationship Id="rId530" Type="http://schemas.openxmlformats.org/officeDocument/2006/relationships/image" Target="media/image259.wmf"/><Relationship Id="rId768" Type="http://schemas.openxmlformats.org/officeDocument/2006/relationships/image" Target="media/image378.wmf"/><Relationship Id="rId975" Type="http://schemas.openxmlformats.org/officeDocument/2006/relationships/oleObject" Target="embeddings/oleObject481.bin"/><Relationship Id="rId1160" Type="http://schemas.openxmlformats.org/officeDocument/2006/relationships/image" Target="media/image574.wmf"/><Relationship Id="rId1398" Type="http://schemas.openxmlformats.org/officeDocument/2006/relationships/image" Target="media/image693.wmf"/><Relationship Id="rId2004" Type="http://schemas.openxmlformats.org/officeDocument/2006/relationships/image" Target="media/image1133.wmf"/><Relationship Id="rId2211" Type="http://schemas.openxmlformats.org/officeDocument/2006/relationships/oleObject" Target="embeddings/oleObject962.bin"/><Relationship Id="rId2449" Type="http://schemas.openxmlformats.org/officeDocument/2006/relationships/oleObject" Target="embeddings/oleObject1081.bin"/><Relationship Id="rId2656" Type="http://schemas.openxmlformats.org/officeDocument/2006/relationships/image" Target="media/image1459.wmf"/><Relationship Id="rId2863" Type="http://schemas.openxmlformats.org/officeDocument/2006/relationships/image" Target="media/image1639.wmf"/><Relationship Id="rId628" Type="http://schemas.openxmlformats.org/officeDocument/2006/relationships/image" Target="media/image308.wmf"/><Relationship Id="rId835" Type="http://schemas.openxmlformats.org/officeDocument/2006/relationships/oleObject" Target="embeddings/oleObject411.bin"/><Relationship Id="rId1258" Type="http://schemas.openxmlformats.org/officeDocument/2006/relationships/image" Target="media/image623.wmf"/><Relationship Id="rId1465" Type="http://schemas.openxmlformats.org/officeDocument/2006/relationships/oleObject" Target="embeddings/oleObject726.bin"/><Relationship Id="rId1672" Type="http://schemas.openxmlformats.org/officeDocument/2006/relationships/image" Target="media/image830.wmf"/><Relationship Id="rId2309" Type="http://schemas.openxmlformats.org/officeDocument/2006/relationships/oleObject" Target="embeddings/oleObject1011.bin"/><Relationship Id="rId2516" Type="http://schemas.openxmlformats.org/officeDocument/2006/relationships/image" Target="media/image1389.wmf"/><Relationship Id="rId2723" Type="http://schemas.openxmlformats.org/officeDocument/2006/relationships/image" Target="media/image1508.wmf"/><Relationship Id="rId1020" Type="http://schemas.openxmlformats.org/officeDocument/2006/relationships/image" Target="media/image504.wmf"/><Relationship Id="rId1118" Type="http://schemas.openxmlformats.org/officeDocument/2006/relationships/image" Target="media/image553.wmf"/><Relationship Id="rId1325" Type="http://schemas.openxmlformats.org/officeDocument/2006/relationships/oleObject" Target="embeddings/oleObject656.bin"/><Relationship Id="rId1532" Type="http://schemas.openxmlformats.org/officeDocument/2006/relationships/image" Target="media/image760.wmf"/><Relationship Id="rId1977" Type="http://schemas.openxmlformats.org/officeDocument/2006/relationships/oleObject" Target="embeddings/oleObject845.bin"/><Relationship Id="rId2930" Type="http://schemas.openxmlformats.org/officeDocument/2006/relationships/image" Target="media/image1703.wmf"/><Relationship Id="rId902" Type="http://schemas.openxmlformats.org/officeDocument/2006/relationships/image" Target="media/image445.wmf"/><Relationship Id="rId1837" Type="http://schemas.openxmlformats.org/officeDocument/2006/relationships/image" Target="media/image983.wmf"/><Relationship Id="rId3192" Type="http://schemas.openxmlformats.org/officeDocument/2006/relationships/oleObject" Target="embeddings/oleObject1242.bin"/><Relationship Id="rId31" Type="http://schemas.openxmlformats.org/officeDocument/2006/relationships/oleObject" Target="embeddings/oleObject9.bin"/><Relationship Id="rId2099" Type="http://schemas.openxmlformats.org/officeDocument/2006/relationships/oleObject" Target="embeddings/oleObject906.bin"/><Relationship Id="rId3052" Type="http://schemas.openxmlformats.org/officeDocument/2006/relationships/oleObject" Target="embeddings/oleObject1224.bin"/><Relationship Id="rId180" Type="http://schemas.openxmlformats.org/officeDocument/2006/relationships/image" Target="media/image84.wmf"/><Relationship Id="rId278" Type="http://schemas.openxmlformats.org/officeDocument/2006/relationships/image" Target="media/image133.wmf"/><Relationship Id="rId1904" Type="http://schemas.openxmlformats.org/officeDocument/2006/relationships/image" Target="media/image1050.wmf"/><Relationship Id="rId485" Type="http://schemas.openxmlformats.org/officeDocument/2006/relationships/oleObject" Target="embeddings/oleObject236.bin"/><Relationship Id="rId692" Type="http://schemas.openxmlformats.org/officeDocument/2006/relationships/image" Target="media/image340.wmf"/><Relationship Id="rId2166" Type="http://schemas.openxmlformats.org/officeDocument/2006/relationships/image" Target="media/image1214.wmf"/><Relationship Id="rId2373" Type="http://schemas.openxmlformats.org/officeDocument/2006/relationships/oleObject" Target="embeddings/oleObject1043.bin"/><Relationship Id="rId2580" Type="http://schemas.openxmlformats.org/officeDocument/2006/relationships/image" Target="media/image1421.wmf"/><Relationship Id="rId3217" Type="http://schemas.openxmlformats.org/officeDocument/2006/relationships/oleObject" Target="embeddings/oleObject1259.bin"/><Relationship Id="rId138" Type="http://schemas.openxmlformats.org/officeDocument/2006/relationships/image" Target="media/image63.wmf"/><Relationship Id="rId345" Type="http://schemas.openxmlformats.org/officeDocument/2006/relationships/oleObject" Target="embeddings/oleObject166.bin"/><Relationship Id="rId552" Type="http://schemas.openxmlformats.org/officeDocument/2006/relationships/image" Target="media/image270.wmf"/><Relationship Id="rId997" Type="http://schemas.openxmlformats.org/officeDocument/2006/relationships/oleObject" Target="embeddings/oleObject492.bin"/><Relationship Id="rId1182" Type="http://schemas.openxmlformats.org/officeDocument/2006/relationships/image" Target="media/image585.wmf"/><Relationship Id="rId2026" Type="http://schemas.openxmlformats.org/officeDocument/2006/relationships/image" Target="media/image1144.wmf"/><Relationship Id="rId2233" Type="http://schemas.openxmlformats.org/officeDocument/2006/relationships/oleObject" Target="embeddings/oleObject973.bin"/><Relationship Id="rId2440" Type="http://schemas.openxmlformats.org/officeDocument/2006/relationships/image" Target="media/image1351.wmf"/><Relationship Id="rId2678" Type="http://schemas.openxmlformats.org/officeDocument/2006/relationships/image" Target="media/image1470.wmf"/><Relationship Id="rId2885" Type="http://schemas.openxmlformats.org/officeDocument/2006/relationships/image" Target="media/image1658.wmf"/><Relationship Id="rId205" Type="http://schemas.openxmlformats.org/officeDocument/2006/relationships/oleObject" Target="embeddings/oleObject96.bin"/><Relationship Id="rId412" Type="http://schemas.openxmlformats.org/officeDocument/2006/relationships/image" Target="media/image200.wmf"/><Relationship Id="rId857" Type="http://schemas.openxmlformats.org/officeDocument/2006/relationships/oleObject" Target="embeddings/oleObject422.bin"/><Relationship Id="rId1042" Type="http://schemas.openxmlformats.org/officeDocument/2006/relationships/image" Target="media/image515.wmf"/><Relationship Id="rId1487" Type="http://schemas.openxmlformats.org/officeDocument/2006/relationships/oleObject" Target="embeddings/oleObject737.bin"/><Relationship Id="rId1694" Type="http://schemas.openxmlformats.org/officeDocument/2006/relationships/image" Target="media/image841.wmf"/><Relationship Id="rId2300" Type="http://schemas.openxmlformats.org/officeDocument/2006/relationships/image" Target="media/image1281.wmf"/><Relationship Id="rId2538" Type="http://schemas.openxmlformats.org/officeDocument/2006/relationships/image" Target="media/image1400.wmf"/><Relationship Id="rId2745" Type="http://schemas.openxmlformats.org/officeDocument/2006/relationships/image" Target="media/image1530.wmf"/><Relationship Id="rId2952" Type="http://schemas.openxmlformats.org/officeDocument/2006/relationships/image" Target="media/image1723.wmf"/><Relationship Id="rId717" Type="http://schemas.openxmlformats.org/officeDocument/2006/relationships/oleObject" Target="embeddings/oleObject352.bin"/><Relationship Id="rId924" Type="http://schemas.openxmlformats.org/officeDocument/2006/relationships/image" Target="media/image456.wmf"/><Relationship Id="rId1347" Type="http://schemas.openxmlformats.org/officeDocument/2006/relationships/oleObject" Target="embeddings/oleObject667.bin"/><Relationship Id="rId1554" Type="http://schemas.openxmlformats.org/officeDocument/2006/relationships/image" Target="media/image771.wmf"/><Relationship Id="rId1761" Type="http://schemas.openxmlformats.org/officeDocument/2006/relationships/image" Target="media/image907.wmf"/><Relationship Id="rId1999" Type="http://schemas.openxmlformats.org/officeDocument/2006/relationships/oleObject" Target="embeddings/oleObject856.bin"/><Relationship Id="rId2605" Type="http://schemas.openxmlformats.org/officeDocument/2006/relationships/oleObject" Target="embeddings/oleObject1159.bin"/><Relationship Id="rId2812" Type="http://schemas.openxmlformats.org/officeDocument/2006/relationships/image" Target="media/image1597.wmf"/><Relationship Id="rId53" Type="http://schemas.openxmlformats.org/officeDocument/2006/relationships/oleObject" Target="embeddings/oleObject20.bin"/><Relationship Id="rId1207" Type="http://schemas.openxmlformats.org/officeDocument/2006/relationships/oleObject" Target="embeddings/oleObject597.bin"/><Relationship Id="rId1414" Type="http://schemas.openxmlformats.org/officeDocument/2006/relationships/image" Target="media/image701.wmf"/><Relationship Id="rId1621" Type="http://schemas.openxmlformats.org/officeDocument/2006/relationships/oleObject" Target="embeddings/oleObject804.bin"/><Relationship Id="rId1859" Type="http://schemas.openxmlformats.org/officeDocument/2006/relationships/image" Target="media/image1005.wmf"/><Relationship Id="rId3074" Type="http://schemas.openxmlformats.org/officeDocument/2006/relationships/oleObject" Target="embeddings/oleObject1229.bin"/><Relationship Id="rId1719" Type="http://schemas.openxmlformats.org/officeDocument/2006/relationships/image" Target="media/image865.wmf"/><Relationship Id="rId1926" Type="http://schemas.openxmlformats.org/officeDocument/2006/relationships/image" Target="media/image1072.wmf"/><Relationship Id="rId3281" Type="http://schemas.openxmlformats.org/officeDocument/2006/relationships/image" Target="media/image2007.wmf"/><Relationship Id="rId2090" Type="http://schemas.openxmlformats.org/officeDocument/2006/relationships/image" Target="media/image1176.wmf"/><Relationship Id="rId2188" Type="http://schemas.openxmlformats.org/officeDocument/2006/relationships/image" Target="media/image1225.wmf"/><Relationship Id="rId2395" Type="http://schemas.openxmlformats.org/officeDocument/2006/relationships/oleObject" Target="embeddings/oleObject1054.bin"/><Relationship Id="rId3141" Type="http://schemas.openxmlformats.org/officeDocument/2006/relationships/image" Target="media/image1898.wmf"/><Relationship Id="rId3239" Type="http://schemas.openxmlformats.org/officeDocument/2006/relationships/image" Target="media/image1967.wmf"/><Relationship Id="rId367" Type="http://schemas.openxmlformats.org/officeDocument/2006/relationships/oleObject" Target="embeddings/oleObject177.bin"/><Relationship Id="rId574" Type="http://schemas.openxmlformats.org/officeDocument/2006/relationships/image" Target="media/image281.wmf"/><Relationship Id="rId2048" Type="http://schemas.openxmlformats.org/officeDocument/2006/relationships/image" Target="media/image1155.wmf"/><Relationship Id="rId2255" Type="http://schemas.openxmlformats.org/officeDocument/2006/relationships/oleObject" Target="embeddings/oleObject984.bin"/><Relationship Id="rId3001" Type="http://schemas.openxmlformats.org/officeDocument/2006/relationships/image" Target="media/image1769.wmf"/><Relationship Id="rId227" Type="http://schemas.openxmlformats.org/officeDocument/2006/relationships/oleObject" Target="embeddings/oleObject107.bin"/><Relationship Id="rId781" Type="http://schemas.openxmlformats.org/officeDocument/2006/relationships/oleObject" Target="embeddings/oleObject384.bin"/><Relationship Id="rId879" Type="http://schemas.openxmlformats.org/officeDocument/2006/relationships/oleObject" Target="embeddings/oleObject433.bin"/><Relationship Id="rId2462" Type="http://schemas.openxmlformats.org/officeDocument/2006/relationships/image" Target="media/image1362.wmf"/><Relationship Id="rId2767" Type="http://schemas.openxmlformats.org/officeDocument/2006/relationships/image" Target="media/image1552.wmf"/><Relationship Id="rId3306" Type="http://schemas.openxmlformats.org/officeDocument/2006/relationships/image" Target="media/image2031.wmf"/><Relationship Id="rId434" Type="http://schemas.openxmlformats.org/officeDocument/2006/relationships/image" Target="media/image211.wmf"/><Relationship Id="rId641" Type="http://schemas.openxmlformats.org/officeDocument/2006/relationships/oleObject" Target="embeddings/oleObject314.bin"/><Relationship Id="rId739" Type="http://schemas.openxmlformats.org/officeDocument/2006/relationships/oleObject" Target="embeddings/oleObject363.bin"/><Relationship Id="rId1064" Type="http://schemas.openxmlformats.org/officeDocument/2006/relationships/image" Target="media/image526.wmf"/><Relationship Id="rId1271" Type="http://schemas.openxmlformats.org/officeDocument/2006/relationships/oleObject" Target="embeddings/oleObject629.bin"/><Relationship Id="rId1369" Type="http://schemas.openxmlformats.org/officeDocument/2006/relationships/oleObject" Target="embeddings/oleObject678.bin"/><Relationship Id="rId1576" Type="http://schemas.openxmlformats.org/officeDocument/2006/relationships/image" Target="media/image782.wmf"/><Relationship Id="rId2115" Type="http://schemas.openxmlformats.org/officeDocument/2006/relationships/oleObject" Target="embeddings/oleObject914.bin"/><Relationship Id="rId2322" Type="http://schemas.openxmlformats.org/officeDocument/2006/relationships/image" Target="media/image1292.wmf"/><Relationship Id="rId2974" Type="http://schemas.openxmlformats.org/officeDocument/2006/relationships/image" Target="media/image1744.wmf"/><Relationship Id="rId501" Type="http://schemas.openxmlformats.org/officeDocument/2006/relationships/oleObject" Target="embeddings/oleObject244.bin"/><Relationship Id="rId946" Type="http://schemas.openxmlformats.org/officeDocument/2006/relationships/image" Target="media/image467.wmf"/><Relationship Id="rId1131" Type="http://schemas.openxmlformats.org/officeDocument/2006/relationships/oleObject" Target="embeddings/oleObject559.bin"/><Relationship Id="rId1229" Type="http://schemas.openxmlformats.org/officeDocument/2006/relationships/oleObject" Target="embeddings/oleObject608.bin"/><Relationship Id="rId1783" Type="http://schemas.openxmlformats.org/officeDocument/2006/relationships/image" Target="media/image929.wmf"/><Relationship Id="rId1990" Type="http://schemas.openxmlformats.org/officeDocument/2006/relationships/image" Target="media/image1126.wmf"/><Relationship Id="rId2627" Type="http://schemas.openxmlformats.org/officeDocument/2006/relationships/oleObject" Target="embeddings/oleObject1170.bin"/><Relationship Id="rId2834" Type="http://schemas.openxmlformats.org/officeDocument/2006/relationships/image" Target="media/image1617.wmf"/><Relationship Id="rId75" Type="http://schemas.openxmlformats.org/officeDocument/2006/relationships/oleObject" Target="embeddings/oleObject31.bin"/><Relationship Id="rId806" Type="http://schemas.openxmlformats.org/officeDocument/2006/relationships/image" Target="media/image397.wmf"/><Relationship Id="rId1436" Type="http://schemas.openxmlformats.org/officeDocument/2006/relationships/image" Target="media/image712.wmf"/><Relationship Id="rId1643" Type="http://schemas.openxmlformats.org/officeDocument/2006/relationships/oleObject" Target="embeddings/oleObject815.bin"/><Relationship Id="rId1850" Type="http://schemas.openxmlformats.org/officeDocument/2006/relationships/image" Target="media/image996.wmf"/><Relationship Id="rId2901" Type="http://schemas.openxmlformats.org/officeDocument/2006/relationships/image" Target="media/image1674.wmf"/><Relationship Id="rId3096" Type="http://schemas.openxmlformats.org/officeDocument/2006/relationships/image" Target="media/image1853.wmf"/><Relationship Id="rId1503" Type="http://schemas.openxmlformats.org/officeDocument/2006/relationships/oleObject" Target="embeddings/oleObject745.bin"/><Relationship Id="rId1710" Type="http://schemas.openxmlformats.org/officeDocument/2006/relationships/image" Target="media/image856.wmf"/><Relationship Id="rId1948" Type="http://schemas.openxmlformats.org/officeDocument/2006/relationships/image" Target="media/image1094.wmf"/><Relationship Id="rId3163" Type="http://schemas.openxmlformats.org/officeDocument/2006/relationships/image" Target="media/image1920.wmf"/><Relationship Id="rId291" Type="http://schemas.openxmlformats.org/officeDocument/2006/relationships/oleObject" Target="embeddings/oleObject139.bin"/><Relationship Id="rId1808" Type="http://schemas.openxmlformats.org/officeDocument/2006/relationships/image" Target="media/image954.wmf"/><Relationship Id="rId3023" Type="http://schemas.openxmlformats.org/officeDocument/2006/relationships/image" Target="media/image1790.wmf"/><Relationship Id="rId151" Type="http://schemas.openxmlformats.org/officeDocument/2006/relationships/oleObject" Target="embeddings/oleObject69.bin"/><Relationship Id="rId389" Type="http://schemas.openxmlformats.org/officeDocument/2006/relationships/oleObject" Target="embeddings/oleObject188.bin"/><Relationship Id="rId596" Type="http://schemas.openxmlformats.org/officeDocument/2006/relationships/image" Target="media/image292.wmf"/><Relationship Id="rId2277" Type="http://schemas.openxmlformats.org/officeDocument/2006/relationships/oleObject" Target="embeddings/oleObject995.bin"/><Relationship Id="rId2484" Type="http://schemas.openxmlformats.org/officeDocument/2006/relationships/image" Target="media/image1373.wmf"/><Relationship Id="rId2691" Type="http://schemas.openxmlformats.org/officeDocument/2006/relationships/oleObject" Target="embeddings/oleObject1202.bin"/><Relationship Id="rId3230" Type="http://schemas.openxmlformats.org/officeDocument/2006/relationships/image" Target="media/image1958.wmf"/><Relationship Id="rId3328" Type="http://schemas.openxmlformats.org/officeDocument/2006/relationships/hyperlink" Target="https://doi.org/10.1134/S0012266116120077" TargetMode="External"/><Relationship Id="rId249" Type="http://schemas.openxmlformats.org/officeDocument/2006/relationships/oleObject" Target="embeddings/oleObject118.bin"/><Relationship Id="rId456" Type="http://schemas.openxmlformats.org/officeDocument/2006/relationships/image" Target="media/image222.wmf"/><Relationship Id="rId663" Type="http://schemas.openxmlformats.org/officeDocument/2006/relationships/oleObject" Target="embeddings/oleObject325.bin"/><Relationship Id="rId870" Type="http://schemas.openxmlformats.org/officeDocument/2006/relationships/image" Target="media/image429.wmf"/><Relationship Id="rId1086" Type="http://schemas.openxmlformats.org/officeDocument/2006/relationships/image" Target="media/image537.wmf"/><Relationship Id="rId1293" Type="http://schemas.openxmlformats.org/officeDocument/2006/relationships/oleObject" Target="embeddings/oleObject640.bin"/><Relationship Id="rId2137" Type="http://schemas.openxmlformats.org/officeDocument/2006/relationships/oleObject" Target="embeddings/oleObject925.bin"/><Relationship Id="rId2344" Type="http://schemas.openxmlformats.org/officeDocument/2006/relationships/image" Target="media/image1303.wmf"/><Relationship Id="rId2551" Type="http://schemas.openxmlformats.org/officeDocument/2006/relationships/oleObject" Target="embeddings/oleObject1132.bin"/><Relationship Id="rId2789" Type="http://schemas.openxmlformats.org/officeDocument/2006/relationships/image" Target="media/image1574.wmf"/><Relationship Id="rId2996" Type="http://schemas.openxmlformats.org/officeDocument/2006/relationships/image" Target="media/image1764.wmf"/><Relationship Id="rId109" Type="http://schemas.openxmlformats.org/officeDocument/2006/relationships/oleObject" Target="embeddings/oleObject48.bin"/><Relationship Id="rId316" Type="http://schemas.openxmlformats.org/officeDocument/2006/relationships/image" Target="media/image152.wmf"/><Relationship Id="rId523" Type="http://schemas.openxmlformats.org/officeDocument/2006/relationships/oleObject" Target="embeddings/oleObject255.bin"/><Relationship Id="rId968" Type="http://schemas.openxmlformats.org/officeDocument/2006/relationships/image" Target="media/image478.wmf"/><Relationship Id="rId1153" Type="http://schemas.openxmlformats.org/officeDocument/2006/relationships/oleObject" Target="embeddings/oleObject570.bin"/><Relationship Id="rId1598" Type="http://schemas.openxmlformats.org/officeDocument/2006/relationships/image" Target="media/image793.wmf"/><Relationship Id="rId2204" Type="http://schemas.openxmlformats.org/officeDocument/2006/relationships/image" Target="media/image1233.wmf"/><Relationship Id="rId2649" Type="http://schemas.openxmlformats.org/officeDocument/2006/relationships/oleObject" Target="embeddings/oleObject1181.bin"/><Relationship Id="rId2856" Type="http://schemas.openxmlformats.org/officeDocument/2006/relationships/image" Target="media/image1633.wmf"/><Relationship Id="rId97" Type="http://schemas.openxmlformats.org/officeDocument/2006/relationships/oleObject" Target="embeddings/oleObject42.bin"/><Relationship Id="rId730" Type="http://schemas.openxmlformats.org/officeDocument/2006/relationships/image" Target="media/image359.wmf"/><Relationship Id="rId828" Type="http://schemas.openxmlformats.org/officeDocument/2006/relationships/image" Target="media/image408.wmf"/><Relationship Id="rId1013" Type="http://schemas.openxmlformats.org/officeDocument/2006/relationships/oleObject" Target="embeddings/oleObject500.bin"/><Relationship Id="rId1360" Type="http://schemas.openxmlformats.org/officeDocument/2006/relationships/image" Target="media/image674.wmf"/><Relationship Id="rId1458" Type="http://schemas.openxmlformats.org/officeDocument/2006/relationships/image" Target="media/image723.wmf"/><Relationship Id="rId1665" Type="http://schemas.openxmlformats.org/officeDocument/2006/relationships/oleObject" Target="embeddings/oleObject826.bin"/><Relationship Id="rId1872" Type="http://schemas.openxmlformats.org/officeDocument/2006/relationships/image" Target="media/image1018.wmf"/><Relationship Id="rId2411" Type="http://schemas.openxmlformats.org/officeDocument/2006/relationships/oleObject" Target="embeddings/oleObject1062.bin"/><Relationship Id="rId2509" Type="http://schemas.openxmlformats.org/officeDocument/2006/relationships/oleObject" Target="embeddings/oleObject1111.bin"/><Relationship Id="rId2716" Type="http://schemas.openxmlformats.org/officeDocument/2006/relationships/image" Target="media/image1501.wmf"/><Relationship Id="rId1220" Type="http://schemas.openxmlformats.org/officeDocument/2006/relationships/image" Target="media/image604.wmf"/><Relationship Id="rId1318" Type="http://schemas.openxmlformats.org/officeDocument/2006/relationships/image" Target="media/image653.wmf"/><Relationship Id="rId1525" Type="http://schemas.openxmlformats.org/officeDocument/2006/relationships/oleObject" Target="embeddings/oleObject756.bin"/><Relationship Id="rId2923" Type="http://schemas.openxmlformats.org/officeDocument/2006/relationships/image" Target="media/image1696.wmf"/><Relationship Id="rId1732" Type="http://schemas.openxmlformats.org/officeDocument/2006/relationships/image" Target="media/image878.wmf"/><Relationship Id="rId3185" Type="http://schemas.openxmlformats.org/officeDocument/2006/relationships/image" Target="media/image1935.wmf"/><Relationship Id="rId24" Type="http://schemas.openxmlformats.org/officeDocument/2006/relationships/image" Target="media/image6.wmf"/><Relationship Id="rId2299" Type="http://schemas.openxmlformats.org/officeDocument/2006/relationships/oleObject" Target="embeddings/oleObject1006.bin"/><Relationship Id="rId3045" Type="http://schemas.openxmlformats.org/officeDocument/2006/relationships/image" Target="media/image1810.wmf"/><Relationship Id="rId3252" Type="http://schemas.openxmlformats.org/officeDocument/2006/relationships/image" Target="media/image1979.wmf"/><Relationship Id="rId173" Type="http://schemas.openxmlformats.org/officeDocument/2006/relationships/oleObject" Target="embeddings/oleObject80.bin"/><Relationship Id="rId380" Type="http://schemas.openxmlformats.org/officeDocument/2006/relationships/image" Target="media/image184.wmf"/><Relationship Id="rId2061" Type="http://schemas.openxmlformats.org/officeDocument/2006/relationships/oleObject" Target="embeddings/oleObject887.bin"/><Relationship Id="rId3112" Type="http://schemas.openxmlformats.org/officeDocument/2006/relationships/image" Target="media/image1869.wmf"/><Relationship Id="rId240" Type="http://schemas.openxmlformats.org/officeDocument/2006/relationships/image" Target="media/image114.wmf"/><Relationship Id="rId478" Type="http://schemas.openxmlformats.org/officeDocument/2006/relationships/image" Target="media/image233.wmf"/><Relationship Id="rId685" Type="http://schemas.openxmlformats.org/officeDocument/2006/relationships/oleObject" Target="embeddings/oleObject336.bin"/><Relationship Id="rId892" Type="http://schemas.openxmlformats.org/officeDocument/2006/relationships/image" Target="media/image440.wmf"/><Relationship Id="rId2159" Type="http://schemas.openxmlformats.org/officeDocument/2006/relationships/oleObject" Target="embeddings/oleObject936.bin"/><Relationship Id="rId2366" Type="http://schemas.openxmlformats.org/officeDocument/2006/relationships/image" Target="media/image1314.wmf"/><Relationship Id="rId2573" Type="http://schemas.openxmlformats.org/officeDocument/2006/relationships/oleObject" Target="embeddings/oleObject1143.bin"/><Relationship Id="rId2780" Type="http://schemas.openxmlformats.org/officeDocument/2006/relationships/image" Target="media/image1565.wmf"/><Relationship Id="rId100" Type="http://schemas.openxmlformats.org/officeDocument/2006/relationships/image" Target="media/image44.wmf"/><Relationship Id="rId338" Type="http://schemas.openxmlformats.org/officeDocument/2006/relationships/image" Target="media/image163.wmf"/><Relationship Id="rId545" Type="http://schemas.openxmlformats.org/officeDocument/2006/relationships/oleObject" Target="embeddings/oleObject266.bin"/><Relationship Id="rId752" Type="http://schemas.openxmlformats.org/officeDocument/2006/relationships/image" Target="media/image370.wmf"/><Relationship Id="rId1175" Type="http://schemas.openxmlformats.org/officeDocument/2006/relationships/oleObject" Target="embeddings/oleObject581.bin"/><Relationship Id="rId1382" Type="http://schemas.openxmlformats.org/officeDocument/2006/relationships/image" Target="media/image685.wmf"/><Relationship Id="rId2019" Type="http://schemas.openxmlformats.org/officeDocument/2006/relationships/oleObject" Target="embeddings/oleObject866.bin"/><Relationship Id="rId2226" Type="http://schemas.openxmlformats.org/officeDocument/2006/relationships/image" Target="media/image1244.wmf"/><Relationship Id="rId2433" Type="http://schemas.openxmlformats.org/officeDocument/2006/relationships/oleObject" Target="embeddings/oleObject1073.bin"/><Relationship Id="rId2640" Type="http://schemas.openxmlformats.org/officeDocument/2006/relationships/image" Target="media/image1451.wmf"/><Relationship Id="rId2878" Type="http://schemas.openxmlformats.org/officeDocument/2006/relationships/image" Target="media/image1653.wmf"/><Relationship Id="rId405" Type="http://schemas.openxmlformats.org/officeDocument/2006/relationships/oleObject" Target="embeddings/oleObject196.bin"/><Relationship Id="rId612" Type="http://schemas.openxmlformats.org/officeDocument/2006/relationships/image" Target="media/image300.wmf"/><Relationship Id="rId1035" Type="http://schemas.openxmlformats.org/officeDocument/2006/relationships/oleObject" Target="embeddings/oleObject511.bin"/><Relationship Id="rId1242" Type="http://schemas.openxmlformats.org/officeDocument/2006/relationships/image" Target="media/image615.wmf"/><Relationship Id="rId1687" Type="http://schemas.openxmlformats.org/officeDocument/2006/relationships/oleObject" Target="embeddings/oleObject837.bin"/><Relationship Id="rId1894" Type="http://schemas.openxmlformats.org/officeDocument/2006/relationships/image" Target="media/image1040.wmf"/><Relationship Id="rId2500" Type="http://schemas.openxmlformats.org/officeDocument/2006/relationships/image" Target="media/image1381.wmf"/><Relationship Id="rId2738" Type="http://schemas.openxmlformats.org/officeDocument/2006/relationships/image" Target="media/image1523.wmf"/><Relationship Id="rId2945" Type="http://schemas.openxmlformats.org/officeDocument/2006/relationships/image" Target="media/image1716.wmf"/><Relationship Id="rId917" Type="http://schemas.openxmlformats.org/officeDocument/2006/relationships/oleObject" Target="embeddings/oleObject452.bin"/><Relationship Id="rId1102" Type="http://schemas.openxmlformats.org/officeDocument/2006/relationships/image" Target="media/image545.wmf"/><Relationship Id="rId1547" Type="http://schemas.openxmlformats.org/officeDocument/2006/relationships/oleObject" Target="embeddings/oleObject767.bin"/><Relationship Id="rId1754" Type="http://schemas.openxmlformats.org/officeDocument/2006/relationships/image" Target="media/image900.wmf"/><Relationship Id="rId1961" Type="http://schemas.openxmlformats.org/officeDocument/2006/relationships/image" Target="media/image1107.wmf"/><Relationship Id="rId2805" Type="http://schemas.openxmlformats.org/officeDocument/2006/relationships/image" Target="media/image1590.wmf"/><Relationship Id="rId46" Type="http://schemas.openxmlformats.org/officeDocument/2006/relationships/image" Target="media/image17.wmf"/><Relationship Id="rId1407" Type="http://schemas.openxmlformats.org/officeDocument/2006/relationships/oleObject" Target="embeddings/oleObject697.bin"/><Relationship Id="rId1614" Type="http://schemas.openxmlformats.org/officeDocument/2006/relationships/image" Target="media/image801.wmf"/><Relationship Id="rId1821" Type="http://schemas.openxmlformats.org/officeDocument/2006/relationships/image" Target="media/image967.wmf"/><Relationship Id="rId3067" Type="http://schemas.openxmlformats.org/officeDocument/2006/relationships/oleObject" Target="embeddings/oleObject1227.bin"/><Relationship Id="rId3274" Type="http://schemas.openxmlformats.org/officeDocument/2006/relationships/image" Target="media/image2000.wmf"/><Relationship Id="rId195" Type="http://schemas.openxmlformats.org/officeDocument/2006/relationships/oleObject" Target="embeddings/oleObject91.bin"/><Relationship Id="rId1919" Type="http://schemas.openxmlformats.org/officeDocument/2006/relationships/image" Target="media/image1065.wmf"/><Relationship Id="rId2083" Type="http://schemas.openxmlformats.org/officeDocument/2006/relationships/oleObject" Target="embeddings/oleObject898.bin"/><Relationship Id="rId2290" Type="http://schemas.openxmlformats.org/officeDocument/2006/relationships/image" Target="media/image1276.wmf"/><Relationship Id="rId2388" Type="http://schemas.openxmlformats.org/officeDocument/2006/relationships/image" Target="media/image1325.wmf"/><Relationship Id="rId2595" Type="http://schemas.openxmlformats.org/officeDocument/2006/relationships/oleObject" Target="embeddings/oleObject1154.bin"/><Relationship Id="rId3134" Type="http://schemas.openxmlformats.org/officeDocument/2006/relationships/image" Target="media/image1891.wmf"/><Relationship Id="rId262" Type="http://schemas.openxmlformats.org/officeDocument/2006/relationships/image" Target="media/image125.wmf"/><Relationship Id="rId567" Type="http://schemas.openxmlformats.org/officeDocument/2006/relationships/oleObject" Target="embeddings/oleObject277.bin"/><Relationship Id="rId1197" Type="http://schemas.openxmlformats.org/officeDocument/2006/relationships/oleObject" Target="embeddings/oleObject592.bin"/><Relationship Id="rId2150" Type="http://schemas.openxmlformats.org/officeDocument/2006/relationships/image" Target="media/image1206.wmf"/><Relationship Id="rId2248" Type="http://schemas.openxmlformats.org/officeDocument/2006/relationships/image" Target="media/image1255.wmf"/><Relationship Id="rId3201" Type="http://schemas.openxmlformats.org/officeDocument/2006/relationships/image" Target="media/image1940.wmf"/><Relationship Id="rId122" Type="http://schemas.openxmlformats.org/officeDocument/2006/relationships/image" Target="media/image55.wmf"/><Relationship Id="rId774" Type="http://schemas.openxmlformats.org/officeDocument/2006/relationships/image" Target="media/image381.wmf"/><Relationship Id="rId981" Type="http://schemas.openxmlformats.org/officeDocument/2006/relationships/oleObject" Target="embeddings/oleObject484.bin"/><Relationship Id="rId1057" Type="http://schemas.openxmlformats.org/officeDocument/2006/relationships/oleObject" Target="embeddings/oleObject522.bin"/><Relationship Id="rId2010" Type="http://schemas.openxmlformats.org/officeDocument/2006/relationships/image" Target="media/image1136.wmf"/><Relationship Id="rId2455" Type="http://schemas.openxmlformats.org/officeDocument/2006/relationships/oleObject" Target="embeddings/oleObject1084.bin"/><Relationship Id="rId2662" Type="http://schemas.openxmlformats.org/officeDocument/2006/relationships/image" Target="media/image1462.wmf"/><Relationship Id="rId427" Type="http://schemas.openxmlformats.org/officeDocument/2006/relationships/oleObject" Target="embeddings/oleObject207.bin"/><Relationship Id="rId634" Type="http://schemas.openxmlformats.org/officeDocument/2006/relationships/image" Target="media/image311.wmf"/><Relationship Id="rId841" Type="http://schemas.openxmlformats.org/officeDocument/2006/relationships/oleObject" Target="embeddings/oleObject414.bin"/><Relationship Id="rId1264" Type="http://schemas.openxmlformats.org/officeDocument/2006/relationships/image" Target="media/image626.wmf"/><Relationship Id="rId1471" Type="http://schemas.openxmlformats.org/officeDocument/2006/relationships/oleObject" Target="embeddings/oleObject729.bin"/><Relationship Id="rId1569" Type="http://schemas.openxmlformats.org/officeDocument/2006/relationships/oleObject" Target="embeddings/oleObject778.bin"/><Relationship Id="rId2108" Type="http://schemas.openxmlformats.org/officeDocument/2006/relationships/image" Target="media/image1185.wmf"/><Relationship Id="rId2315" Type="http://schemas.openxmlformats.org/officeDocument/2006/relationships/oleObject" Target="embeddings/oleObject1014.bin"/><Relationship Id="rId2522" Type="http://schemas.openxmlformats.org/officeDocument/2006/relationships/image" Target="media/image1392.wmf"/><Relationship Id="rId2967" Type="http://schemas.openxmlformats.org/officeDocument/2006/relationships/image" Target="media/image1738.wmf"/><Relationship Id="rId701" Type="http://schemas.openxmlformats.org/officeDocument/2006/relationships/oleObject" Target="embeddings/oleObject344.bin"/><Relationship Id="rId939" Type="http://schemas.openxmlformats.org/officeDocument/2006/relationships/oleObject" Target="embeddings/oleObject463.bin"/><Relationship Id="rId1124" Type="http://schemas.openxmlformats.org/officeDocument/2006/relationships/image" Target="media/image556.wmf"/><Relationship Id="rId1331" Type="http://schemas.openxmlformats.org/officeDocument/2006/relationships/oleObject" Target="embeddings/oleObject659.bin"/><Relationship Id="rId1776" Type="http://schemas.openxmlformats.org/officeDocument/2006/relationships/image" Target="media/image922.wmf"/><Relationship Id="rId1983" Type="http://schemas.openxmlformats.org/officeDocument/2006/relationships/oleObject" Target="embeddings/oleObject848.bin"/><Relationship Id="rId2827" Type="http://schemas.openxmlformats.org/officeDocument/2006/relationships/oleObject" Target="embeddings/oleObject1204.bin"/><Relationship Id="rId68" Type="http://schemas.openxmlformats.org/officeDocument/2006/relationships/image" Target="media/image28.wmf"/><Relationship Id="rId1429" Type="http://schemas.openxmlformats.org/officeDocument/2006/relationships/oleObject" Target="embeddings/oleObject708.bin"/><Relationship Id="rId1636" Type="http://schemas.openxmlformats.org/officeDocument/2006/relationships/image" Target="media/image812.wmf"/><Relationship Id="rId1843" Type="http://schemas.openxmlformats.org/officeDocument/2006/relationships/image" Target="media/image989.wmf"/><Relationship Id="rId3089" Type="http://schemas.openxmlformats.org/officeDocument/2006/relationships/image" Target="media/image1846.wmf"/><Relationship Id="rId3296" Type="http://schemas.openxmlformats.org/officeDocument/2006/relationships/image" Target="media/image2021.wmf"/><Relationship Id="rId1703" Type="http://schemas.openxmlformats.org/officeDocument/2006/relationships/image" Target="media/image849.wmf"/><Relationship Id="rId1910" Type="http://schemas.openxmlformats.org/officeDocument/2006/relationships/image" Target="media/image1056.wmf"/><Relationship Id="rId3156" Type="http://schemas.openxmlformats.org/officeDocument/2006/relationships/image" Target="media/image1913.wmf"/><Relationship Id="rId284" Type="http://schemas.openxmlformats.org/officeDocument/2006/relationships/image" Target="media/image136.wmf"/><Relationship Id="rId491" Type="http://schemas.openxmlformats.org/officeDocument/2006/relationships/oleObject" Target="embeddings/oleObject239.bin"/><Relationship Id="rId2172" Type="http://schemas.openxmlformats.org/officeDocument/2006/relationships/image" Target="media/image1217.wmf"/><Relationship Id="rId3016" Type="http://schemas.openxmlformats.org/officeDocument/2006/relationships/image" Target="media/image1783.wmf"/><Relationship Id="rId3223" Type="http://schemas.openxmlformats.org/officeDocument/2006/relationships/image" Target="media/image1951.wmf"/><Relationship Id="rId144" Type="http://schemas.openxmlformats.org/officeDocument/2006/relationships/image" Target="media/image66.wmf"/><Relationship Id="rId589" Type="http://schemas.openxmlformats.org/officeDocument/2006/relationships/oleObject" Target="embeddings/oleObject288.bin"/><Relationship Id="rId796" Type="http://schemas.openxmlformats.org/officeDocument/2006/relationships/image" Target="media/image392.wmf"/><Relationship Id="rId2477" Type="http://schemas.openxmlformats.org/officeDocument/2006/relationships/oleObject" Target="embeddings/oleObject1095.bin"/><Relationship Id="rId2684" Type="http://schemas.openxmlformats.org/officeDocument/2006/relationships/image" Target="media/image1473.wmf"/><Relationship Id="rId351" Type="http://schemas.openxmlformats.org/officeDocument/2006/relationships/oleObject" Target="embeddings/oleObject169.bin"/><Relationship Id="rId449" Type="http://schemas.openxmlformats.org/officeDocument/2006/relationships/oleObject" Target="embeddings/oleObject218.bin"/><Relationship Id="rId656" Type="http://schemas.openxmlformats.org/officeDocument/2006/relationships/image" Target="media/image322.wmf"/><Relationship Id="rId863" Type="http://schemas.openxmlformats.org/officeDocument/2006/relationships/oleObject" Target="embeddings/oleObject425.bin"/><Relationship Id="rId1079" Type="http://schemas.openxmlformats.org/officeDocument/2006/relationships/oleObject" Target="embeddings/oleObject533.bin"/><Relationship Id="rId1286" Type="http://schemas.openxmlformats.org/officeDocument/2006/relationships/image" Target="media/image637.wmf"/><Relationship Id="rId1493" Type="http://schemas.openxmlformats.org/officeDocument/2006/relationships/oleObject" Target="embeddings/oleObject740.bin"/><Relationship Id="rId2032" Type="http://schemas.openxmlformats.org/officeDocument/2006/relationships/image" Target="media/image1147.wmf"/><Relationship Id="rId2337" Type="http://schemas.openxmlformats.org/officeDocument/2006/relationships/oleObject" Target="embeddings/oleObject1025.bin"/><Relationship Id="rId2544" Type="http://schemas.openxmlformats.org/officeDocument/2006/relationships/image" Target="media/image1403.wmf"/><Relationship Id="rId2891" Type="http://schemas.openxmlformats.org/officeDocument/2006/relationships/image" Target="media/image1664.wmf"/><Relationship Id="rId2989" Type="http://schemas.openxmlformats.org/officeDocument/2006/relationships/image" Target="media/image1759.wmf"/><Relationship Id="rId211" Type="http://schemas.openxmlformats.org/officeDocument/2006/relationships/oleObject" Target="embeddings/oleObject99.bin"/><Relationship Id="rId309" Type="http://schemas.openxmlformats.org/officeDocument/2006/relationships/oleObject" Target="embeddings/oleObject148.bin"/><Relationship Id="rId516" Type="http://schemas.openxmlformats.org/officeDocument/2006/relationships/image" Target="media/image252.wmf"/><Relationship Id="rId1146" Type="http://schemas.openxmlformats.org/officeDocument/2006/relationships/image" Target="media/image567.wmf"/><Relationship Id="rId1798" Type="http://schemas.openxmlformats.org/officeDocument/2006/relationships/image" Target="media/image944.wmf"/><Relationship Id="rId2751" Type="http://schemas.openxmlformats.org/officeDocument/2006/relationships/image" Target="media/image1536.wmf"/><Relationship Id="rId2849" Type="http://schemas.openxmlformats.org/officeDocument/2006/relationships/oleObject" Target="embeddings/oleObject1207.bin"/><Relationship Id="rId723" Type="http://schemas.openxmlformats.org/officeDocument/2006/relationships/oleObject" Target="embeddings/oleObject355.bin"/><Relationship Id="rId930" Type="http://schemas.openxmlformats.org/officeDocument/2006/relationships/image" Target="media/image459.wmf"/><Relationship Id="rId1006" Type="http://schemas.openxmlformats.org/officeDocument/2006/relationships/image" Target="media/image497.wmf"/><Relationship Id="rId1353" Type="http://schemas.openxmlformats.org/officeDocument/2006/relationships/oleObject" Target="embeddings/oleObject670.bin"/><Relationship Id="rId1560" Type="http://schemas.openxmlformats.org/officeDocument/2006/relationships/image" Target="media/image774.wmf"/><Relationship Id="rId1658" Type="http://schemas.openxmlformats.org/officeDocument/2006/relationships/image" Target="media/image823.wmf"/><Relationship Id="rId1865" Type="http://schemas.openxmlformats.org/officeDocument/2006/relationships/image" Target="media/image1011.wmf"/><Relationship Id="rId2404" Type="http://schemas.openxmlformats.org/officeDocument/2006/relationships/image" Target="media/image1333.wmf"/><Relationship Id="rId2611" Type="http://schemas.openxmlformats.org/officeDocument/2006/relationships/oleObject" Target="embeddings/oleObject1162.bin"/><Relationship Id="rId2709" Type="http://schemas.openxmlformats.org/officeDocument/2006/relationships/image" Target="media/image1494.wmf"/><Relationship Id="rId1213" Type="http://schemas.openxmlformats.org/officeDocument/2006/relationships/oleObject" Target="embeddings/oleObject600.bin"/><Relationship Id="rId1420" Type="http://schemas.openxmlformats.org/officeDocument/2006/relationships/image" Target="media/image704.wmf"/><Relationship Id="rId1518" Type="http://schemas.openxmlformats.org/officeDocument/2006/relationships/image" Target="media/image753.wmf"/><Relationship Id="rId2916" Type="http://schemas.openxmlformats.org/officeDocument/2006/relationships/image" Target="media/image1689.wmf"/><Relationship Id="rId3080" Type="http://schemas.openxmlformats.org/officeDocument/2006/relationships/image" Target="media/image1837.wmf"/><Relationship Id="rId1725" Type="http://schemas.openxmlformats.org/officeDocument/2006/relationships/image" Target="media/image871.wmf"/><Relationship Id="rId1932" Type="http://schemas.openxmlformats.org/officeDocument/2006/relationships/image" Target="media/image1078.wmf"/><Relationship Id="rId3178" Type="http://schemas.openxmlformats.org/officeDocument/2006/relationships/image" Target="media/image1932.wmf"/><Relationship Id="rId17" Type="http://schemas.openxmlformats.org/officeDocument/2006/relationships/hyperlink" Target="https://doi.org/10.26577/JMMCS.2021.v111.i3.04" TargetMode="External"/><Relationship Id="rId2194" Type="http://schemas.openxmlformats.org/officeDocument/2006/relationships/image" Target="media/image1228.wmf"/><Relationship Id="rId3038" Type="http://schemas.openxmlformats.org/officeDocument/2006/relationships/image" Target="media/image1805.wmf"/><Relationship Id="rId3245" Type="http://schemas.openxmlformats.org/officeDocument/2006/relationships/image" Target="media/image1973.wmf"/><Relationship Id="rId166" Type="http://schemas.openxmlformats.org/officeDocument/2006/relationships/image" Target="media/image77.wmf"/><Relationship Id="rId373" Type="http://schemas.openxmlformats.org/officeDocument/2006/relationships/oleObject" Target="embeddings/oleObject180.bin"/><Relationship Id="rId580" Type="http://schemas.openxmlformats.org/officeDocument/2006/relationships/image" Target="media/image284.wmf"/><Relationship Id="rId2054" Type="http://schemas.openxmlformats.org/officeDocument/2006/relationships/image" Target="media/image1158.wmf"/><Relationship Id="rId2261" Type="http://schemas.openxmlformats.org/officeDocument/2006/relationships/oleObject" Target="embeddings/oleObject987.bin"/><Relationship Id="rId2499" Type="http://schemas.openxmlformats.org/officeDocument/2006/relationships/oleObject" Target="embeddings/oleObject1106.bin"/><Relationship Id="rId3105" Type="http://schemas.openxmlformats.org/officeDocument/2006/relationships/image" Target="media/image1862.wmf"/><Relationship Id="rId3312" Type="http://schemas.openxmlformats.org/officeDocument/2006/relationships/image" Target="media/image2035.wmf"/><Relationship Id="rId1" Type="http://schemas.openxmlformats.org/officeDocument/2006/relationships/customXml" Target="../customXml/item1.xml"/><Relationship Id="rId233" Type="http://schemas.openxmlformats.org/officeDocument/2006/relationships/oleObject" Target="embeddings/oleObject110.bin"/><Relationship Id="rId440" Type="http://schemas.openxmlformats.org/officeDocument/2006/relationships/image" Target="media/image214.wmf"/><Relationship Id="rId678" Type="http://schemas.openxmlformats.org/officeDocument/2006/relationships/image" Target="media/image333.wmf"/><Relationship Id="rId885" Type="http://schemas.openxmlformats.org/officeDocument/2006/relationships/oleObject" Target="embeddings/oleObject436.bin"/><Relationship Id="rId1070" Type="http://schemas.openxmlformats.org/officeDocument/2006/relationships/image" Target="media/image529.wmf"/><Relationship Id="rId2121" Type="http://schemas.openxmlformats.org/officeDocument/2006/relationships/oleObject" Target="embeddings/oleObject917.bin"/><Relationship Id="rId2359" Type="http://schemas.openxmlformats.org/officeDocument/2006/relationships/oleObject" Target="embeddings/oleObject1036.bin"/><Relationship Id="rId2566" Type="http://schemas.openxmlformats.org/officeDocument/2006/relationships/image" Target="media/image1414.wmf"/><Relationship Id="rId2773" Type="http://schemas.openxmlformats.org/officeDocument/2006/relationships/image" Target="media/image1558.wmf"/><Relationship Id="rId2980" Type="http://schemas.openxmlformats.org/officeDocument/2006/relationships/image" Target="media/image1750.wmf"/><Relationship Id="rId300" Type="http://schemas.openxmlformats.org/officeDocument/2006/relationships/image" Target="media/image144.wmf"/><Relationship Id="rId538" Type="http://schemas.openxmlformats.org/officeDocument/2006/relationships/image" Target="media/image263.wmf"/><Relationship Id="rId745" Type="http://schemas.openxmlformats.org/officeDocument/2006/relationships/oleObject" Target="embeddings/oleObject366.bin"/><Relationship Id="rId952" Type="http://schemas.openxmlformats.org/officeDocument/2006/relationships/image" Target="media/image470.wmf"/><Relationship Id="rId1168" Type="http://schemas.openxmlformats.org/officeDocument/2006/relationships/image" Target="media/image578.wmf"/><Relationship Id="rId1375" Type="http://schemas.openxmlformats.org/officeDocument/2006/relationships/oleObject" Target="embeddings/oleObject681.bin"/><Relationship Id="rId1582" Type="http://schemas.openxmlformats.org/officeDocument/2006/relationships/image" Target="media/image785.wmf"/><Relationship Id="rId2219" Type="http://schemas.openxmlformats.org/officeDocument/2006/relationships/oleObject" Target="embeddings/oleObject966.bin"/><Relationship Id="rId2426" Type="http://schemas.openxmlformats.org/officeDocument/2006/relationships/image" Target="media/image1344.wmf"/><Relationship Id="rId2633" Type="http://schemas.openxmlformats.org/officeDocument/2006/relationships/oleObject" Target="embeddings/oleObject1173.bin"/><Relationship Id="rId81" Type="http://schemas.openxmlformats.org/officeDocument/2006/relationships/oleObject" Target="embeddings/oleObject34.bin"/><Relationship Id="rId605" Type="http://schemas.openxmlformats.org/officeDocument/2006/relationships/oleObject" Target="embeddings/oleObject296.bin"/><Relationship Id="rId812" Type="http://schemas.openxmlformats.org/officeDocument/2006/relationships/image" Target="media/image400.wmf"/><Relationship Id="rId1028" Type="http://schemas.openxmlformats.org/officeDocument/2006/relationships/image" Target="media/image508.wmf"/><Relationship Id="rId1235" Type="http://schemas.openxmlformats.org/officeDocument/2006/relationships/oleObject" Target="embeddings/oleObject611.bin"/><Relationship Id="rId1442" Type="http://schemas.openxmlformats.org/officeDocument/2006/relationships/image" Target="media/image715.wmf"/><Relationship Id="rId1887" Type="http://schemas.openxmlformats.org/officeDocument/2006/relationships/image" Target="media/image1033.wmf"/><Relationship Id="rId2840" Type="http://schemas.openxmlformats.org/officeDocument/2006/relationships/image" Target="media/image1623.wmf"/><Relationship Id="rId2938" Type="http://schemas.openxmlformats.org/officeDocument/2006/relationships/image" Target="media/image1710.wmf"/><Relationship Id="rId1302" Type="http://schemas.openxmlformats.org/officeDocument/2006/relationships/image" Target="media/image645.wmf"/><Relationship Id="rId1747" Type="http://schemas.openxmlformats.org/officeDocument/2006/relationships/image" Target="media/image893.wmf"/><Relationship Id="rId1954" Type="http://schemas.openxmlformats.org/officeDocument/2006/relationships/image" Target="media/image1100.wmf"/><Relationship Id="rId2700" Type="http://schemas.openxmlformats.org/officeDocument/2006/relationships/image" Target="media/image1485.wmf"/><Relationship Id="rId39" Type="http://schemas.openxmlformats.org/officeDocument/2006/relationships/oleObject" Target="embeddings/oleObject13.bin"/><Relationship Id="rId1607" Type="http://schemas.openxmlformats.org/officeDocument/2006/relationships/oleObject" Target="embeddings/oleObject797.bin"/><Relationship Id="rId1814" Type="http://schemas.openxmlformats.org/officeDocument/2006/relationships/image" Target="media/image960.wmf"/><Relationship Id="rId3267" Type="http://schemas.openxmlformats.org/officeDocument/2006/relationships/image" Target="media/image1993.wmf"/><Relationship Id="rId188" Type="http://schemas.openxmlformats.org/officeDocument/2006/relationships/image" Target="media/image88.wmf"/><Relationship Id="rId395" Type="http://schemas.openxmlformats.org/officeDocument/2006/relationships/oleObject" Target="embeddings/oleObject191.bin"/><Relationship Id="rId2076" Type="http://schemas.openxmlformats.org/officeDocument/2006/relationships/image" Target="media/image1169.wmf"/><Relationship Id="rId2283" Type="http://schemas.openxmlformats.org/officeDocument/2006/relationships/oleObject" Target="embeddings/oleObject998.bin"/><Relationship Id="rId2490" Type="http://schemas.openxmlformats.org/officeDocument/2006/relationships/image" Target="media/image1376.wmf"/><Relationship Id="rId2588" Type="http://schemas.openxmlformats.org/officeDocument/2006/relationships/image" Target="media/image1425.wmf"/><Relationship Id="rId3127" Type="http://schemas.openxmlformats.org/officeDocument/2006/relationships/image" Target="media/image1884.wmf"/><Relationship Id="rId3334" Type="http://schemas.openxmlformats.org/officeDocument/2006/relationships/hyperlink" Target="https://doi.org/10.26577/JMMCS.2021.v111.i3.04" TargetMode="External"/><Relationship Id="rId255" Type="http://schemas.openxmlformats.org/officeDocument/2006/relationships/oleObject" Target="embeddings/oleObject121.bin"/><Relationship Id="rId462" Type="http://schemas.openxmlformats.org/officeDocument/2006/relationships/image" Target="media/image225.wmf"/><Relationship Id="rId1092" Type="http://schemas.openxmlformats.org/officeDocument/2006/relationships/image" Target="media/image540.wmf"/><Relationship Id="rId1397" Type="http://schemas.openxmlformats.org/officeDocument/2006/relationships/oleObject" Target="embeddings/oleObject692.bin"/><Relationship Id="rId2143" Type="http://schemas.openxmlformats.org/officeDocument/2006/relationships/oleObject" Target="embeddings/oleObject928.bin"/><Relationship Id="rId2350" Type="http://schemas.openxmlformats.org/officeDocument/2006/relationships/image" Target="media/image1306.wmf"/><Relationship Id="rId2795" Type="http://schemas.openxmlformats.org/officeDocument/2006/relationships/image" Target="media/image1580.wmf"/><Relationship Id="rId115" Type="http://schemas.openxmlformats.org/officeDocument/2006/relationships/oleObject" Target="embeddings/oleObject51.bin"/><Relationship Id="rId322" Type="http://schemas.openxmlformats.org/officeDocument/2006/relationships/image" Target="media/image155.wmf"/><Relationship Id="rId767" Type="http://schemas.openxmlformats.org/officeDocument/2006/relationships/oleObject" Target="embeddings/oleObject377.bin"/><Relationship Id="rId974" Type="http://schemas.openxmlformats.org/officeDocument/2006/relationships/image" Target="media/image481.wmf"/><Relationship Id="rId2003" Type="http://schemas.openxmlformats.org/officeDocument/2006/relationships/oleObject" Target="embeddings/oleObject858.bin"/><Relationship Id="rId2210" Type="http://schemas.openxmlformats.org/officeDocument/2006/relationships/image" Target="media/image1236.wmf"/><Relationship Id="rId2448" Type="http://schemas.openxmlformats.org/officeDocument/2006/relationships/image" Target="media/image1355.wmf"/><Relationship Id="rId2655" Type="http://schemas.openxmlformats.org/officeDocument/2006/relationships/oleObject" Target="embeddings/oleObject1184.bin"/><Relationship Id="rId2862" Type="http://schemas.openxmlformats.org/officeDocument/2006/relationships/image" Target="media/image1638.wmf"/><Relationship Id="rId627" Type="http://schemas.openxmlformats.org/officeDocument/2006/relationships/oleObject" Target="embeddings/oleObject307.bin"/><Relationship Id="rId834" Type="http://schemas.openxmlformats.org/officeDocument/2006/relationships/image" Target="media/image411.wmf"/><Relationship Id="rId1257" Type="http://schemas.openxmlformats.org/officeDocument/2006/relationships/oleObject" Target="embeddings/oleObject622.bin"/><Relationship Id="rId1464" Type="http://schemas.openxmlformats.org/officeDocument/2006/relationships/image" Target="media/image726.wmf"/><Relationship Id="rId1671" Type="http://schemas.openxmlformats.org/officeDocument/2006/relationships/oleObject" Target="embeddings/oleObject829.bin"/><Relationship Id="rId2308" Type="http://schemas.openxmlformats.org/officeDocument/2006/relationships/image" Target="media/image1285.wmf"/><Relationship Id="rId2515" Type="http://schemas.openxmlformats.org/officeDocument/2006/relationships/oleObject" Target="embeddings/oleObject1114.bin"/><Relationship Id="rId2722" Type="http://schemas.openxmlformats.org/officeDocument/2006/relationships/image" Target="media/image1507.wmf"/><Relationship Id="rId901" Type="http://schemas.openxmlformats.org/officeDocument/2006/relationships/oleObject" Target="embeddings/oleObject444.bin"/><Relationship Id="rId1117" Type="http://schemas.openxmlformats.org/officeDocument/2006/relationships/oleObject" Target="embeddings/oleObject552.bin"/><Relationship Id="rId1324" Type="http://schemas.openxmlformats.org/officeDocument/2006/relationships/image" Target="media/image656.wmf"/><Relationship Id="rId1531" Type="http://schemas.openxmlformats.org/officeDocument/2006/relationships/oleObject" Target="embeddings/oleObject759.bin"/><Relationship Id="rId1769" Type="http://schemas.openxmlformats.org/officeDocument/2006/relationships/image" Target="media/image915.wmf"/><Relationship Id="rId1976" Type="http://schemas.openxmlformats.org/officeDocument/2006/relationships/image" Target="media/image1119.wmf"/><Relationship Id="rId3191" Type="http://schemas.openxmlformats.org/officeDocument/2006/relationships/oleObject" Target="embeddings/oleObject1241.bin"/><Relationship Id="rId30" Type="http://schemas.openxmlformats.org/officeDocument/2006/relationships/image" Target="media/image9.wmf"/><Relationship Id="rId1629" Type="http://schemas.openxmlformats.org/officeDocument/2006/relationships/oleObject" Target="embeddings/oleObject808.bin"/><Relationship Id="rId1836" Type="http://schemas.openxmlformats.org/officeDocument/2006/relationships/image" Target="media/image982.wmf"/><Relationship Id="rId3289" Type="http://schemas.openxmlformats.org/officeDocument/2006/relationships/image" Target="media/image2014.wmf"/><Relationship Id="rId1903" Type="http://schemas.openxmlformats.org/officeDocument/2006/relationships/image" Target="media/image1049.wmf"/><Relationship Id="rId2098" Type="http://schemas.openxmlformats.org/officeDocument/2006/relationships/image" Target="media/image1180.wmf"/><Relationship Id="rId3051" Type="http://schemas.openxmlformats.org/officeDocument/2006/relationships/image" Target="media/image1815.wmf"/><Relationship Id="rId3149" Type="http://schemas.openxmlformats.org/officeDocument/2006/relationships/image" Target="media/image1906.wmf"/><Relationship Id="rId277" Type="http://schemas.openxmlformats.org/officeDocument/2006/relationships/oleObject" Target="embeddings/oleObject132.bin"/><Relationship Id="rId484" Type="http://schemas.openxmlformats.org/officeDocument/2006/relationships/image" Target="media/image236.wmf"/><Relationship Id="rId2165" Type="http://schemas.openxmlformats.org/officeDocument/2006/relationships/oleObject" Target="embeddings/oleObject939.bin"/><Relationship Id="rId3009" Type="http://schemas.openxmlformats.org/officeDocument/2006/relationships/image" Target="media/image1777.wmf"/><Relationship Id="rId3216" Type="http://schemas.openxmlformats.org/officeDocument/2006/relationships/image" Target="media/image1945.wmf"/><Relationship Id="rId137" Type="http://schemas.openxmlformats.org/officeDocument/2006/relationships/oleObject" Target="embeddings/oleObject62.bin"/><Relationship Id="rId344" Type="http://schemas.openxmlformats.org/officeDocument/2006/relationships/image" Target="media/image166.wmf"/><Relationship Id="rId691" Type="http://schemas.openxmlformats.org/officeDocument/2006/relationships/oleObject" Target="embeddings/oleObject339.bin"/><Relationship Id="rId789" Type="http://schemas.openxmlformats.org/officeDocument/2006/relationships/oleObject" Target="embeddings/oleObject388.bin"/><Relationship Id="rId996" Type="http://schemas.openxmlformats.org/officeDocument/2006/relationships/image" Target="media/image492.wmf"/><Relationship Id="rId2025" Type="http://schemas.openxmlformats.org/officeDocument/2006/relationships/oleObject" Target="embeddings/oleObject869.bin"/><Relationship Id="rId2372" Type="http://schemas.openxmlformats.org/officeDocument/2006/relationships/image" Target="media/image1317.wmf"/><Relationship Id="rId2677" Type="http://schemas.openxmlformats.org/officeDocument/2006/relationships/oleObject" Target="embeddings/oleObject1195.bin"/><Relationship Id="rId2884" Type="http://schemas.openxmlformats.org/officeDocument/2006/relationships/image" Target="media/image1657.wmf"/><Relationship Id="rId551" Type="http://schemas.openxmlformats.org/officeDocument/2006/relationships/oleObject" Target="embeddings/oleObject269.bin"/><Relationship Id="rId649" Type="http://schemas.openxmlformats.org/officeDocument/2006/relationships/oleObject" Target="embeddings/oleObject318.bin"/><Relationship Id="rId856" Type="http://schemas.openxmlformats.org/officeDocument/2006/relationships/image" Target="media/image422.wmf"/><Relationship Id="rId1181" Type="http://schemas.openxmlformats.org/officeDocument/2006/relationships/oleObject" Target="embeddings/oleObject584.bin"/><Relationship Id="rId1279" Type="http://schemas.openxmlformats.org/officeDocument/2006/relationships/oleObject" Target="embeddings/oleObject633.bin"/><Relationship Id="rId1486" Type="http://schemas.openxmlformats.org/officeDocument/2006/relationships/image" Target="media/image737.wmf"/><Relationship Id="rId2232" Type="http://schemas.openxmlformats.org/officeDocument/2006/relationships/image" Target="media/image1247.wmf"/><Relationship Id="rId2537" Type="http://schemas.openxmlformats.org/officeDocument/2006/relationships/oleObject" Target="embeddings/oleObject1125.bin"/><Relationship Id="rId204" Type="http://schemas.openxmlformats.org/officeDocument/2006/relationships/image" Target="media/image96.wmf"/><Relationship Id="rId411" Type="http://schemas.openxmlformats.org/officeDocument/2006/relationships/oleObject" Target="embeddings/oleObject199.bin"/><Relationship Id="rId509" Type="http://schemas.openxmlformats.org/officeDocument/2006/relationships/oleObject" Target="embeddings/oleObject248.bin"/><Relationship Id="rId1041" Type="http://schemas.openxmlformats.org/officeDocument/2006/relationships/oleObject" Target="embeddings/oleObject514.bin"/><Relationship Id="rId1139" Type="http://schemas.openxmlformats.org/officeDocument/2006/relationships/oleObject" Target="embeddings/oleObject563.bin"/><Relationship Id="rId1346" Type="http://schemas.openxmlformats.org/officeDocument/2006/relationships/image" Target="media/image667.wmf"/><Relationship Id="rId1693" Type="http://schemas.openxmlformats.org/officeDocument/2006/relationships/oleObject" Target="embeddings/oleObject840.bin"/><Relationship Id="rId1998" Type="http://schemas.openxmlformats.org/officeDocument/2006/relationships/image" Target="media/image1130.wmf"/><Relationship Id="rId2744" Type="http://schemas.openxmlformats.org/officeDocument/2006/relationships/image" Target="media/image1529.wmf"/><Relationship Id="rId2951" Type="http://schemas.openxmlformats.org/officeDocument/2006/relationships/image" Target="media/image1722.wmf"/><Relationship Id="rId716" Type="http://schemas.openxmlformats.org/officeDocument/2006/relationships/image" Target="media/image352.wmf"/><Relationship Id="rId923" Type="http://schemas.openxmlformats.org/officeDocument/2006/relationships/oleObject" Target="embeddings/oleObject455.bin"/><Relationship Id="rId1553" Type="http://schemas.openxmlformats.org/officeDocument/2006/relationships/oleObject" Target="embeddings/oleObject770.bin"/><Relationship Id="rId1760" Type="http://schemas.openxmlformats.org/officeDocument/2006/relationships/image" Target="media/image906.wmf"/><Relationship Id="rId1858" Type="http://schemas.openxmlformats.org/officeDocument/2006/relationships/image" Target="media/image1004.wmf"/><Relationship Id="rId2604" Type="http://schemas.openxmlformats.org/officeDocument/2006/relationships/image" Target="media/image1433.wmf"/><Relationship Id="rId2811" Type="http://schemas.openxmlformats.org/officeDocument/2006/relationships/image" Target="media/image1596.wmf"/><Relationship Id="rId52" Type="http://schemas.openxmlformats.org/officeDocument/2006/relationships/image" Target="media/image20.wmf"/><Relationship Id="rId1206" Type="http://schemas.openxmlformats.org/officeDocument/2006/relationships/image" Target="media/image597.wmf"/><Relationship Id="rId1413" Type="http://schemas.openxmlformats.org/officeDocument/2006/relationships/oleObject" Target="embeddings/oleObject700.bin"/><Relationship Id="rId1620" Type="http://schemas.openxmlformats.org/officeDocument/2006/relationships/image" Target="media/image804.wmf"/><Relationship Id="rId2909" Type="http://schemas.openxmlformats.org/officeDocument/2006/relationships/image" Target="media/image1682.wmf"/><Relationship Id="rId3073" Type="http://schemas.openxmlformats.org/officeDocument/2006/relationships/image" Target="media/image1832.wmf"/><Relationship Id="rId3280" Type="http://schemas.openxmlformats.org/officeDocument/2006/relationships/image" Target="media/image2006.wmf"/><Relationship Id="rId1718" Type="http://schemas.openxmlformats.org/officeDocument/2006/relationships/image" Target="media/image864.wmf"/><Relationship Id="rId1925" Type="http://schemas.openxmlformats.org/officeDocument/2006/relationships/image" Target="media/image1071.wmf"/><Relationship Id="rId3140" Type="http://schemas.openxmlformats.org/officeDocument/2006/relationships/image" Target="media/image1897.wmf"/><Relationship Id="rId299" Type="http://schemas.openxmlformats.org/officeDocument/2006/relationships/oleObject" Target="embeddings/oleObject143.bin"/><Relationship Id="rId2187" Type="http://schemas.openxmlformats.org/officeDocument/2006/relationships/oleObject" Target="embeddings/oleObject950.bin"/><Relationship Id="rId2394" Type="http://schemas.openxmlformats.org/officeDocument/2006/relationships/image" Target="media/image1328.wmf"/><Relationship Id="rId3238" Type="http://schemas.openxmlformats.org/officeDocument/2006/relationships/image" Target="media/image1966.wmf"/><Relationship Id="rId159" Type="http://schemas.openxmlformats.org/officeDocument/2006/relationships/oleObject" Target="embeddings/oleObject73.bin"/><Relationship Id="rId366" Type="http://schemas.openxmlformats.org/officeDocument/2006/relationships/image" Target="media/image177.wmf"/><Relationship Id="rId573" Type="http://schemas.openxmlformats.org/officeDocument/2006/relationships/oleObject" Target="embeddings/oleObject280.bin"/><Relationship Id="rId780" Type="http://schemas.openxmlformats.org/officeDocument/2006/relationships/image" Target="media/image384.wmf"/><Relationship Id="rId2047" Type="http://schemas.openxmlformats.org/officeDocument/2006/relationships/oleObject" Target="embeddings/oleObject880.bin"/><Relationship Id="rId2254" Type="http://schemas.openxmlformats.org/officeDocument/2006/relationships/image" Target="media/image1258.wmf"/><Relationship Id="rId2461" Type="http://schemas.openxmlformats.org/officeDocument/2006/relationships/oleObject" Target="embeddings/oleObject1087.bin"/><Relationship Id="rId2699" Type="http://schemas.openxmlformats.org/officeDocument/2006/relationships/image" Target="media/image1484.wmf"/><Relationship Id="rId3000" Type="http://schemas.openxmlformats.org/officeDocument/2006/relationships/image" Target="media/image1768.wmf"/><Relationship Id="rId3305" Type="http://schemas.openxmlformats.org/officeDocument/2006/relationships/image" Target="media/image2030.wmf"/><Relationship Id="rId226" Type="http://schemas.openxmlformats.org/officeDocument/2006/relationships/image" Target="media/image107.wmf"/><Relationship Id="rId433" Type="http://schemas.openxmlformats.org/officeDocument/2006/relationships/oleObject" Target="embeddings/oleObject210.bin"/><Relationship Id="rId878" Type="http://schemas.openxmlformats.org/officeDocument/2006/relationships/image" Target="media/image433.wmf"/><Relationship Id="rId1063" Type="http://schemas.openxmlformats.org/officeDocument/2006/relationships/oleObject" Target="embeddings/oleObject525.bin"/><Relationship Id="rId1270" Type="http://schemas.openxmlformats.org/officeDocument/2006/relationships/image" Target="media/image629.wmf"/><Relationship Id="rId2114" Type="http://schemas.openxmlformats.org/officeDocument/2006/relationships/image" Target="media/image1188.wmf"/><Relationship Id="rId2559" Type="http://schemas.openxmlformats.org/officeDocument/2006/relationships/oleObject" Target="embeddings/oleObject1136.bin"/><Relationship Id="rId2766" Type="http://schemas.openxmlformats.org/officeDocument/2006/relationships/image" Target="media/image1551.wmf"/><Relationship Id="rId2973" Type="http://schemas.openxmlformats.org/officeDocument/2006/relationships/image" Target="media/image1743.wmf"/><Relationship Id="rId640" Type="http://schemas.openxmlformats.org/officeDocument/2006/relationships/image" Target="media/image314.wmf"/><Relationship Id="rId738" Type="http://schemas.openxmlformats.org/officeDocument/2006/relationships/image" Target="media/image363.wmf"/><Relationship Id="rId945" Type="http://schemas.openxmlformats.org/officeDocument/2006/relationships/oleObject" Target="embeddings/oleObject466.bin"/><Relationship Id="rId1368" Type="http://schemas.openxmlformats.org/officeDocument/2006/relationships/image" Target="media/image678.wmf"/><Relationship Id="rId1575" Type="http://schemas.openxmlformats.org/officeDocument/2006/relationships/oleObject" Target="embeddings/oleObject781.bin"/><Relationship Id="rId1782" Type="http://schemas.openxmlformats.org/officeDocument/2006/relationships/image" Target="media/image928.wmf"/><Relationship Id="rId2321" Type="http://schemas.openxmlformats.org/officeDocument/2006/relationships/oleObject" Target="embeddings/oleObject1017.bin"/><Relationship Id="rId2419" Type="http://schemas.openxmlformats.org/officeDocument/2006/relationships/oleObject" Target="embeddings/oleObject1066.bin"/><Relationship Id="rId2626" Type="http://schemas.openxmlformats.org/officeDocument/2006/relationships/image" Target="media/image1444.wmf"/><Relationship Id="rId2833" Type="http://schemas.openxmlformats.org/officeDocument/2006/relationships/image" Target="media/image1616.wmf"/><Relationship Id="rId74" Type="http://schemas.openxmlformats.org/officeDocument/2006/relationships/image" Target="media/image31.wmf"/><Relationship Id="rId500" Type="http://schemas.openxmlformats.org/officeDocument/2006/relationships/image" Target="media/image244.wmf"/><Relationship Id="rId805" Type="http://schemas.openxmlformats.org/officeDocument/2006/relationships/oleObject" Target="embeddings/oleObject396.bin"/><Relationship Id="rId1130" Type="http://schemas.openxmlformats.org/officeDocument/2006/relationships/image" Target="media/image559.wmf"/><Relationship Id="rId1228" Type="http://schemas.openxmlformats.org/officeDocument/2006/relationships/image" Target="media/image608.wmf"/><Relationship Id="rId1435" Type="http://schemas.openxmlformats.org/officeDocument/2006/relationships/oleObject" Target="embeddings/oleObject711.bin"/><Relationship Id="rId1642" Type="http://schemas.openxmlformats.org/officeDocument/2006/relationships/image" Target="media/image815.wmf"/><Relationship Id="rId1947" Type="http://schemas.openxmlformats.org/officeDocument/2006/relationships/image" Target="media/image1093.wmf"/><Relationship Id="rId2900" Type="http://schemas.openxmlformats.org/officeDocument/2006/relationships/image" Target="media/image1673.wmf"/><Relationship Id="rId3095" Type="http://schemas.openxmlformats.org/officeDocument/2006/relationships/image" Target="media/image1852.wmf"/><Relationship Id="rId1502" Type="http://schemas.openxmlformats.org/officeDocument/2006/relationships/image" Target="media/image745.wmf"/><Relationship Id="rId1807" Type="http://schemas.openxmlformats.org/officeDocument/2006/relationships/image" Target="media/image953.wmf"/><Relationship Id="rId3162" Type="http://schemas.openxmlformats.org/officeDocument/2006/relationships/image" Target="media/image1919.wmf"/><Relationship Id="rId290" Type="http://schemas.openxmlformats.org/officeDocument/2006/relationships/image" Target="media/image139.wmf"/><Relationship Id="rId388" Type="http://schemas.openxmlformats.org/officeDocument/2006/relationships/image" Target="media/image188.wmf"/><Relationship Id="rId2069" Type="http://schemas.openxmlformats.org/officeDocument/2006/relationships/oleObject" Target="embeddings/oleObject891.bin"/><Relationship Id="rId3022" Type="http://schemas.openxmlformats.org/officeDocument/2006/relationships/image" Target="media/image1789.wmf"/><Relationship Id="rId150" Type="http://schemas.openxmlformats.org/officeDocument/2006/relationships/image" Target="media/image69.wmf"/><Relationship Id="rId595" Type="http://schemas.openxmlformats.org/officeDocument/2006/relationships/oleObject" Target="embeddings/oleObject291.bin"/><Relationship Id="rId2276" Type="http://schemas.openxmlformats.org/officeDocument/2006/relationships/image" Target="media/image1269.wmf"/><Relationship Id="rId2483" Type="http://schemas.openxmlformats.org/officeDocument/2006/relationships/oleObject" Target="embeddings/oleObject1098.bin"/><Relationship Id="rId2690" Type="http://schemas.openxmlformats.org/officeDocument/2006/relationships/image" Target="media/image1476.wmf"/><Relationship Id="rId3327" Type="http://schemas.openxmlformats.org/officeDocument/2006/relationships/image" Target="media/image2050.wmf"/><Relationship Id="rId248" Type="http://schemas.openxmlformats.org/officeDocument/2006/relationships/image" Target="media/image118.wmf"/><Relationship Id="rId455" Type="http://schemas.openxmlformats.org/officeDocument/2006/relationships/oleObject" Target="embeddings/oleObject221.bin"/><Relationship Id="rId662" Type="http://schemas.openxmlformats.org/officeDocument/2006/relationships/image" Target="media/image325.wmf"/><Relationship Id="rId1085" Type="http://schemas.openxmlformats.org/officeDocument/2006/relationships/oleObject" Target="embeddings/oleObject536.bin"/><Relationship Id="rId1292" Type="http://schemas.openxmlformats.org/officeDocument/2006/relationships/image" Target="media/image640.wmf"/><Relationship Id="rId2136" Type="http://schemas.openxmlformats.org/officeDocument/2006/relationships/image" Target="media/image1199.wmf"/><Relationship Id="rId2343" Type="http://schemas.openxmlformats.org/officeDocument/2006/relationships/oleObject" Target="embeddings/oleObject1028.bin"/><Relationship Id="rId2550" Type="http://schemas.openxmlformats.org/officeDocument/2006/relationships/image" Target="media/image1406.wmf"/><Relationship Id="rId2788" Type="http://schemas.openxmlformats.org/officeDocument/2006/relationships/image" Target="media/image1573.wmf"/><Relationship Id="rId2995" Type="http://schemas.openxmlformats.org/officeDocument/2006/relationships/oleObject" Target="embeddings/oleObject1219.bin"/><Relationship Id="rId108" Type="http://schemas.openxmlformats.org/officeDocument/2006/relationships/image" Target="media/image48.wmf"/><Relationship Id="rId315" Type="http://schemas.openxmlformats.org/officeDocument/2006/relationships/oleObject" Target="embeddings/oleObject151.bin"/><Relationship Id="rId522" Type="http://schemas.openxmlformats.org/officeDocument/2006/relationships/image" Target="media/image255.wmf"/><Relationship Id="rId967" Type="http://schemas.openxmlformats.org/officeDocument/2006/relationships/oleObject" Target="embeddings/oleObject477.bin"/><Relationship Id="rId1152" Type="http://schemas.openxmlformats.org/officeDocument/2006/relationships/image" Target="media/image570.wmf"/><Relationship Id="rId1597" Type="http://schemas.openxmlformats.org/officeDocument/2006/relationships/oleObject" Target="embeddings/oleObject792.bin"/><Relationship Id="rId2203" Type="http://schemas.openxmlformats.org/officeDocument/2006/relationships/oleObject" Target="embeddings/oleObject958.bin"/><Relationship Id="rId2410" Type="http://schemas.openxmlformats.org/officeDocument/2006/relationships/image" Target="media/image1336.wmf"/><Relationship Id="rId2648" Type="http://schemas.openxmlformats.org/officeDocument/2006/relationships/image" Target="media/image1455.wmf"/><Relationship Id="rId2855" Type="http://schemas.openxmlformats.org/officeDocument/2006/relationships/oleObject" Target="embeddings/oleObject1210.bin"/><Relationship Id="rId96" Type="http://schemas.openxmlformats.org/officeDocument/2006/relationships/image" Target="media/image42.wmf"/><Relationship Id="rId827" Type="http://schemas.openxmlformats.org/officeDocument/2006/relationships/oleObject" Target="embeddings/oleObject407.bin"/><Relationship Id="rId1012" Type="http://schemas.openxmlformats.org/officeDocument/2006/relationships/image" Target="media/image500.wmf"/><Relationship Id="rId1457" Type="http://schemas.openxmlformats.org/officeDocument/2006/relationships/oleObject" Target="embeddings/oleObject722.bin"/><Relationship Id="rId1664" Type="http://schemas.openxmlformats.org/officeDocument/2006/relationships/image" Target="media/image826.wmf"/><Relationship Id="rId1871" Type="http://schemas.openxmlformats.org/officeDocument/2006/relationships/image" Target="media/image1017.wmf"/><Relationship Id="rId2508" Type="http://schemas.openxmlformats.org/officeDocument/2006/relationships/image" Target="media/image1385.wmf"/><Relationship Id="rId2715" Type="http://schemas.openxmlformats.org/officeDocument/2006/relationships/image" Target="media/image1500.wmf"/><Relationship Id="rId2922" Type="http://schemas.openxmlformats.org/officeDocument/2006/relationships/image" Target="media/image1695.wmf"/><Relationship Id="rId1317" Type="http://schemas.openxmlformats.org/officeDocument/2006/relationships/oleObject" Target="embeddings/oleObject652.bin"/><Relationship Id="rId1524" Type="http://schemas.openxmlformats.org/officeDocument/2006/relationships/image" Target="media/image756.wmf"/><Relationship Id="rId1731" Type="http://schemas.openxmlformats.org/officeDocument/2006/relationships/image" Target="media/image877.wmf"/><Relationship Id="rId1969" Type="http://schemas.openxmlformats.org/officeDocument/2006/relationships/image" Target="media/image1115.wmf"/><Relationship Id="rId3184" Type="http://schemas.openxmlformats.org/officeDocument/2006/relationships/oleObject" Target="embeddings/oleObject1237.bin"/><Relationship Id="rId23" Type="http://schemas.openxmlformats.org/officeDocument/2006/relationships/oleObject" Target="embeddings/oleObject5.bin"/><Relationship Id="rId1829" Type="http://schemas.openxmlformats.org/officeDocument/2006/relationships/image" Target="media/image975.wmf"/><Relationship Id="rId2298" Type="http://schemas.openxmlformats.org/officeDocument/2006/relationships/image" Target="media/image1280.wmf"/><Relationship Id="rId3044" Type="http://schemas.openxmlformats.org/officeDocument/2006/relationships/oleObject" Target="embeddings/oleObject1222.bin"/><Relationship Id="rId3251" Type="http://schemas.openxmlformats.org/officeDocument/2006/relationships/image" Target="media/image1978.wmf"/><Relationship Id="rId172" Type="http://schemas.openxmlformats.org/officeDocument/2006/relationships/image" Target="media/image80.wmf"/><Relationship Id="rId477" Type="http://schemas.openxmlformats.org/officeDocument/2006/relationships/oleObject" Target="embeddings/oleObject232.bin"/><Relationship Id="rId684" Type="http://schemas.openxmlformats.org/officeDocument/2006/relationships/image" Target="media/image336.wmf"/><Relationship Id="rId2060" Type="http://schemas.openxmlformats.org/officeDocument/2006/relationships/image" Target="media/image1161.wmf"/><Relationship Id="rId2158" Type="http://schemas.openxmlformats.org/officeDocument/2006/relationships/image" Target="media/image1210.wmf"/><Relationship Id="rId2365" Type="http://schemas.openxmlformats.org/officeDocument/2006/relationships/oleObject" Target="embeddings/oleObject1039.bin"/><Relationship Id="rId3111" Type="http://schemas.openxmlformats.org/officeDocument/2006/relationships/image" Target="media/image1868.wmf"/><Relationship Id="rId3209" Type="http://schemas.openxmlformats.org/officeDocument/2006/relationships/image" Target="media/image1942.wmf"/><Relationship Id="rId337" Type="http://schemas.openxmlformats.org/officeDocument/2006/relationships/oleObject" Target="embeddings/oleObject162.bin"/><Relationship Id="rId891" Type="http://schemas.openxmlformats.org/officeDocument/2006/relationships/oleObject" Target="embeddings/oleObject439.bin"/><Relationship Id="rId989" Type="http://schemas.openxmlformats.org/officeDocument/2006/relationships/oleObject" Target="embeddings/oleObject488.bin"/><Relationship Id="rId2018" Type="http://schemas.openxmlformats.org/officeDocument/2006/relationships/image" Target="media/image1140.wmf"/><Relationship Id="rId2572" Type="http://schemas.openxmlformats.org/officeDocument/2006/relationships/image" Target="media/image1417.wmf"/><Relationship Id="rId2877" Type="http://schemas.openxmlformats.org/officeDocument/2006/relationships/image" Target="media/image1652.wmf"/><Relationship Id="rId544" Type="http://schemas.openxmlformats.org/officeDocument/2006/relationships/image" Target="media/image266.wmf"/><Relationship Id="rId751" Type="http://schemas.openxmlformats.org/officeDocument/2006/relationships/oleObject" Target="embeddings/oleObject369.bin"/><Relationship Id="rId849" Type="http://schemas.openxmlformats.org/officeDocument/2006/relationships/oleObject" Target="embeddings/oleObject418.bin"/><Relationship Id="rId1174" Type="http://schemas.openxmlformats.org/officeDocument/2006/relationships/image" Target="media/image581.wmf"/><Relationship Id="rId1381" Type="http://schemas.openxmlformats.org/officeDocument/2006/relationships/oleObject" Target="embeddings/oleObject684.bin"/><Relationship Id="rId1479" Type="http://schemas.openxmlformats.org/officeDocument/2006/relationships/oleObject" Target="embeddings/oleObject733.bin"/><Relationship Id="rId1686" Type="http://schemas.openxmlformats.org/officeDocument/2006/relationships/image" Target="media/image837.wmf"/><Relationship Id="rId2225" Type="http://schemas.openxmlformats.org/officeDocument/2006/relationships/oleObject" Target="embeddings/oleObject969.bin"/><Relationship Id="rId2432" Type="http://schemas.openxmlformats.org/officeDocument/2006/relationships/image" Target="media/image1347.wmf"/><Relationship Id="rId404" Type="http://schemas.openxmlformats.org/officeDocument/2006/relationships/image" Target="media/image196.wmf"/><Relationship Id="rId611" Type="http://schemas.openxmlformats.org/officeDocument/2006/relationships/oleObject" Target="embeddings/oleObject299.bin"/><Relationship Id="rId1034" Type="http://schemas.openxmlformats.org/officeDocument/2006/relationships/image" Target="media/image511.wmf"/><Relationship Id="rId1241" Type="http://schemas.openxmlformats.org/officeDocument/2006/relationships/oleObject" Target="embeddings/oleObject614.bin"/><Relationship Id="rId1339" Type="http://schemas.openxmlformats.org/officeDocument/2006/relationships/oleObject" Target="embeddings/oleObject663.bin"/><Relationship Id="rId1893" Type="http://schemas.openxmlformats.org/officeDocument/2006/relationships/image" Target="media/image1039.wmf"/><Relationship Id="rId2737" Type="http://schemas.openxmlformats.org/officeDocument/2006/relationships/image" Target="media/image1522.wmf"/><Relationship Id="rId2944" Type="http://schemas.openxmlformats.org/officeDocument/2006/relationships/image" Target="media/image1715.wmf"/><Relationship Id="rId709" Type="http://schemas.openxmlformats.org/officeDocument/2006/relationships/oleObject" Target="embeddings/oleObject348.bin"/><Relationship Id="rId916" Type="http://schemas.openxmlformats.org/officeDocument/2006/relationships/image" Target="media/image452.wmf"/><Relationship Id="rId1101" Type="http://schemas.openxmlformats.org/officeDocument/2006/relationships/oleObject" Target="embeddings/oleObject544.bin"/><Relationship Id="rId1546" Type="http://schemas.openxmlformats.org/officeDocument/2006/relationships/image" Target="media/image767.wmf"/><Relationship Id="rId1753" Type="http://schemas.openxmlformats.org/officeDocument/2006/relationships/image" Target="media/image899.wmf"/><Relationship Id="rId1960" Type="http://schemas.openxmlformats.org/officeDocument/2006/relationships/image" Target="media/image1106.wmf"/><Relationship Id="rId2804" Type="http://schemas.openxmlformats.org/officeDocument/2006/relationships/image" Target="media/image1589.wmf"/><Relationship Id="rId45" Type="http://schemas.openxmlformats.org/officeDocument/2006/relationships/oleObject" Target="embeddings/oleObject16.bin"/><Relationship Id="rId1406" Type="http://schemas.openxmlformats.org/officeDocument/2006/relationships/image" Target="media/image697.wmf"/><Relationship Id="rId1613" Type="http://schemas.openxmlformats.org/officeDocument/2006/relationships/oleObject" Target="embeddings/oleObject800.bin"/><Relationship Id="rId1820" Type="http://schemas.openxmlformats.org/officeDocument/2006/relationships/image" Target="media/image966.wmf"/><Relationship Id="rId3066" Type="http://schemas.openxmlformats.org/officeDocument/2006/relationships/oleObject" Target="embeddings/oleObject1226.bin"/><Relationship Id="rId3273" Type="http://schemas.openxmlformats.org/officeDocument/2006/relationships/image" Target="media/image1999.wmf"/><Relationship Id="rId194" Type="http://schemas.openxmlformats.org/officeDocument/2006/relationships/image" Target="media/image91.wmf"/><Relationship Id="rId1918" Type="http://schemas.openxmlformats.org/officeDocument/2006/relationships/image" Target="media/image1064.wmf"/><Relationship Id="rId2082" Type="http://schemas.openxmlformats.org/officeDocument/2006/relationships/image" Target="media/image1172.wmf"/><Relationship Id="rId3133" Type="http://schemas.openxmlformats.org/officeDocument/2006/relationships/image" Target="media/image1890.wmf"/><Relationship Id="rId261" Type="http://schemas.openxmlformats.org/officeDocument/2006/relationships/oleObject" Target="embeddings/oleObject124.bin"/><Relationship Id="rId499" Type="http://schemas.openxmlformats.org/officeDocument/2006/relationships/oleObject" Target="embeddings/oleObject243.bin"/><Relationship Id="rId2387" Type="http://schemas.openxmlformats.org/officeDocument/2006/relationships/oleObject" Target="embeddings/oleObject1050.bin"/><Relationship Id="rId2594" Type="http://schemas.openxmlformats.org/officeDocument/2006/relationships/image" Target="media/image1428.wmf"/><Relationship Id="rId359" Type="http://schemas.openxmlformats.org/officeDocument/2006/relationships/oleObject" Target="embeddings/oleObject173.bin"/><Relationship Id="rId566" Type="http://schemas.openxmlformats.org/officeDocument/2006/relationships/image" Target="media/image277.wmf"/><Relationship Id="rId773" Type="http://schemas.openxmlformats.org/officeDocument/2006/relationships/oleObject" Target="embeddings/oleObject380.bin"/><Relationship Id="rId1196" Type="http://schemas.openxmlformats.org/officeDocument/2006/relationships/image" Target="media/image592.wmf"/><Relationship Id="rId2247" Type="http://schemas.openxmlformats.org/officeDocument/2006/relationships/oleObject" Target="embeddings/oleObject980.bin"/><Relationship Id="rId2454" Type="http://schemas.openxmlformats.org/officeDocument/2006/relationships/image" Target="media/image1358.wmf"/><Relationship Id="rId2899" Type="http://schemas.openxmlformats.org/officeDocument/2006/relationships/image" Target="media/image1672.wmf"/><Relationship Id="rId3200" Type="http://schemas.openxmlformats.org/officeDocument/2006/relationships/oleObject" Target="embeddings/oleObject1248.bin"/><Relationship Id="rId121" Type="http://schemas.openxmlformats.org/officeDocument/2006/relationships/oleObject" Target="embeddings/oleObject54.bin"/><Relationship Id="rId219" Type="http://schemas.openxmlformats.org/officeDocument/2006/relationships/oleObject" Target="embeddings/oleObject103.bin"/><Relationship Id="rId426" Type="http://schemas.openxmlformats.org/officeDocument/2006/relationships/image" Target="media/image207.wmf"/><Relationship Id="rId633" Type="http://schemas.openxmlformats.org/officeDocument/2006/relationships/oleObject" Target="embeddings/oleObject310.bin"/><Relationship Id="rId980" Type="http://schemas.openxmlformats.org/officeDocument/2006/relationships/image" Target="media/image484.wmf"/><Relationship Id="rId1056" Type="http://schemas.openxmlformats.org/officeDocument/2006/relationships/image" Target="media/image522.wmf"/><Relationship Id="rId1263" Type="http://schemas.openxmlformats.org/officeDocument/2006/relationships/oleObject" Target="embeddings/oleObject625.bin"/><Relationship Id="rId2107" Type="http://schemas.openxmlformats.org/officeDocument/2006/relationships/oleObject" Target="embeddings/oleObject910.bin"/><Relationship Id="rId2314" Type="http://schemas.openxmlformats.org/officeDocument/2006/relationships/image" Target="media/image1288.wmf"/><Relationship Id="rId2661" Type="http://schemas.openxmlformats.org/officeDocument/2006/relationships/oleObject" Target="embeddings/oleObject1187.bin"/><Relationship Id="rId2759" Type="http://schemas.openxmlformats.org/officeDocument/2006/relationships/image" Target="media/image1544.wmf"/><Relationship Id="rId2966" Type="http://schemas.openxmlformats.org/officeDocument/2006/relationships/image" Target="media/image1737.wmf"/><Relationship Id="rId840" Type="http://schemas.openxmlformats.org/officeDocument/2006/relationships/image" Target="media/image414.wmf"/><Relationship Id="rId938" Type="http://schemas.openxmlformats.org/officeDocument/2006/relationships/image" Target="media/image463.wmf"/><Relationship Id="rId1470" Type="http://schemas.openxmlformats.org/officeDocument/2006/relationships/image" Target="media/image729.wmf"/><Relationship Id="rId1568" Type="http://schemas.openxmlformats.org/officeDocument/2006/relationships/image" Target="media/image778.wmf"/><Relationship Id="rId1775" Type="http://schemas.openxmlformats.org/officeDocument/2006/relationships/image" Target="media/image921.wmf"/><Relationship Id="rId2521" Type="http://schemas.openxmlformats.org/officeDocument/2006/relationships/oleObject" Target="embeddings/oleObject1117.bin"/><Relationship Id="rId2619" Type="http://schemas.openxmlformats.org/officeDocument/2006/relationships/oleObject" Target="embeddings/oleObject1166.bin"/><Relationship Id="rId2826" Type="http://schemas.openxmlformats.org/officeDocument/2006/relationships/image" Target="media/image1610.wmf"/><Relationship Id="rId67" Type="http://schemas.openxmlformats.org/officeDocument/2006/relationships/oleObject" Target="embeddings/oleObject27.bin"/><Relationship Id="rId700" Type="http://schemas.openxmlformats.org/officeDocument/2006/relationships/image" Target="media/image344.wmf"/><Relationship Id="rId1123" Type="http://schemas.openxmlformats.org/officeDocument/2006/relationships/oleObject" Target="embeddings/oleObject555.bin"/><Relationship Id="rId1330" Type="http://schemas.openxmlformats.org/officeDocument/2006/relationships/image" Target="media/image659.wmf"/><Relationship Id="rId1428" Type="http://schemas.openxmlformats.org/officeDocument/2006/relationships/image" Target="media/image708.wmf"/><Relationship Id="rId1635" Type="http://schemas.openxmlformats.org/officeDocument/2006/relationships/oleObject" Target="embeddings/oleObject811.bin"/><Relationship Id="rId1982" Type="http://schemas.openxmlformats.org/officeDocument/2006/relationships/image" Target="media/image1122.wmf"/><Relationship Id="rId3088" Type="http://schemas.openxmlformats.org/officeDocument/2006/relationships/image" Target="media/image1845.wmf"/><Relationship Id="rId1842" Type="http://schemas.openxmlformats.org/officeDocument/2006/relationships/image" Target="media/image988.wmf"/><Relationship Id="rId3295" Type="http://schemas.openxmlformats.org/officeDocument/2006/relationships/image" Target="media/image2020.wmf"/><Relationship Id="rId1702" Type="http://schemas.openxmlformats.org/officeDocument/2006/relationships/image" Target="media/image848.wmf"/><Relationship Id="rId3155" Type="http://schemas.openxmlformats.org/officeDocument/2006/relationships/image" Target="media/image1912.wmf"/><Relationship Id="rId283" Type="http://schemas.openxmlformats.org/officeDocument/2006/relationships/oleObject" Target="embeddings/oleObject135.bin"/><Relationship Id="rId490" Type="http://schemas.openxmlformats.org/officeDocument/2006/relationships/image" Target="media/image239.wmf"/><Relationship Id="rId2171" Type="http://schemas.openxmlformats.org/officeDocument/2006/relationships/oleObject" Target="embeddings/oleObject942.bin"/><Relationship Id="rId3015" Type="http://schemas.openxmlformats.org/officeDocument/2006/relationships/image" Target="media/image1782.wmf"/><Relationship Id="rId3222" Type="http://schemas.openxmlformats.org/officeDocument/2006/relationships/image" Target="media/image1950.wmf"/><Relationship Id="rId143" Type="http://schemas.openxmlformats.org/officeDocument/2006/relationships/oleObject" Target="embeddings/oleObject65.bin"/><Relationship Id="rId350" Type="http://schemas.openxmlformats.org/officeDocument/2006/relationships/image" Target="media/image169.wmf"/><Relationship Id="rId588" Type="http://schemas.openxmlformats.org/officeDocument/2006/relationships/image" Target="media/image288.wmf"/><Relationship Id="rId795" Type="http://schemas.openxmlformats.org/officeDocument/2006/relationships/oleObject" Target="embeddings/oleObject391.bin"/><Relationship Id="rId2031" Type="http://schemas.openxmlformats.org/officeDocument/2006/relationships/oleObject" Target="embeddings/oleObject872.bin"/><Relationship Id="rId2269" Type="http://schemas.openxmlformats.org/officeDocument/2006/relationships/oleObject" Target="embeddings/oleObject991.bin"/><Relationship Id="rId2476" Type="http://schemas.openxmlformats.org/officeDocument/2006/relationships/image" Target="media/image1369.wmf"/><Relationship Id="rId2683" Type="http://schemas.openxmlformats.org/officeDocument/2006/relationships/oleObject" Target="embeddings/oleObject1198.bin"/><Relationship Id="rId2890" Type="http://schemas.openxmlformats.org/officeDocument/2006/relationships/image" Target="media/image1663.wmf"/><Relationship Id="rId9" Type="http://schemas.openxmlformats.org/officeDocument/2006/relationships/hyperlink" Target="https://online.zakon.kz/Document/?doc_id=30118747" TargetMode="External"/><Relationship Id="rId210" Type="http://schemas.openxmlformats.org/officeDocument/2006/relationships/image" Target="media/image99.wmf"/><Relationship Id="rId448" Type="http://schemas.openxmlformats.org/officeDocument/2006/relationships/image" Target="media/image218.wmf"/><Relationship Id="rId655" Type="http://schemas.openxmlformats.org/officeDocument/2006/relationships/oleObject" Target="embeddings/oleObject321.bin"/><Relationship Id="rId862" Type="http://schemas.openxmlformats.org/officeDocument/2006/relationships/image" Target="media/image425.wmf"/><Relationship Id="rId1078" Type="http://schemas.openxmlformats.org/officeDocument/2006/relationships/image" Target="media/image533.wmf"/><Relationship Id="rId1285" Type="http://schemas.openxmlformats.org/officeDocument/2006/relationships/oleObject" Target="embeddings/oleObject636.bin"/><Relationship Id="rId1492" Type="http://schemas.openxmlformats.org/officeDocument/2006/relationships/image" Target="media/image740.wmf"/><Relationship Id="rId2129" Type="http://schemas.openxmlformats.org/officeDocument/2006/relationships/oleObject" Target="embeddings/oleObject921.bin"/><Relationship Id="rId2336" Type="http://schemas.openxmlformats.org/officeDocument/2006/relationships/image" Target="media/image1299.wmf"/><Relationship Id="rId2543" Type="http://schemas.openxmlformats.org/officeDocument/2006/relationships/oleObject" Target="embeddings/oleObject1128.bin"/><Relationship Id="rId2750" Type="http://schemas.openxmlformats.org/officeDocument/2006/relationships/image" Target="media/image1535.wmf"/><Relationship Id="rId2988" Type="http://schemas.openxmlformats.org/officeDocument/2006/relationships/image" Target="media/image1758.wmf"/><Relationship Id="rId308" Type="http://schemas.openxmlformats.org/officeDocument/2006/relationships/image" Target="media/image148.wmf"/><Relationship Id="rId515" Type="http://schemas.openxmlformats.org/officeDocument/2006/relationships/oleObject" Target="embeddings/oleObject251.bin"/><Relationship Id="rId722" Type="http://schemas.openxmlformats.org/officeDocument/2006/relationships/image" Target="media/image355.wmf"/><Relationship Id="rId1145" Type="http://schemas.openxmlformats.org/officeDocument/2006/relationships/oleObject" Target="embeddings/oleObject566.bin"/><Relationship Id="rId1352" Type="http://schemas.openxmlformats.org/officeDocument/2006/relationships/image" Target="media/image670.wmf"/><Relationship Id="rId1797" Type="http://schemas.openxmlformats.org/officeDocument/2006/relationships/image" Target="media/image943.wmf"/><Relationship Id="rId2403" Type="http://schemas.openxmlformats.org/officeDocument/2006/relationships/oleObject" Target="embeddings/oleObject1058.bin"/><Relationship Id="rId2848" Type="http://schemas.openxmlformats.org/officeDocument/2006/relationships/image" Target="media/image1629.wmf"/><Relationship Id="rId89" Type="http://schemas.openxmlformats.org/officeDocument/2006/relationships/oleObject" Target="embeddings/oleObject38.bin"/><Relationship Id="rId1005" Type="http://schemas.openxmlformats.org/officeDocument/2006/relationships/oleObject" Target="embeddings/oleObject496.bin"/><Relationship Id="rId1212" Type="http://schemas.openxmlformats.org/officeDocument/2006/relationships/image" Target="media/image600.wmf"/><Relationship Id="rId1657" Type="http://schemas.openxmlformats.org/officeDocument/2006/relationships/oleObject" Target="embeddings/oleObject822.bin"/><Relationship Id="rId1864" Type="http://schemas.openxmlformats.org/officeDocument/2006/relationships/image" Target="media/image1010.wmf"/><Relationship Id="rId2610" Type="http://schemas.openxmlformats.org/officeDocument/2006/relationships/image" Target="media/image1436.wmf"/><Relationship Id="rId2708" Type="http://schemas.openxmlformats.org/officeDocument/2006/relationships/image" Target="media/image1493.wmf"/><Relationship Id="rId2915" Type="http://schemas.openxmlformats.org/officeDocument/2006/relationships/image" Target="media/image1688.wmf"/><Relationship Id="rId1517" Type="http://schemas.openxmlformats.org/officeDocument/2006/relationships/oleObject" Target="embeddings/oleObject752.bin"/><Relationship Id="rId1724" Type="http://schemas.openxmlformats.org/officeDocument/2006/relationships/image" Target="media/image870.wmf"/><Relationship Id="rId3177" Type="http://schemas.openxmlformats.org/officeDocument/2006/relationships/oleObject" Target="embeddings/oleObject1233.bin"/><Relationship Id="rId16" Type="http://schemas.openxmlformats.org/officeDocument/2006/relationships/oleObject" Target="embeddings/oleObject2.bin"/><Relationship Id="rId1931" Type="http://schemas.openxmlformats.org/officeDocument/2006/relationships/image" Target="media/image1077.wmf"/><Relationship Id="rId3037" Type="http://schemas.openxmlformats.org/officeDocument/2006/relationships/image" Target="media/image1804.wmf"/><Relationship Id="rId2193" Type="http://schemas.openxmlformats.org/officeDocument/2006/relationships/oleObject" Target="embeddings/oleObject953.bin"/><Relationship Id="rId2498" Type="http://schemas.openxmlformats.org/officeDocument/2006/relationships/image" Target="media/image1380.wmf"/><Relationship Id="rId3244" Type="http://schemas.openxmlformats.org/officeDocument/2006/relationships/image" Target="media/image1972.wmf"/><Relationship Id="rId165" Type="http://schemas.openxmlformats.org/officeDocument/2006/relationships/oleObject" Target="embeddings/oleObject76.bin"/><Relationship Id="rId372" Type="http://schemas.openxmlformats.org/officeDocument/2006/relationships/image" Target="media/image180.wmf"/><Relationship Id="rId677" Type="http://schemas.openxmlformats.org/officeDocument/2006/relationships/oleObject" Target="embeddings/oleObject332.bin"/><Relationship Id="rId2053" Type="http://schemas.openxmlformats.org/officeDocument/2006/relationships/oleObject" Target="embeddings/oleObject883.bin"/><Relationship Id="rId2260" Type="http://schemas.openxmlformats.org/officeDocument/2006/relationships/image" Target="media/image1261.wmf"/><Relationship Id="rId2358" Type="http://schemas.openxmlformats.org/officeDocument/2006/relationships/image" Target="media/image1310.wmf"/><Relationship Id="rId3104" Type="http://schemas.openxmlformats.org/officeDocument/2006/relationships/image" Target="media/image1861.wmf"/><Relationship Id="rId3311" Type="http://schemas.openxmlformats.org/officeDocument/2006/relationships/oleObject" Target="embeddings/oleObject1264.bin"/><Relationship Id="rId232" Type="http://schemas.openxmlformats.org/officeDocument/2006/relationships/image" Target="media/image110.wmf"/><Relationship Id="rId884" Type="http://schemas.openxmlformats.org/officeDocument/2006/relationships/image" Target="media/image436.wmf"/><Relationship Id="rId2120" Type="http://schemas.openxmlformats.org/officeDocument/2006/relationships/image" Target="media/image1191.wmf"/><Relationship Id="rId2565" Type="http://schemas.openxmlformats.org/officeDocument/2006/relationships/oleObject" Target="embeddings/oleObject1139.bin"/><Relationship Id="rId2772" Type="http://schemas.openxmlformats.org/officeDocument/2006/relationships/image" Target="media/image1557.wmf"/><Relationship Id="rId537" Type="http://schemas.openxmlformats.org/officeDocument/2006/relationships/oleObject" Target="embeddings/oleObject262.bin"/><Relationship Id="rId744" Type="http://schemas.openxmlformats.org/officeDocument/2006/relationships/image" Target="media/image366.wmf"/><Relationship Id="rId951" Type="http://schemas.openxmlformats.org/officeDocument/2006/relationships/oleObject" Target="embeddings/oleObject469.bin"/><Relationship Id="rId1167" Type="http://schemas.openxmlformats.org/officeDocument/2006/relationships/oleObject" Target="embeddings/oleObject577.bin"/><Relationship Id="rId1374" Type="http://schemas.openxmlformats.org/officeDocument/2006/relationships/image" Target="media/image681.wmf"/><Relationship Id="rId1581" Type="http://schemas.openxmlformats.org/officeDocument/2006/relationships/oleObject" Target="embeddings/oleObject784.bin"/><Relationship Id="rId1679" Type="http://schemas.openxmlformats.org/officeDocument/2006/relationships/oleObject" Target="embeddings/oleObject833.bin"/><Relationship Id="rId2218" Type="http://schemas.openxmlformats.org/officeDocument/2006/relationships/image" Target="media/image1240.wmf"/><Relationship Id="rId2425" Type="http://schemas.openxmlformats.org/officeDocument/2006/relationships/oleObject" Target="embeddings/oleObject1069.bin"/><Relationship Id="rId2632" Type="http://schemas.openxmlformats.org/officeDocument/2006/relationships/image" Target="media/image1447.wmf"/><Relationship Id="rId80" Type="http://schemas.openxmlformats.org/officeDocument/2006/relationships/image" Target="media/image34.wmf"/><Relationship Id="rId604" Type="http://schemas.openxmlformats.org/officeDocument/2006/relationships/image" Target="media/image296.wmf"/><Relationship Id="rId811" Type="http://schemas.openxmlformats.org/officeDocument/2006/relationships/oleObject" Target="embeddings/oleObject399.bin"/><Relationship Id="rId1027" Type="http://schemas.openxmlformats.org/officeDocument/2006/relationships/oleObject" Target="embeddings/oleObject507.bin"/><Relationship Id="rId1234" Type="http://schemas.openxmlformats.org/officeDocument/2006/relationships/image" Target="media/image611.wmf"/><Relationship Id="rId1441" Type="http://schemas.openxmlformats.org/officeDocument/2006/relationships/oleObject" Target="embeddings/oleObject714.bin"/><Relationship Id="rId1886" Type="http://schemas.openxmlformats.org/officeDocument/2006/relationships/image" Target="media/image1032.wmf"/><Relationship Id="rId2937" Type="http://schemas.openxmlformats.org/officeDocument/2006/relationships/image" Target="media/image1709.wmf"/><Relationship Id="rId909" Type="http://schemas.openxmlformats.org/officeDocument/2006/relationships/oleObject" Target="embeddings/oleObject448.bin"/><Relationship Id="rId1301" Type="http://schemas.openxmlformats.org/officeDocument/2006/relationships/oleObject" Target="embeddings/oleObject644.bin"/><Relationship Id="rId1539" Type="http://schemas.openxmlformats.org/officeDocument/2006/relationships/oleObject" Target="embeddings/oleObject763.bin"/><Relationship Id="rId1746" Type="http://schemas.openxmlformats.org/officeDocument/2006/relationships/image" Target="media/image892.wmf"/><Relationship Id="rId1953" Type="http://schemas.openxmlformats.org/officeDocument/2006/relationships/image" Target="media/image1099.wmf"/><Relationship Id="rId3199" Type="http://schemas.openxmlformats.org/officeDocument/2006/relationships/image" Target="media/image1939.wmf"/><Relationship Id="rId38" Type="http://schemas.openxmlformats.org/officeDocument/2006/relationships/image" Target="media/image13.wmf"/><Relationship Id="rId1606" Type="http://schemas.openxmlformats.org/officeDocument/2006/relationships/image" Target="media/image797.wmf"/><Relationship Id="rId1813" Type="http://schemas.openxmlformats.org/officeDocument/2006/relationships/image" Target="media/image959.wmf"/><Relationship Id="rId3059" Type="http://schemas.openxmlformats.org/officeDocument/2006/relationships/image" Target="media/image1821.wmf"/><Relationship Id="rId3266" Type="http://schemas.openxmlformats.org/officeDocument/2006/relationships/image" Target="media/image1992.wmf"/><Relationship Id="rId187" Type="http://schemas.openxmlformats.org/officeDocument/2006/relationships/oleObject" Target="embeddings/oleObject87.bin"/><Relationship Id="rId394" Type="http://schemas.openxmlformats.org/officeDocument/2006/relationships/image" Target="media/image191.wmf"/><Relationship Id="rId2075" Type="http://schemas.openxmlformats.org/officeDocument/2006/relationships/oleObject" Target="embeddings/oleObject894.bin"/><Relationship Id="rId2282" Type="http://schemas.openxmlformats.org/officeDocument/2006/relationships/image" Target="media/image1272.wmf"/><Relationship Id="rId3126" Type="http://schemas.openxmlformats.org/officeDocument/2006/relationships/image" Target="media/image1883.wmf"/><Relationship Id="rId254" Type="http://schemas.openxmlformats.org/officeDocument/2006/relationships/image" Target="media/image121.wmf"/><Relationship Id="rId699" Type="http://schemas.openxmlformats.org/officeDocument/2006/relationships/oleObject" Target="embeddings/oleObject343.bin"/><Relationship Id="rId1091" Type="http://schemas.openxmlformats.org/officeDocument/2006/relationships/oleObject" Target="embeddings/oleObject539.bin"/><Relationship Id="rId2587" Type="http://schemas.openxmlformats.org/officeDocument/2006/relationships/oleObject" Target="embeddings/oleObject1150.bin"/><Relationship Id="rId2794" Type="http://schemas.openxmlformats.org/officeDocument/2006/relationships/image" Target="media/image1579.wmf"/><Relationship Id="rId3333" Type="http://schemas.openxmlformats.org/officeDocument/2006/relationships/hyperlink" Target="http://dx.doi.org/10.18413/2687-0959-2021-53-1-31-39MathNet.ru" TargetMode="External"/><Relationship Id="rId114" Type="http://schemas.openxmlformats.org/officeDocument/2006/relationships/image" Target="media/image51.wmf"/><Relationship Id="rId461" Type="http://schemas.openxmlformats.org/officeDocument/2006/relationships/oleObject" Target="embeddings/oleObject224.bin"/><Relationship Id="rId559" Type="http://schemas.openxmlformats.org/officeDocument/2006/relationships/oleObject" Target="embeddings/oleObject273.bin"/><Relationship Id="rId766" Type="http://schemas.openxmlformats.org/officeDocument/2006/relationships/image" Target="media/image377.wmf"/><Relationship Id="rId1189" Type="http://schemas.openxmlformats.org/officeDocument/2006/relationships/oleObject" Target="embeddings/oleObject588.bin"/><Relationship Id="rId1396" Type="http://schemas.openxmlformats.org/officeDocument/2006/relationships/image" Target="media/image692.wmf"/><Relationship Id="rId2142" Type="http://schemas.openxmlformats.org/officeDocument/2006/relationships/image" Target="media/image1202.wmf"/><Relationship Id="rId2447" Type="http://schemas.openxmlformats.org/officeDocument/2006/relationships/oleObject" Target="embeddings/oleObject1080.bin"/><Relationship Id="rId321" Type="http://schemas.openxmlformats.org/officeDocument/2006/relationships/oleObject" Target="embeddings/oleObject154.bin"/><Relationship Id="rId419" Type="http://schemas.openxmlformats.org/officeDocument/2006/relationships/oleObject" Target="embeddings/oleObject203.bin"/><Relationship Id="rId626" Type="http://schemas.openxmlformats.org/officeDocument/2006/relationships/image" Target="media/image307.wmf"/><Relationship Id="rId973" Type="http://schemas.openxmlformats.org/officeDocument/2006/relationships/oleObject" Target="embeddings/oleObject480.bin"/><Relationship Id="rId1049" Type="http://schemas.openxmlformats.org/officeDocument/2006/relationships/oleObject" Target="embeddings/oleObject518.bin"/><Relationship Id="rId1256" Type="http://schemas.openxmlformats.org/officeDocument/2006/relationships/image" Target="media/image622.wmf"/><Relationship Id="rId2002" Type="http://schemas.openxmlformats.org/officeDocument/2006/relationships/image" Target="media/image1132.wmf"/><Relationship Id="rId2307" Type="http://schemas.openxmlformats.org/officeDocument/2006/relationships/oleObject" Target="embeddings/oleObject1010.bin"/><Relationship Id="rId2654" Type="http://schemas.openxmlformats.org/officeDocument/2006/relationships/image" Target="media/image1458.wmf"/><Relationship Id="rId2861" Type="http://schemas.openxmlformats.org/officeDocument/2006/relationships/image" Target="media/image1637.wmf"/><Relationship Id="rId2959" Type="http://schemas.openxmlformats.org/officeDocument/2006/relationships/image" Target="media/image1730.wmf"/><Relationship Id="rId833" Type="http://schemas.openxmlformats.org/officeDocument/2006/relationships/oleObject" Target="embeddings/oleObject410.bin"/><Relationship Id="rId1116" Type="http://schemas.openxmlformats.org/officeDocument/2006/relationships/image" Target="media/image552.wmf"/><Relationship Id="rId1463" Type="http://schemas.openxmlformats.org/officeDocument/2006/relationships/oleObject" Target="embeddings/oleObject725.bin"/><Relationship Id="rId1670" Type="http://schemas.openxmlformats.org/officeDocument/2006/relationships/image" Target="media/image829.wmf"/><Relationship Id="rId1768" Type="http://schemas.openxmlformats.org/officeDocument/2006/relationships/image" Target="media/image914.wmf"/><Relationship Id="rId2514" Type="http://schemas.openxmlformats.org/officeDocument/2006/relationships/image" Target="media/image1388.wmf"/><Relationship Id="rId2721" Type="http://schemas.openxmlformats.org/officeDocument/2006/relationships/image" Target="media/image1506.wmf"/><Relationship Id="rId2819" Type="http://schemas.openxmlformats.org/officeDocument/2006/relationships/image" Target="media/image1604.wmf"/><Relationship Id="rId900" Type="http://schemas.openxmlformats.org/officeDocument/2006/relationships/image" Target="media/image444.wmf"/><Relationship Id="rId1323" Type="http://schemas.openxmlformats.org/officeDocument/2006/relationships/oleObject" Target="embeddings/oleObject655.bin"/><Relationship Id="rId1530" Type="http://schemas.openxmlformats.org/officeDocument/2006/relationships/image" Target="media/image759.wmf"/><Relationship Id="rId1628" Type="http://schemas.openxmlformats.org/officeDocument/2006/relationships/image" Target="media/image808.wmf"/><Relationship Id="rId1975" Type="http://schemas.openxmlformats.org/officeDocument/2006/relationships/oleObject" Target="embeddings/oleObject844.bin"/><Relationship Id="rId3190" Type="http://schemas.openxmlformats.org/officeDocument/2006/relationships/image" Target="media/image1937.wmf"/><Relationship Id="rId1835" Type="http://schemas.openxmlformats.org/officeDocument/2006/relationships/image" Target="media/image981.wmf"/><Relationship Id="rId3050" Type="http://schemas.openxmlformats.org/officeDocument/2006/relationships/image" Target="media/image1814.wmf"/><Relationship Id="rId3288" Type="http://schemas.openxmlformats.org/officeDocument/2006/relationships/oleObject" Target="embeddings/oleObject1262.bin"/><Relationship Id="rId1902" Type="http://schemas.openxmlformats.org/officeDocument/2006/relationships/image" Target="media/image1048.wmf"/><Relationship Id="rId2097" Type="http://schemas.openxmlformats.org/officeDocument/2006/relationships/oleObject" Target="embeddings/oleObject905.bin"/><Relationship Id="rId3148" Type="http://schemas.openxmlformats.org/officeDocument/2006/relationships/image" Target="media/image1905.wmf"/><Relationship Id="rId276" Type="http://schemas.openxmlformats.org/officeDocument/2006/relationships/image" Target="media/image132.wmf"/><Relationship Id="rId483" Type="http://schemas.openxmlformats.org/officeDocument/2006/relationships/oleObject" Target="embeddings/oleObject235.bin"/><Relationship Id="rId690" Type="http://schemas.openxmlformats.org/officeDocument/2006/relationships/image" Target="media/image339.wmf"/><Relationship Id="rId2164" Type="http://schemas.openxmlformats.org/officeDocument/2006/relationships/image" Target="media/image1213.wmf"/><Relationship Id="rId2371" Type="http://schemas.openxmlformats.org/officeDocument/2006/relationships/oleObject" Target="embeddings/oleObject1042.bin"/><Relationship Id="rId3008" Type="http://schemas.openxmlformats.org/officeDocument/2006/relationships/image" Target="media/image1776.wmf"/><Relationship Id="rId3215" Type="http://schemas.openxmlformats.org/officeDocument/2006/relationships/oleObject" Target="embeddings/oleObject1258.bin"/><Relationship Id="rId136" Type="http://schemas.openxmlformats.org/officeDocument/2006/relationships/image" Target="media/image62.wmf"/><Relationship Id="rId343" Type="http://schemas.openxmlformats.org/officeDocument/2006/relationships/oleObject" Target="embeddings/oleObject165.bin"/><Relationship Id="rId550" Type="http://schemas.openxmlformats.org/officeDocument/2006/relationships/image" Target="media/image269.wmf"/><Relationship Id="rId788" Type="http://schemas.openxmlformats.org/officeDocument/2006/relationships/image" Target="media/image388.wmf"/><Relationship Id="rId995" Type="http://schemas.openxmlformats.org/officeDocument/2006/relationships/oleObject" Target="embeddings/oleObject491.bin"/><Relationship Id="rId1180" Type="http://schemas.openxmlformats.org/officeDocument/2006/relationships/image" Target="media/image584.wmf"/><Relationship Id="rId2024" Type="http://schemas.openxmlformats.org/officeDocument/2006/relationships/image" Target="media/image1143.wmf"/><Relationship Id="rId2231" Type="http://schemas.openxmlformats.org/officeDocument/2006/relationships/oleObject" Target="embeddings/oleObject972.bin"/><Relationship Id="rId2469" Type="http://schemas.openxmlformats.org/officeDocument/2006/relationships/oleObject" Target="embeddings/oleObject1091.bin"/><Relationship Id="rId2676" Type="http://schemas.openxmlformats.org/officeDocument/2006/relationships/image" Target="media/image1469.wmf"/><Relationship Id="rId2883" Type="http://schemas.openxmlformats.org/officeDocument/2006/relationships/oleObject" Target="embeddings/oleObject1214.bin"/><Relationship Id="rId203" Type="http://schemas.openxmlformats.org/officeDocument/2006/relationships/oleObject" Target="embeddings/oleObject95.bin"/><Relationship Id="rId648" Type="http://schemas.openxmlformats.org/officeDocument/2006/relationships/image" Target="media/image318.wmf"/><Relationship Id="rId855" Type="http://schemas.openxmlformats.org/officeDocument/2006/relationships/oleObject" Target="embeddings/oleObject421.bin"/><Relationship Id="rId1040" Type="http://schemas.openxmlformats.org/officeDocument/2006/relationships/image" Target="media/image514.wmf"/><Relationship Id="rId1278" Type="http://schemas.openxmlformats.org/officeDocument/2006/relationships/image" Target="media/image633.wmf"/><Relationship Id="rId1485" Type="http://schemas.openxmlformats.org/officeDocument/2006/relationships/oleObject" Target="embeddings/oleObject736.bin"/><Relationship Id="rId1692" Type="http://schemas.openxmlformats.org/officeDocument/2006/relationships/image" Target="media/image840.wmf"/><Relationship Id="rId2329" Type="http://schemas.openxmlformats.org/officeDocument/2006/relationships/oleObject" Target="embeddings/oleObject1021.bin"/><Relationship Id="rId2536" Type="http://schemas.openxmlformats.org/officeDocument/2006/relationships/image" Target="media/image1399.wmf"/><Relationship Id="rId2743" Type="http://schemas.openxmlformats.org/officeDocument/2006/relationships/image" Target="media/image1528.wmf"/><Relationship Id="rId410" Type="http://schemas.openxmlformats.org/officeDocument/2006/relationships/image" Target="media/image199.wmf"/><Relationship Id="rId508" Type="http://schemas.openxmlformats.org/officeDocument/2006/relationships/image" Target="media/image248.wmf"/><Relationship Id="rId715" Type="http://schemas.openxmlformats.org/officeDocument/2006/relationships/oleObject" Target="embeddings/oleObject351.bin"/><Relationship Id="rId922" Type="http://schemas.openxmlformats.org/officeDocument/2006/relationships/image" Target="media/image455.wmf"/><Relationship Id="rId1138" Type="http://schemas.openxmlformats.org/officeDocument/2006/relationships/image" Target="media/image563.wmf"/><Relationship Id="rId1345" Type="http://schemas.openxmlformats.org/officeDocument/2006/relationships/oleObject" Target="embeddings/oleObject666.bin"/><Relationship Id="rId1552" Type="http://schemas.openxmlformats.org/officeDocument/2006/relationships/image" Target="media/image770.wmf"/><Relationship Id="rId1997" Type="http://schemas.openxmlformats.org/officeDocument/2006/relationships/oleObject" Target="embeddings/oleObject855.bin"/><Relationship Id="rId2603" Type="http://schemas.openxmlformats.org/officeDocument/2006/relationships/oleObject" Target="embeddings/oleObject1158.bin"/><Relationship Id="rId2950" Type="http://schemas.openxmlformats.org/officeDocument/2006/relationships/image" Target="media/image1721.wmf"/><Relationship Id="rId1205" Type="http://schemas.openxmlformats.org/officeDocument/2006/relationships/oleObject" Target="embeddings/oleObject596.bin"/><Relationship Id="rId1857" Type="http://schemas.openxmlformats.org/officeDocument/2006/relationships/image" Target="media/image1003.wmf"/><Relationship Id="rId2810" Type="http://schemas.openxmlformats.org/officeDocument/2006/relationships/image" Target="media/image1595.wmf"/><Relationship Id="rId2908" Type="http://schemas.openxmlformats.org/officeDocument/2006/relationships/image" Target="media/image1681.wmf"/><Relationship Id="rId51" Type="http://schemas.openxmlformats.org/officeDocument/2006/relationships/oleObject" Target="embeddings/oleObject19.bin"/><Relationship Id="rId1412" Type="http://schemas.openxmlformats.org/officeDocument/2006/relationships/image" Target="media/image700.wmf"/><Relationship Id="rId1717" Type="http://schemas.openxmlformats.org/officeDocument/2006/relationships/image" Target="media/image863.wmf"/><Relationship Id="rId1924" Type="http://schemas.openxmlformats.org/officeDocument/2006/relationships/image" Target="media/image1070.wmf"/><Relationship Id="rId3072" Type="http://schemas.openxmlformats.org/officeDocument/2006/relationships/image" Target="media/image1831.wmf"/><Relationship Id="rId298" Type="http://schemas.openxmlformats.org/officeDocument/2006/relationships/image" Target="media/image143.wmf"/><Relationship Id="rId158" Type="http://schemas.openxmlformats.org/officeDocument/2006/relationships/image" Target="media/image73.wmf"/><Relationship Id="rId2186" Type="http://schemas.openxmlformats.org/officeDocument/2006/relationships/image" Target="media/image1224.wmf"/><Relationship Id="rId2393" Type="http://schemas.openxmlformats.org/officeDocument/2006/relationships/oleObject" Target="embeddings/oleObject1053.bin"/><Relationship Id="rId2698" Type="http://schemas.openxmlformats.org/officeDocument/2006/relationships/image" Target="media/image1483.wmf"/><Relationship Id="rId3237" Type="http://schemas.openxmlformats.org/officeDocument/2006/relationships/image" Target="media/image1965.wmf"/><Relationship Id="rId365" Type="http://schemas.openxmlformats.org/officeDocument/2006/relationships/oleObject" Target="embeddings/oleObject176.bin"/><Relationship Id="rId572" Type="http://schemas.openxmlformats.org/officeDocument/2006/relationships/image" Target="media/image280.wmf"/><Relationship Id="rId2046" Type="http://schemas.openxmlformats.org/officeDocument/2006/relationships/image" Target="media/image1154.wmf"/><Relationship Id="rId2253" Type="http://schemas.openxmlformats.org/officeDocument/2006/relationships/oleObject" Target="embeddings/oleObject983.bin"/><Relationship Id="rId2460" Type="http://schemas.openxmlformats.org/officeDocument/2006/relationships/image" Target="media/image1361.wmf"/><Relationship Id="rId3304" Type="http://schemas.openxmlformats.org/officeDocument/2006/relationships/image" Target="media/image2029.wmf"/><Relationship Id="rId225" Type="http://schemas.openxmlformats.org/officeDocument/2006/relationships/oleObject" Target="embeddings/oleObject106.bin"/><Relationship Id="rId432" Type="http://schemas.openxmlformats.org/officeDocument/2006/relationships/image" Target="media/image210.wmf"/><Relationship Id="rId877" Type="http://schemas.openxmlformats.org/officeDocument/2006/relationships/oleObject" Target="embeddings/oleObject432.bin"/><Relationship Id="rId1062" Type="http://schemas.openxmlformats.org/officeDocument/2006/relationships/image" Target="media/image525.wmf"/><Relationship Id="rId2113" Type="http://schemas.openxmlformats.org/officeDocument/2006/relationships/oleObject" Target="embeddings/oleObject913.bin"/><Relationship Id="rId2320" Type="http://schemas.openxmlformats.org/officeDocument/2006/relationships/image" Target="media/image1291.wmf"/><Relationship Id="rId2558" Type="http://schemas.openxmlformats.org/officeDocument/2006/relationships/image" Target="media/image1410.wmf"/><Relationship Id="rId2765" Type="http://schemas.openxmlformats.org/officeDocument/2006/relationships/image" Target="media/image1550.wmf"/><Relationship Id="rId2972" Type="http://schemas.openxmlformats.org/officeDocument/2006/relationships/oleObject" Target="embeddings/oleObject1217.bin"/><Relationship Id="rId737" Type="http://schemas.openxmlformats.org/officeDocument/2006/relationships/oleObject" Target="embeddings/oleObject362.bin"/><Relationship Id="rId944" Type="http://schemas.openxmlformats.org/officeDocument/2006/relationships/image" Target="media/image466.wmf"/><Relationship Id="rId1367" Type="http://schemas.openxmlformats.org/officeDocument/2006/relationships/oleObject" Target="embeddings/oleObject677.bin"/><Relationship Id="rId1574" Type="http://schemas.openxmlformats.org/officeDocument/2006/relationships/image" Target="media/image781.wmf"/><Relationship Id="rId1781" Type="http://schemas.openxmlformats.org/officeDocument/2006/relationships/image" Target="media/image927.wmf"/><Relationship Id="rId2418" Type="http://schemas.openxmlformats.org/officeDocument/2006/relationships/image" Target="media/image1340.wmf"/><Relationship Id="rId2625" Type="http://schemas.openxmlformats.org/officeDocument/2006/relationships/oleObject" Target="embeddings/oleObject1169.bin"/><Relationship Id="rId2832" Type="http://schemas.openxmlformats.org/officeDocument/2006/relationships/image" Target="media/image1615.wmf"/><Relationship Id="rId73" Type="http://schemas.openxmlformats.org/officeDocument/2006/relationships/oleObject" Target="embeddings/oleObject30.bin"/><Relationship Id="rId804" Type="http://schemas.openxmlformats.org/officeDocument/2006/relationships/image" Target="media/image396.wmf"/><Relationship Id="rId1227" Type="http://schemas.openxmlformats.org/officeDocument/2006/relationships/oleObject" Target="embeddings/oleObject607.bin"/><Relationship Id="rId1434" Type="http://schemas.openxmlformats.org/officeDocument/2006/relationships/image" Target="media/image711.wmf"/><Relationship Id="rId1641" Type="http://schemas.openxmlformats.org/officeDocument/2006/relationships/oleObject" Target="embeddings/oleObject814.bin"/><Relationship Id="rId1879" Type="http://schemas.openxmlformats.org/officeDocument/2006/relationships/image" Target="media/image1025.wmf"/><Relationship Id="rId3094" Type="http://schemas.openxmlformats.org/officeDocument/2006/relationships/image" Target="media/image1851.wmf"/><Relationship Id="rId1501" Type="http://schemas.openxmlformats.org/officeDocument/2006/relationships/oleObject" Target="embeddings/oleObject744.bin"/><Relationship Id="rId1739" Type="http://schemas.openxmlformats.org/officeDocument/2006/relationships/image" Target="media/image885.wmf"/><Relationship Id="rId1946" Type="http://schemas.openxmlformats.org/officeDocument/2006/relationships/image" Target="media/image1092.wmf"/><Relationship Id="rId1806" Type="http://schemas.openxmlformats.org/officeDocument/2006/relationships/image" Target="media/image952.wmf"/><Relationship Id="rId3161" Type="http://schemas.openxmlformats.org/officeDocument/2006/relationships/image" Target="media/image1918.wmf"/><Relationship Id="rId3259" Type="http://schemas.openxmlformats.org/officeDocument/2006/relationships/image" Target="media/image1985.wmf"/><Relationship Id="rId387" Type="http://schemas.openxmlformats.org/officeDocument/2006/relationships/oleObject" Target="embeddings/oleObject187.bin"/><Relationship Id="rId594" Type="http://schemas.openxmlformats.org/officeDocument/2006/relationships/image" Target="media/image291.wmf"/><Relationship Id="rId2068" Type="http://schemas.openxmlformats.org/officeDocument/2006/relationships/image" Target="media/image1165.wmf"/><Relationship Id="rId2275" Type="http://schemas.openxmlformats.org/officeDocument/2006/relationships/oleObject" Target="embeddings/oleObject994.bin"/><Relationship Id="rId3021" Type="http://schemas.openxmlformats.org/officeDocument/2006/relationships/image" Target="media/image1788.wmf"/><Relationship Id="rId3119" Type="http://schemas.openxmlformats.org/officeDocument/2006/relationships/image" Target="media/image1876.wmf"/><Relationship Id="rId3326" Type="http://schemas.openxmlformats.org/officeDocument/2006/relationships/image" Target="media/image2049.wmf"/><Relationship Id="rId247" Type="http://schemas.openxmlformats.org/officeDocument/2006/relationships/oleObject" Target="embeddings/oleObject117.bin"/><Relationship Id="rId899" Type="http://schemas.openxmlformats.org/officeDocument/2006/relationships/oleObject" Target="embeddings/oleObject443.bin"/><Relationship Id="rId1084" Type="http://schemas.openxmlformats.org/officeDocument/2006/relationships/image" Target="media/image536.wmf"/><Relationship Id="rId2482" Type="http://schemas.openxmlformats.org/officeDocument/2006/relationships/image" Target="media/image1372.wmf"/><Relationship Id="rId2787" Type="http://schemas.openxmlformats.org/officeDocument/2006/relationships/image" Target="media/image1572.wmf"/><Relationship Id="rId107" Type="http://schemas.openxmlformats.org/officeDocument/2006/relationships/oleObject" Target="embeddings/oleObject47.bin"/><Relationship Id="rId454" Type="http://schemas.openxmlformats.org/officeDocument/2006/relationships/image" Target="media/image221.wmf"/><Relationship Id="rId661" Type="http://schemas.openxmlformats.org/officeDocument/2006/relationships/oleObject" Target="embeddings/oleObject324.bin"/><Relationship Id="rId759" Type="http://schemas.openxmlformats.org/officeDocument/2006/relationships/oleObject" Target="embeddings/oleObject373.bin"/><Relationship Id="rId966" Type="http://schemas.openxmlformats.org/officeDocument/2006/relationships/image" Target="media/image477.wmf"/><Relationship Id="rId1291" Type="http://schemas.openxmlformats.org/officeDocument/2006/relationships/oleObject" Target="embeddings/oleObject639.bin"/><Relationship Id="rId1389" Type="http://schemas.openxmlformats.org/officeDocument/2006/relationships/oleObject" Target="embeddings/oleObject688.bin"/><Relationship Id="rId1596" Type="http://schemas.openxmlformats.org/officeDocument/2006/relationships/image" Target="media/image792.wmf"/><Relationship Id="rId2135" Type="http://schemas.openxmlformats.org/officeDocument/2006/relationships/oleObject" Target="embeddings/oleObject924.bin"/><Relationship Id="rId2342" Type="http://schemas.openxmlformats.org/officeDocument/2006/relationships/image" Target="media/image1302.wmf"/><Relationship Id="rId2647" Type="http://schemas.openxmlformats.org/officeDocument/2006/relationships/oleObject" Target="embeddings/oleObject1180.bin"/><Relationship Id="rId2994" Type="http://schemas.openxmlformats.org/officeDocument/2006/relationships/image" Target="media/image1763.wmf"/><Relationship Id="rId314" Type="http://schemas.openxmlformats.org/officeDocument/2006/relationships/image" Target="media/image151.wmf"/><Relationship Id="rId521" Type="http://schemas.openxmlformats.org/officeDocument/2006/relationships/oleObject" Target="embeddings/oleObject254.bin"/><Relationship Id="rId619" Type="http://schemas.openxmlformats.org/officeDocument/2006/relationships/oleObject" Target="embeddings/oleObject303.bin"/><Relationship Id="rId1151" Type="http://schemas.openxmlformats.org/officeDocument/2006/relationships/oleObject" Target="embeddings/oleObject569.bin"/><Relationship Id="rId1249" Type="http://schemas.openxmlformats.org/officeDocument/2006/relationships/oleObject" Target="embeddings/oleObject618.bin"/><Relationship Id="rId2202" Type="http://schemas.openxmlformats.org/officeDocument/2006/relationships/image" Target="media/image1232.wmf"/><Relationship Id="rId2854" Type="http://schemas.openxmlformats.org/officeDocument/2006/relationships/image" Target="media/image1632.wmf"/><Relationship Id="rId95" Type="http://schemas.openxmlformats.org/officeDocument/2006/relationships/oleObject" Target="embeddings/oleObject41.bin"/><Relationship Id="rId826" Type="http://schemas.openxmlformats.org/officeDocument/2006/relationships/image" Target="media/image407.wmf"/><Relationship Id="rId1011" Type="http://schemas.openxmlformats.org/officeDocument/2006/relationships/oleObject" Target="embeddings/oleObject499.bin"/><Relationship Id="rId1109" Type="http://schemas.openxmlformats.org/officeDocument/2006/relationships/oleObject" Target="embeddings/oleObject548.bin"/><Relationship Id="rId1456" Type="http://schemas.openxmlformats.org/officeDocument/2006/relationships/image" Target="media/image722.wmf"/><Relationship Id="rId1663" Type="http://schemas.openxmlformats.org/officeDocument/2006/relationships/oleObject" Target="embeddings/oleObject825.bin"/><Relationship Id="rId1870" Type="http://schemas.openxmlformats.org/officeDocument/2006/relationships/image" Target="media/image1016.wmf"/><Relationship Id="rId1968" Type="http://schemas.openxmlformats.org/officeDocument/2006/relationships/image" Target="media/image1114.wmf"/><Relationship Id="rId2507" Type="http://schemas.openxmlformats.org/officeDocument/2006/relationships/oleObject" Target="embeddings/oleObject1110.bin"/><Relationship Id="rId2714" Type="http://schemas.openxmlformats.org/officeDocument/2006/relationships/image" Target="media/image1499.wmf"/><Relationship Id="rId2921" Type="http://schemas.openxmlformats.org/officeDocument/2006/relationships/image" Target="media/image1694.wmf"/><Relationship Id="rId1316" Type="http://schemas.openxmlformats.org/officeDocument/2006/relationships/image" Target="media/image652.wmf"/><Relationship Id="rId1523" Type="http://schemas.openxmlformats.org/officeDocument/2006/relationships/oleObject" Target="embeddings/oleObject755.bin"/><Relationship Id="rId1730" Type="http://schemas.openxmlformats.org/officeDocument/2006/relationships/image" Target="media/image876.wmf"/><Relationship Id="rId3183" Type="http://schemas.openxmlformats.org/officeDocument/2006/relationships/oleObject" Target="embeddings/oleObject1236.bin"/><Relationship Id="rId22" Type="http://schemas.openxmlformats.org/officeDocument/2006/relationships/image" Target="media/image5.wmf"/><Relationship Id="rId1828" Type="http://schemas.openxmlformats.org/officeDocument/2006/relationships/image" Target="media/image974.wmf"/><Relationship Id="rId3043" Type="http://schemas.openxmlformats.org/officeDocument/2006/relationships/oleObject" Target="embeddings/oleObject1221.bin"/><Relationship Id="rId3250" Type="http://schemas.openxmlformats.org/officeDocument/2006/relationships/oleObject" Target="embeddings/oleObject1260.bin"/><Relationship Id="rId171" Type="http://schemas.openxmlformats.org/officeDocument/2006/relationships/oleObject" Target="embeddings/oleObject79.bin"/><Relationship Id="rId2297" Type="http://schemas.openxmlformats.org/officeDocument/2006/relationships/oleObject" Target="embeddings/oleObject1005.bin"/><Relationship Id="rId269" Type="http://schemas.openxmlformats.org/officeDocument/2006/relationships/oleObject" Target="embeddings/oleObject128.bin"/><Relationship Id="rId476" Type="http://schemas.openxmlformats.org/officeDocument/2006/relationships/image" Target="media/image232.wmf"/><Relationship Id="rId683" Type="http://schemas.openxmlformats.org/officeDocument/2006/relationships/oleObject" Target="embeddings/oleObject335.bin"/><Relationship Id="rId890" Type="http://schemas.openxmlformats.org/officeDocument/2006/relationships/image" Target="media/image439.wmf"/><Relationship Id="rId2157" Type="http://schemas.openxmlformats.org/officeDocument/2006/relationships/oleObject" Target="embeddings/oleObject935.bin"/><Relationship Id="rId2364" Type="http://schemas.openxmlformats.org/officeDocument/2006/relationships/image" Target="media/image1313.wmf"/><Relationship Id="rId2571" Type="http://schemas.openxmlformats.org/officeDocument/2006/relationships/oleObject" Target="embeddings/oleObject1142.bin"/><Relationship Id="rId3110" Type="http://schemas.openxmlformats.org/officeDocument/2006/relationships/image" Target="media/image1867.wmf"/><Relationship Id="rId3208" Type="http://schemas.openxmlformats.org/officeDocument/2006/relationships/image" Target="media/image1941.wmf"/><Relationship Id="rId129" Type="http://schemas.openxmlformats.org/officeDocument/2006/relationships/oleObject" Target="embeddings/oleObject58.bin"/><Relationship Id="rId336" Type="http://schemas.openxmlformats.org/officeDocument/2006/relationships/image" Target="media/image162.wmf"/><Relationship Id="rId543" Type="http://schemas.openxmlformats.org/officeDocument/2006/relationships/oleObject" Target="embeddings/oleObject265.bin"/><Relationship Id="rId988" Type="http://schemas.openxmlformats.org/officeDocument/2006/relationships/image" Target="media/image488.wmf"/><Relationship Id="rId1173" Type="http://schemas.openxmlformats.org/officeDocument/2006/relationships/oleObject" Target="embeddings/oleObject580.bin"/><Relationship Id="rId1380" Type="http://schemas.openxmlformats.org/officeDocument/2006/relationships/image" Target="media/image684.wmf"/><Relationship Id="rId2017" Type="http://schemas.openxmlformats.org/officeDocument/2006/relationships/oleObject" Target="embeddings/oleObject865.bin"/><Relationship Id="rId2224" Type="http://schemas.openxmlformats.org/officeDocument/2006/relationships/image" Target="media/image1243.wmf"/><Relationship Id="rId2669" Type="http://schemas.openxmlformats.org/officeDocument/2006/relationships/oleObject" Target="embeddings/oleObject1191.bin"/><Relationship Id="rId2876" Type="http://schemas.openxmlformats.org/officeDocument/2006/relationships/image" Target="media/image1651.wmf"/><Relationship Id="rId403" Type="http://schemas.openxmlformats.org/officeDocument/2006/relationships/oleObject" Target="embeddings/oleObject195.bin"/><Relationship Id="rId750" Type="http://schemas.openxmlformats.org/officeDocument/2006/relationships/image" Target="media/image369.wmf"/><Relationship Id="rId848" Type="http://schemas.openxmlformats.org/officeDocument/2006/relationships/image" Target="media/image418.wmf"/><Relationship Id="rId1033" Type="http://schemas.openxmlformats.org/officeDocument/2006/relationships/oleObject" Target="embeddings/oleObject510.bin"/><Relationship Id="rId1478" Type="http://schemas.openxmlformats.org/officeDocument/2006/relationships/image" Target="media/image733.wmf"/><Relationship Id="rId1685" Type="http://schemas.openxmlformats.org/officeDocument/2006/relationships/oleObject" Target="embeddings/oleObject836.bin"/><Relationship Id="rId1892" Type="http://schemas.openxmlformats.org/officeDocument/2006/relationships/image" Target="media/image1038.wmf"/><Relationship Id="rId2431" Type="http://schemas.openxmlformats.org/officeDocument/2006/relationships/oleObject" Target="embeddings/oleObject1072.bin"/><Relationship Id="rId2529" Type="http://schemas.openxmlformats.org/officeDocument/2006/relationships/oleObject" Target="embeddings/oleObject1121.bin"/><Relationship Id="rId2736" Type="http://schemas.openxmlformats.org/officeDocument/2006/relationships/image" Target="media/image1521.wmf"/><Relationship Id="rId610" Type="http://schemas.openxmlformats.org/officeDocument/2006/relationships/image" Target="media/image299.wmf"/><Relationship Id="rId708" Type="http://schemas.openxmlformats.org/officeDocument/2006/relationships/image" Target="media/image348.wmf"/><Relationship Id="rId915" Type="http://schemas.openxmlformats.org/officeDocument/2006/relationships/oleObject" Target="embeddings/oleObject451.bin"/><Relationship Id="rId1240" Type="http://schemas.openxmlformats.org/officeDocument/2006/relationships/image" Target="media/image614.wmf"/><Relationship Id="rId1338" Type="http://schemas.openxmlformats.org/officeDocument/2006/relationships/image" Target="media/image663.wmf"/><Relationship Id="rId1545" Type="http://schemas.openxmlformats.org/officeDocument/2006/relationships/oleObject" Target="embeddings/oleObject766.bin"/><Relationship Id="rId2943" Type="http://schemas.openxmlformats.org/officeDocument/2006/relationships/oleObject" Target="embeddings/oleObject1216.bin"/><Relationship Id="rId1100" Type="http://schemas.openxmlformats.org/officeDocument/2006/relationships/image" Target="media/image544.wmf"/><Relationship Id="rId1405" Type="http://schemas.openxmlformats.org/officeDocument/2006/relationships/oleObject" Target="embeddings/oleObject696.bin"/><Relationship Id="rId1752" Type="http://schemas.openxmlformats.org/officeDocument/2006/relationships/image" Target="media/image898.wmf"/><Relationship Id="rId2803" Type="http://schemas.openxmlformats.org/officeDocument/2006/relationships/image" Target="media/image1588.wmf"/><Relationship Id="rId44" Type="http://schemas.openxmlformats.org/officeDocument/2006/relationships/image" Target="media/image16.wmf"/><Relationship Id="rId1612" Type="http://schemas.openxmlformats.org/officeDocument/2006/relationships/image" Target="media/image800.wmf"/><Relationship Id="rId1917" Type="http://schemas.openxmlformats.org/officeDocument/2006/relationships/image" Target="media/image1063.wmf"/><Relationship Id="rId3065" Type="http://schemas.openxmlformats.org/officeDocument/2006/relationships/image" Target="media/image1827.wmf"/><Relationship Id="rId3272" Type="http://schemas.openxmlformats.org/officeDocument/2006/relationships/image" Target="media/image1998.wmf"/><Relationship Id="rId193" Type="http://schemas.openxmlformats.org/officeDocument/2006/relationships/oleObject" Target="embeddings/oleObject90.bin"/><Relationship Id="rId498" Type="http://schemas.openxmlformats.org/officeDocument/2006/relationships/image" Target="media/image243.wmf"/><Relationship Id="rId2081" Type="http://schemas.openxmlformats.org/officeDocument/2006/relationships/oleObject" Target="embeddings/oleObject897.bin"/><Relationship Id="rId2179" Type="http://schemas.openxmlformats.org/officeDocument/2006/relationships/oleObject" Target="embeddings/oleObject946.bin"/><Relationship Id="rId3132" Type="http://schemas.openxmlformats.org/officeDocument/2006/relationships/image" Target="media/image1889.wmf"/><Relationship Id="rId260" Type="http://schemas.openxmlformats.org/officeDocument/2006/relationships/image" Target="media/image124.wmf"/><Relationship Id="rId2386" Type="http://schemas.openxmlformats.org/officeDocument/2006/relationships/image" Target="media/image1324.wmf"/><Relationship Id="rId2593" Type="http://schemas.openxmlformats.org/officeDocument/2006/relationships/oleObject" Target="embeddings/oleObject1153.bin"/><Relationship Id="rId120" Type="http://schemas.openxmlformats.org/officeDocument/2006/relationships/image" Target="media/image54.wmf"/><Relationship Id="rId358" Type="http://schemas.openxmlformats.org/officeDocument/2006/relationships/image" Target="media/image173.wmf"/><Relationship Id="rId565" Type="http://schemas.openxmlformats.org/officeDocument/2006/relationships/oleObject" Target="embeddings/oleObject276.bin"/><Relationship Id="rId772" Type="http://schemas.openxmlformats.org/officeDocument/2006/relationships/image" Target="media/image380.wmf"/><Relationship Id="rId1195" Type="http://schemas.openxmlformats.org/officeDocument/2006/relationships/oleObject" Target="embeddings/oleObject591.bin"/><Relationship Id="rId2039" Type="http://schemas.openxmlformats.org/officeDocument/2006/relationships/oleObject" Target="embeddings/oleObject876.bin"/><Relationship Id="rId2246" Type="http://schemas.openxmlformats.org/officeDocument/2006/relationships/image" Target="media/image1254.wmf"/><Relationship Id="rId2453" Type="http://schemas.openxmlformats.org/officeDocument/2006/relationships/oleObject" Target="embeddings/oleObject1083.bin"/><Relationship Id="rId2660" Type="http://schemas.openxmlformats.org/officeDocument/2006/relationships/image" Target="media/image1461.wmf"/><Relationship Id="rId2898" Type="http://schemas.openxmlformats.org/officeDocument/2006/relationships/image" Target="media/image1671.wmf"/><Relationship Id="rId218" Type="http://schemas.openxmlformats.org/officeDocument/2006/relationships/image" Target="media/image103.wmf"/><Relationship Id="rId425" Type="http://schemas.openxmlformats.org/officeDocument/2006/relationships/oleObject" Target="embeddings/oleObject206.bin"/><Relationship Id="rId632" Type="http://schemas.openxmlformats.org/officeDocument/2006/relationships/image" Target="media/image310.wmf"/><Relationship Id="rId1055" Type="http://schemas.openxmlformats.org/officeDocument/2006/relationships/oleObject" Target="embeddings/oleObject521.bin"/><Relationship Id="rId1262" Type="http://schemas.openxmlformats.org/officeDocument/2006/relationships/image" Target="media/image625.wmf"/><Relationship Id="rId2106" Type="http://schemas.openxmlformats.org/officeDocument/2006/relationships/image" Target="media/image1184.wmf"/><Relationship Id="rId2313" Type="http://schemas.openxmlformats.org/officeDocument/2006/relationships/oleObject" Target="embeddings/oleObject1013.bin"/><Relationship Id="rId2520" Type="http://schemas.openxmlformats.org/officeDocument/2006/relationships/image" Target="media/image1391.wmf"/><Relationship Id="rId2758" Type="http://schemas.openxmlformats.org/officeDocument/2006/relationships/image" Target="media/image1543.wmf"/><Relationship Id="rId2965" Type="http://schemas.openxmlformats.org/officeDocument/2006/relationships/image" Target="media/image1736.wmf"/><Relationship Id="rId937" Type="http://schemas.openxmlformats.org/officeDocument/2006/relationships/oleObject" Target="embeddings/oleObject462.bin"/><Relationship Id="rId1122" Type="http://schemas.openxmlformats.org/officeDocument/2006/relationships/image" Target="media/image555.wmf"/><Relationship Id="rId1567" Type="http://schemas.openxmlformats.org/officeDocument/2006/relationships/oleObject" Target="embeddings/oleObject777.bin"/><Relationship Id="rId1774" Type="http://schemas.openxmlformats.org/officeDocument/2006/relationships/image" Target="media/image920.wmf"/><Relationship Id="rId1981" Type="http://schemas.openxmlformats.org/officeDocument/2006/relationships/oleObject" Target="embeddings/oleObject847.bin"/><Relationship Id="rId2618" Type="http://schemas.openxmlformats.org/officeDocument/2006/relationships/image" Target="media/image1440.wmf"/><Relationship Id="rId2825" Type="http://schemas.openxmlformats.org/officeDocument/2006/relationships/oleObject" Target="embeddings/oleObject1203.bin"/><Relationship Id="rId66" Type="http://schemas.openxmlformats.org/officeDocument/2006/relationships/image" Target="media/image27.wmf"/><Relationship Id="rId1427" Type="http://schemas.openxmlformats.org/officeDocument/2006/relationships/oleObject" Target="embeddings/oleObject707.bin"/><Relationship Id="rId1634" Type="http://schemas.openxmlformats.org/officeDocument/2006/relationships/image" Target="media/image811.wmf"/><Relationship Id="rId1841" Type="http://schemas.openxmlformats.org/officeDocument/2006/relationships/image" Target="media/image987.wmf"/><Relationship Id="rId3087" Type="http://schemas.openxmlformats.org/officeDocument/2006/relationships/image" Target="media/image1844.wmf"/><Relationship Id="rId3294" Type="http://schemas.openxmlformats.org/officeDocument/2006/relationships/image" Target="media/image2019.wmf"/><Relationship Id="rId1939" Type="http://schemas.openxmlformats.org/officeDocument/2006/relationships/image" Target="media/image1085.wmf"/><Relationship Id="rId1701" Type="http://schemas.openxmlformats.org/officeDocument/2006/relationships/image" Target="media/image847.wmf"/><Relationship Id="rId3154" Type="http://schemas.openxmlformats.org/officeDocument/2006/relationships/image" Target="media/image1911.wmf"/><Relationship Id="rId282" Type="http://schemas.openxmlformats.org/officeDocument/2006/relationships/image" Target="media/image135.wmf"/><Relationship Id="rId587" Type="http://schemas.openxmlformats.org/officeDocument/2006/relationships/oleObject" Target="embeddings/oleObject287.bin"/><Relationship Id="rId2170" Type="http://schemas.openxmlformats.org/officeDocument/2006/relationships/image" Target="media/image1216.wmf"/><Relationship Id="rId2268" Type="http://schemas.openxmlformats.org/officeDocument/2006/relationships/image" Target="media/image1265.wmf"/><Relationship Id="rId3014" Type="http://schemas.openxmlformats.org/officeDocument/2006/relationships/oleObject" Target="embeddings/oleObject1220.bin"/><Relationship Id="rId3221" Type="http://schemas.openxmlformats.org/officeDocument/2006/relationships/image" Target="media/image1949.wmf"/><Relationship Id="rId3319" Type="http://schemas.openxmlformats.org/officeDocument/2006/relationships/image" Target="media/image2042.wmf"/><Relationship Id="rId8" Type="http://schemas.openxmlformats.org/officeDocument/2006/relationships/endnotes" Target="endnotes.xml"/><Relationship Id="rId142" Type="http://schemas.openxmlformats.org/officeDocument/2006/relationships/image" Target="media/image65.wmf"/><Relationship Id="rId447" Type="http://schemas.openxmlformats.org/officeDocument/2006/relationships/oleObject" Target="embeddings/oleObject217.bin"/><Relationship Id="rId794" Type="http://schemas.openxmlformats.org/officeDocument/2006/relationships/image" Target="media/image391.wmf"/><Relationship Id="rId1077" Type="http://schemas.openxmlformats.org/officeDocument/2006/relationships/oleObject" Target="embeddings/oleObject532.bin"/><Relationship Id="rId2030" Type="http://schemas.openxmlformats.org/officeDocument/2006/relationships/image" Target="media/image1146.wmf"/><Relationship Id="rId2128" Type="http://schemas.openxmlformats.org/officeDocument/2006/relationships/image" Target="media/image1195.wmf"/><Relationship Id="rId2475" Type="http://schemas.openxmlformats.org/officeDocument/2006/relationships/oleObject" Target="embeddings/oleObject1094.bin"/><Relationship Id="rId2682" Type="http://schemas.openxmlformats.org/officeDocument/2006/relationships/image" Target="media/image1472.wmf"/><Relationship Id="rId2987" Type="http://schemas.openxmlformats.org/officeDocument/2006/relationships/image" Target="media/image1757.wmf"/><Relationship Id="rId654" Type="http://schemas.openxmlformats.org/officeDocument/2006/relationships/image" Target="media/image321.wmf"/><Relationship Id="rId861" Type="http://schemas.openxmlformats.org/officeDocument/2006/relationships/oleObject" Target="embeddings/oleObject424.bin"/><Relationship Id="rId959" Type="http://schemas.openxmlformats.org/officeDocument/2006/relationships/oleObject" Target="embeddings/oleObject473.bin"/><Relationship Id="rId1284" Type="http://schemas.openxmlformats.org/officeDocument/2006/relationships/image" Target="media/image636.wmf"/><Relationship Id="rId1491" Type="http://schemas.openxmlformats.org/officeDocument/2006/relationships/oleObject" Target="embeddings/oleObject739.bin"/><Relationship Id="rId1589" Type="http://schemas.openxmlformats.org/officeDocument/2006/relationships/oleObject" Target="embeddings/oleObject788.bin"/><Relationship Id="rId2335" Type="http://schemas.openxmlformats.org/officeDocument/2006/relationships/oleObject" Target="embeddings/oleObject1024.bin"/><Relationship Id="rId2542" Type="http://schemas.openxmlformats.org/officeDocument/2006/relationships/image" Target="media/image1402.wmf"/><Relationship Id="rId307" Type="http://schemas.openxmlformats.org/officeDocument/2006/relationships/oleObject" Target="embeddings/oleObject147.bin"/><Relationship Id="rId514" Type="http://schemas.openxmlformats.org/officeDocument/2006/relationships/image" Target="media/image251.wmf"/><Relationship Id="rId721" Type="http://schemas.openxmlformats.org/officeDocument/2006/relationships/oleObject" Target="embeddings/oleObject354.bin"/><Relationship Id="rId1144" Type="http://schemas.openxmlformats.org/officeDocument/2006/relationships/image" Target="media/image566.wmf"/><Relationship Id="rId1351" Type="http://schemas.openxmlformats.org/officeDocument/2006/relationships/oleObject" Target="embeddings/oleObject669.bin"/><Relationship Id="rId1449" Type="http://schemas.openxmlformats.org/officeDocument/2006/relationships/oleObject" Target="embeddings/oleObject718.bin"/><Relationship Id="rId1796" Type="http://schemas.openxmlformats.org/officeDocument/2006/relationships/image" Target="media/image942.wmf"/><Relationship Id="rId2402" Type="http://schemas.openxmlformats.org/officeDocument/2006/relationships/image" Target="media/image1332.wmf"/><Relationship Id="rId2847" Type="http://schemas.openxmlformats.org/officeDocument/2006/relationships/oleObject" Target="embeddings/oleObject1206.bin"/><Relationship Id="rId88" Type="http://schemas.openxmlformats.org/officeDocument/2006/relationships/image" Target="media/image38.wmf"/><Relationship Id="rId819" Type="http://schemas.openxmlformats.org/officeDocument/2006/relationships/oleObject" Target="embeddings/oleObject403.bin"/><Relationship Id="rId1004" Type="http://schemas.openxmlformats.org/officeDocument/2006/relationships/image" Target="media/image496.wmf"/><Relationship Id="rId1211" Type="http://schemas.openxmlformats.org/officeDocument/2006/relationships/oleObject" Target="embeddings/oleObject599.bin"/><Relationship Id="rId1656" Type="http://schemas.openxmlformats.org/officeDocument/2006/relationships/image" Target="media/image822.wmf"/><Relationship Id="rId1863" Type="http://schemas.openxmlformats.org/officeDocument/2006/relationships/image" Target="media/image1009.wmf"/><Relationship Id="rId2707" Type="http://schemas.openxmlformats.org/officeDocument/2006/relationships/image" Target="media/image1492.wmf"/><Relationship Id="rId2914" Type="http://schemas.openxmlformats.org/officeDocument/2006/relationships/image" Target="media/image1687.wmf"/><Relationship Id="rId1309" Type="http://schemas.openxmlformats.org/officeDocument/2006/relationships/oleObject" Target="embeddings/oleObject648.bin"/><Relationship Id="rId1516" Type="http://schemas.openxmlformats.org/officeDocument/2006/relationships/image" Target="media/image752.wmf"/><Relationship Id="rId1723" Type="http://schemas.openxmlformats.org/officeDocument/2006/relationships/image" Target="media/image869.wmf"/><Relationship Id="rId1930" Type="http://schemas.openxmlformats.org/officeDocument/2006/relationships/image" Target="media/image1076.wmf"/><Relationship Id="rId3176" Type="http://schemas.openxmlformats.org/officeDocument/2006/relationships/image" Target="media/image1931.wmf"/><Relationship Id="rId15" Type="http://schemas.openxmlformats.org/officeDocument/2006/relationships/image" Target="media/image2.wmf"/><Relationship Id="rId2192" Type="http://schemas.openxmlformats.org/officeDocument/2006/relationships/image" Target="media/image1227.wmf"/><Relationship Id="rId3036" Type="http://schemas.openxmlformats.org/officeDocument/2006/relationships/image" Target="media/image1803.wmf"/><Relationship Id="rId3243" Type="http://schemas.openxmlformats.org/officeDocument/2006/relationships/image" Target="media/image1971.wmf"/><Relationship Id="rId164" Type="http://schemas.openxmlformats.org/officeDocument/2006/relationships/image" Target="media/image76.wmf"/><Relationship Id="rId371" Type="http://schemas.openxmlformats.org/officeDocument/2006/relationships/oleObject" Target="embeddings/oleObject179.bin"/><Relationship Id="rId2052" Type="http://schemas.openxmlformats.org/officeDocument/2006/relationships/image" Target="media/image1157.wmf"/><Relationship Id="rId2497" Type="http://schemas.openxmlformats.org/officeDocument/2006/relationships/oleObject" Target="embeddings/oleObject1105.bin"/><Relationship Id="rId469" Type="http://schemas.openxmlformats.org/officeDocument/2006/relationships/oleObject" Target="embeddings/oleObject228.bin"/><Relationship Id="rId676" Type="http://schemas.openxmlformats.org/officeDocument/2006/relationships/image" Target="media/image332.wmf"/><Relationship Id="rId883" Type="http://schemas.openxmlformats.org/officeDocument/2006/relationships/oleObject" Target="embeddings/oleObject435.bin"/><Relationship Id="rId1099" Type="http://schemas.openxmlformats.org/officeDocument/2006/relationships/oleObject" Target="embeddings/oleObject543.bin"/><Relationship Id="rId2357" Type="http://schemas.openxmlformats.org/officeDocument/2006/relationships/oleObject" Target="embeddings/oleObject1035.bin"/><Relationship Id="rId2564" Type="http://schemas.openxmlformats.org/officeDocument/2006/relationships/image" Target="media/image1413.wmf"/><Relationship Id="rId3103" Type="http://schemas.openxmlformats.org/officeDocument/2006/relationships/image" Target="media/image1860.wmf"/><Relationship Id="rId3310" Type="http://schemas.openxmlformats.org/officeDocument/2006/relationships/image" Target="media/image2034.wmf"/><Relationship Id="rId231" Type="http://schemas.openxmlformats.org/officeDocument/2006/relationships/oleObject" Target="embeddings/oleObject109.bin"/><Relationship Id="rId329" Type="http://schemas.openxmlformats.org/officeDocument/2006/relationships/oleObject" Target="embeddings/oleObject158.bin"/><Relationship Id="rId536" Type="http://schemas.openxmlformats.org/officeDocument/2006/relationships/image" Target="media/image262.wmf"/><Relationship Id="rId1166" Type="http://schemas.openxmlformats.org/officeDocument/2006/relationships/image" Target="media/image577.wmf"/><Relationship Id="rId1373" Type="http://schemas.openxmlformats.org/officeDocument/2006/relationships/oleObject" Target="embeddings/oleObject680.bin"/><Relationship Id="rId2217" Type="http://schemas.openxmlformats.org/officeDocument/2006/relationships/oleObject" Target="embeddings/oleObject965.bin"/><Relationship Id="rId2771" Type="http://schemas.openxmlformats.org/officeDocument/2006/relationships/image" Target="media/image1556.wmf"/><Relationship Id="rId2869" Type="http://schemas.openxmlformats.org/officeDocument/2006/relationships/image" Target="media/image1645.wmf"/><Relationship Id="rId743" Type="http://schemas.openxmlformats.org/officeDocument/2006/relationships/oleObject" Target="embeddings/oleObject365.bin"/><Relationship Id="rId950" Type="http://schemas.openxmlformats.org/officeDocument/2006/relationships/image" Target="media/image469.wmf"/><Relationship Id="rId1026" Type="http://schemas.openxmlformats.org/officeDocument/2006/relationships/image" Target="media/image507.wmf"/><Relationship Id="rId1580" Type="http://schemas.openxmlformats.org/officeDocument/2006/relationships/image" Target="media/image784.wmf"/><Relationship Id="rId1678" Type="http://schemas.openxmlformats.org/officeDocument/2006/relationships/image" Target="media/image833.wmf"/><Relationship Id="rId1885" Type="http://schemas.openxmlformats.org/officeDocument/2006/relationships/image" Target="media/image1031.wmf"/><Relationship Id="rId2424" Type="http://schemas.openxmlformats.org/officeDocument/2006/relationships/image" Target="media/image1343.wmf"/><Relationship Id="rId2631" Type="http://schemas.openxmlformats.org/officeDocument/2006/relationships/oleObject" Target="embeddings/oleObject1172.bin"/><Relationship Id="rId2729" Type="http://schemas.openxmlformats.org/officeDocument/2006/relationships/image" Target="media/image1514.wmf"/><Relationship Id="rId2936" Type="http://schemas.openxmlformats.org/officeDocument/2006/relationships/image" Target="media/image1708.wmf"/><Relationship Id="rId603" Type="http://schemas.openxmlformats.org/officeDocument/2006/relationships/oleObject" Target="embeddings/oleObject295.bin"/><Relationship Id="rId810" Type="http://schemas.openxmlformats.org/officeDocument/2006/relationships/image" Target="media/image399.wmf"/><Relationship Id="rId908" Type="http://schemas.openxmlformats.org/officeDocument/2006/relationships/image" Target="media/image448.wmf"/><Relationship Id="rId1233" Type="http://schemas.openxmlformats.org/officeDocument/2006/relationships/oleObject" Target="embeddings/oleObject610.bin"/><Relationship Id="rId1440" Type="http://schemas.openxmlformats.org/officeDocument/2006/relationships/image" Target="media/image714.wmf"/><Relationship Id="rId1538" Type="http://schemas.openxmlformats.org/officeDocument/2006/relationships/image" Target="media/image763.wmf"/><Relationship Id="rId1300" Type="http://schemas.openxmlformats.org/officeDocument/2006/relationships/image" Target="media/image644.wmf"/><Relationship Id="rId1745" Type="http://schemas.openxmlformats.org/officeDocument/2006/relationships/image" Target="media/image891.wmf"/><Relationship Id="rId1952" Type="http://schemas.openxmlformats.org/officeDocument/2006/relationships/image" Target="media/image1098.wmf"/><Relationship Id="rId3198" Type="http://schemas.openxmlformats.org/officeDocument/2006/relationships/oleObject" Target="embeddings/oleObject1247.bin"/><Relationship Id="rId37" Type="http://schemas.openxmlformats.org/officeDocument/2006/relationships/oleObject" Target="embeddings/oleObject12.bin"/><Relationship Id="rId1605" Type="http://schemas.openxmlformats.org/officeDocument/2006/relationships/oleObject" Target="embeddings/oleObject796.bin"/><Relationship Id="rId1812" Type="http://schemas.openxmlformats.org/officeDocument/2006/relationships/image" Target="media/image958.wmf"/><Relationship Id="rId3058" Type="http://schemas.openxmlformats.org/officeDocument/2006/relationships/oleObject" Target="embeddings/oleObject1225.bin"/><Relationship Id="rId3265" Type="http://schemas.openxmlformats.org/officeDocument/2006/relationships/image" Target="media/image1991.wmf"/><Relationship Id="rId186" Type="http://schemas.openxmlformats.org/officeDocument/2006/relationships/image" Target="media/image87.wmf"/><Relationship Id="rId393" Type="http://schemas.openxmlformats.org/officeDocument/2006/relationships/oleObject" Target="embeddings/oleObject190.bin"/><Relationship Id="rId2074" Type="http://schemas.openxmlformats.org/officeDocument/2006/relationships/image" Target="media/image1168.wmf"/><Relationship Id="rId2281" Type="http://schemas.openxmlformats.org/officeDocument/2006/relationships/oleObject" Target="embeddings/oleObject997.bin"/><Relationship Id="rId3125" Type="http://schemas.openxmlformats.org/officeDocument/2006/relationships/image" Target="media/image1882.wmf"/><Relationship Id="rId3332" Type="http://schemas.openxmlformats.org/officeDocument/2006/relationships/hyperlink" Target="https://doi.org/10.26577/JMMCS.2022.v114.i2.04" TargetMode="External"/><Relationship Id="rId253" Type="http://schemas.openxmlformats.org/officeDocument/2006/relationships/oleObject" Target="embeddings/oleObject120.bin"/><Relationship Id="rId460" Type="http://schemas.openxmlformats.org/officeDocument/2006/relationships/image" Target="media/image224.wmf"/><Relationship Id="rId698" Type="http://schemas.openxmlformats.org/officeDocument/2006/relationships/image" Target="media/image343.wmf"/><Relationship Id="rId1090" Type="http://schemas.openxmlformats.org/officeDocument/2006/relationships/image" Target="media/image539.wmf"/><Relationship Id="rId2141" Type="http://schemas.openxmlformats.org/officeDocument/2006/relationships/oleObject" Target="embeddings/oleObject927.bin"/><Relationship Id="rId2379" Type="http://schemas.openxmlformats.org/officeDocument/2006/relationships/oleObject" Target="embeddings/oleObject1046.bin"/><Relationship Id="rId2586" Type="http://schemas.openxmlformats.org/officeDocument/2006/relationships/image" Target="media/image1424.wmf"/><Relationship Id="rId2793" Type="http://schemas.openxmlformats.org/officeDocument/2006/relationships/image" Target="media/image1578.wmf"/><Relationship Id="rId113" Type="http://schemas.openxmlformats.org/officeDocument/2006/relationships/oleObject" Target="embeddings/oleObject50.bin"/><Relationship Id="rId320" Type="http://schemas.openxmlformats.org/officeDocument/2006/relationships/image" Target="media/image154.wmf"/><Relationship Id="rId558" Type="http://schemas.openxmlformats.org/officeDocument/2006/relationships/image" Target="media/image273.wmf"/><Relationship Id="rId765" Type="http://schemas.openxmlformats.org/officeDocument/2006/relationships/oleObject" Target="embeddings/oleObject376.bin"/><Relationship Id="rId972" Type="http://schemas.openxmlformats.org/officeDocument/2006/relationships/image" Target="media/image480.wmf"/><Relationship Id="rId1188" Type="http://schemas.openxmlformats.org/officeDocument/2006/relationships/image" Target="media/image588.wmf"/><Relationship Id="rId1395" Type="http://schemas.openxmlformats.org/officeDocument/2006/relationships/oleObject" Target="embeddings/oleObject691.bin"/><Relationship Id="rId2001" Type="http://schemas.openxmlformats.org/officeDocument/2006/relationships/oleObject" Target="embeddings/oleObject857.bin"/><Relationship Id="rId2239" Type="http://schemas.openxmlformats.org/officeDocument/2006/relationships/oleObject" Target="embeddings/oleObject976.bin"/><Relationship Id="rId2446" Type="http://schemas.openxmlformats.org/officeDocument/2006/relationships/image" Target="media/image1354.wmf"/><Relationship Id="rId2653" Type="http://schemas.openxmlformats.org/officeDocument/2006/relationships/oleObject" Target="embeddings/oleObject1183.bin"/><Relationship Id="rId2860" Type="http://schemas.openxmlformats.org/officeDocument/2006/relationships/image" Target="media/image1636.wmf"/><Relationship Id="rId418" Type="http://schemas.openxmlformats.org/officeDocument/2006/relationships/image" Target="media/image203.wmf"/><Relationship Id="rId625" Type="http://schemas.openxmlformats.org/officeDocument/2006/relationships/oleObject" Target="embeddings/oleObject306.bin"/><Relationship Id="rId832" Type="http://schemas.openxmlformats.org/officeDocument/2006/relationships/image" Target="media/image410.wmf"/><Relationship Id="rId1048" Type="http://schemas.openxmlformats.org/officeDocument/2006/relationships/image" Target="media/image518.wmf"/><Relationship Id="rId1255" Type="http://schemas.openxmlformats.org/officeDocument/2006/relationships/oleObject" Target="embeddings/oleObject621.bin"/><Relationship Id="rId1462" Type="http://schemas.openxmlformats.org/officeDocument/2006/relationships/image" Target="media/image725.wmf"/><Relationship Id="rId2306" Type="http://schemas.openxmlformats.org/officeDocument/2006/relationships/image" Target="media/image1284.wmf"/><Relationship Id="rId2513" Type="http://schemas.openxmlformats.org/officeDocument/2006/relationships/oleObject" Target="embeddings/oleObject1113.bin"/><Relationship Id="rId2958" Type="http://schemas.openxmlformats.org/officeDocument/2006/relationships/image" Target="media/image1729.wmf"/><Relationship Id="rId1115" Type="http://schemas.openxmlformats.org/officeDocument/2006/relationships/oleObject" Target="embeddings/oleObject551.bin"/><Relationship Id="rId1322" Type="http://schemas.openxmlformats.org/officeDocument/2006/relationships/image" Target="media/image655.wmf"/><Relationship Id="rId1767" Type="http://schemas.openxmlformats.org/officeDocument/2006/relationships/image" Target="media/image913.wmf"/><Relationship Id="rId1974" Type="http://schemas.openxmlformats.org/officeDocument/2006/relationships/image" Target="media/image1118.wmf"/><Relationship Id="rId2720" Type="http://schemas.openxmlformats.org/officeDocument/2006/relationships/image" Target="media/image1505.wmf"/><Relationship Id="rId2818" Type="http://schemas.openxmlformats.org/officeDocument/2006/relationships/image" Target="media/image1603.wmf"/><Relationship Id="rId59" Type="http://schemas.openxmlformats.org/officeDocument/2006/relationships/oleObject" Target="embeddings/oleObject23.bin"/><Relationship Id="rId1627" Type="http://schemas.openxmlformats.org/officeDocument/2006/relationships/oleObject" Target="embeddings/oleObject807.bin"/><Relationship Id="rId1834" Type="http://schemas.openxmlformats.org/officeDocument/2006/relationships/image" Target="media/image980.wmf"/><Relationship Id="rId3287" Type="http://schemas.openxmlformats.org/officeDocument/2006/relationships/image" Target="media/image2013.wmf"/><Relationship Id="rId2096" Type="http://schemas.openxmlformats.org/officeDocument/2006/relationships/image" Target="media/image1179.wmf"/><Relationship Id="rId1901" Type="http://schemas.openxmlformats.org/officeDocument/2006/relationships/image" Target="media/image1047.wmf"/><Relationship Id="rId3147" Type="http://schemas.openxmlformats.org/officeDocument/2006/relationships/image" Target="media/image1904.wmf"/><Relationship Id="rId275" Type="http://schemas.openxmlformats.org/officeDocument/2006/relationships/oleObject" Target="embeddings/oleObject131.bin"/><Relationship Id="rId482" Type="http://schemas.openxmlformats.org/officeDocument/2006/relationships/image" Target="media/image235.wmf"/><Relationship Id="rId2163" Type="http://schemas.openxmlformats.org/officeDocument/2006/relationships/oleObject" Target="embeddings/oleObject938.bin"/><Relationship Id="rId2370" Type="http://schemas.openxmlformats.org/officeDocument/2006/relationships/image" Target="media/image1316.wmf"/><Relationship Id="rId3007" Type="http://schemas.openxmlformats.org/officeDocument/2006/relationships/image" Target="media/image1775.wmf"/><Relationship Id="rId3214" Type="http://schemas.openxmlformats.org/officeDocument/2006/relationships/oleObject" Target="embeddings/oleObject1257.bin"/><Relationship Id="rId135" Type="http://schemas.openxmlformats.org/officeDocument/2006/relationships/oleObject" Target="embeddings/oleObject61.bin"/><Relationship Id="rId342" Type="http://schemas.openxmlformats.org/officeDocument/2006/relationships/image" Target="media/image165.wmf"/><Relationship Id="rId787" Type="http://schemas.openxmlformats.org/officeDocument/2006/relationships/oleObject" Target="embeddings/oleObject387.bin"/><Relationship Id="rId994" Type="http://schemas.openxmlformats.org/officeDocument/2006/relationships/image" Target="media/image491.wmf"/><Relationship Id="rId2023" Type="http://schemas.openxmlformats.org/officeDocument/2006/relationships/oleObject" Target="embeddings/oleObject868.bin"/><Relationship Id="rId2230" Type="http://schemas.openxmlformats.org/officeDocument/2006/relationships/image" Target="media/image1246.wmf"/><Relationship Id="rId2468" Type="http://schemas.openxmlformats.org/officeDocument/2006/relationships/image" Target="media/image1365.wmf"/><Relationship Id="rId2675" Type="http://schemas.openxmlformats.org/officeDocument/2006/relationships/oleObject" Target="embeddings/oleObject1194.bin"/><Relationship Id="rId2882" Type="http://schemas.openxmlformats.org/officeDocument/2006/relationships/oleObject" Target="embeddings/oleObject1213.bin"/><Relationship Id="rId202" Type="http://schemas.openxmlformats.org/officeDocument/2006/relationships/image" Target="media/image95.wmf"/><Relationship Id="rId647" Type="http://schemas.openxmlformats.org/officeDocument/2006/relationships/oleObject" Target="embeddings/oleObject317.bin"/><Relationship Id="rId854" Type="http://schemas.openxmlformats.org/officeDocument/2006/relationships/image" Target="media/image421.wmf"/><Relationship Id="rId1277" Type="http://schemas.openxmlformats.org/officeDocument/2006/relationships/oleObject" Target="embeddings/oleObject632.bin"/><Relationship Id="rId1484" Type="http://schemas.openxmlformats.org/officeDocument/2006/relationships/image" Target="media/image736.wmf"/><Relationship Id="rId1691" Type="http://schemas.openxmlformats.org/officeDocument/2006/relationships/oleObject" Target="embeddings/oleObject839.bin"/><Relationship Id="rId2328" Type="http://schemas.openxmlformats.org/officeDocument/2006/relationships/image" Target="media/image1295.wmf"/><Relationship Id="rId2535" Type="http://schemas.openxmlformats.org/officeDocument/2006/relationships/oleObject" Target="embeddings/oleObject1124.bin"/><Relationship Id="rId2742" Type="http://schemas.openxmlformats.org/officeDocument/2006/relationships/image" Target="media/image1527.wmf"/><Relationship Id="rId507" Type="http://schemas.openxmlformats.org/officeDocument/2006/relationships/oleObject" Target="embeddings/oleObject247.bin"/><Relationship Id="rId714" Type="http://schemas.openxmlformats.org/officeDocument/2006/relationships/image" Target="media/image351.wmf"/><Relationship Id="rId921" Type="http://schemas.openxmlformats.org/officeDocument/2006/relationships/oleObject" Target="embeddings/oleObject454.bin"/><Relationship Id="rId1137" Type="http://schemas.openxmlformats.org/officeDocument/2006/relationships/oleObject" Target="embeddings/oleObject562.bin"/><Relationship Id="rId1344" Type="http://schemas.openxmlformats.org/officeDocument/2006/relationships/image" Target="media/image666.wmf"/><Relationship Id="rId1551" Type="http://schemas.openxmlformats.org/officeDocument/2006/relationships/oleObject" Target="embeddings/oleObject769.bin"/><Relationship Id="rId1789" Type="http://schemas.openxmlformats.org/officeDocument/2006/relationships/image" Target="media/image935.wmf"/><Relationship Id="rId1996" Type="http://schemas.openxmlformats.org/officeDocument/2006/relationships/image" Target="media/image1129.wmf"/><Relationship Id="rId2602" Type="http://schemas.openxmlformats.org/officeDocument/2006/relationships/image" Target="media/image1432.wmf"/><Relationship Id="rId50" Type="http://schemas.openxmlformats.org/officeDocument/2006/relationships/image" Target="media/image19.wmf"/><Relationship Id="rId1204" Type="http://schemas.openxmlformats.org/officeDocument/2006/relationships/image" Target="media/image596.wmf"/><Relationship Id="rId1411" Type="http://schemas.openxmlformats.org/officeDocument/2006/relationships/oleObject" Target="embeddings/oleObject699.bin"/><Relationship Id="rId1649" Type="http://schemas.openxmlformats.org/officeDocument/2006/relationships/oleObject" Target="embeddings/oleObject818.bin"/><Relationship Id="rId1856" Type="http://schemas.openxmlformats.org/officeDocument/2006/relationships/image" Target="media/image1002.wmf"/><Relationship Id="rId2907" Type="http://schemas.openxmlformats.org/officeDocument/2006/relationships/image" Target="media/image1680.wmf"/><Relationship Id="rId3071" Type="http://schemas.openxmlformats.org/officeDocument/2006/relationships/image" Target="media/image1830.wmf"/><Relationship Id="rId1509" Type="http://schemas.openxmlformats.org/officeDocument/2006/relationships/oleObject" Target="embeddings/oleObject748.bin"/><Relationship Id="rId1716" Type="http://schemas.openxmlformats.org/officeDocument/2006/relationships/image" Target="media/image862.wmf"/><Relationship Id="rId1923" Type="http://schemas.openxmlformats.org/officeDocument/2006/relationships/image" Target="media/image1069.wmf"/><Relationship Id="rId3169" Type="http://schemas.openxmlformats.org/officeDocument/2006/relationships/image" Target="media/image1926.wmf"/><Relationship Id="rId297" Type="http://schemas.openxmlformats.org/officeDocument/2006/relationships/oleObject" Target="embeddings/oleObject142.bin"/><Relationship Id="rId2185" Type="http://schemas.openxmlformats.org/officeDocument/2006/relationships/oleObject" Target="embeddings/oleObject949.bin"/><Relationship Id="rId2392" Type="http://schemas.openxmlformats.org/officeDocument/2006/relationships/image" Target="media/image1327.wmf"/><Relationship Id="rId3029" Type="http://schemas.openxmlformats.org/officeDocument/2006/relationships/image" Target="media/image1796.wmf"/><Relationship Id="rId3236" Type="http://schemas.openxmlformats.org/officeDocument/2006/relationships/image" Target="media/image1964.wmf"/><Relationship Id="rId157" Type="http://schemas.openxmlformats.org/officeDocument/2006/relationships/oleObject" Target="embeddings/oleObject72.bin"/><Relationship Id="rId364" Type="http://schemas.openxmlformats.org/officeDocument/2006/relationships/image" Target="media/image176.wmf"/><Relationship Id="rId2045" Type="http://schemas.openxmlformats.org/officeDocument/2006/relationships/oleObject" Target="embeddings/oleObject879.bin"/><Relationship Id="rId2697" Type="http://schemas.openxmlformats.org/officeDocument/2006/relationships/image" Target="media/image1482.wmf"/><Relationship Id="rId571" Type="http://schemas.openxmlformats.org/officeDocument/2006/relationships/oleObject" Target="embeddings/oleObject279.bin"/><Relationship Id="rId669" Type="http://schemas.openxmlformats.org/officeDocument/2006/relationships/oleObject" Target="embeddings/oleObject328.bin"/><Relationship Id="rId876" Type="http://schemas.openxmlformats.org/officeDocument/2006/relationships/image" Target="media/image432.wmf"/><Relationship Id="rId1299" Type="http://schemas.openxmlformats.org/officeDocument/2006/relationships/oleObject" Target="embeddings/oleObject643.bin"/><Relationship Id="rId2252" Type="http://schemas.openxmlformats.org/officeDocument/2006/relationships/image" Target="media/image1257.wmf"/><Relationship Id="rId2557" Type="http://schemas.openxmlformats.org/officeDocument/2006/relationships/oleObject" Target="embeddings/oleObject1135.bin"/><Relationship Id="rId3303" Type="http://schemas.openxmlformats.org/officeDocument/2006/relationships/image" Target="media/image2028.wmf"/><Relationship Id="rId224" Type="http://schemas.openxmlformats.org/officeDocument/2006/relationships/image" Target="media/image106.wmf"/><Relationship Id="rId431" Type="http://schemas.openxmlformats.org/officeDocument/2006/relationships/oleObject" Target="embeddings/oleObject209.bin"/><Relationship Id="rId529" Type="http://schemas.openxmlformats.org/officeDocument/2006/relationships/oleObject" Target="embeddings/oleObject258.bin"/><Relationship Id="rId736" Type="http://schemas.openxmlformats.org/officeDocument/2006/relationships/image" Target="media/image362.wmf"/><Relationship Id="rId1061" Type="http://schemas.openxmlformats.org/officeDocument/2006/relationships/oleObject" Target="embeddings/oleObject524.bin"/><Relationship Id="rId1159" Type="http://schemas.openxmlformats.org/officeDocument/2006/relationships/oleObject" Target="embeddings/oleObject573.bin"/><Relationship Id="rId1366" Type="http://schemas.openxmlformats.org/officeDocument/2006/relationships/image" Target="media/image677.wmf"/><Relationship Id="rId2112" Type="http://schemas.openxmlformats.org/officeDocument/2006/relationships/image" Target="media/image1187.wmf"/><Relationship Id="rId2417" Type="http://schemas.openxmlformats.org/officeDocument/2006/relationships/oleObject" Target="embeddings/oleObject1065.bin"/><Relationship Id="rId2764" Type="http://schemas.openxmlformats.org/officeDocument/2006/relationships/image" Target="media/image1549.wmf"/><Relationship Id="rId2971" Type="http://schemas.openxmlformats.org/officeDocument/2006/relationships/image" Target="media/image1742.wmf"/><Relationship Id="rId943" Type="http://schemas.openxmlformats.org/officeDocument/2006/relationships/oleObject" Target="embeddings/oleObject465.bin"/><Relationship Id="rId1019" Type="http://schemas.openxmlformats.org/officeDocument/2006/relationships/oleObject" Target="embeddings/oleObject503.bin"/><Relationship Id="rId1573" Type="http://schemas.openxmlformats.org/officeDocument/2006/relationships/oleObject" Target="embeddings/oleObject780.bin"/><Relationship Id="rId1780" Type="http://schemas.openxmlformats.org/officeDocument/2006/relationships/image" Target="media/image926.wmf"/><Relationship Id="rId1878" Type="http://schemas.openxmlformats.org/officeDocument/2006/relationships/image" Target="media/image1024.wmf"/><Relationship Id="rId2624" Type="http://schemas.openxmlformats.org/officeDocument/2006/relationships/image" Target="media/image1443.wmf"/><Relationship Id="rId2831" Type="http://schemas.openxmlformats.org/officeDocument/2006/relationships/image" Target="media/image1614.wmf"/><Relationship Id="rId2929" Type="http://schemas.openxmlformats.org/officeDocument/2006/relationships/image" Target="media/image1702.wmf"/><Relationship Id="rId72" Type="http://schemas.openxmlformats.org/officeDocument/2006/relationships/image" Target="media/image30.wmf"/><Relationship Id="rId803" Type="http://schemas.openxmlformats.org/officeDocument/2006/relationships/oleObject" Target="embeddings/oleObject395.bin"/><Relationship Id="rId1226" Type="http://schemas.openxmlformats.org/officeDocument/2006/relationships/image" Target="media/image607.wmf"/><Relationship Id="rId1433" Type="http://schemas.openxmlformats.org/officeDocument/2006/relationships/oleObject" Target="embeddings/oleObject710.bin"/><Relationship Id="rId1640" Type="http://schemas.openxmlformats.org/officeDocument/2006/relationships/image" Target="media/image814.wmf"/><Relationship Id="rId1738" Type="http://schemas.openxmlformats.org/officeDocument/2006/relationships/image" Target="media/image884.wmf"/><Relationship Id="rId3093" Type="http://schemas.openxmlformats.org/officeDocument/2006/relationships/image" Target="media/image1850.wmf"/><Relationship Id="rId1500" Type="http://schemas.openxmlformats.org/officeDocument/2006/relationships/image" Target="media/image744.wmf"/><Relationship Id="rId1945" Type="http://schemas.openxmlformats.org/officeDocument/2006/relationships/image" Target="media/image1091.wmf"/><Relationship Id="rId3160" Type="http://schemas.openxmlformats.org/officeDocument/2006/relationships/image" Target="media/image1917.wmf"/><Relationship Id="rId1805" Type="http://schemas.openxmlformats.org/officeDocument/2006/relationships/image" Target="media/image951.wmf"/><Relationship Id="rId3020" Type="http://schemas.openxmlformats.org/officeDocument/2006/relationships/image" Target="media/image1787.wmf"/><Relationship Id="rId3258" Type="http://schemas.openxmlformats.org/officeDocument/2006/relationships/oleObject" Target="embeddings/oleObject1261.bin"/><Relationship Id="rId179" Type="http://schemas.openxmlformats.org/officeDocument/2006/relationships/oleObject" Target="embeddings/oleObject83.bin"/><Relationship Id="rId386" Type="http://schemas.openxmlformats.org/officeDocument/2006/relationships/image" Target="media/image187.wmf"/><Relationship Id="rId593" Type="http://schemas.openxmlformats.org/officeDocument/2006/relationships/oleObject" Target="embeddings/oleObject290.bin"/><Relationship Id="rId2067" Type="http://schemas.openxmlformats.org/officeDocument/2006/relationships/oleObject" Target="embeddings/oleObject890.bin"/><Relationship Id="rId2274" Type="http://schemas.openxmlformats.org/officeDocument/2006/relationships/image" Target="media/image1268.wmf"/><Relationship Id="rId2481" Type="http://schemas.openxmlformats.org/officeDocument/2006/relationships/oleObject" Target="embeddings/oleObject1097.bin"/><Relationship Id="rId3118" Type="http://schemas.openxmlformats.org/officeDocument/2006/relationships/image" Target="media/image1875.wmf"/><Relationship Id="rId3325" Type="http://schemas.openxmlformats.org/officeDocument/2006/relationships/image" Target="media/image2048.wmf"/><Relationship Id="rId246" Type="http://schemas.openxmlformats.org/officeDocument/2006/relationships/image" Target="media/image117.wmf"/><Relationship Id="rId453" Type="http://schemas.openxmlformats.org/officeDocument/2006/relationships/oleObject" Target="embeddings/oleObject220.bin"/><Relationship Id="rId660" Type="http://schemas.openxmlformats.org/officeDocument/2006/relationships/image" Target="media/image324.wmf"/><Relationship Id="rId898" Type="http://schemas.openxmlformats.org/officeDocument/2006/relationships/image" Target="media/image443.wmf"/><Relationship Id="rId1083" Type="http://schemas.openxmlformats.org/officeDocument/2006/relationships/oleObject" Target="embeddings/oleObject535.bin"/><Relationship Id="rId1290" Type="http://schemas.openxmlformats.org/officeDocument/2006/relationships/image" Target="media/image639.wmf"/><Relationship Id="rId2134" Type="http://schemas.openxmlformats.org/officeDocument/2006/relationships/image" Target="media/image1198.wmf"/><Relationship Id="rId2341" Type="http://schemas.openxmlformats.org/officeDocument/2006/relationships/oleObject" Target="embeddings/oleObject1027.bin"/><Relationship Id="rId2579" Type="http://schemas.openxmlformats.org/officeDocument/2006/relationships/oleObject" Target="embeddings/oleObject1146.bin"/><Relationship Id="rId2786" Type="http://schemas.openxmlformats.org/officeDocument/2006/relationships/image" Target="media/image1571.wmf"/><Relationship Id="rId2993" Type="http://schemas.openxmlformats.org/officeDocument/2006/relationships/image" Target="media/image1762.wmf"/><Relationship Id="rId106" Type="http://schemas.openxmlformats.org/officeDocument/2006/relationships/image" Target="media/image47.wmf"/><Relationship Id="rId313" Type="http://schemas.openxmlformats.org/officeDocument/2006/relationships/oleObject" Target="embeddings/oleObject150.bin"/><Relationship Id="rId758" Type="http://schemas.openxmlformats.org/officeDocument/2006/relationships/image" Target="media/image373.wmf"/><Relationship Id="rId965" Type="http://schemas.openxmlformats.org/officeDocument/2006/relationships/oleObject" Target="embeddings/oleObject476.bin"/><Relationship Id="rId1150" Type="http://schemas.openxmlformats.org/officeDocument/2006/relationships/image" Target="media/image569.wmf"/><Relationship Id="rId1388" Type="http://schemas.openxmlformats.org/officeDocument/2006/relationships/image" Target="media/image688.wmf"/><Relationship Id="rId1595" Type="http://schemas.openxmlformats.org/officeDocument/2006/relationships/oleObject" Target="embeddings/oleObject791.bin"/><Relationship Id="rId2439" Type="http://schemas.openxmlformats.org/officeDocument/2006/relationships/oleObject" Target="embeddings/oleObject1076.bin"/><Relationship Id="rId2646" Type="http://schemas.openxmlformats.org/officeDocument/2006/relationships/image" Target="media/image1454.wmf"/><Relationship Id="rId2853" Type="http://schemas.openxmlformats.org/officeDocument/2006/relationships/oleObject" Target="embeddings/oleObject1209.bin"/><Relationship Id="rId94" Type="http://schemas.openxmlformats.org/officeDocument/2006/relationships/image" Target="media/image41.wmf"/><Relationship Id="rId520" Type="http://schemas.openxmlformats.org/officeDocument/2006/relationships/image" Target="media/image254.wmf"/><Relationship Id="rId618" Type="http://schemas.openxmlformats.org/officeDocument/2006/relationships/image" Target="media/image303.wmf"/><Relationship Id="rId825" Type="http://schemas.openxmlformats.org/officeDocument/2006/relationships/oleObject" Target="embeddings/oleObject406.bin"/><Relationship Id="rId1248" Type="http://schemas.openxmlformats.org/officeDocument/2006/relationships/image" Target="media/image618.wmf"/><Relationship Id="rId1455" Type="http://schemas.openxmlformats.org/officeDocument/2006/relationships/oleObject" Target="embeddings/oleObject721.bin"/><Relationship Id="rId1662" Type="http://schemas.openxmlformats.org/officeDocument/2006/relationships/image" Target="media/image825.wmf"/><Relationship Id="rId2201" Type="http://schemas.openxmlformats.org/officeDocument/2006/relationships/oleObject" Target="embeddings/oleObject957.bin"/><Relationship Id="rId2506" Type="http://schemas.openxmlformats.org/officeDocument/2006/relationships/image" Target="media/image1384.wmf"/><Relationship Id="rId1010" Type="http://schemas.openxmlformats.org/officeDocument/2006/relationships/image" Target="media/image499.wmf"/><Relationship Id="rId1108" Type="http://schemas.openxmlformats.org/officeDocument/2006/relationships/image" Target="media/image548.wmf"/><Relationship Id="rId1315" Type="http://schemas.openxmlformats.org/officeDocument/2006/relationships/oleObject" Target="embeddings/oleObject651.bin"/><Relationship Id="rId1967" Type="http://schemas.openxmlformats.org/officeDocument/2006/relationships/image" Target="media/image1113.wmf"/><Relationship Id="rId2713" Type="http://schemas.openxmlformats.org/officeDocument/2006/relationships/image" Target="media/image1498.wmf"/><Relationship Id="rId2920" Type="http://schemas.openxmlformats.org/officeDocument/2006/relationships/image" Target="media/image1693.wmf"/><Relationship Id="rId1522" Type="http://schemas.openxmlformats.org/officeDocument/2006/relationships/image" Target="media/image755.wmf"/><Relationship Id="rId21" Type="http://schemas.openxmlformats.org/officeDocument/2006/relationships/oleObject" Target="embeddings/oleObject4.bin"/><Relationship Id="rId2089" Type="http://schemas.openxmlformats.org/officeDocument/2006/relationships/oleObject" Target="embeddings/oleObject901.bin"/><Relationship Id="rId2296" Type="http://schemas.openxmlformats.org/officeDocument/2006/relationships/image" Target="media/image1279.wmf"/><Relationship Id="rId268" Type="http://schemas.openxmlformats.org/officeDocument/2006/relationships/image" Target="media/image128.wmf"/><Relationship Id="rId475" Type="http://schemas.openxmlformats.org/officeDocument/2006/relationships/oleObject" Target="embeddings/oleObject231.bin"/><Relationship Id="rId682" Type="http://schemas.openxmlformats.org/officeDocument/2006/relationships/image" Target="media/image335.wmf"/><Relationship Id="rId2156" Type="http://schemas.openxmlformats.org/officeDocument/2006/relationships/image" Target="media/image1209.wmf"/><Relationship Id="rId2363" Type="http://schemas.openxmlformats.org/officeDocument/2006/relationships/oleObject" Target="embeddings/oleObject1038.bin"/><Relationship Id="rId2570" Type="http://schemas.openxmlformats.org/officeDocument/2006/relationships/image" Target="media/image1416.wmf"/><Relationship Id="rId3207" Type="http://schemas.openxmlformats.org/officeDocument/2006/relationships/oleObject" Target="embeddings/oleObject1254.bin"/><Relationship Id="rId128" Type="http://schemas.openxmlformats.org/officeDocument/2006/relationships/image" Target="media/image58.wmf"/><Relationship Id="rId335" Type="http://schemas.openxmlformats.org/officeDocument/2006/relationships/oleObject" Target="embeddings/oleObject161.bin"/><Relationship Id="rId542" Type="http://schemas.openxmlformats.org/officeDocument/2006/relationships/image" Target="media/image265.wmf"/><Relationship Id="rId1172" Type="http://schemas.openxmlformats.org/officeDocument/2006/relationships/image" Target="media/image580.wmf"/><Relationship Id="rId2016" Type="http://schemas.openxmlformats.org/officeDocument/2006/relationships/image" Target="media/image1139.wmf"/><Relationship Id="rId2223" Type="http://schemas.openxmlformats.org/officeDocument/2006/relationships/oleObject" Target="embeddings/oleObject968.bin"/><Relationship Id="rId2430" Type="http://schemas.openxmlformats.org/officeDocument/2006/relationships/image" Target="media/image1346.wmf"/><Relationship Id="rId402" Type="http://schemas.openxmlformats.org/officeDocument/2006/relationships/image" Target="media/image195.wmf"/><Relationship Id="rId1032" Type="http://schemas.openxmlformats.org/officeDocument/2006/relationships/image" Target="media/image510.wmf"/><Relationship Id="rId1989" Type="http://schemas.openxmlformats.org/officeDocument/2006/relationships/oleObject" Target="embeddings/oleObject851.bin"/><Relationship Id="rId1849" Type="http://schemas.openxmlformats.org/officeDocument/2006/relationships/image" Target="media/image995.wmf"/><Relationship Id="rId3064" Type="http://schemas.openxmlformats.org/officeDocument/2006/relationships/image" Target="media/image1826.wmf"/><Relationship Id="rId192" Type="http://schemas.openxmlformats.org/officeDocument/2006/relationships/image" Target="media/image90.wmf"/><Relationship Id="rId1709" Type="http://schemas.openxmlformats.org/officeDocument/2006/relationships/image" Target="media/image855.wmf"/><Relationship Id="rId1916" Type="http://schemas.openxmlformats.org/officeDocument/2006/relationships/image" Target="media/image1062.wmf"/><Relationship Id="rId3271" Type="http://schemas.openxmlformats.org/officeDocument/2006/relationships/image" Target="media/image1997.wmf"/><Relationship Id="rId2080" Type="http://schemas.openxmlformats.org/officeDocument/2006/relationships/image" Target="media/image1171.wmf"/><Relationship Id="rId3131" Type="http://schemas.openxmlformats.org/officeDocument/2006/relationships/image" Target="media/image1888.wmf"/><Relationship Id="rId2897" Type="http://schemas.openxmlformats.org/officeDocument/2006/relationships/image" Target="media/image1670.wmf"/><Relationship Id="rId869" Type="http://schemas.openxmlformats.org/officeDocument/2006/relationships/oleObject" Target="embeddings/oleObject428.bin"/><Relationship Id="rId1499" Type="http://schemas.openxmlformats.org/officeDocument/2006/relationships/oleObject" Target="embeddings/oleObject743.bin"/><Relationship Id="rId729" Type="http://schemas.openxmlformats.org/officeDocument/2006/relationships/oleObject" Target="embeddings/oleObject358.bin"/><Relationship Id="rId1359" Type="http://schemas.openxmlformats.org/officeDocument/2006/relationships/oleObject" Target="embeddings/oleObject673.bin"/><Relationship Id="rId2757" Type="http://schemas.openxmlformats.org/officeDocument/2006/relationships/image" Target="media/image1542.wmf"/><Relationship Id="rId2964" Type="http://schemas.openxmlformats.org/officeDocument/2006/relationships/image" Target="media/image1735.wmf"/><Relationship Id="rId936" Type="http://schemas.openxmlformats.org/officeDocument/2006/relationships/image" Target="media/image462.wmf"/><Relationship Id="rId1219" Type="http://schemas.openxmlformats.org/officeDocument/2006/relationships/oleObject" Target="embeddings/oleObject603.bin"/><Relationship Id="rId1566" Type="http://schemas.openxmlformats.org/officeDocument/2006/relationships/image" Target="media/image777.wmf"/><Relationship Id="rId1773" Type="http://schemas.openxmlformats.org/officeDocument/2006/relationships/image" Target="media/image919.wmf"/><Relationship Id="rId1980" Type="http://schemas.openxmlformats.org/officeDocument/2006/relationships/image" Target="media/image1121.wmf"/><Relationship Id="rId2617" Type="http://schemas.openxmlformats.org/officeDocument/2006/relationships/oleObject" Target="embeddings/oleObject1165.bin"/><Relationship Id="rId2824" Type="http://schemas.openxmlformats.org/officeDocument/2006/relationships/image" Target="media/image1609.wmf"/><Relationship Id="rId65" Type="http://schemas.openxmlformats.org/officeDocument/2006/relationships/oleObject" Target="embeddings/oleObject26.bin"/><Relationship Id="rId1426" Type="http://schemas.openxmlformats.org/officeDocument/2006/relationships/image" Target="media/image707.wmf"/><Relationship Id="rId1633" Type="http://schemas.openxmlformats.org/officeDocument/2006/relationships/oleObject" Target="embeddings/oleObject810.bin"/><Relationship Id="rId1840" Type="http://schemas.openxmlformats.org/officeDocument/2006/relationships/image" Target="media/image986.wmf"/><Relationship Id="rId1700" Type="http://schemas.openxmlformats.org/officeDocument/2006/relationships/image" Target="media/image846.wmf"/><Relationship Id="rId379" Type="http://schemas.openxmlformats.org/officeDocument/2006/relationships/oleObject" Target="embeddings/oleObject183.bin"/><Relationship Id="rId586" Type="http://schemas.openxmlformats.org/officeDocument/2006/relationships/image" Target="media/image287.wmf"/><Relationship Id="rId793" Type="http://schemas.openxmlformats.org/officeDocument/2006/relationships/oleObject" Target="embeddings/oleObject390.bin"/><Relationship Id="rId2267" Type="http://schemas.openxmlformats.org/officeDocument/2006/relationships/oleObject" Target="embeddings/oleObject990.bin"/><Relationship Id="rId2474" Type="http://schemas.openxmlformats.org/officeDocument/2006/relationships/image" Target="media/image1368.wmf"/><Relationship Id="rId2681" Type="http://schemas.openxmlformats.org/officeDocument/2006/relationships/oleObject" Target="embeddings/oleObject1197.bin"/><Relationship Id="rId3318" Type="http://schemas.openxmlformats.org/officeDocument/2006/relationships/image" Target="media/image2041.wmf"/><Relationship Id="rId239" Type="http://schemas.openxmlformats.org/officeDocument/2006/relationships/oleObject" Target="embeddings/oleObject113.bin"/><Relationship Id="rId446" Type="http://schemas.openxmlformats.org/officeDocument/2006/relationships/image" Target="media/image217.wmf"/><Relationship Id="rId653" Type="http://schemas.openxmlformats.org/officeDocument/2006/relationships/oleObject" Target="embeddings/oleObject320.bin"/><Relationship Id="rId1076" Type="http://schemas.openxmlformats.org/officeDocument/2006/relationships/image" Target="media/image532.wmf"/><Relationship Id="rId1283" Type="http://schemas.openxmlformats.org/officeDocument/2006/relationships/oleObject" Target="embeddings/oleObject635.bin"/><Relationship Id="rId1490" Type="http://schemas.openxmlformats.org/officeDocument/2006/relationships/image" Target="media/image739.wmf"/><Relationship Id="rId2127" Type="http://schemas.openxmlformats.org/officeDocument/2006/relationships/oleObject" Target="embeddings/oleObject920.bin"/><Relationship Id="rId2334" Type="http://schemas.openxmlformats.org/officeDocument/2006/relationships/image" Target="media/image1298.wmf"/><Relationship Id="rId306" Type="http://schemas.openxmlformats.org/officeDocument/2006/relationships/image" Target="media/image147.wmf"/><Relationship Id="rId860" Type="http://schemas.openxmlformats.org/officeDocument/2006/relationships/image" Target="media/image424.wmf"/><Relationship Id="rId1143" Type="http://schemas.openxmlformats.org/officeDocument/2006/relationships/oleObject" Target="embeddings/oleObject565.bin"/><Relationship Id="rId2541" Type="http://schemas.openxmlformats.org/officeDocument/2006/relationships/oleObject" Target="embeddings/oleObject1127.bin"/><Relationship Id="rId513" Type="http://schemas.openxmlformats.org/officeDocument/2006/relationships/oleObject" Target="embeddings/oleObject250.bin"/><Relationship Id="rId720" Type="http://schemas.openxmlformats.org/officeDocument/2006/relationships/image" Target="media/image354.wmf"/><Relationship Id="rId1350" Type="http://schemas.openxmlformats.org/officeDocument/2006/relationships/image" Target="media/image669.wmf"/><Relationship Id="rId2401" Type="http://schemas.openxmlformats.org/officeDocument/2006/relationships/oleObject" Target="embeddings/oleObject1057.bin"/><Relationship Id="rId1003" Type="http://schemas.openxmlformats.org/officeDocument/2006/relationships/oleObject" Target="embeddings/oleObject495.bin"/><Relationship Id="rId1210" Type="http://schemas.openxmlformats.org/officeDocument/2006/relationships/image" Target="media/image599.wmf"/><Relationship Id="rId3175" Type="http://schemas.openxmlformats.org/officeDocument/2006/relationships/oleObject" Target="embeddings/oleObject1232.bin"/><Relationship Id="rId2191" Type="http://schemas.openxmlformats.org/officeDocument/2006/relationships/oleObject" Target="embeddings/oleObject952.bin"/><Relationship Id="rId3035" Type="http://schemas.openxmlformats.org/officeDocument/2006/relationships/image" Target="media/image1802.wmf"/><Relationship Id="rId3242" Type="http://schemas.openxmlformats.org/officeDocument/2006/relationships/image" Target="media/image1970.wmf"/><Relationship Id="rId163" Type="http://schemas.openxmlformats.org/officeDocument/2006/relationships/oleObject" Target="embeddings/oleObject75.bin"/><Relationship Id="rId370" Type="http://schemas.openxmlformats.org/officeDocument/2006/relationships/image" Target="media/image179.wmf"/><Relationship Id="rId2051" Type="http://schemas.openxmlformats.org/officeDocument/2006/relationships/oleObject" Target="embeddings/oleObject882.bin"/><Relationship Id="rId3102" Type="http://schemas.openxmlformats.org/officeDocument/2006/relationships/image" Target="media/image1859.wmf"/><Relationship Id="rId230" Type="http://schemas.openxmlformats.org/officeDocument/2006/relationships/image" Target="media/image109.wmf"/><Relationship Id="rId2868" Type="http://schemas.openxmlformats.org/officeDocument/2006/relationships/image" Target="media/image1644.wmf"/><Relationship Id="rId1677" Type="http://schemas.openxmlformats.org/officeDocument/2006/relationships/oleObject" Target="embeddings/oleObject832.bin"/><Relationship Id="rId1884" Type="http://schemas.openxmlformats.org/officeDocument/2006/relationships/image" Target="media/image1030.wmf"/><Relationship Id="rId2728" Type="http://schemas.openxmlformats.org/officeDocument/2006/relationships/image" Target="media/image1513.wmf"/><Relationship Id="rId2935" Type="http://schemas.openxmlformats.org/officeDocument/2006/relationships/oleObject" Target="embeddings/oleObject1215.bin"/><Relationship Id="rId907" Type="http://schemas.openxmlformats.org/officeDocument/2006/relationships/oleObject" Target="embeddings/oleObject447.bin"/><Relationship Id="rId1537" Type="http://schemas.openxmlformats.org/officeDocument/2006/relationships/oleObject" Target="embeddings/oleObject762.bin"/><Relationship Id="rId1744" Type="http://schemas.openxmlformats.org/officeDocument/2006/relationships/image" Target="media/image890.wmf"/><Relationship Id="rId1951" Type="http://schemas.openxmlformats.org/officeDocument/2006/relationships/image" Target="media/image1097.wmf"/><Relationship Id="rId36" Type="http://schemas.openxmlformats.org/officeDocument/2006/relationships/image" Target="media/image12.wmf"/><Relationship Id="rId1604" Type="http://schemas.openxmlformats.org/officeDocument/2006/relationships/image" Target="media/image796.wmf"/><Relationship Id="rId1811" Type="http://schemas.openxmlformats.org/officeDocument/2006/relationships/image" Target="media/image957.wmf"/><Relationship Id="rId697" Type="http://schemas.openxmlformats.org/officeDocument/2006/relationships/oleObject" Target="embeddings/oleObject342.bin"/><Relationship Id="rId2378" Type="http://schemas.openxmlformats.org/officeDocument/2006/relationships/image" Target="media/image1320.wmf"/><Relationship Id="rId1187" Type="http://schemas.openxmlformats.org/officeDocument/2006/relationships/oleObject" Target="embeddings/oleObject587.bin"/><Relationship Id="rId2585" Type="http://schemas.openxmlformats.org/officeDocument/2006/relationships/oleObject" Target="embeddings/oleObject1149.bin"/><Relationship Id="rId2792" Type="http://schemas.openxmlformats.org/officeDocument/2006/relationships/image" Target="media/image1577.wmf"/><Relationship Id="rId557" Type="http://schemas.openxmlformats.org/officeDocument/2006/relationships/oleObject" Target="embeddings/oleObject272.bin"/><Relationship Id="rId764" Type="http://schemas.openxmlformats.org/officeDocument/2006/relationships/image" Target="media/image376.wmf"/><Relationship Id="rId971" Type="http://schemas.openxmlformats.org/officeDocument/2006/relationships/oleObject" Target="embeddings/oleObject479.bin"/><Relationship Id="rId1394" Type="http://schemas.openxmlformats.org/officeDocument/2006/relationships/image" Target="media/image691.wmf"/><Relationship Id="rId2238" Type="http://schemas.openxmlformats.org/officeDocument/2006/relationships/image" Target="media/image1250.wmf"/><Relationship Id="rId2445" Type="http://schemas.openxmlformats.org/officeDocument/2006/relationships/oleObject" Target="embeddings/oleObject1079.bin"/><Relationship Id="rId2652" Type="http://schemas.openxmlformats.org/officeDocument/2006/relationships/image" Target="media/image1457.wmf"/><Relationship Id="rId417" Type="http://schemas.openxmlformats.org/officeDocument/2006/relationships/oleObject" Target="embeddings/oleObject202.bin"/><Relationship Id="rId624" Type="http://schemas.openxmlformats.org/officeDocument/2006/relationships/image" Target="media/image306.wmf"/><Relationship Id="rId831" Type="http://schemas.openxmlformats.org/officeDocument/2006/relationships/oleObject" Target="embeddings/oleObject409.bin"/><Relationship Id="rId1047" Type="http://schemas.openxmlformats.org/officeDocument/2006/relationships/oleObject" Target="embeddings/oleObject517.bin"/><Relationship Id="rId1254" Type="http://schemas.openxmlformats.org/officeDocument/2006/relationships/image" Target="media/image621.wmf"/><Relationship Id="rId1461" Type="http://schemas.openxmlformats.org/officeDocument/2006/relationships/oleObject" Target="embeddings/oleObject724.bin"/><Relationship Id="rId2305" Type="http://schemas.openxmlformats.org/officeDocument/2006/relationships/oleObject" Target="embeddings/oleObject1009.bin"/><Relationship Id="rId2512" Type="http://schemas.openxmlformats.org/officeDocument/2006/relationships/image" Target="media/image1387.wmf"/><Relationship Id="rId1114" Type="http://schemas.openxmlformats.org/officeDocument/2006/relationships/image" Target="media/image551.wmf"/><Relationship Id="rId1321" Type="http://schemas.openxmlformats.org/officeDocument/2006/relationships/oleObject" Target="embeddings/oleObject654.bin"/><Relationship Id="rId3079" Type="http://schemas.openxmlformats.org/officeDocument/2006/relationships/image" Target="media/image1836.wmf"/><Relationship Id="rId3286" Type="http://schemas.openxmlformats.org/officeDocument/2006/relationships/image" Target="media/image2012.wmf"/><Relationship Id="rId2095" Type="http://schemas.openxmlformats.org/officeDocument/2006/relationships/oleObject" Target="embeddings/oleObject904.bin"/><Relationship Id="rId3146" Type="http://schemas.openxmlformats.org/officeDocument/2006/relationships/image" Target="media/image1903.wmf"/><Relationship Id="rId274" Type="http://schemas.openxmlformats.org/officeDocument/2006/relationships/image" Target="media/image131.wmf"/><Relationship Id="rId481" Type="http://schemas.openxmlformats.org/officeDocument/2006/relationships/oleObject" Target="embeddings/oleObject234.bin"/><Relationship Id="rId2162" Type="http://schemas.openxmlformats.org/officeDocument/2006/relationships/image" Target="media/image1212.wmf"/><Relationship Id="rId3006" Type="http://schemas.openxmlformats.org/officeDocument/2006/relationships/image" Target="media/image1774.wmf"/><Relationship Id="rId134" Type="http://schemas.openxmlformats.org/officeDocument/2006/relationships/image" Target="media/image61.wmf"/><Relationship Id="rId3213" Type="http://schemas.openxmlformats.org/officeDocument/2006/relationships/image" Target="media/image1944.wmf"/><Relationship Id="rId341" Type="http://schemas.openxmlformats.org/officeDocument/2006/relationships/oleObject" Target="embeddings/oleObject164.bin"/><Relationship Id="rId2022" Type="http://schemas.openxmlformats.org/officeDocument/2006/relationships/image" Target="media/image1142.wmf"/><Relationship Id="rId2979" Type="http://schemas.openxmlformats.org/officeDocument/2006/relationships/image" Target="media/image1749.wmf"/><Relationship Id="rId201" Type="http://schemas.openxmlformats.org/officeDocument/2006/relationships/oleObject" Target="embeddings/oleObject94.bin"/><Relationship Id="rId1788" Type="http://schemas.openxmlformats.org/officeDocument/2006/relationships/image" Target="media/image934.wmf"/><Relationship Id="rId1995" Type="http://schemas.openxmlformats.org/officeDocument/2006/relationships/oleObject" Target="embeddings/oleObject854.bin"/><Relationship Id="rId2839" Type="http://schemas.openxmlformats.org/officeDocument/2006/relationships/image" Target="media/image1622.wmf"/><Relationship Id="rId1648" Type="http://schemas.openxmlformats.org/officeDocument/2006/relationships/image" Target="media/image818.wmf"/><Relationship Id="rId1508" Type="http://schemas.openxmlformats.org/officeDocument/2006/relationships/image" Target="media/image748.wmf"/><Relationship Id="rId1855" Type="http://schemas.openxmlformats.org/officeDocument/2006/relationships/image" Target="media/image1001.wmf"/><Relationship Id="rId2906" Type="http://schemas.openxmlformats.org/officeDocument/2006/relationships/image" Target="media/image1679.wmf"/><Relationship Id="rId3070" Type="http://schemas.openxmlformats.org/officeDocument/2006/relationships/image" Target="media/image1829.wmf"/><Relationship Id="rId1715" Type="http://schemas.openxmlformats.org/officeDocument/2006/relationships/image" Target="media/image861.wmf"/><Relationship Id="rId1922" Type="http://schemas.openxmlformats.org/officeDocument/2006/relationships/image" Target="media/image1068.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3C8014-2FC8-43E3-BBAC-6854F57086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832</TotalTime>
  <Pages>1</Pages>
  <Words>24865</Words>
  <Characters>141732</Characters>
  <Application>Microsoft Office Word</Application>
  <DocSecurity>0</DocSecurity>
  <Lines>1181</Lines>
  <Paragraphs>332</Paragraphs>
  <ScaleCrop>false</ScaleCrop>
  <HeadingPairs>
    <vt:vector size="2" baseType="variant">
      <vt:variant>
        <vt:lpstr>Название</vt:lpstr>
      </vt:variant>
      <vt:variant>
        <vt:i4>1</vt:i4>
      </vt:variant>
    </vt:vector>
  </HeadingPairs>
  <TitlesOfParts>
    <vt:vector size="1" baseType="lpstr">
      <vt:lpstr/>
    </vt:vector>
  </TitlesOfParts>
  <Company>aues</Company>
  <LinksUpToDate>false</LinksUpToDate>
  <CharactersWithSpaces>166265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Serik Aitzhanov</dc:creator>
  <cp:lastModifiedBy>Администратор</cp:lastModifiedBy>
  <cp:revision>32</cp:revision>
  <cp:lastPrinted>2026-05-15T00:35:00Z</cp:lastPrinted>
  <dcterms:created xsi:type="dcterms:W3CDTF">2026-05-12T06:14:00Z</dcterms:created>
  <dcterms:modified xsi:type="dcterms:W3CDTF">2026-05-15T00:43:00Z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